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第05课 闽南文化活动入场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把“高一或高二，并且已预约”的模拟入场规则转为布尔表达式。通过四种组合找出 and 与 or 的区别，并检查括号是否表达原规则。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能用 == 判断相等，用 True 或 False 表示条件结果。</w:t>
      </w:r>
    </w:p>
    <w:p>
      <w:pPr/>
      <w:r>
        <w:rPr>
          <w:rFonts w:ascii="Arial" w:hAnsi="Arial" w:eastAsia="Hiragino Sans GB"/>
          <w:color w:val="000000"/>
        </w:rPr>
        <w:t>□ 能写出年级条件与预约条件的组合，验证四组数据。</w:t>
      </w:r>
    </w:p>
    <w:p>
      <w:pPr/>
      <w:r>
        <w:rPr>
          <w:rFonts w:ascii="Arial" w:hAnsi="Arial" w:eastAsia="Hiragino Sans GB"/>
          <w:color w:val="000000"/>
        </w:rPr>
        <w:t>□ 能用一个反例解释 and、or 或括号写错会造成什么。</w:t>
      </w:r>
    </w:p>
    <w:p>
      <w:pPr/>
      <w:r>
        <w:rPr>
          <w:rFonts w:ascii="Arial" w:hAnsi="Arial" w:eastAsia="Hiragino Sans GB"/>
          <w:color w:val="000000"/>
        </w:rPr>
        <w:t>输入约定  年级只取1、2、3；预约状态直接在代码中写True或False，不加引号。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L5-S1  判断年级是否为1，应写 grade = 1 还是 grade == 1？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L5-S2  grade_ok = True；booked = False。补全 print(grade_ok ___ booked)，表示两项都满足。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L5-S3  grade = 2 时，grade == 1 or grade == 2 的结果是什么？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L5-S4  grade = 2。补全 print(grade == 1 ___ grade == 2)，表示属于两个年级之一。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L5-S5  grade = 1，booked = False。补全 allowed = (grade == 1 or grade == 2) ___ booked，并预测结果。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L5-M1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grade = int(input("年级1、2或3："))</w:t>
        <w:br/>
        <w:t>booked = True</w:t>
        <w:br/>
        <w:t>allowed = (grade == 1 ___ grade == 2) ___ booked</w:t>
        <w:br/>
        <w:t>if allowed:</w:t>
        <w:br/>
        <w:t xml:space="preserve">    print("可以入场")</w:t>
        <w:br/>
        <w:t>else:</w:t>
        <w:br/>
        <w:t xml:space="preserve">    print("请核对年级和预约")</w:t>
        <w:br/>
        <w:t>print("是否预约", booked)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年级 / 预约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allowed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运行与入场提示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理由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1年级 / True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2年级 / True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3年级 / True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1年级 / False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用“或者”“并且”读出整个表达式。选一组不允许入场的数据，指出究竟哪项条件不满足。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L5-A1  基础  写出 True and False、True or False、not False 的结果。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L5-A2  基础  把“高一或高二，并且已预约”写成 allowed 的赋值。判断高二未预约能否进入。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L5-B1  应用  检查“5 &lt;= x &lt;= 10”的错误写法 x &gt;= 5 or x &lt;= 10。用x = 100给出反例，并改正。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L5-B2  应用  模拟借器材：已预约且已归还上次器材才可借。用 booked、returned 写规则，并自拟一真一假两组。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L5-C1  挑战  去掉主任务括号，grade == 1 or grade == 2 and booked 会怎样？用高一未预约验证。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L5-C2  挑战  用not booked写未预约提醒。说明False和字符串"False"能否混用。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L5-E1  独立完成：写出判断x在5至10之间（含端点）的表达式，判断x = 8和x = 100。说明为什么不能连接or。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第05课_学生任务单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