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第02课 西街研学大巴调度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用整除和取余描述满车数与余下人数，再计算刚好够用的车数。用0、40、41、47人检查算法，学会用边界数据找错误。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能区分 /、// 和 % 的结果及含义。</w:t>
      </w:r>
    </w:p>
    <w:p>
      <w:pPr/>
      <w:r>
        <w:rPr>
          <w:rFonts w:ascii="Arial" w:hAnsi="Arial" w:eastAsia="Hiragino Sans GB"/>
          <w:color w:val="000000"/>
        </w:rPr>
        <w:t>□ 能用给定整数公式计算车数，验证0、40、41、47人。</w:t>
      </w:r>
    </w:p>
    <w:p>
      <w:pPr/>
      <w:r>
        <w:rPr>
          <w:rFonts w:ascii="Arial" w:hAnsi="Arial" w:eastAsia="Hiragino Sans GB"/>
          <w:color w:val="000000"/>
        </w:rPr>
        <w:t>□ 能找出只取整除结果和一律加1的反例。</w:t>
      </w:r>
    </w:p>
    <w:p>
      <w:pPr/>
      <w:r>
        <w:rPr>
          <w:rFonts w:ascii="Arial" w:hAnsi="Arial" w:eastAsia="Hiragino Sans GB"/>
          <w:color w:val="000000"/>
        </w:rPr>
        <w:t>输入约定  人数 students 为非负整数，每车可用座位 seats 为正整数。单位分别为人、座和辆；模拟调度仅计算学生座位，不含其他出行安排。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>
        <w:keepNext/>
      </w:pPr>
      <w:r>
        <w:rPr>
          <w:rFonts w:ascii="Arial" w:hAnsi="Arial" w:eastAsia="Hiragino Sans GB"/>
          <w:color w:val="000000"/>
        </w:rPr>
        <w:t>L2-S1  10人、每车4座，print(10 / 4) 得到什么？能否直接把它当作整辆车数？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L2-S2  补出只计算满车数的运算符：full = 10 ___ 4。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L2-S3  补出余下人数的运算符：left = 10 ___ 4。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L2-S4  47人每车20座，画成20、20、___三组。最终至少安排几辆？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L2-S5  9人每车4座，补全：buses = (9 + 4 - 1) ___ 4。结果是什么？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L2-M1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按下面四步完成同一个程序。三组或四组输入必须使用同一套计算规则。</w:t>
      </w:r>
    </w:p>
    <w:p>
      <w:pPr/>
      <w:r>
        <w:rPr>
          <w:rFonts w:ascii="Arial" w:hAnsi="Arial" w:eastAsia="Hiragino Sans GB"/>
          <w:color w:val="000000"/>
        </w:rPr>
        <w:t>预测：每车20座，先填四组满车数、余下人数与车数。</w:t>
      </w:r>
    </w:p>
    <w:p>
      <w:pPr/>
      <w:r>
        <w:rPr>
          <w:rFonts w:ascii="Arial" w:hAnsi="Arial" w:eastAsia="Hiragino Sans GB"/>
          <w:color w:val="000000"/>
        </w:rPr>
        <w:t>修改：补全三个运算符；只改人数，座位始终为20。</w:t>
      </w:r>
    </w:p>
    <w:p>
      <w:pPr/>
      <w:r>
        <w:rPr>
          <w:rFonts w:ascii="Arial" w:hAnsi="Arial" w:eastAsia="Hiragino Sans GB"/>
          <w:color w:val="000000"/>
        </w:rPr>
        <w:t>运行：按0、40、41、47依次测试，逐项对照预测。</w:t>
      </w:r>
    </w:p>
    <w:p>
      <w:pPr/>
      <w:r>
        <w:rPr>
          <w:rFonts w:ascii="Arial" w:hAnsi="Arial" w:eastAsia="Hiragino Sans GB"/>
          <w:color w:val="000000"/>
        </w:rPr>
        <w:t>解释：选择40与41，说明为何只差1人却需要不同车数。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students = 47</w:t>
        <w:br/>
        <w:t>seats = 20</w:t>
        <w:br/>
        <w:t>full = students ___ seats</w:t>
        <w:br/>
        <w:t>left = students ___ seats</w:t>
        <w:br/>
        <w:t>buses = (students + seats - 1) ___ seats</w:t>
        <w:br/>
        <w:t>print("满车数", full)</w:t>
        <w:br/>
        <w:t>print("余下人数", left)</w:t>
        <w:br/>
        <w:t>print("需要大巴", buses, "辆")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人数 人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满车/余人/车数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满车/余人/车数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一致或修改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40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41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47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用“能坐下全部人”和“少一辆就不够”检验一个非零人数结果；0人是否需要空车，也要说明。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>
        <w:keepNext/>
      </w:pPr>
      <w:r>
        <w:rPr>
          <w:rFonts w:ascii="Arial" w:hAnsi="Arial" w:eastAsia="Hiragino Sans GB"/>
          <w:color w:val="000000"/>
        </w:rPr>
        <w:t>L2-A1  基础  写出 print(17 // 5, 17 % 5) 的结果；把17改成20，结果怎样变化？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L2-A2  基础  47人每车20座。把满车数2、余下7人、最终3辆分别对应到 //、% 和够用车数公式。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L2-B1  应用  判断两种算法：students // seats 与 students // seats + 1。各用40或41人给出一个失败的例子。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L2-B2  应用  103本泉州文化读本，每箱装25本。求满箱数、余本数和刚好够用的箱数，再选100或101本复核。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L2-C1  挑战  每车3座，列出人数0、1、2、3、4、5、6对应的最少车数，用给定公式逐项核对。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keepNext/>
      </w:pPr>
      <w:r>
        <w:rPr>
          <w:rFonts w:ascii="Arial" w:hAnsi="Arial" w:eastAsia="Hiragino Sans GB"/>
          <w:color w:val="000000"/>
        </w:rPr>
        <w:t>L2-C2  挑战  若 seats = 0 或 students = -1，是否属于本题允许的数据？解释为什么不能直接沿用公式。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>
        <w:keepNext/>
      </w:pPr>
      <w:r>
        <w:rPr>
          <w:rFonts w:ascii="Arial" w:hAnsi="Arial" w:eastAsia="Hiragino Sans GB"/>
          <w:color w:val="000000"/>
        </w:rPr>
        <w:t>L2-E1  独立完成：每车8座，分别有16人和17人。写出满车数、余下人数、最少车数，并说明只用 // 会在哪组失败。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第02课_学生任务单</dc:title>
  <dc:subject>Python生活实验室前四课完整课程包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