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F5C" w:rsidRDefault="00F42BA2">
      <w:pPr>
        <w:jc w:val="center"/>
        <w:rPr>
          <w:lang w:eastAsia="zh-CN"/>
        </w:rPr>
      </w:pPr>
      <w:r>
        <w:rPr>
          <w:b/>
          <w:sz w:val="40"/>
          <w:lang w:eastAsia="zh-CN"/>
        </w:rPr>
        <w:t>交互网页与</w:t>
      </w:r>
      <w:r>
        <w:rPr>
          <w:b/>
          <w:sz w:val="40"/>
          <w:lang w:eastAsia="zh-CN"/>
        </w:rPr>
        <w:t xml:space="preserve"> AI </w:t>
      </w:r>
      <w:r>
        <w:rPr>
          <w:b/>
          <w:sz w:val="40"/>
          <w:lang w:eastAsia="zh-CN"/>
        </w:rPr>
        <w:t>助手支持下的课堂设计</w:t>
      </w:r>
      <w:r>
        <w:rPr>
          <w:b/>
          <w:sz w:val="40"/>
          <w:lang w:eastAsia="zh-CN"/>
        </w:rPr>
        <w:br/>
      </w:r>
      <w:r>
        <w:rPr>
          <w:color w:val="526873"/>
          <w:sz w:val="28"/>
          <w:lang w:eastAsia="zh-CN"/>
        </w:rPr>
        <w:t>新版重点标注逐字稿</w:t>
      </w:r>
    </w:p>
    <w:p w:rsidR="00523F5C" w:rsidRDefault="00F42BA2">
      <w:pPr>
        <w:jc w:val="center"/>
        <w:rPr>
          <w:lang w:eastAsia="zh-CN"/>
        </w:rPr>
      </w:pPr>
      <w:r>
        <w:rPr>
          <w:b/>
          <w:color w:val="245F78"/>
          <w:lang w:eastAsia="zh-CN"/>
        </w:rPr>
        <w:t>风飏讲坛第四期</w:t>
      </w:r>
    </w:p>
    <w:p w:rsidR="00523F5C" w:rsidRDefault="00F42BA2">
      <w:pPr>
        <w:jc w:val="center"/>
        <w:rPr>
          <w:lang w:eastAsia="zh-CN"/>
        </w:rPr>
      </w:pPr>
      <w:r>
        <w:rPr>
          <w:b/>
          <w:color w:val="245F78"/>
          <w:lang w:eastAsia="zh-CN"/>
        </w:rPr>
        <w:t>主题：</w:t>
      </w:r>
      <w:r>
        <w:rPr>
          <w:b/>
          <w:color w:val="245F78"/>
          <w:lang w:eastAsia="zh-CN"/>
        </w:rPr>
        <w:t>“</w:t>
      </w:r>
      <w:r>
        <w:rPr>
          <w:b/>
          <w:color w:val="245F78"/>
          <w:lang w:eastAsia="zh-CN"/>
        </w:rPr>
        <w:t>强教必先强师：从成员到成家</w:t>
      </w:r>
      <w:r>
        <w:rPr>
          <w:b/>
          <w:color w:val="245F78"/>
          <w:lang w:eastAsia="zh-CN"/>
        </w:rPr>
        <w:t>”——AI</w:t>
      </w:r>
      <w:r>
        <w:rPr>
          <w:b/>
          <w:color w:val="245F78"/>
          <w:lang w:eastAsia="zh-CN"/>
        </w:rPr>
        <w:t>赋能中学教学提质增效</w:t>
      </w:r>
    </w:p>
    <w:p w:rsidR="00523F5C" w:rsidRDefault="00F42BA2">
      <w:pPr>
        <w:jc w:val="center"/>
        <w:rPr>
          <w:lang w:eastAsia="zh-CN"/>
        </w:rPr>
      </w:pPr>
      <w:r>
        <w:rPr>
          <w:b/>
          <w:color w:val="245F78"/>
          <w:lang w:eastAsia="zh-CN"/>
        </w:rPr>
        <w:t>汇报人：张艳楠</w:t>
      </w:r>
    </w:p>
    <w:p w:rsidR="00523F5C" w:rsidRDefault="00F42BA2">
      <w:pPr>
        <w:jc w:val="center"/>
        <w:rPr>
          <w:lang w:eastAsia="zh-CN"/>
        </w:rPr>
      </w:pPr>
      <w:r>
        <w:rPr>
          <w:b/>
          <w:color w:val="245F78"/>
          <w:lang w:eastAsia="zh-CN"/>
        </w:rPr>
        <w:t>课例：以《谁来点亮中国的下一盏灯？》能源安全公开课为例</w:t>
      </w:r>
    </w:p>
    <w:p w:rsidR="00523F5C" w:rsidRDefault="00F42BA2">
      <w:pPr>
        <w:jc w:val="center"/>
        <w:rPr>
          <w:lang w:eastAsia="zh-CN"/>
        </w:rPr>
      </w:pPr>
      <w:r>
        <w:rPr>
          <w:b/>
          <w:color w:val="245F78"/>
          <w:lang w:eastAsia="zh-CN"/>
        </w:rPr>
        <w:t>汇报主线：先课例，再价值，后实操。</w:t>
      </w:r>
    </w:p>
    <w:p w:rsidR="00523F5C" w:rsidRDefault="00F42BA2" w:rsidP="00E409C2">
      <w:pPr>
        <w:shd w:val="clear" w:color="auto" w:fill="FFF7DC"/>
        <w:rPr>
          <w:rFonts w:hint="eastAsia"/>
          <w:lang w:eastAsia="zh-CN"/>
        </w:rPr>
      </w:pPr>
      <w:r>
        <w:rPr>
          <w:color w:val="526873"/>
          <w:sz w:val="20"/>
          <w:lang w:eastAsia="zh-CN"/>
        </w:rPr>
        <w:t>使用说明：本稿按照新版交互网页顺序重写。每一页先标注</w:t>
      </w:r>
      <w:r>
        <w:rPr>
          <w:color w:val="526873"/>
          <w:sz w:val="20"/>
          <w:lang w:eastAsia="zh-CN"/>
        </w:rPr>
        <w:t>“</w:t>
      </w:r>
      <w:r>
        <w:rPr>
          <w:color w:val="526873"/>
          <w:sz w:val="20"/>
          <w:lang w:eastAsia="zh-CN"/>
        </w:rPr>
        <w:t>页面重点</w:t>
      </w:r>
      <w:r>
        <w:rPr>
          <w:color w:val="526873"/>
          <w:sz w:val="20"/>
          <w:lang w:eastAsia="zh-CN"/>
        </w:rPr>
        <w:t>”</w:t>
      </w:r>
      <w:r>
        <w:rPr>
          <w:color w:val="526873"/>
          <w:sz w:val="20"/>
          <w:lang w:eastAsia="zh-CN"/>
        </w:rPr>
        <w:t>，再提供</w:t>
      </w:r>
      <w:r>
        <w:rPr>
          <w:color w:val="526873"/>
          <w:sz w:val="20"/>
          <w:lang w:eastAsia="zh-CN"/>
        </w:rPr>
        <w:t>“</w:t>
      </w:r>
      <w:r>
        <w:rPr>
          <w:color w:val="526873"/>
          <w:sz w:val="20"/>
          <w:lang w:eastAsia="zh-CN"/>
        </w:rPr>
        <w:t>逐字稿</w:t>
      </w:r>
      <w:r>
        <w:rPr>
          <w:color w:val="526873"/>
          <w:sz w:val="20"/>
          <w:lang w:eastAsia="zh-CN"/>
        </w:rPr>
        <w:t>”</w:t>
      </w:r>
      <w:r>
        <w:rPr>
          <w:color w:val="526873"/>
          <w:sz w:val="20"/>
          <w:lang w:eastAsia="zh-CN"/>
        </w:rPr>
        <w:t>，便于直接配合网页汇报。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开场：不是只展示一个地理课例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页面重点：开场要先让听众知道：今天不是单纯展示网页，也不是讲技术，而是用一个课例说明一种可迁移的课堂设计方法。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逐字稿：各位老师好，我今天汇报的主题是《交互网页与</w:t>
      </w:r>
      <w:r>
        <w:rPr>
          <w:lang w:eastAsia="zh-CN"/>
        </w:rPr>
        <w:t xml:space="preserve"> AI </w:t>
      </w:r>
      <w:r>
        <w:rPr>
          <w:lang w:eastAsia="zh-CN"/>
        </w:rPr>
        <w:t>助手支持下的课堂设计》。这次分享以《谁来点亮中国的下一盏灯？》能源安全公开课为例。但我不是只想展示一节地理课，也不是要把大家带进编程技术里，而是想说明一种可以迁移的课堂设计方式：当一节</w:t>
      </w:r>
      <w:proofErr w:type="gramStart"/>
      <w:r>
        <w:rPr>
          <w:lang w:eastAsia="zh-CN"/>
        </w:rPr>
        <w:t>课同时</w:t>
      </w:r>
      <w:proofErr w:type="gramEnd"/>
      <w:r>
        <w:rPr>
          <w:lang w:eastAsia="zh-CN"/>
        </w:rPr>
        <w:t>包含真实情境、复杂材料、学生探究、</w:t>
      </w:r>
      <w:r>
        <w:rPr>
          <w:lang w:eastAsia="zh-CN"/>
        </w:rPr>
        <w:t xml:space="preserve">AI </w:t>
      </w:r>
      <w:r>
        <w:rPr>
          <w:lang w:eastAsia="zh-CN"/>
        </w:rPr>
        <w:t>支架和即时评价时，我们能不能用一个交互网页，把这些学习活动组织成一个完整的学习过程。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2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汇报主线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</w:t>
      </w:r>
      <w:r>
        <w:rPr>
          <w:b/>
          <w:color w:val="245F78"/>
          <w:lang w:eastAsia="zh-CN"/>
        </w:rPr>
        <w:t>点：对应新版网页首页：真实问题驱动，网页承载任务，</w:t>
      </w:r>
      <w:r>
        <w:rPr>
          <w:b/>
          <w:color w:val="245F78"/>
          <w:lang w:eastAsia="zh-CN"/>
        </w:rPr>
        <w:t xml:space="preserve">AI </w:t>
      </w:r>
      <w:r>
        <w:rPr>
          <w:b/>
          <w:color w:val="245F78"/>
          <w:lang w:eastAsia="zh-CN"/>
        </w:rPr>
        <w:t>提供支架，评价形成闭环。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逐字稿：我把这节课概括为一句话：真实问题驱动，网页承载任务，</w:t>
      </w:r>
      <w:r>
        <w:rPr>
          <w:lang w:eastAsia="zh-CN"/>
        </w:rPr>
        <w:t xml:space="preserve">AI </w:t>
      </w:r>
      <w:r>
        <w:rPr>
          <w:lang w:eastAsia="zh-CN"/>
        </w:rPr>
        <w:t>提供支架，评价形成闭环。今天的汇报也按这个逻辑展开：第一，先讲我用网页是怎么教学的；第二，再讲为什么这类课适合做成网页；第三，最后带大家实操，看看怎样用提示词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步步做出这样的网页。</w:t>
      </w:r>
    </w:p>
    <w:p w:rsidR="00523F5C" w:rsidRDefault="00F42BA2">
      <w:pPr>
        <w:rPr>
          <w:lang w:eastAsia="zh-CN"/>
        </w:rPr>
      </w:pPr>
      <w:r>
        <w:rPr>
          <w:lang w:eastAsia="zh-CN"/>
        </w:rPr>
        <w:br w:type="page"/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lastRenderedPageBreak/>
        <w:t>第</w:t>
      </w:r>
      <w:r>
        <w:rPr>
          <w:lang w:eastAsia="zh-CN"/>
        </w:rPr>
        <w:t>3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第一部分：从</w:t>
      </w:r>
      <w:r>
        <w:rPr>
          <w:lang w:eastAsia="zh-CN"/>
        </w:rPr>
        <w:t>“</w:t>
      </w:r>
      <w:r>
        <w:rPr>
          <w:lang w:eastAsia="zh-CN"/>
        </w:rPr>
        <w:t>知识复习</w:t>
      </w:r>
      <w:r>
        <w:rPr>
          <w:lang w:eastAsia="zh-CN"/>
        </w:rPr>
        <w:t>”</w:t>
      </w:r>
      <w:r>
        <w:rPr>
          <w:lang w:eastAsia="zh-CN"/>
        </w:rPr>
        <w:t>转向</w:t>
      </w:r>
      <w:r>
        <w:rPr>
          <w:lang w:eastAsia="zh-CN"/>
        </w:rPr>
        <w:t>“</w:t>
      </w:r>
      <w:r>
        <w:rPr>
          <w:lang w:eastAsia="zh-CN"/>
        </w:rPr>
        <w:t>问题解决</w:t>
      </w:r>
      <w:r>
        <w:rPr>
          <w:lang w:eastAsia="zh-CN"/>
        </w:rPr>
        <w:t>”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页面重点：讲清楚课程设计不是复习知识点，而是让学生经历问题解决过程。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逐字稿：这节课原本可以做成一节常规复习课，复习中东石油、</w:t>
      </w:r>
      <w:r>
        <w:rPr>
          <w:lang w:eastAsia="zh-CN"/>
        </w:rPr>
        <w:t>运输路线、中国能源安全、新能源等知识。但这样做有一个问题：知识点讲完了，学生的思维过程却不一定真正发生。所以我把课程设计从</w:t>
      </w:r>
      <w:r>
        <w:rPr>
          <w:lang w:eastAsia="zh-CN"/>
        </w:rPr>
        <w:t>“</w:t>
      </w:r>
      <w:r>
        <w:rPr>
          <w:lang w:eastAsia="zh-CN"/>
        </w:rPr>
        <w:t>知识复习</w:t>
      </w:r>
      <w:r>
        <w:rPr>
          <w:lang w:eastAsia="zh-CN"/>
        </w:rPr>
        <w:t>”</w:t>
      </w:r>
      <w:r>
        <w:rPr>
          <w:lang w:eastAsia="zh-CN"/>
        </w:rPr>
        <w:t>转向</w:t>
      </w:r>
      <w:r>
        <w:rPr>
          <w:lang w:eastAsia="zh-CN"/>
        </w:rPr>
        <w:t>“</w:t>
      </w:r>
      <w:r>
        <w:rPr>
          <w:lang w:eastAsia="zh-CN"/>
        </w:rPr>
        <w:t>问题解决</w:t>
      </w:r>
      <w:r>
        <w:rPr>
          <w:lang w:eastAsia="zh-CN"/>
        </w:rPr>
        <w:t>”</w:t>
      </w:r>
      <w:r>
        <w:rPr>
          <w:lang w:eastAsia="zh-CN"/>
        </w:rPr>
        <w:t>。核心问题是：如果中东海上运输通道出现风险，中国会不会面临能源危机？我们应该怎样保障能源安全？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4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课堂流程：五个学习环节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页面重点：对应网页中的五个卡片：情境导入、证据分析、风险判断、方案生成、表达评价。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逐字稿：整个学习过程分成五个环节。第一是情境导入，用新闻和霍尔木兹海峡把学生带入真实问题。第二是证据分析，让学生看地图、航线和材料，寻找判断依据。第</w:t>
      </w:r>
      <w:r>
        <w:rPr>
          <w:lang w:eastAsia="zh-CN"/>
        </w:rPr>
        <w:t>三是风险判断，通过拼图、计算和讨论判断影响。第四是方案生成，让学生提出能源安全方案并说明理由。第五是表达评价，用评价量规，也就是</w:t>
      </w:r>
      <w:r>
        <w:rPr>
          <w:lang w:eastAsia="zh-CN"/>
        </w:rPr>
        <w:t xml:space="preserve"> Rubric</w:t>
      </w:r>
      <w:r>
        <w:rPr>
          <w:lang w:eastAsia="zh-CN"/>
        </w:rPr>
        <w:t>，评价学生的证据、判断、方案和反思。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5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网页如何推动课堂学习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页面重点：强调网页不是替代教师，而是把流程变成可推进、可互动、可反馈的空间。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在这节课里，网页不是代替教师，而是把教学流程变成一个可以推进、可以互动、可以反馈的学习空间。它承载情境，把新闻、地图和材料集中呈现；它承载任务，把读图、判断、计算、表达做成清楚的任务模块；它承载支架，在关键节点嵌入</w:t>
      </w:r>
      <w:r>
        <w:rPr>
          <w:lang w:eastAsia="zh-CN"/>
        </w:rPr>
        <w:t xml:space="preserve"> AI</w:t>
      </w:r>
      <w:r>
        <w:rPr>
          <w:lang w:eastAsia="zh-CN"/>
        </w:rPr>
        <w:t>；它也承载评价，把学生提交、</w:t>
      </w:r>
      <w:r>
        <w:rPr>
          <w:lang w:eastAsia="zh-CN"/>
        </w:rPr>
        <w:t xml:space="preserve">AI </w:t>
      </w:r>
      <w:r>
        <w:rPr>
          <w:lang w:eastAsia="zh-CN"/>
        </w:rPr>
        <w:t>初评和教师确认连接起来。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6</w:t>
      </w:r>
      <w:r>
        <w:rPr>
          <w:lang w:eastAsia="zh-CN"/>
        </w:rPr>
        <w:t>页</w:t>
      </w:r>
      <w:r>
        <w:rPr>
          <w:lang w:eastAsia="zh-CN"/>
        </w:rPr>
        <w:t xml:space="preserve">  AI </w:t>
      </w:r>
      <w:r>
        <w:rPr>
          <w:lang w:eastAsia="zh-CN"/>
        </w:rPr>
        <w:t>助手嵌入学习节点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页面重点：讲清楚</w:t>
      </w:r>
      <w:r>
        <w:rPr>
          <w:b/>
          <w:color w:val="245F78"/>
          <w:lang w:eastAsia="zh-CN"/>
        </w:rPr>
        <w:t xml:space="preserve"> AI </w:t>
      </w:r>
      <w:r>
        <w:rPr>
          <w:b/>
          <w:color w:val="245F78"/>
          <w:lang w:eastAsia="zh-CN"/>
        </w:rPr>
        <w:t>不是随便聊天，而是进入课堂卡点。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逐字稿：这里的</w:t>
      </w:r>
      <w:r>
        <w:rPr>
          <w:lang w:eastAsia="zh-CN"/>
        </w:rPr>
        <w:t xml:space="preserve"> AI </w:t>
      </w:r>
      <w:r>
        <w:rPr>
          <w:lang w:eastAsia="zh-CN"/>
        </w:rPr>
        <w:t>不是另开一个聊天窗口，也不是让学生把题目丢给</w:t>
      </w:r>
      <w:r>
        <w:rPr>
          <w:lang w:eastAsia="zh-CN"/>
        </w:rPr>
        <w:t xml:space="preserve"> AI </w:t>
      </w:r>
      <w:r>
        <w:rPr>
          <w:lang w:eastAsia="zh-CN"/>
        </w:rPr>
        <w:t>直接要答案。它是嵌入学习节点的支架。比如导入时，学生可以问霍尔木兹海峡在哪里；证据分析时，可以让</w:t>
      </w:r>
      <w:r>
        <w:rPr>
          <w:lang w:eastAsia="zh-CN"/>
        </w:rPr>
        <w:t xml:space="preserve"> AI </w:t>
      </w:r>
      <w:r>
        <w:rPr>
          <w:lang w:eastAsia="zh-CN"/>
        </w:rPr>
        <w:t>提示应该从哪三条证据入手；辩论时，可以让</w:t>
      </w:r>
      <w:r>
        <w:rPr>
          <w:lang w:eastAsia="zh-CN"/>
        </w:rPr>
        <w:t xml:space="preserve"> AI </w:t>
      </w:r>
      <w:r>
        <w:rPr>
          <w:lang w:eastAsia="zh-CN"/>
        </w:rPr>
        <w:t>帮助梳理正反观点；表达时，可以让</w:t>
      </w:r>
      <w:r>
        <w:rPr>
          <w:lang w:eastAsia="zh-CN"/>
        </w:rPr>
        <w:t xml:space="preserve"> AI </w:t>
      </w:r>
      <w:r>
        <w:rPr>
          <w:lang w:eastAsia="zh-CN"/>
        </w:rPr>
        <w:t>帮助小组把方案讲得更清楚。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lastRenderedPageBreak/>
        <w:t>第</w:t>
      </w:r>
      <w:r>
        <w:rPr>
          <w:lang w:eastAsia="zh-CN"/>
        </w:rPr>
        <w:t>7</w:t>
      </w:r>
      <w:r>
        <w:rPr>
          <w:lang w:eastAsia="zh-CN"/>
        </w:rPr>
        <w:t>页</w:t>
      </w:r>
      <w:r>
        <w:rPr>
          <w:lang w:eastAsia="zh-CN"/>
        </w:rPr>
        <w:t xml:space="preserve">  AI </w:t>
      </w:r>
      <w:r>
        <w:rPr>
          <w:lang w:eastAsia="zh-CN"/>
        </w:rPr>
        <w:t>的三种课堂角色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页面重点：解释型、追问型、表达型助手。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</w:t>
      </w:r>
      <w:r>
        <w:rPr>
          <w:lang w:eastAsia="zh-CN"/>
        </w:rPr>
        <w:t xml:space="preserve">AI </w:t>
      </w:r>
      <w:r>
        <w:rPr>
          <w:lang w:eastAsia="zh-CN"/>
        </w:rPr>
        <w:t>在课堂中可以承担三种角色。第一是解释型助手，把复杂概念讲清楚，降低理解门槛。第二是追问型助手，推动学生补充理由、证据和数据。第三是表达型助手，帮助学生把观点整理成方案。但这里要强调，</w:t>
      </w:r>
      <w:r>
        <w:rPr>
          <w:lang w:eastAsia="zh-CN"/>
        </w:rPr>
        <w:t xml:space="preserve">AI </w:t>
      </w:r>
      <w:r>
        <w:rPr>
          <w:lang w:eastAsia="zh-CN"/>
        </w:rPr>
        <w:t>做即时支架，教师</w:t>
      </w:r>
      <w:proofErr w:type="gramStart"/>
      <w:r>
        <w:rPr>
          <w:lang w:eastAsia="zh-CN"/>
        </w:rPr>
        <w:t>做价</w:t>
      </w:r>
      <w:proofErr w:type="gramEnd"/>
      <w:r>
        <w:rPr>
          <w:lang w:eastAsia="zh-CN"/>
        </w:rPr>
        <w:t>值判断、课堂调控和情感支持。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8</w:t>
      </w:r>
      <w:r>
        <w:rPr>
          <w:lang w:eastAsia="zh-CN"/>
        </w:rPr>
        <w:t>页</w:t>
      </w:r>
      <w:r>
        <w:rPr>
          <w:lang w:eastAsia="zh-CN"/>
        </w:rPr>
        <w:t xml:space="preserve">  AI </w:t>
      </w:r>
      <w:r>
        <w:rPr>
          <w:lang w:eastAsia="zh-CN"/>
        </w:rPr>
        <w:t>评价页：上</w:t>
      </w:r>
      <w:proofErr w:type="gramStart"/>
      <w:r>
        <w:rPr>
          <w:lang w:eastAsia="zh-CN"/>
        </w:rPr>
        <w:t>传学生</w:t>
      </w:r>
      <w:proofErr w:type="gramEnd"/>
      <w:r>
        <w:rPr>
          <w:lang w:eastAsia="zh-CN"/>
        </w:rPr>
        <w:t>图片作业，</w:t>
      </w:r>
      <w:r>
        <w:rPr>
          <w:lang w:eastAsia="zh-CN"/>
        </w:rPr>
        <w:t xml:space="preserve">AI </w:t>
      </w:r>
      <w:r>
        <w:rPr>
          <w:lang w:eastAsia="zh-CN"/>
        </w:rPr>
        <w:t>给出评价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页面重点：对应新版网页中新增图片：学生上传手写作业图片，</w:t>
      </w:r>
      <w:r>
        <w:rPr>
          <w:b/>
          <w:color w:val="245F78"/>
          <w:lang w:eastAsia="zh-CN"/>
        </w:rPr>
        <w:t xml:space="preserve">AI </w:t>
      </w:r>
      <w:r>
        <w:rPr>
          <w:b/>
          <w:color w:val="245F78"/>
          <w:lang w:eastAsia="zh-CN"/>
        </w:rPr>
        <w:t>依据</w:t>
      </w:r>
      <w:r>
        <w:rPr>
          <w:b/>
          <w:color w:val="245F78"/>
          <w:lang w:eastAsia="zh-CN"/>
        </w:rPr>
        <w:t xml:space="preserve"> Rubric </w:t>
      </w:r>
      <w:r>
        <w:rPr>
          <w:b/>
          <w:color w:val="245F78"/>
          <w:lang w:eastAsia="zh-CN"/>
        </w:rPr>
        <w:t>初评，教师二次确认。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逐字稿：这一页是课堂评价工具的示例。学生可以提交方案，也可</w:t>
      </w:r>
      <w:r>
        <w:rPr>
          <w:lang w:eastAsia="zh-CN"/>
        </w:rPr>
        <w:t>以上传手写作业图片。</w:t>
      </w:r>
      <w:r>
        <w:rPr>
          <w:lang w:eastAsia="zh-CN"/>
        </w:rPr>
        <w:t xml:space="preserve">AI </w:t>
      </w:r>
      <w:r>
        <w:rPr>
          <w:lang w:eastAsia="zh-CN"/>
        </w:rPr>
        <w:t>依据评价量规进行初步评价，比如指出亮点、问题和修改建议。然后教师</w:t>
      </w:r>
      <w:r w:rsidR="00E409C2">
        <w:rPr>
          <w:rFonts w:hint="eastAsia"/>
          <w:lang w:eastAsia="zh-CN"/>
        </w:rPr>
        <w:t>可以</w:t>
      </w:r>
      <w:r>
        <w:rPr>
          <w:lang w:eastAsia="zh-CN"/>
        </w:rPr>
        <w:t>进行二次确认，形成更可靠的反馈。这样评价就不只是课后批改，而是可以更及时地回到课堂学习过程。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9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评价不只看答案，还看思维过程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页面重点：能源安全方案没有唯一标准答案，关键看论证质量。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能源安全方案没有唯一标准答案，关键不是学生说了哪一个固定答案，而是看论证质量。所以评价要看四点：看证据，有没有使用地图、数据和材料；看判断，是否能判断能源风险的大小和原因；看方案，方案是否合理、可行、有针对性；看反思，是</w:t>
      </w:r>
      <w:r>
        <w:rPr>
          <w:lang w:eastAsia="zh-CN"/>
        </w:rPr>
        <w:t>否能说明方案不足和改进方向。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10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可迁移的课堂模型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页面重点：从地理课提炼到其他学科。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逐字稿：这不是地理专属，而是一种通用课堂模型。</w:t>
      </w:r>
      <w:r>
        <w:rPr>
          <w:lang w:eastAsia="zh-CN"/>
        </w:rPr>
        <w:t>背后的共同结构是：真实问题、角色任务、交互网页、</w:t>
      </w:r>
      <w:r>
        <w:rPr>
          <w:lang w:eastAsia="zh-CN"/>
        </w:rPr>
        <w:t xml:space="preserve">AI </w:t>
      </w:r>
      <w:r>
        <w:rPr>
          <w:lang w:eastAsia="zh-CN"/>
        </w:rPr>
        <w:t>支架和量规评价。</w:t>
      </w:r>
    </w:p>
    <w:p w:rsidR="00523F5C" w:rsidRDefault="00F42BA2">
      <w:pPr>
        <w:rPr>
          <w:lang w:eastAsia="zh-CN"/>
        </w:rPr>
      </w:pPr>
      <w:r>
        <w:rPr>
          <w:lang w:eastAsia="zh-CN"/>
        </w:rPr>
        <w:br w:type="page"/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lastRenderedPageBreak/>
        <w:t>第</w:t>
      </w:r>
      <w:r>
        <w:rPr>
          <w:lang w:eastAsia="zh-CN"/>
        </w:rPr>
        <w:t>11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第二部分：为什么要做网页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页面重点：先承接课例，再解释</w:t>
      </w:r>
      <w:r>
        <w:rPr>
          <w:b/>
          <w:color w:val="245F78"/>
          <w:lang w:eastAsia="zh-CN"/>
        </w:rPr>
        <w:t xml:space="preserve"> PPT </w:t>
      </w:r>
      <w:r>
        <w:rPr>
          <w:b/>
          <w:color w:val="245F78"/>
          <w:lang w:eastAsia="zh-CN"/>
        </w:rPr>
        <w:t>为什么不够。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逐字稿：讲完这个课例，我们再回到一个问题：为什么要做网页？我的答案不是因为网页更高级，而是因为这节课的信息类型太复杂，</w:t>
      </w:r>
      <w:r>
        <w:rPr>
          <w:lang w:eastAsia="zh-CN"/>
        </w:rPr>
        <w:t xml:space="preserve">PPT </w:t>
      </w:r>
      <w:r>
        <w:rPr>
          <w:lang w:eastAsia="zh-CN"/>
        </w:rPr>
        <w:t>不够用了。它有地图、任务、计算、互动、</w:t>
      </w:r>
      <w:r>
        <w:rPr>
          <w:lang w:eastAsia="zh-CN"/>
        </w:rPr>
        <w:t xml:space="preserve">AI </w:t>
      </w:r>
      <w:r>
        <w:rPr>
          <w:lang w:eastAsia="zh-CN"/>
        </w:rPr>
        <w:t>和评价。如果全部放在</w:t>
      </w:r>
      <w:r>
        <w:rPr>
          <w:lang w:eastAsia="zh-CN"/>
        </w:rPr>
        <w:t xml:space="preserve"> PPT </w:t>
      </w:r>
      <w:r>
        <w:rPr>
          <w:lang w:eastAsia="zh-CN"/>
        </w:rPr>
        <w:t>里，教师需要频繁切换材料和工具，学生也容易只是被动观看。网页的价值，是把这些学习活动放进同一个入口。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12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网页比</w:t>
      </w:r>
      <w:r>
        <w:rPr>
          <w:lang w:eastAsia="zh-CN"/>
        </w:rPr>
        <w:t xml:space="preserve"> PPT </w:t>
      </w:r>
      <w:r>
        <w:rPr>
          <w:lang w:eastAsia="zh-CN"/>
        </w:rPr>
        <w:t>多了什么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页面重点：集成性、互动性、节奏感、可复用、可扩展。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逐字稿：和</w:t>
      </w:r>
      <w:r>
        <w:rPr>
          <w:lang w:eastAsia="zh-CN"/>
        </w:rPr>
        <w:t xml:space="preserve"> PPT</w:t>
      </w:r>
      <w:r>
        <w:rPr>
          <w:lang w:eastAsia="zh-CN"/>
        </w:rPr>
        <w:t>、</w:t>
      </w:r>
      <w:proofErr w:type="gramStart"/>
      <w:r>
        <w:rPr>
          <w:lang w:eastAsia="zh-CN"/>
        </w:rPr>
        <w:t>纸质学案相比</w:t>
      </w:r>
      <w:proofErr w:type="gramEnd"/>
      <w:r>
        <w:rPr>
          <w:lang w:eastAsia="zh-CN"/>
        </w:rPr>
        <w:t>，网页多了几种能力。第一是集成性，材料、地图、任务、工具、</w:t>
      </w:r>
      <w:r>
        <w:rPr>
          <w:lang w:eastAsia="zh-CN"/>
        </w:rPr>
        <w:t xml:space="preserve">AI </w:t>
      </w:r>
      <w:r>
        <w:rPr>
          <w:lang w:eastAsia="zh-CN"/>
        </w:rPr>
        <w:t>助手和评价工具可以集中呈</w:t>
      </w:r>
      <w:r>
        <w:rPr>
          <w:lang w:eastAsia="zh-CN"/>
        </w:rPr>
        <w:t>现。第二是互动性，学生能点击、判断、计算、提交，而不是只看展示。第三是节奏感，上一页、下一页、宽屏播放可以帮助控制公开课节奏。第四是可复用、可扩展，</w:t>
      </w:r>
      <w:proofErr w:type="gramStart"/>
      <w:r>
        <w:rPr>
          <w:lang w:eastAsia="zh-CN"/>
        </w:rPr>
        <w:t>换主题</w:t>
      </w:r>
      <w:proofErr w:type="gramEnd"/>
      <w:r>
        <w:rPr>
          <w:lang w:eastAsia="zh-CN"/>
        </w:rPr>
        <w:t>和材料即可迁移，还能接入地图、</w:t>
      </w:r>
      <w:r>
        <w:rPr>
          <w:lang w:eastAsia="zh-CN"/>
        </w:rPr>
        <w:t>AI</w:t>
      </w:r>
      <w:r>
        <w:rPr>
          <w:lang w:eastAsia="zh-CN"/>
        </w:rPr>
        <w:t>、表单和后台。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13</w:t>
      </w:r>
      <w:r>
        <w:rPr>
          <w:lang w:eastAsia="zh-CN"/>
        </w:rPr>
        <w:t>页</w:t>
      </w:r>
      <w:r>
        <w:rPr>
          <w:lang w:eastAsia="zh-CN"/>
        </w:rPr>
        <w:t xml:space="preserve">  PPT </w:t>
      </w:r>
      <w:r>
        <w:rPr>
          <w:lang w:eastAsia="zh-CN"/>
        </w:rPr>
        <w:t>做不到、网页才做得到的场景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页面重点：有输入、判断、提交、统计、筛选、模拟、记录、个性化，就进入网页价值区。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逐字稿：我想用一句话区分：</w:t>
      </w:r>
      <w:r>
        <w:rPr>
          <w:lang w:eastAsia="zh-CN"/>
        </w:rPr>
        <w:t xml:space="preserve">PPT </w:t>
      </w:r>
      <w:r>
        <w:rPr>
          <w:lang w:eastAsia="zh-CN"/>
        </w:rPr>
        <w:t>做的是老师展示内容，交互网页做的是学生操作系统。只要课堂里有输入、判断、提交、统计、筛选、模拟、记录、个性化，就不是</w:t>
      </w:r>
      <w:r>
        <w:rPr>
          <w:lang w:eastAsia="zh-CN"/>
        </w:rPr>
        <w:t xml:space="preserve"> PPT </w:t>
      </w:r>
      <w:r>
        <w:rPr>
          <w:lang w:eastAsia="zh-CN"/>
        </w:rPr>
        <w:t>的强项，而是交互网</w:t>
      </w:r>
      <w:r>
        <w:rPr>
          <w:lang w:eastAsia="zh-CN"/>
        </w:rPr>
        <w:t>页的价值区。比如自动反馈型检测、学生提交</w:t>
      </w:r>
      <w:proofErr w:type="gramStart"/>
      <w:r>
        <w:rPr>
          <w:lang w:eastAsia="zh-CN"/>
        </w:rPr>
        <w:t>型任务</w:t>
      </w:r>
      <w:proofErr w:type="gramEnd"/>
      <w:r>
        <w:rPr>
          <w:lang w:eastAsia="zh-CN"/>
        </w:rPr>
        <w:t>单、数据实时汇总、地图图片探索、个性化学习路径、模拟实验、可检索资源库和长期学习档案，这些都更适合用网页来承载。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14</w:t>
      </w:r>
      <w:r>
        <w:rPr>
          <w:lang w:eastAsia="zh-CN"/>
        </w:rPr>
        <w:t>页</w:t>
      </w:r>
      <w:r>
        <w:rPr>
          <w:lang w:eastAsia="zh-CN"/>
        </w:rPr>
        <w:t xml:space="preserve">  HTML </w:t>
      </w:r>
      <w:r>
        <w:rPr>
          <w:lang w:eastAsia="zh-CN"/>
        </w:rPr>
        <w:t>适合的教学场景和边界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页面重点：既讲适合，也讲边界，避免把网页神化。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</w:t>
      </w:r>
      <w:r>
        <w:rPr>
          <w:lang w:eastAsia="zh-CN"/>
        </w:rPr>
        <w:t xml:space="preserve">HTML </w:t>
      </w:r>
      <w:r>
        <w:rPr>
          <w:lang w:eastAsia="zh-CN"/>
        </w:rPr>
        <w:t>可以理解为浏览器能直接打开的网页文件。它适合做课堂导入页、互动练习页、动态题库页、探究任务单、课堂评价工具、地图探索工具、模拟实验工具和学科资源库。但也要讲清楚边界：</w:t>
      </w:r>
      <w:proofErr w:type="gramStart"/>
      <w:r>
        <w:rPr>
          <w:lang w:eastAsia="zh-CN"/>
        </w:rPr>
        <w:t>单文件</w:t>
      </w:r>
      <w:proofErr w:type="gramEnd"/>
      <w:r>
        <w:rPr>
          <w:lang w:eastAsia="zh-CN"/>
        </w:rPr>
        <w:t xml:space="preserve"> HTML </w:t>
      </w:r>
      <w:r>
        <w:rPr>
          <w:lang w:eastAsia="zh-CN"/>
        </w:rPr>
        <w:t>适合课堂演示、小工具和入门实操。如果要全校学生登录、长期保</w:t>
      </w:r>
      <w:r>
        <w:rPr>
          <w:lang w:eastAsia="zh-CN"/>
        </w:rPr>
        <w:t>存成绩、权限管理和多人同时在线，就需要服务器、数据库和真正的后台系统。</w:t>
      </w:r>
    </w:p>
    <w:p w:rsidR="00523F5C" w:rsidRDefault="00F42BA2" w:rsidP="00B02DB8">
      <w:pPr>
        <w:rPr>
          <w:lang w:eastAsia="zh-CN"/>
        </w:rPr>
      </w:pPr>
      <w:r>
        <w:rPr>
          <w:lang w:eastAsia="zh-CN"/>
        </w:rPr>
        <w:br w:type="page"/>
      </w:r>
      <w:r>
        <w:rPr>
          <w:lang w:eastAsia="zh-CN"/>
        </w:rPr>
        <w:lastRenderedPageBreak/>
        <w:t>第</w:t>
      </w:r>
      <w:r>
        <w:rPr>
          <w:lang w:eastAsia="zh-CN"/>
        </w:rPr>
        <w:t>15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第三部分：如何做网页，如何带大家实操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</w:t>
      </w:r>
      <w:r>
        <w:rPr>
          <w:b/>
          <w:color w:val="245F78"/>
          <w:lang w:eastAsia="zh-CN"/>
        </w:rPr>
        <w:t>面重点：先讲网页结构，再讲四步实操。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逐字稿：最后一部分，我会带大家看怎样做一个网页。教师不一定要成为程序员，但要理解网页结构。</w:t>
      </w:r>
      <w:r>
        <w:rPr>
          <w:lang w:eastAsia="zh-CN"/>
        </w:rPr>
        <w:t xml:space="preserve">HTML </w:t>
      </w:r>
      <w:r>
        <w:rPr>
          <w:lang w:eastAsia="zh-CN"/>
        </w:rPr>
        <w:t>管结构，比如标题、材料、按钮、任务区；</w:t>
      </w:r>
      <w:r>
        <w:rPr>
          <w:lang w:eastAsia="zh-CN"/>
        </w:rPr>
        <w:t xml:space="preserve">CSS </w:t>
      </w:r>
      <w:r>
        <w:rPr>
          <w:lang w:eastAsia="zh-CN"/>
        </w:rPr>
        <w:t>管表现，比如版式、颜色、卡片、投屏展示；</w:t>
      </w:r>
      <w:r>
        <w:rPr>
          <w:lang w:eastAsia="zh-CN"/>
        </w:rPr>
        <w:t xml:space="preserve">JavaScript </w:t>
      </w:r>
      <w:r>
        <w:rPr>
          <w:lang w:eastAsia="zh-CN"/>
        </w:rPr>
        <w:t>管行为，比如点击、计算、切换、反馈；</w:t>
      </w:r>
      <w:r>
        <w:rPr>
          <w:lang w:eastAsia="zh-CN"/>
        </w:rPr>
        <w:t xml:space="preserve">API </w:t>
      </w:r>
      <w:r>
        <w:rPr>
          <w:lang w:eastAsia="zh-CN"/>
        </w:rPr>
        <w:t>管外部能力，比如地图、天气和</w:t>
      </w:r>
      <w:r>
        <w:rPr>
          <w:lang w:eastAsia="zh-CN"/>
        </w:rPr>
        <w:t xml:space="preserve"> AI </w:t>
      </w:r>
      <w:r>
        <w:rPr>
          <w:lang w:eastAsia="zh-CN"/>
        </w:rPr>
        <w:t>问答。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16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三步保存，三类提示词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页面重点：先让老师真的能打开网页。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逐字稿：实操时，第一步是保存，把</w:t>
      </w:r>
      <w:r>
        <w:rPr>
          <w:lang w:eastAsia="zh-CN"/>
        </w:rPr>
        <w:t xml:space="preserve"> AI </w:t>
      </w:r>
      <w:r>
        <w:rPr>
          <w:lang w:eastAsia="zh-CN"/>
        </w:rPr>
        <w:t>生成的完整代码复制到记事本或代码编辑器，另存为</w:t>
      </w:r>
      <w:r>
        <w:rPr>
          <w:lang w:eastAsia="zh-CN"/>
        </w:rPr>
        <w:t>“</w:t>
      </w:r>
      <w:r>
        <w:rPr>
          <w:lang w:eastAsia="zh-CN"/>
        </w:rPr>
        <w:t>课堂主题</w:t>
      </w:r>
      <w:r>
        <w:rPr>
          <w:lang w:eastAsia="zh-CN"/>
        </w:rPr>
        <w:t>.html”</w:t>
      </w:r>
      <w:r>
        <w:rPr>
          <w:lang w:eastAsia="zh-CN"/>
        </w:rPr>
        <w:t>。第二步是打开，双击</w:t>
      </w:r>
      <w:r>
        <w:rPr>
          <w:lang w:eastAsia="zh-CN"/>
        </w:rPr>
        <w:t xml:space="preserve"> HTML </w:t>
      </w:r>
      <w:r>
        <w:rPr>
          <w:lang w:eastAsia="zh-CN"/>
        </w:rPr>
        <w:t>文件即可用浏览器打开；修改代码后保存，再刷新浏览器查看效果。第三步是分工，</w:t>
      </w:r>
      <w:r>
        <w:rPr>
          <w:lang w:eastAsia="zh-CN"/>
        </w:rPr>
        <w:t xml:space="preserve">HTML </w:t>
      </w:r>
      <w:r>
        <w:rPr>
          <w:lang w:eastAsia="zh-CN"/>
        </w:rPr>
        <w:t>管结构，</w:t>
      </w:r>
      <w:r>
        <w:rPr>
          <w:lang w:eastAsia="zh-CN"/>
        </w:rPr>
        <w:t xml:space="preserve">CSS </w:t>
      </w:r>
      <w:r>
        <w:rPr>
          <w:lang w:eastAsia="zh-CN"/>
        </w:rPr>
        <w:t>管表现，</w:t>
      </w:r>
      <w:r>
        <w:rPr>
          <w:lang w:eastAsia="zh-CN"/>
        </w:rPr>
        <w:t xml:space="preserve">JavaScript </w:t>
      </w:r>
      <w:r>
        <w:rPr>
          <w:lang w:eastAsia="zh-CN"/>
        </w:rPr>
        <w:t>管行为，提示词也可以按这三类来写。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17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第一场：做一个</w:t>
      </w:r>
      <w:r>
        <w:rPr>
          <w:lang w:eastAsia="zh-CN"/>
        </w:rPr>
        <w:t xml:space="preserve"> HTML </w:t>
      </w:r>
      <w:r>
        <w:rPr>
          <w:lang w:eastAsia="zh-CN"/>
        </w:rPr>
        <w:t>单页教学网页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页面重点：完全可以靠</w:t>
      </w:r>
      <w:r>
        <w:rPr>
          <w:b/>
          <w:color w:val="245F78"/>
          <w:lang w:eastAsia="zh-CN"/>
        </w:rPr>
        <w:t xml:space="preserve"> prompt </w:t>
      </w:r>
      <w:r>
        <w:rPr>
          <w:b/>
          <w:color w:val="245F78"/>
          <w:lang w:eastAsia="zh-CN"/>
        </w:rPr>
        <w:t>完成，适合现场做。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逐字稿：第一场先做一个能打开的网页。提示词要写清楚：请生成一个</w:t>
      </w:r>
      <w:proofErr w:type="gramStart"/>
      <w:r>
        <w:rPr>
          <w:lang w:eastAsia="zh-CN"/>
        </w:rPr>
        <w:t>单文件</w:t>
      </w:r>
      <w:proofErr w:type="gramEnd"/>
      <w:r>
        <w:rPr>
          <w:lang w:eastAsia="zh-CN"/>
        </w:rPr>
        <w:t xml:space="preserve"> HTML </w:t>
      </w:r>
      <w:r>
        <w:rPr>
          <w:lang w:eastAsia="zh-CN"/>
        </w:rPr>
        <w:t>教学网页，主题是等高线地形图，包含知识卡片、图片区域和三道互动选择题；</w:t>
      </w:r>
      <w:r>
        <w:rPr>
          <w:lang w:eastAsia="zh-CN"/>
        </w:rPr>
        <w:t>HTML</w:t>
      </w:r>
      <w:r>
        <w:rPr>
          <w:lang w:eastAsia="zh-CN"/>
        </w:rPr>
        <w:t>、</w:t>
      </w:r>
      <w:r>
        <w:rPr>
          <w:lang w:eastAsia="zh-CN"/>
        </w:rPr>
        <w:t>CSS</w:t>
      </w:r>
      <w:r>
        <w:rPr>
          <w:lang w:eastAsia="zh-CN"/>
        </w:rPr>
        <w:t>、</w:t>
      </w:r>
      <w:r>
        <w:rPr>
          <w:lang w:eastAsia="zh-CN"/>
        </w:rPr>
        <w:t xml:space="preserve">JavaScript </w:t>
      </w:r>
      <w:r>
        <w:rPr>
          <w:lang w:eastAsia="zh-CN"/>
        </w:rPr>
        <w:t>写在一个文件里，复制后另存为</w:t>
      </w:r>
      <w:r>
        <w:rPr>
          <w:lang w:eastAsia="zh-CN"/>
        </w:rPr>
        <w:t xml:space="preserve"> .html </w:t>
      </w:r>
      <w:r>
        <w:rPr>
          <w:lang w:eastAsia="zh-CN"/>
        </w:rPr>
        <w:t>文件，浏览器直接打开。这样写的目的，是让老师马上看到成果，建立信心。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18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第二场：让网页读取</w:t>
      </w:r>
      <w:r>
        <w:rPr>
          <w:lang w:eastAsia="zh-CN"/>
        </w:rPr>
        <w:t xml:space="preserve"> JSON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页面重点：网页文件和数据文件分开，形成动态题库。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逐字稿：第二场让网页读取</w:t>
      </w:r>
      <w:r>
        <w:rPr>
          <w:lang w:eastAsia="zh-CN"/>
        </w:rPr>
        <w:t xml:space="preserve"> JSON </w:t>
      </w:r>
      <w:r>
        <w:rPr>
          <w:lang w:eastAsia="zh-CN"/>
        </w:rPr>
        <w:t>或表格，做一个动态题库。</w:t>
      </w:r>
      <w:r>
        <w:rPr>
          <w:lang w:eastAsia="zh-CN"/>
        </w:rPr>
        <w:t xml:space="preserve">JSON </w:t>
      </w:r>
      <w:r>
        <w:rPr>
          <w:lang w:eastAsia="zh-CN"/>
        </w:rPr>
        <w:t>可以理解成机器能读懂的表格。这个阶段要让老师理解，网页文件和数据文件是分开的：网页负责展示和交互，</w:t>
      </w:r>
      <w:r>
        <w:rPr>
          <w:lang w:eastAsia="zh-CN"/>
        </w:rPr>
        <w:t xml:space="preserve">JSON </w:t>
      </w:r>
      <w:r>
        <w:rPr>
          <w:lang w:eastAsia="zh-CN"/>
        </w:rPr>
        <w:t>负</w:t>
      </w:r>
      <w:r>
        <w:rPr>
          <w:lang w:eastAsia="zh-CN"/>
        </w:rPr>
        <w:t>责保存题目。</w:t>
      </w:r>
      <w:r>
        <w:rPr>
          <w:lang w:eastAsia="zh-CN"/>
        </w:rPr>
        <w:lastRenderedPageBreak/>
        <w:t>提示词要写清楚每道题包含</w:t>
      </w:r>
      <w:r>
        <w:rPr>
          <w:lang w:eastAsia="zh-CN"/>
        </w:rPr>
        <w:t xml:space="preserve"> question</w:t>
      </w:r>
      <w:r>
        <w:rPr>
          <w:lang w:eastAsia="zh-CN"/>
        </w:rPr>
        <w:t>、</w:t>
      </w:r>
      <w:r>
        <w:rPr>
          <w:lang w:eastAsia="zh-CN"/>
        </w:rPr>
        <w:t>options</w:t>
      </w:r>
      <w:r>
        <w:rPr>
          <w:lang w:eastAsia="zh-CN"/>
        </w:rPr>
        <w:t>、</w:t>
      </w:r>
      <w:r>
        <w:rPr>
          <w:lang w:eastAsia="zh-CN"/>
        </w:rPr>
        <w:t>answer</w:t>
      </w:r>
      <w:r>
        <w:rPr>
          <w:lang w:eastAsia="zh-CN"/>
        </w:rPr>
        <w:t>、</w:t>
      </w:r>
      <w:r>
        <w:rPr>
          <w:lang w:eastAsia="zh-CN"/>
        </w:rPr>
        <w:t xml:space="preserve">explanation </w:t>
      </w:r>
      <w:r>
        <w:rPr>
          <w:lang w:eastAsia="zh-CN"/>
        </w:rPr>
        <w:t>等字段，并要求网页自动读取题目、判断正误、显示解析和统计得分。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19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第三场：</w:t>
      </w:r>
      <w:r>
        <w:rPr>
          <w:lang w:eastAsia="zh-CN"/>
        </w:rPr>
        <w:t xml:space="preserve">API </w:t>
      </w:r>
      <w:r>
        <w:rPr>
          <w:lang w:eastAsia="zh-CN"/>
        </w:rPr>
        <w:t>接入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页面重点：让网页连接外部服务。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逐字稿：第三场是</w:t>
      </w:r>
      <w:r>
        <w:rPr>
          <w:lang w:eastAsia="zh-CN"/>
        </w:rPr>
        <w:t xml:space="preserve"> API </w:t>
      </w:r>
      <w:r>
        <w:rPr>
          <w:lang w:eastAsia="zh-CN"/>
        </w:rPr>
        <w:t>接入。</w:t>
      </w:r>
      <w:r>
        <w:rPr>
          <w:lang w:eastAsia="zh-CN"/>
        </w:rPr>
        <w:t xml:space="preserve">API </w:t>
      </w:r>
      <w:r>
        <w:rPr>
          <w:lang w:eastAsia="zh-CN"/>
        </w:rPr>
        <w:t>可以理解为外部服务给网页调用的数据接口。比如天气</w:t>
      </w:r>
      <w:r>
        <w:rPr>
          <w:lang w:eastAsia="zh-CN"/>
        </w:rPr>
        <w:t xml:space="preserve"> API</w:t>
      </w:r>
      <w:r>
        <w:rPr>
          <w:lang w:eastAsia="zh-CN"/>
        </w:rPr>
        <w:t>、地图</w:t>
      </w:r>
      <w:r>
        <w:rPr>
          <w:lang w:eastAsia="zh-CN"/>
        </w:rPr>
        <w:t xml:space="preserve"> API</w:t>
      </w:r>
      <w:r>
        <w:rPr>
          <w:lang w:eastAsia="zh-CN"/>
        </w:rPr>
        <w:t>、</w:t>
      </w:r>
      <w:r>
        <w:rPr>
          <w:lang w:eastAsia="zh-CN"/>
        </w:rPr>
        <w:t xml:space="preserve">AI </w:t>
      </w:r>
      <w:r>
        <w:rPr>
          <w:lang w:eastAsia="zh-CN"/>
        </w:rPr>
        <w:t>问答</w:t>
      </w:r>
      <w:r>
        <w:rPr>
          <w:lang w:eastAsia="zh-CN"/>
        </w:rPr>
        <w:t xml:space="preserve"> API</w:t>
      </w:r>
      <w:r>
        <w:rPr>
          <w:lang w:eastAsia="zh-CN"/>
        </w:rPr>
        <w:t>。提示词要写清楚：用户输入什么，网页调用哪个</w:t>
      </w:r>
      <w:r>
        <w:rPr>
          <w:lang w:eastAsia="zh-CN"/>
        </w:rPr>
        <w:t xml:space="preserve"> API</w:t>
      </w:r>
      <w:r>
        <w:rPr>
          <w:lang w:eastAsia="zh-CN"/>
        </w:rPr>
        <w:t>，返回哪些字段，页面如何显示结果。如果需要</w:t>
      </w:r>
      <w:r>
        <w:rPr>
          <w:lang w:eastAsia="zh-CN"/>
        </w:rPr>
        <w:t xml:space="preserve"> API Key</w:t>
      </w:r>
      <w:r>
        <w:rPr>
          <w:lang w:eastAsia="zh-CN"/>
        </w:rPr>
        <w:t>，就用</w:t>
      </w:r>
      <w:r>
        <w:rPr>
          <w:lang w:eastAsia="zh-CN"/>
        </w:rPr>
        <w:t xml:space="preserve"> YOUR_API_KEY</w:t>
      </w:r>
      <w:r>
        <w:rPr>
          <w:lang w:eastAsia="zh-CN"/>
        </w:rPr>
        <w:t xml:space="preserve"> </w:t>
      </w:r>
      <w:r>
        <w:rPr>
          <w:lang w:eastAsia="zh-CN"/>
        </w:rPr>
        <w:t>占位，并说明替换位置。这里还要提醒老师，前端可以</w:t>
      </w:r>
      <w:proofErr w:type="gramStart"/>
      <w:r>
        <w:rPr>
          <w:lang w:eastAsia="zh-CN"/>
        </w:rPr>
        <w:t>接公开</w:t>
      </w:r>
      <w:proofErr w:type="gramEnd"/>
      <w:r>
        <w:rPr>
          <w:lang w:eastAsia="zh-CN"/>
        </w:rPr>
        <w:t xml:space="preserve"> API</w:t>
      </w:r>
      <w:r>
        <w:rPr>
          <w:lang w:eastAsia="zh-CN"/>
        </w:rPr>
        <w:t>，但不适合直接放私密</w:t>
      </w:r>
      <w:r>
        <w:rPr>
          <w:lang w:eastAsia="zh-CN"/>
        </w:rPr>
        <w:t xml:space="preserve"> API Key</w:t>
      </w:r>
      <w:r>
        <w:rPr>
          <w:lang w:eastAsia="zh-CN"/>
        </w:rPr>
        <w:t>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20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第四场：后台管理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页面重点：先做</w:t>
      </w:r>
      <w:r>
        <w:rPr>
          <w:b/>
          <w:color w:val="245F78"/>
          <w:lang w:eastAsia="zh-CN"/>
        </w:rPr>
        <w:t xml:space="preserve"> </w:t>
      </w:r>
      <w:proofErr w:type="spellStart"/>
      <w:r>
        <w:rPr>
          <w:b/>
          <w:color w:val="245F78"/>
          <w:lang w:eastAsia="zh-CN"/>
        </w:rPr>
        <w:t>localStorage</w:t>
      </w:r>
      <w:proofErr w:type="spellEnd"/>
      <w:r>
        <w:rPr>
          <w:b/>
          <w:color w:val="245F78"/>
          <w:lang w:eastAsia="zh-CN"/>
        </w:rPr>
        <w:t xml:space="preserve"> </w:t>
      </w:r>
      <w:r>
        <w:rPr>
          <w:b/>
          <w:color w:val="245F78"/>
          <w:lang w:eastAsia="zh-CN"/>
        </w:rPr>
        <w:t>版，</w:t>
      </w:r>
      <w:proofErr w:type="gramStart"/>
      <w:r>
        <w:rPr>
          <w:b/>
          <w:color w:val="245F78"/>
          <w:lang w:eastAsia="zh-CN"/>
        </w:rPr>
        <w:t>不急着</w:t>
      </w:r>
      <w:proofErr w:type="gramEnd"/>
      <w:r>
        <w:rPr>
          <w:b/>
          <w:color w:val="245F78"/>
          <w:lang w:eastAsia="zh-CN"/>
        </w:rPr>
        <w:t>做复杂后端。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逐字稿：第四场是后台管理。后台管理本质上就是老师维护数据的页面。学生看到的是答题页，老师看到的是管理页。入</w:t>
      </w:r>
      <w:proofErr w:type="gramStart"/>
      <w:r>
        <w:rPr>
          <w:lang w:eastAsia="zh-CN"/>
        </w:rPr>
        <w:t>门版</w:t>
      </w:r>
      <w:proofErr w:type="gramEnd"/>
      <w:r>
        <w:rPr>
          <w:lang w:eastAsia="zh-CN"/>
        </w:rPr>
        <w:t>可以用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localStorage</w:t>
      </w:r>
      <w:proofErr w:type="spellEnd"/>
      <w:r>
        <w:rPr>
          <w:lang w:eastAsia="zh-CN"/>
        </w:rPr>
        <w:t>，也就是浏览器自带的小仓库。它可以新增题目、编辑题目、删除题目、查看学生提交记录，不需要服务器。</w:t>
      </w:r>
      <w:proofErr w:type="gramStart"/>
      <w:r>
        <w:rPr>
          <w:lang w:eastAsia="zh-CN"/>
        </w:rPr>
        <w:t>进阶版才</w:t>
      </w:r>
      <w:proofErr w:type="gramEnd"/>
      <w:r>
        <w:rPr>
          <w:lang w:eastAsia="zh-CN"/>
        </w:rPr>
        <w:t>考虑</w:t>
      </w:r>
      <w:r>
        <w:rPr>
          <w:lang w:eastAsia="zh-CN"/>
        </w:rPr>
        <w:t xml:space="preserve"> Node.js </w:t>
      </w:r>
      <w:r>
        <w:rPr>
          <w:lang w:eastAsia="zh-CN"/>
        </w:rPr>
        <w:t>后端、</w:t>
      </w:r>
      <w:r>
        <w:rPr>
          <w:lang w:eastAsia="zh-CN"/>
        </w:rPr>
        <w:t>JSON</w:t>
      </w:r>
      <w:r>
        <w:rPr>
          <w:lang w:eastAsia="zh-CN"/>
        </w:rPr>
        <w:t>、</w:t>
      </w:r>
      <w:r>
        <w:rPr>
          <w:lang w:eastAsia="zh-CN"/>
        </w:rPr>
        <w:t xml:space="preserve">SQLite </w:t>
      </w:r>
      <w:r>
        <w:rPr>
          <w:lang w:eastAsia="zh-CN"/>
        </w:rPr>
        <w:t>或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Supab</w:t>
      </w:r>
      <w:r>
        <w:rPr>
          <w:lang w:eastAsia="zh-CN"/>
        </w:rPr>
        <w:t>ase</w:t>
      </w:r>
      <w:proofErr w:type="spellEnd"/>
      <w:r>
        <w:rPr>
          <w:lang w:eastAsia="zh-CN"/>
        </w:rPr>
        <w:t>。给老师实操，建议先做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localStorage</w:t>
      </w:r>
      <w:proofErr w:type="spellEnd"/>
      <w:r>
        <w:rPr>
          <w:lang w:eastAsia="zh-CN"/>
        </w:rPr>
        <w:t xml:space="preserve"> </w:t>
      </w:r>
      <w:r>
        <w:rPr>
          <w:lang w:eastAsia="zh-CN"/>
        </w:rPr>
        <w:t>版。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第</w:t>
      </w:r>
      <w:r>
        <w:rPr>
          <w:lang w:eastAsia="zh-CN"/>
        </w:rPr>
        <w:t>21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四步实操总结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页面重点：能打开、能换题、能联网、能管理。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逐字稿：这四步可以概括为：做一个网页，让网页读取</w:t>
      </w:r>
      <w:r>
        <w:rPr>
          <w:lang w:eastAsia="zh-CN"/>
        </w:rPr>
        <w:t xml:space="preserve"> JSON</w:t>
      </w:r>
      <w:r>
        <w:rPr>
          <w:lang w:eastAsia="zh-CN"/>
        </w:rPr>
        <w:t>，接入</w:t>
      </w:r>
      <w:r>
        <w:rPr>
          <w:lang w:eastAsia="zh-CN"/>
        </w:rPr>
        <w:t xml:space="preserve"> API</w:t>
      </w:r>
      <w:r>
        <w:rPr>
          <w:lang w:eastAsia="zh-CN"/>
        </w:rPr>
        <w:t>，做后台管理。也可以说成网页能力的升级：能打开，能换题，能联网，能管理。四步都可以通过</w:t>
      </w:r>
      <w:r>
        <w:rPr>
          <w:lang w:eastAsia="zh-CN"/>
        </w:rPr>
        <w:t xml:space="preserve"> prompt </w:t>
      </w:r>
      <w:r>
        <w:rPr>
          <w:lang w:eastAsia="zh-CN"/>
        </w:rPr>
        <w:t>完成，但不是一句</w:t>
      </w:r>
      <w:r>
        <w:rPr>
          <w:lang w:eastAsia="zh-CN"/>
        </w:rPr>
        <w:t xml:space="preserve"> prompt </w:t>
      </w:r>
      <w:r>
        <w:rPr>
          <w:lang w:eastAsia="zh-CN"/>
        </w:rPr>
        <w:t>全搞定。</w:t>
      </w:r>
      <w:r>
        <w:rPr>
          <w:lang w:eastAsia="zh-CN"/>
        </w:rPr>
        <w:t xml:space="preserve">Prompt </w:t>
      </w:r>
      <w:r>
        <w:rPr>
          <w:lang w:eastAsia="zh-CN"/>
        </w:rPr>
        <w:t>负责生成和修改代码，人负责提出需求、保存文件、测试效果。</w:t>
      </w:r>
    </w:p>
    <w:p w:rsidR="00523F5C" w:rsidRDefault="00F42BA2">
      <w:pPr>
        <w:rPr>
          <w:lang w:eastAsia="zh-CN"/>
        </w:rPr>
      </w:pPr>
      <w:r>
        <w:rPr>
          <w:lang w:eastAsia="zh-CN"/>
        </w:rPr>
        <w:br w:type="page"/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lastRenderedPageBreak/>
        <w:t>第</w:t>
      </w:r>
      <w:r>
        <w:rPr>
          <w:lang w:eastAsia="zh-CN"/>
        </w:rPr>
        <w:t>22</w:t>
      </w:r>
      <w:r>
        <w:rPr>
          <w:lang w:eastAsia="zh-CN"/>
        </w:rPr>
        <w:t>页</w:t>
      </w:r>
      <w:r>
        <w:rPr>
          <w:lang w:eastAsia="zh-CN"/>
        </w:rPr>
        <w:t xml:space="preserve">  </w:t>
      </w:r>
      <w:r>
        <w:rPr>
          <w:lang w:eastAsia="zh-CN"/>
        </w:rPr>
        <w:t>结尾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页面重点：回到教学价值，不停留在技术。</w:t>
      </w:r>
    </w:p>
    <w:p w:rsidR="00523F5C" w:rsidRDefault="00F42BA2">
      <w:pPr>
        <w:spacing w:line="324" w:lineRule="auto"/>
        <w:rPr>
          <w:lang w:eastAsia="zh-CN"/>
        </w:rPr>
      </w:pPr>
      <w:r>
        <w:rPr>
          <w:lang w:eastAsia="zh-CN"/>
        </w:rPr>
        <w:t>逐字稿：最后我想说，技术本身不是</w:t>
      </w:r>
      <w:r>
        <w:rPr>
          <w:lang w:eastAsia="zh-CN"/>
        </w:rPr>
        <w:t>目的。真正有价值的地方，是让学习过程更容易被组织、被看见、被反馈。提示词写得越</w:t>
      </w:r>
      <w:proofErr w:type="gramStart"/>
      <w:r>
        <w:rPr>
          <w:lang w:eastAsia="zh-CN"/>
        </w:rPr>
        <w:t>像教学</w:t>
      </w:r>
      <w:proofErr w:type="gramEnd"/>
      <w:r>
        <w:rPr>
          <w:lang w:eastAsia="zh-CN"/>
        </w:rPr>
        <w:t>任务单，</w:t>
      </w:r>
      <w:r>
        <w:rPr>
          <w:lang w:eastAsia="zh-CN"/>
        </w:rPr>
        <w:t xml:space="preserve">AI </w:t>
      </w:r>
      <w:r>
        <w:rPr>
          <w:lang w:eastAsia="zh-CN"/>
        </w:rPr>
        <w:t>生成的网页就越能服务课堂。对教师来说，</w:t>
      </w:r>
      <w:proofErr w:type="gramStart"/>
      <w:r>
        <w:rPr>
          <w:lang w:eastAsia="zh-CN"/>
        </w:rPr>
        <w:t>最</w:t>
      </w:r>
      <w:proofErr w:type="gramEnd"/>
      <w:r>
        <w:rPr>
          <w:lang w:eastAsia="zh-CN"/>
        </w:rPr>
        <w:t>关键的不是先学会写代码，而是先学会把教学设计说清楚：我要做什么页面，给谁用，有哪些功能，数据长什么样，</w:t>
      </w:r>
      <w:proofErr w:type="gramStart"/>
      <w:r>
        <w:rPr>
          <w:lang w:eastAsia="zh-CN"/>
        </w:rPr>
        <w:t>是否要单文件</w:t>
      </w:r>
      <w:proofErr w:type="gramEnd"/>
      <w:r>
        <w:rPr>
          <w:lang w:eastAsia="zh-CN"/>
        </w:rPr>
        <w:t>，是否能离线打开，是否需要后台，输出哪些文件。</w:t>
      </w:r>
    </w:p>
    <w:p w:rsidR="00523F5C" w:rsidRDefault="00F42BA2">
      <w:pPr>
        <w:pStyle w:val="1"/>
        <w:rPr>
          <w:lang w:eastAsia="zh-CN"/>
        </w:rPr>
      </w:pPr>
      <w:r>
        <w:rPr>
          <w:lang w:eastAsia="zh-CN"/>
        </w:rPr>
        <w:t>附录：现场实操提示词</w:t>
      </w:r>
    </w:p>
    <w:p w:rsidR="00523F5C" w:rsidRDefault="00F42BA2">
      <w:pPr>
        <w:shd w:val="clear" w:color="auto" w:fill="EEF8F6"/>
        <w:spacing w:after="160"/>
        <w:rPr>
          <w:lang w:eastAsia="zh-CN"/>
        </w:rPr>
      </w:pPr>
      <w:r>
        <w:rPr>
          <w:b/>
          <w:color w:val="245F78"/>
          <w:lang w:eastAsia="zh-CN"/>
        </w:rPr>
        <w:t>页面重点：这些提示词可放在网页提示页中，现场点击跳转后直接展示。</w:t>
      </w:r>
    </w:p>
    <w:p w:rsidR="00523F5C" w:rsidRDefault="00F42BA2">
      <w:pPr>
        <w:pStyle w:val="21"/>
        <w:rPr>
          <w:lang w:eastAsia="zh-CN"/>
        </w:rPr>
      </w:pPr>
      <w:r>
        <w:rPr>
          <w:lang w:eastAsia="zh-CN"/>
        </w:rPr>
        <w:t xml:space="preserve">HTML </w:t>
      </w:r>
      <w:r>
        <w:rPr>
          <w:lang w:eastAsia="zh-CN"/>
        </w:rPr>
        <w:t>单页教学网页</w:t>
      </w:r>
    </w:p>
    <w:p w:rsidR="00523F5C" w:rsidRDefault="00F42BA2">
      <w:pPr>
        <w:shd w:val="clear" w:color="auto" w:fill="FFF7DC"/>
      </w:pPr>
      <w:r>
        <w:rPr>
          <w:sz w:val="20"/>
          <w:lang w:eastAsia="zh-CN"/>
        </w:rPr>
        <w:t>请生成一个</w:t>
      </w:r>
      <w:proofErr w:type="gramStart"/>
      <w:r>
        <w:rPr>
          <w:sz w:val="20"/>
          <w:lang w:eastAsia="zh-CN"/>
        </w:rPr>
        <w:t>单文件</w:t>
      </w:r>
      <w:proofErr w:type="gramEnd"/>
      <w:r>
        <w:rPr>
          <w:sz w:val="20"/>
          <w:lang w:eastAsia="zh-CN"/>
        </w:rPr>
        <w:t xml:space="preserve"> HTML </w:t>
      </w:r>
      <w:r>
        <w:rPr>
          <w:sz w:val="20"/>
          <w:lang w:eastAsia="zh-CN"/>
        </w:rPr>
        <w:t>教学网页，主题是</w:t>
      </w:r>
      <w:r>
        <w:rPr>
          <w:sz w:val="20"/>
          <w:lang w:eastAsia="zh-CN"/>
        </w:rPr>
        <w:t>“</w:t>
      </w:r>
      <w:r>
        <w:rPr>
          <w:sz w:val="20"/>
          <w:lang w:eastAsia="zh-CN"/>
        </w:rPr>
        <w:t>等高线地形图</w:t>
      </w:r>
      <w:r>
        <w:rPr>
          <w:sz w:val="20"/>
          <w:lang w:eastAsia="zh-CN"/>
        </w:rPr>
        <w:t>”</w:t>
      </w:r>
      <w:r>
        <w:rPr>
          <w:sz w:val="20"/>
          <w:lang w:eastAsia="zh-CN"/>
        </w:rPr>
        <w:t>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面向初中地理学生，用于课堂互动学习。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页面包含知识卡片、图片区域、</w:t>
      </w:r>
      <w:r>
        <w:rPr>
          <w:sz w:val="20"/>
          <w:lang w:eastAsia="zh-CN"/>
        </w:rPr>
        <w:t xml:space="preserve">3 </w:t>
      </w:r>
      <w:r>
        <w:rPr>
          <w:sz w:val="20"/>
          <w:lang w:eastAsia="zh-CN"/>
        </w:rPr>
        <w:t>道互动选择题。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学生点击选项后，立即显示正确或错误，并显示解析。</w:t>
      </w:r>
      <w:r>
        <w:rPr>
          <w:sz w:val="20"/>
          <w:lang w:eastAsia="zh-CN"/>
        </w:rPr>
        <w:br/>
      </w:r>
      <w:proofErr w:type="spellStart"/>
      <w:r>
        <w:rPr>
          <w:sz w:val="20"/>
        </w:rPr>
        <w:t>HTML</w:t>
      </w:r>
      <w:r>
        <w:rPr>
          <w:sz w:val="20"/>
        </w:rPr>
        <w:t>、</w:t>
      </w:r>
      <w:r>
        <w:rPr>
          <w:sz w:val="20"/>
        </w:rPr>
        <w:t>CSS</w:t>
      </w:r>
      <w:r>
        <w:rPr>
          <w:sz w:val="20"/>
        </w:rPr>
        <w:t>、</w:t>
      </w:r>
      <w:r>
        <w:rPr>
          <w:sz w:val="20"/>
        </w:rPr>
        <w:t>JavaScript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写在一个文件里</w:t>
      </w:r>
      <w:proofErr w:type="spellEnd"/>
      <w:r>
        <w:rPr>
          <w:sz w:val="20"/>
        </w:rPr>
        <w:t>。</w:t>
      </w:r>
      <w:r>
        <w:rPr>
          <w:sz w:val="20"/>
        </w:rPr>
        <w:br/>
      </w:r>
      <w:r>
        <w:rPr>
          <w:sz w:val="20"/>
        </w:rPr>
        <w:t>代码完整，不要省略。</w:t>
      </w:r>
      <w:r>
        <w:rPr>
          <w:sz w:val="20"/>
        </w:rPr>
        <w:br/>
      </w:r>
      <w:r>
        <w:rPr>
          <w:sz w:val="20"/>
        </w:rPr>
        <w:t>复制后另存为</w:t>
      </w:r>
      <w:r>
        <w:rPr>
          <w:sz w:val="20"/>
        </w:rPr>
        <w:t xml:space="preserve"> .html </w:t>
      </w:r>
      <w:r>
        <w:rPr>
          <w:sz w:val="20"/>
        </w:rPr>
        <w:t>文件，浏览器直接打开。</w:t>
      </w:r>
    </w:p>
    <w:p w:rsidR="00523F5C" w:rsidRDefault="00F42BA2">
      <w:pPr>
        <w:pStyle w:val="21"/>
      </w:pPr>
      <w:r>
        <w:t xml:space="preserve">JSON </w:t>
      </w:r>
      <w:r>
        <w:t>动态题库</w:t>
      </w:r>
    </w:p>
    <w:p w:rsidR="00523F5C" w:rsidRDefault="00F42BA2">
      <w:pPr>
        <w:shd w:val="clear" w:color="auto" w:fill="FFF7DC"/>
      </w:pPr>
      <w:r>
        <w:rPr>
          <w:sz w:val="20"/>
        </w:rPr>
        <w:t>请制作一个</w:t>
      </w:r>
      <w:r>
        <w:rPr>
          <w:sz w:val="20"/>
        </w:rPr>
        <w:t xml:space="preserve"> HTML </w:t>
      </w:r>
      <w:r>
        <w:rPr>
          <w:sz w:val="20"/>
        </w:rPr>
        <w:t>动态题库网页，从</w:t>
      </w:r>
      <w:r>
        <w:rPr>
          <w:sz w:val="20"/>
        </w:rPr>
        <w:t xml:space="preserve"> questions.json </w:t>
      </w:r>
      <w:r>
        <w:rPr>
          <w:sz w:val="20"/>
        </w:rPr>
        <w:t>读取题目。</w:t>
      </w:r>
      <w:r>
        <w:rPr>
          <w:sz w:val="20"/>
        </w:rPr>
        <w:br/>
      </w:r>
      <w:r>
        <w:rPr>
          <w:sz w:val="20"/>
        </w:rPr>
        <w:t>每道题包含</w:t>
      </w:r>
      <w:r>
        <w:rPr>
          <w:sz w:val="20"/>
        </w:rPr>
        <w:t xml:space="preserve"> question</w:t>
      </w:r>
      <w:r>
        <w:rPr>
          <w:sz w:val="20"/>
        </w:rPr>
        <w:t>、</w:t>
      </w:r>
      <w:r>
        <w:rPr>
          <w:sz w:val="20"/>
        </w:rPr>
        <w:t>options</w:t>
      </w:r>
      <w:r>
        <w:rPr>
          <w:sz w:val="20"/>
        </w:rPr>
        <w:t>、</w:t>
      </w:r>
      <w:r>
        <w:rPr>
          <w:sz w:val="20"/>
        </w:rPr>
        <w:t>answer</w:t>
      </w:r>
      <w:r>
        <w:rPr>
          <w:sz w:val="20"/>
        </w:rPr>
        <w:t>、</w:t>
      </w:r>
      <w:r>
        <w:rPr>
          <w:sz w:val="20"/>
        </w:rPr>
        <w:t xml:space="preserve">explanation </w:t>
      </w:r>
      <w:r>
        <w:rPr>
          <w:sz w:val="20"/>
        </w:rPr>
        <w:t>字段。</w:t>
      </w:r>
      <w:r>
        <w:rPr>
          <w:sz w:val="20"/>
        </w:rPr>
        <w:br/>
      </w:r>
      <w:r>
        <w:rPr>
          <w:sz w:val="20"/>
        </w:rPr>
        <w:t>网页自动读取题目，显示选择题，判断正误，显示解析，统计得分。</w:t>
      </w:r>
      <w:r>
        <w:rPr>
          <w:sz w:val="20"/>
        </w:rPr>
        <w:br/>
      </w:r>
      <w:r>
        <w:rPr>
          <w:sz w:val="20"/>
        </w:rPr>
        <w:t>请同时给出</w:t>
      </w:r>
      <w:r>
        <w:rPr>
          <w:sz w:val="20"/>
        </w:rPr>
        <w:t xml:space="preserve"> </w:t>
      </w:r>
      <w:r>
        <w:rPr>
          <w:sz w:val="20"/>
        </w:rPr>
        <w:t xml:space="preserve">index.html </w:t>
      </w:r>
      <w:r>
        <w:rPr>
          <w:sz w:val="20"/>
        </w:rPr>
        <w:t>文件代码和</w:t>
      </w:r>
      <w:r>
        <w:rPr>
          <w:sz w:val="20"/>
        </w:rPr>
        <w:t xml:space="preserve"> questions.json </w:t>
      </w:r>
      <w:r>
        <w:rPr>
          <w:sz w:val="20"/>
        </w:rPr>
        <w:t>示例数据。</w:t>
      </w:r>
      <w:r>
        <w:rPr>
          <w:sz w:val="20"/>
        </w:rPr>
        <w:br/>
      </w:r>
      <w:r>
        <w:rPr>
          <w:sz w:val="20"/>
        </w:rPr>
        <w:t>说明如何保存两个文件，以及如何打开网页。</w:t>
      </w:r>
    </w:p>
    <w:p w:rsidR="00523F5C" w:rsidRDefault="00F42BA2">
      <w:pPr>
        <w:pStyle w:val="21"/>
      </w:pPr>
      <w:r>
        <w:t xml:space="preserve">API </w:t>
      </w:r>
      <w:r>
        <w:t>接入</w:t>
      </w:r>
    </w:p>
    <w:p w:rsidR="00523F5C" w:rsidRDefault="00F42BA2">
      <w:pPr>
        <w:shd w:val="clear" w:color="auto" w:fill="FFF7DC"/>
        <w:rPr>
          <w:lang w:eastAsia="zh-CN"/>
        </w:rPr>
      </w:pPr>
      <w:r>
        <w:rPr>
          <w:sz w:val="20"/>
        </w:rPr>
        <w:t>请制作一个</w:t>
      </w:r>
      <w:r>
        <w:rPr>
          <w:sz w:val="20"/>
        </w:rPr>
        <w:t xml:space="preserve"> HTML </w:t>
      </w:r>
      <w:r>
        <w:rPr>
          <w:sz w:val="20"/>
        </w:rPr>
        <w:t>页面，输入城市名称后调用天气</w:t>
      </w:r>
      <w:r>
        <w:rPr>
          <w:sz w:val="20"/>
        </w:rPr>
        <w:t xml:space="preserve"> API</w:t>
      </w:r>
      <w:r>
        <w:rPr>
          <w:sz w:val="20"/>
        </w:rPr>
        <w:t>。</w:t>
      </w:r>
      <w:r>
        <w:rPr>
          <w:sz w:val="20"/>
        </w:rPr>
        <w:br/>
      </w:r>
      <w:r>
        <w:rPr>
          <w:sz w:val="20"/>
          <w:lang w:eastAsia="zh-CN"/>
        </w:rPr>
        <w:t>用户输入城市名称，点击查询按钮，调用天气</w:t>
      </w:r>
      <w:r>
        <w:rPr>
          <w:sz w:val="20"/>
          <w:lang w:eastAsia="zh-CN"/>
        </w:rPr>
        <w:t xml:space="preserve"> API</w:t>
      </w:r>
      <w:r>
        <w:rPr>
          <w:sz w:val="20"/>
          <w:lang w:eastAsia="zh-CN"/>
        </w:rPr>
        <w:t>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显示当前天气、温度和天气建议。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请把</w:t>
      </w:r>
      <w:r>
        <w:rPr>
          <w:sz w:val="20"/>
          <w:lang w:eastAsia="zh-CN"/>
        </w:rPr>
        <w:t xml:space="preserve"> API </w:t>
      </w:r>
      <w:r>
        <w:rPr>
          <w:sz w:val="20"/>
          <w:lang w:eastAsia="zh-CN"/>
        </w:rPr>
        <w:t>地址、请求参数、返回字段说明清楚。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如果需要</w:t>
      </w:r>
      <w:r>
        <w:rPr>
          <w:sz w:val="20"/>
          <w:lang w:eastAsia="zh-CN"/>
        </w:rPr>
        <w:t xml:space="preserve"> API Key</w:t>
      </w:r>
      <w:r>
        <w:rPr>
          <w:sz w:val="20"/>
          <w:lang w:eastAsia="zh-CN"/>
        </w:rPr>
        <w:t>，请用</w:t>
      </w:r>
      <w:r>
        <w:rPr>
          <w:sz w:val="20"/>
          <w:lang w:eastAsia="zh-CN"/>
        </w:rPr>
        <w:t xml:space="preserve"> YOUR_API_KEY </w:t>
      </w:r>
      <w:r>
        <w:rPr>
          <w:sz w:val="20"/>
          <w:lang w:eastAsia="zh-CN"/>
        </w:rPr>
        <w:t>占位，并说明替换位置。</w:t>
      </w:r>
    </w:p>
    <w:p w:rsidR="00523F5C" w:rsidRDefault="00F42BA2">
      <w:pPr>
        <w:pStyle w:val="21"/>
        <w:rPr>
          <w:lang w:eastAsia="zh-CN"/>
        </w:rPr>
      </w:pPr>
      <w:r>
        <w:rPr>
          <w:lang w:eastAsia="zh-CN"/>
        </w:rPr>
        <w:lastRenderedPageBreak/>
        <w:t>后台管理</w:t>
      </w:r>
    </w:p>
    <w:p w:rsidR="00523F5C" w:rsidRDefault="00F42BA2">
      <w:pPr>
        <w:shd w:val="clear" w:color="auto" w:fill="FFF7DC"/>
      </w:pPr>
      <w:proofErr w:type="gramStart"/>
      <w:r>
        <w:rPr>
          <w:sz w:val="20"/>
          <w:lang w:eastAsia="zh-CN"/>
        </w:rPr>
        <w:t>请制作一个单文件</w:t>
      </w:r>
      <w:proofErr w:type="gramEnd"/>
      <w:r>
        <w:rPr>
          <w:sz w:val="20"/>
          <w:lang w:eastAsia="zh-CN"/>
        </w:rPr>
        <w:t xml:space="preserve"> HTML </w:t>
      </w:r>
      <w:r>
        <w:rPr>
          <w:sz w:val="20"/>
          <w:lang w:eastAsia="zh-CN"/>
        </w:rPr>
        <w:t>教学题库后台管理页。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教师使用，用于维护课堂练习题和查看学生答题</w:t>
      </w:r>
      <w:r>
        <w:rPr>
          <w:sz w:val="20"/>
          <w:lang w:eastAsia="zh-CN"/>
        </w:rPr>
        <w:t>记录。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可以新增题目、编辑题目、删除题目、查看题目列表、查看学生提交记录。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题目字段包括题干、选项</w:t>
      </w:r>
      <w:r>
        <w:rPr>
          <w:sz w:val="20"/>
          <w:lang w:eastAsia="zh-CN"/>
        </w:rPr>
        <w:t xml:space="preserve"> A-D</w:t>
      </w:r>
      <w:r>
        <w:rPr>
          <w:sz w:val="20"/>
          <w:lang w:eastAsia="zh-CN"/>
        </w:rPr>
        <w:t>、正确答案、解析、知识点、难度。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提交记录包括学生姓名、题目、学生答案、正确答案、是否正确、提交时间。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数据使用</w:t>
      </w:r>
      <w:r>
        <w:rPr>
          <w:sz w:val="20"/>
          <w:lang w:eastAsia="zh-CN"/>
        </w:rPr>
        <w:t xml:space="preserve"> </w:t>
      </w:r>
      <w:proofErr w:type="spellStart"/>
      <w:r>
        <w:rPr>
          <w:sz w:val="20"/>
          <w:lang w:eastAsia="zh-CN"/>
        </w:rPr>
        <w:t>localStorage</w:t>
      </w:r>
      <w:proofErr w:type="spellEnd"/>
      <w:r>
        <w:rPr>
          <w:sz w:val="20"/>
          <w:lang w:eastAsia="zh-CN"/>
        </w:rPr>
        <w:t xml:space="preserve"> </w:t>
      </w:r>
      <w:r>
        <w:rPr>
          <w:sz w:val="20"/>
          <w:lang w:eastAsia="zh-CN"/>
        </w:rPr>
        <w:t>保存，刷新页面后数据仍然保留。</w:t>
      </w:r>
      <w:r>
        <w:rPr>
          <w:sz w:val="20"/>
          <w:lang w:eastAsia="zh-CN"/>
        </w:rPr>
        <w:br/>
      </w:r>
      <w:r>
        <w:rPr>
          <w:sz w:val="20"/>
          <w:lang w:eastAsia="zh-CN"/>
        </w:rPr>
        <w:t>页面包含</w:t>
      </w:r>
      <w:r>
        <w:rPr>
          <w:sz w:val="20"/>
          <w:lang w:eastAsia="zh-CN"/>
        </w:rPr>
        <w:t>“</w:t>
      </w:r>
      <w:r>
        <w:rPr>
          <w:sz w:val="20"/>
          <w:lang w:eastAsia="zh-CN"/>
        </w:rPr>
        <w:t>题库管理</w:t>
      </w:r>
      <w:r>
        <w:rPr>
          <w:sz w:val="20"/>
          <w:lang w:eastAsia="zh-CN"/>
        </w:rPr>
        <w:t>”</w:t>
      </w:r>
      <w:r>
        <w:rPr>
          <w:sz w:val="20"/>
          <w:lang w:eastAsia="zh-CN"/>
        </w:rPr>
        <w:t>和</w:t>
      </w:r>
      <w:r>
        <w:rPr>
          <w:sz w:val="20"/>
          <w:lang w:eastAsia="zh-CN"/>
        </w:rPr>
        <w:t>“</w:t>
      </w:r>
      <w:r>
        <w:rPr>
          <w:sz w:val="20"/>
          <w:lang w:eastAsia="zh-CN"/>
        </w:rPr>
        <w:t>提交记录</w:t>
      </w:r>
      <w:r>
        <w:rPr>
          <w:sz w:val="20"/>
          <w:lang w:eastAsia="zh-CN"/>
        </w:rPr>
        <w:t>”</w:t>
      </w:r>
      <w:r>
        <w:rPr>
          <w:sz w:val="20"/>
          <w:lang w:eastAsia="zh-CN"/>
        </w:rPr>
        <w:t>两个标签页。</w:t>
      </w:r>
      <w:r>
        <w:rPr>
          <w:sz w:val="20"/>
          <w:lang w:eastAsia="zh-CN"/>
        </w:rPr>
        <w:br/>
      </w:r>
      <w:proofErr w:type="spellStart"/>
      <w:r>
        <w:rPr>
          <w:sz w:val="20"/>
        </w:rPr>
        <w:t>输出完整</w:t>
      </w:r>
      <w:proofErr w:type="spellEnd"/>
      <w:r>
        <w:rPr>
          <w:sz w:val="20"/>
        </w:rPr>
        <w:t xml:space="preserve"> HTML </w:t>
      </w:r>
      <w:proofErr w:type="spellStart"/>
      <w:r>
        <w:rPr>
          <w:sz w:val="20"/>
        </w:rPr>
        <w:t>单文件，不要省略代码</w:t>
      </w:r>
      <w:proofErr w:type="spellEnd"/>
      <w:r>
        <w:rPr>
          <w:sz w:val="20"/>
        </w:rPr>
        <w:t>。</w:t>
      </w:r>
      <w:bookmarkStart w:id="0" w:name="_GoBack"/>
      <w:bookmarkEnd w:id="0"/>
    </w:p>
    <w:sectPr w:rsidR="00523F5C" w:rsidSect="00034616">
      <w:footerReference w:type="default" r:id="rId8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BA2" w:rsidRDefault="00F42BA2">
      <w:pPr>
        <w:spacing w:after="0" w:line="240" w:lineRule="auto"/>
      </w:pPr>
      <w:r>
        <w:separator/>
      </w:r>
    </w:p>
  </w:endnote>
  <w:endnote w:type="continuationSeparator" w:id="0">
    <w:p w:rsidR="00F42BA2" w:rsidRDefault="00F4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F5C" w:rsidRDefault="00F42BA2">
    <w:pPr>
      <w:pStyle w:val="a7"/>
      <w:jc w:val="center"/>
      <w:rPr>
        <w:lang w:eastAsia="zh-CN"/>
      </w:rPr>
    </w:pPr>
    <w:r>
      <w:rPr>
        <w:color w:val="526873"/>
        <w:sz w:val="18"/>
        <w:lang w:eastAsia="zh-CN"/>
      </w:rPr>
      <w:t>交</w:t>
    </w:r>
    <w:r>
      <w:rPr>
        <w:color w:val="526873"/>
        <w:sz w:val="18"/>
        <w:lang w:eastAsia="zh-CN"/>
      </w:rPr>
      <w:t>互网页与</w:t>
    </w:r>
    <w:r>
      <w:rPr>
        <w:color w:val="526873"/>
        <w:sz w:val="18"/>
        <w:lang w:eastAsia="zh-CN"/>
      </w:rPr>
      <w:t xml:space="preserve"> AI </w:t>
    </w:r>
    <w:r>
      <w:rPr>
        <w:color w:val="526873"/>
        <w:sz w:val="18"/>
        <w:lang w:eastAsia="zh-CN"/>
      </w:rPr>
      <w:t>助手支持下的课堂设计｜新版逐字稿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BA2" w:rsidRDefault="00F42BA2">
      <w:pPr>
        <w:spacing w:after="0" w:line="240" w:lineRule="auto"/>
      </w:pPr>
      <w:r>
        <w:separator/>
      </w:r>
    </w:p>
  </w:footnote>
  <w:footnote w:type="continuationSeparator" w:id="0">
    <w:p w:rsidR="00F42BA2" w:rsidRDefault="00F42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3F5C"/>
    <w:rsid w:val="00AA1D8D"/>
    <w:rsid w:val="00B02DB8"/>
    <w:rsid w:val="00B47730"/>
    <w:rsid w:val="00CB0664"/>
    <w:rsid w:val="00E409C2"/>
    <w:rsid w:val="00F42B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3D2319"/>
  <w14:defaultImageDpi w14:val="300"/>
  <w15:docId w15:val="{FAAE6216-343A-421B-BA28-843F78684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微软雅黑" w:eastAsia="微软雅黑" w:hAnsi="微软雅黑"/>
      <w:color w:val="21313F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F7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7457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8A622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975CA9-4642-4A11-8473-3A73FED5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杨俊杰</cp:lastModifiedBy>
  <cp:revision>2</cp:revision>
  <dcterms:created xsi:type="dcterms:W3CDTF">2026-05-27T13:16:00Z</dcterms:created>
  <dcterms:modified xsi:type="dcterms:W3CDTF">2026-05-27T13:16:00Z</dcterms:modified>
  <cp:category/>
</cp:coreProperties>
</file>