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00" w:after="700"/>
        <w:jc w:val="center"/>
      </w:pPr>
      <w:r>
        <w:rPr>
          <w:rFonts w:ascii="微软雅黑" w:hAnsi="微软雅黑" w:eastAsia="微软雅黑" w:cs="微软雅黑" w:hint="eastAsia"/>
          <w:b w:val="0"/>
          <w:color w:val="1565C0"/>
          <w:sz w:val="28"/>
          <w:lang w:eastAsia="zh-CN"/>
        </w:rPr>
        <w:t>教师培训配套教案合集</w:t>
      </w:r>
    </w:p>
    <w:p>
      <w:pPr>
        <w:pStyle w:val="Heading1"/>
        <w:spacing w:line="312" w:lineRule="auto" w:after="1100"/>
        <w:jc w:val="center"/>
      </w:pPr>
      <w:r>
        <w:rPr>
          <w:rFonts w:ascii="微软雅黑" w:hAnsi="微软雅黑" w:eastAsia="微软雅黑" w:cs="微软雅黑" w:hint="eastAsia"/>
          <w:b w:val="0"/>
          <w:color w:val="1A237E"/>
          <w:sz w:val="44"/>
          <w:lang w:eastAsia="zh-CN"/>
        </w:rPr>
        <w:t>《中小学人工智能通识教育——教师培训课程（2026）》配套教案合集</w:t>
      </w:r>
    </w:p>
    <w:p>
      <w:pPr>
        <w:spacing w:after="900"/>
        <w:jc w:val="center"/>
      </w:pPr>
      <w:r>
        <w:rPr>
          <w:rFonts w:ascii="微软雅黑" w:hAnsi="微软雅黑" w:eastAsia="微软雅黑" w:cs="微软雅黑" w:hint="eastAsia"/>
          <w:b w:val="0"/>
          <w:color w:val="616161"/>
          <w:sz w:val="36"/>
          <w:lang w:eastAsia="zh-CN"/>
        </w:rPr>
        <w:t>教师研修方案</w:t>
      </w:r>
      <w:r>
        <w:rPr>
          <w:rFonts w:ascii="微软雅黑" w:hAnsi="微软雅黑"/>
          <w:b w:val="0"/>
          <w:color w:val="616161"/>
          <w:sz w:val="36"/>
        </w:rPr>
        <w:t xml:space="preserve"> · </w:t>
      </w:r>
      <w:r>
        <w:rPr>
          <w:rFonts w:ascii="微软雅黑" w:hAnsi="微软雅黑" w:eastAsia="微软雅黑" w:cs="微软雅黑" w:hint="eastAsia"/>
          <w:b w:val="0"/>
          <w:color w:val="616161"/>
          <w:sz w:val="36"/>
          <w:lang w:eastAsia="zh-CN"/>
        </w:rPr>
        <w:t>学生课堂教学教案（全</w:t>
      </w:r>
      <w:r>
        <w:rPr>
          <w:rFonts w:ascii="微软雅黑" w:hAnsi="微软雅黑"/>
          <w:b w:val="0"/>
          <w:color w:val="616161"/>
          <w:sz w:val="36"/>
        </w:rPr>
        <w:t>21</w:t>
      </w:r>
      <w:r>
        <w:rPr>
          <w:rFonts w:ascii="微软雅黑" w:hAnsi="微软雅黑" w:eastAsia="微软雅黑" w:cs="微软雅黑" w:hint="eastAsia"/>
          <w:b w:val="0"/>
          <w:color w:val="616161"/>
          <w:sz w:val="36"/>
          <w:lang w:eastAsia="zh-CN"/>
        </w:rPr>
        <w:t>讲）</w:t>
      </w:r>
    </w:p>
    <w:p>
      <w:pPr>
        <w:spacing w:after="150"/>
        <w:jc w:val="center"/>
      </w:pPr>
      <w:r>
        <w:rPr>
          <w:rFonts w:ascii="微软雅黑" w:hAnsi="微软雅黑" w:eastAsia="微软雅黑" w:cs="微软雅黑" w:hint="eastAsia"/>
          <w:b w:val="0"/>
          <w:color w:val="212121"/>
          <w:sz w:val="20"/>
          <w:lang w:eastAsia="zh-CN"/>
        </w:rPr>
        <w:t>编制单位：泉州一中教研室</w:t>
      </w:r>
    </w:p>
    <w:p>
      <w:pPr>
        <w:spacing w:after="150"/>
        <w:jc w:val="center"/>
      </w:pPr>
      <w:r>
        <w:rPr>
          <w:rFonts w:ascii="微软雅黑" w:hAnsi="微软雅黑" w:eastAsia="微软雅黑" w:cs="微软雅黑" w:hint="eastAsia"/>
          <w:b w:val="0"/>
          <w:color w:val="212121"/>
          <w:sz w:val="20"/>
          <w:lang w:eastAsia="zh-CN"/>
        </w:rPr>
        <w:t>适用用途：校本研修组织</w:t>
      </w:r>
      <w:r>
        <w:rPr>
          <w:rFonts w:ascii="微软雅黑" w:hAnsi="微软雅黑"/>
          <w:b w:val="0"/>
          <w:color w:val="212121"/>
          <w:sz w:val="20"/>
        </w:rPr>
        <w:t xml:space="preserve"> / </w:t>
      </w:r>
      <w:r>
        <w:rPr>
          <w:rFonts w:ascii="微软雅黑" w:hAnsi="微软雅黑" w:eastAsia="微软雅黑" w:cs="微软雅黑" w:hint="eastAsia"/>
          <w:b w:val="0"/>
          <w:color w:val="212121"/>
          <w:sz w:val="20"/>
          <w:lang w:eastAsia="zh-CN"/>
        </w:rPr>
        <w:t>人工智能通识课教学实施</w:t>
      </w:r>
      <w:r/>
    </w:p>
    <w:p>
      <w:pPr>
        <w:sectPr>
          <w:type w:val="nextPage"/>
          <w:pgSz w:w="11906" w:h="16838"/>
          <w:pgMar w:top="1440" w:bottom="1440" w:left="1797" w:right="1797"/>
        </w:sectPr>
      </w:pPr>
    </w:p>
    <w:p>
      <w:pPr>
        <w:pageBreakBefore/>
        <w:spacing w:after="165"/>
      </w:pPr>
      <w:r/>
      <w:r>
        <w:rPr>
          <w:rFonts w:ascii="微软雅黑" w:hAnsi="微软雅黑" w:eastAsia="微软雅黑" w:hint="eastAsia"/>
          <w:color w:val="1A237E"/>
          <w:sz w:val="22"/>
        </w:rPr>
        <w:t>目录</w:t>
      </w:r>
    </w:p>
    <w:p>
      <w:hyperlink w:anchor="_Toc_section_1">
        <w:r>
          <w:rPr>
            <w:rFonts w:hint="eastAsia"/>
            <w:color w:val="000000"/>
            <w:u w:val="none"/>
          </w:rPr>
          <w:t xml:space="preserve">总目录</w:t>
        </w:r>
      </w:hyperlink>
    </w:p>
    <w:p>
      <w:hyperlink w:anchor="_Toc_section_2">
        <w:r>
          <w:rPr>
            <w:rFonts w:hint="eastAsia"/>
            <w:color w:val="000000"/>
            <w:u w:val="none"/>
          </w:rPr>
          <w:t xml:space="preserve">研修方案 1：《中小学人工智能通识教育，到底"通"在何处？》</w:t>
        </w:r>
      </w:hyperlink>
    </w:p>
    <w:p>
      <w:hyperlink w:anchor="_Toc_section_3">
        <w:r>
          <w:rPr>
            <w:rFonts w:hint="eastAsia"/>
            <w:color w:val="000000"/>
            <w:u w:val="none"/>
          </w:rPr>
          <w:t xml:space="preserve">研修方案 2：《人工智能从何而来——学科源头、历史与"知识树"教法》</w:t>
        </w:r>
      </w:hyperlink>
    </w:p>
    <w:p>
      <w:hyperlink w:anchor="_Toc_section_4">
        <w:r>
          <w:rPr>
            <w:rFonts w:hint="eastAsia"/>
            <w:color w:val="000000"/>
            <w:u w:val="none"/>
          </w:rPr>
          <w:t xml:space="preserve">研修方案 3：《人工智能的丰硕之果与绚烂之花——前沿产品、突破与AI4Science》</w:t>
        </w:r>
      </w:hyperlink>
    </w:p>
    <w:p>
      <w:hyperlink w:anchor="_Toc_section_5">
        <w:r>
          <w:rPr>
            <w:rFonts w:hint="eastAsia"/>
            <w:color w:val="000000"/>
            <w:u w:val="none"/>
          </w:rPr>
          <w:t xml:space="preserve">研修方案 4：《人工智能的繁茂之叶与茁壮之枝》</w:t>
        </w:r>
      </w:hyperlink>
    </w:p>
    <w:p>
      <w:hyperlink w:anchor="_Toc_section_6">
        <w:r>
          <w:rPr>
            <w:rFonts w:hint="eastAsia"/>
            <w:color w:val="000000"/>
            <w:u w:val="none"/>
          </w:rPr>
          <w:t xml:space="preserve">研修方案 5：《人工智能的遒劲之干与深厚之根》</w:t>
        </w:r>
      </w:hyperlink>
    </w:p>
    <w:p>
      <w:hyperlink w:anchor="_Toc_section_7">
        <w:r>
          <w:rPr>
            <w:rFonts w:hint="eastAsia"/>
            <w:color w:val="000000"/>
            <w:u w:val="none"/>
          </w:rPr>
          <w:t xml:space="preserve">研修方案 6：《一窥人工智能知识树的全貌》</w:t>
        </w:r>
      </w:hyperlink>
    </w:p>
    <w:p>
      <w:hyperlink w:anchor="_Toc_section_8">
        <w:r>
          <w:rPr>
            <w:rFonts w:hint="eastAsia"/>
            <w:color w:val="000000"/>
            <w:u w:val="none"/>
          </w:rPr>
          <w:t xml:space="preserve">研修方案 7：《人工智能通识教育的目标》</w:t>
        </w:r>
      </w:hyperlink>
    </w:p>
    <w:p>
      <w:hyperlink w:anchor="_Toc_section_9">
        <w:r>
          <w:rPr>
            <w:rFonts w:hint="eastAsia"/>
            <w:color w:val="000000"/>
            <w:u w:val="none"/>
          </w:rPr>
          <w:t xml:space="preserve">课题：《玩转机器人》（人工智能通识课·小学低段1-2年级）</w:t>
        </w:r>
      </w:hyperlink>
    </w:p>
    <w:p>
      <w:hyperlink w:anchor="_Toc_section_10">
        <w:r>
          <w:rPr>
            <w:rFonts w:hint="eastAsia"/>
            <w:color w:val="000000"/>
            <w:u w:val="none"/>
          </w:rPr>
          <w:t xml:space="preserve">课题：《人工智能通识教育第一课：逻辑运算与或非》（人工智能通识课·小学中段3-4年级）</w:t>
        </w:r>
      </w:hyperlink>
    </w:p>
    <w:p>
      <w:hyperlink w:anchor="_Toc_section_11">
        <w:r>
          <w:rPr>
            <w:rFonts w:hint="eastAsia"/>
            <w:color w:val="000000"/>
            <w:u w:val="none"/>
          </w:rPr>
          <w:t xml:space="preserve">课题：《图灵测试和中文房间》（人工智能通识课·小学中段3-4年级）</w:t>
        </w:r>
      </w:hyperlink>
    </w:p>
    <w:p>
      <w:hyperlink w:anchor="_Toc_section_12">
        <w:r>
          <w:rPr>
            <w:rFonts w:hint="eastAsia"/>
            <w:color w:val="000000"/>
            <w:u w:val="none"/>
          </w:rPr>
          <w:t xml:space="preserve">课题：《生成式人工智能通用大模型——以"挑西瓜"为例》（人工智能通识课·小学中段3-4年级）</w:t>
        </w:r>
      </w:hyperlink>
    </w:p>
    <w:p>
      <w:hyperlink w:anchor="_Toc_section_13">
        <w:r>
          <w:rPr>
            <w:rFonts w:hint="eastAsia"/>
            <w:color w:val="000000"/>
            <w:u w:val="none"/>
          </w:rPr>
          <w:t xml:space="preserve">课题：《人工智能伦理与机器人三定律》（人工智能通识课·小学中段3-4年级）</w:t>
        </w:r>
      </w:hyperlink>
    </w:p>
    <w:p>
      <w:hyperlink w:anchor="_Toc_section_14">
        <w:r>
          <w:rPr>
            <w:rFonts w:hint="eastAsia"/>
            <w:color w:val="000000"/>
            <w:u w:val="none"/>
          </w:rPr>
          <w:t xml:space="preserve">课题：《田忌赛马与人工智能（上）》（人工智能通识课·小学高段5-6年级）</w:t>
        </w:r>
      </w:hyperlink>
    </w:p>
    <w:p>
      <w:hyperlink w:anchor="_Toc_section_15">
        <w:r>
          <w:rPr>
            <w:rFonts w:hint="eastAsia"/>
            <w:color w:val="000000"/>
            <w:u w:val="none"/>
          </w:rPr>
          <w:t xml:space="preserve">课题：《田忌赛马与人工智能（下）》（人工智能通识课·小学高段5-6年级）</w:t>
        </w:r>
      </w:hyperlink>
    </w:p>
    <w:p>
      <w:hyperlink w:anchor="_Toc_section_16">
        <w:r>
          <w:rPr>
            <w:rFonts w:hint="eastAsia"/>
            <w:color w:val="000000"/>
            <w:u w:val="none"/>
          </w:rPr>
          <w:t xml:space="preserve">课题：《有限理性假设与搜索》（人工智能通识课·小学高段5-6年级）</w:t>
        </w:r>
      </w:hyperlink>
    </w:p>
    <w:p>
      <w:hyperlink w:anchor="_Toc_section_17">
        <w:r>
          <w:rPr>
            <w:rFonts w:hint="eastAsia"/>
            <w:color w:val="000000"/>
            <w:u w:val="none"/>
          </w:rPr>
          <w:t xml:space="preserve">课题：《人工神经网络》（人工智能通识课·小学高段5-6年级）</w:t>
        </w:r>
      </w:hyperlink>
    </w:p>
    <w:p>
      <w:hyperlink w:anchor="_Toc_section_18">
        <w:r>
          <w:rPr>
            <w:rFonts w:hint="eastAsia"/>
            <w:color w:val="000000"/>
            <w:u w:val="none"/>
          </w:rPr>
          <w:t xml:space="preserve">课题：《永不消逝的电波——用电报机学编码与通信》（人工智能通识课·初中）</w:t>
        </w:r>
      </w:hyperlink>
    </w:p>
    <w:p>
      <w:hyperlink w:anchor="_Toc_section_19">
        <w:r>
          <w:rPr>
            <w:rFonts w:hint="eastAsia"/>
            <w:color w:val="000000"/>
            <w:u w:val="none"/>
          </w:rPr>
          <w:t xml:space="preserve">课题：《交通道口红绿灯——像工程师一样设计路口信号系统》（人工智能通识课·初中）</w:t>
        </w:r>
      </w:hyperlink>
    </w:p>
    <w:p>
      <w:hyperlink w:anchor="_Toc_section_20">
        <w:r>
          <w:rPr>
            <w:rFonts w:hint="eastAsia"/>
            <w:color w:val="000000"/>
            <w:u w:val="none"/>
          </w:rPr>
          <w:t xml:space="preserve">课题：《AI如何听懂你说的是"苹果"——语音识别背后的物理与数学原理》（人工智能通识课·高中）</w:t>
        </w:r>
      </w:hyperlink>
    </w:p>
    <w:p>
      <w:hyperlink w:anchor="_Toc_section_21">
        <w:r>
          <w:rPr>
            <w:rFonts w:hint="eastAsia"/>
            <w:color w:val="000000"/>
            <w:u w:val="none"/>
          </w:rPr>
          <w:t xml:space="preserve">研修方案 19（上）：《总结——人工智能通识课的教学法与技术（上）》</w:t>
        </w:r>
      </w:hyperlink>
    </w:p>
    <w:p>
      <w:hyperlink w:anchor="_Toc_section_22">
        <w:r>
          <w:rPr>
            <w:rFonts w:hint="eastAsia"/>
            <w:color w:val="000000"/>
            <w:u w:val="none"/>
          </w:rPr>
          <w:t xml:space="preserve">研修方案 19（下）：《总结——人工智能通识课的教学法与技术（下）》</w:t>
        </w:r>
      </w:hyperlink>
    </w:p>
    <w:p>
      <w:pPr>
        <w:spacing w:after="165"/>
      </w:pPr>
      <w:r>
        <w:rPr>
          <w:rFonts w:ascii="微软雅黑" w:hAnsi="微软雅黑" w:eastAsia="微软雅黑" w:cs="微软雅黑" w:hint="eastAsia"/>
          <w:b w:val="0"/>
          <w:color w:val="1A237E"/>
          <w:sz w:val="22"/>
          <w:lang w:eastAsia="zh-CN"/>
        </w:rPr>
        <w:t>编制说明</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FFFFF"/>
            <w:tcMar>
              <w:top w:w="180" w:type="dxa"/>
              <w:bottom w:w="180" w:type="dxa"/>
              <w:left w:w="180" w:type="dxa"/>
              <w:right w:w="180" w:type="dxa"/>
            </w:tcMar>
          </w:tcPr>
          <w:p>
            <w:pPr>
              <w:jc w:val="left"/>
              <w:spacing w:line="240" w:lineRule="auto" w:before="45" w:after="45"/>
            </w:pPr>
            <w:r>
              <w:rPr>
                <w:color w:val="616161"/>
                <w:sz w:val="18"/>
              </w:rPr>
              <w:t xml:space="preserve">配套讲次 </w:t>
              <w:br/>
            </w:r>
            <w:r>
              <w:rPr>
                <w:color w:val="616161"/>
                <w:sz w:val="18"/>
              </w:rPr>
              <w:t xml:space="preserve"> </w:t>
            </w:r>
            <w:r>
              <w:rPr>
                <w:b/>
                <w:color w:val="616161"/>
                <w:sz w:val="18"/>
              </w:rPr>
              <w:t>21</w:t>
            </w:r>
            <w:r>
              <w:rPr>
                <w:color w:val="616161"/>
                <w:sz w:val="18"/>
              </w:rPr>
              <w:t xml:space="preserve"> 讲</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FFFFF"/>
            <w:tcMar>
              <w:top w:w="180" w:type="dxa"/>
              <w:bottom w:w="180" w:type="dxa"/>
              <w:left w:w="180" w:type="dxa"/>
              <w:right w:w="180" w:type="dxa"/>
            </w:tcMar>
          </w:tcPr>
          <w:p>
            <w:pPr>
              <w:jc w:val="left"/>
              <w:spacing w:line="240" w:lineRule="auto" w:before="45" w:after="45"/>
            </w:pPr>
            <w:r>
              <w:rPr>
                <w:color w:val="616161"/>
                <w:sz w:val="18"/>
              </w:rPr>
              <w:t xml:space="preserve">教师研修方案 </w:t>
              <w:br/>
            </w:r>
            <w:r>
              <w:rPr>
                <w:color w:val="616161"/>
                <w:sz w:val="18"/>
              </w:rPr>
              <w:t xml:space="preserve"> </w:t>
            </w:r>
            <w:r>
              <w:rPr>
                <w:b/>
                <w:color w:val="616161"/>
                <w:sz w:val="18"/>
              </w:rPr>
              <w:t>9</w:t>
            </w:r>
            <w:r>
              <w:rPr>
                <w:color w:val="616161"/>
                <w:sz w:val="18"/>
              </w:rPr>
              <w:t xml:space="preserve"> 份</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FFFFF"/>
            <w:tcMar>
              <w:top w:w="180" w:type="dxa"/>
              <w:bottom w:w="180" w:type="dxa"/>
              <w:left w:w="180" w:type="dxa"/>
              <w:right w:w="180" w:type="dxa"/>
            </w:tcMar>
          </w:tcPr>
          <w:p>
            <w:pPr>
              <w:jc w:val="left"/>
              <w:spacing w:line="240" w:lineRule="auto" w:before="45" w:after="45"/>
            </w:pPr>
            <w:r>
              <w:rPr>
                <w:color w:val="616161"/>
                <w:sz w:val="18"/>
              </w:rPr>
              <w:t xml:space="preserve">学生课堂教学教案 </w:t>
              <w:br/>
            </w:r>
            <w:r>
              <w:rPr>
                <w:color w:val="616161"/>
                <w:sz w:val="18"/>
              </w:rPr>
              <w:t xml:space="preserve"> </w:t>
            </w:r>
            <w:r>
              <w:rPr>
                <w:b/>
                <w:color w:val="616161"/>
                <w:sz w:val="18"/>
              </w:rPr>
              <w:t>12</w:t>
            </w:r>
            <w:r>
              <w:rPr>
                <w:color w:val="616161"/>
                <w:sz w:val="18"/>
              </w:rPr>
              <w:t xml:space="preserve"> 份</w:t>
            </w:r>
          </w:p>
        </w:tc>
      </w:tr>
    </w:tbl>
    <w:p/>
    <w:p>
      <w:pPr>
        <w:spacing w:after="72"/>
      </w:pPr>
      <w:r>
        <w:rPr>
          <w:rFonts w:ascii="微软雅黑" w:eastAsia="微软雅黑" w:hAnsi="微软雅黑" w:cs="微软雅黑" w:hint="eastAsia"/>
          <w:b/>
          <w:lang w:eastAsia="zh-CN"/>
        </w:rPr>
        <w:t>依据课程</w:t>
      </w:r>
      <w:r>
        <w:rPr>
          <w:rFonts w:ascii="微软雅黑" w:eastAsia="微软雅黑" w:hAnsi="微软雅黑" w:cs="微软雅黑" w:hint="eastAsia"/>
          <w:lang w:eastAsia="zh-CN"/>
        </w:rPr>
        <w:t>：国家智慧教育平台《中小学人工智能通识教育</w:t>
      </w:r>
      <w:r>
        <w:t>——</w:t>
      </w:r>
      <w:r>
        <w:rPr>
          <w:rFonts w:ascii="微软雅黑" w:eastAsia="微软雅黑" w:hAnsi="微软雅黑" w:cs="微软雅黑" w:hint="eastAsia"/>
          <w:lang w:eastAsia="zh-CN"/>
        </w:rPr>
        <w:t>教师培训课程（</w:t>
      </w:r>
      <w:r>
        <w:t>2026</w:t>
      </w:r>
      <w:r>
        <w:rPr>
          <w:rFonts w:ascii="微软雅黑" w:eastAsia="微软雅黑" w:hAnsi="微软雅黑" w:cs="微软雅黑" w:hint="eastAsia"/>
          <w:lang w:eastAsia="zh-CN"/>
        </w:rPr>
        <w:t>）》系列视频（共</w:t>
      </w:r>
      <w:r>
        <w:t>21</w:t>
      </w:r>
      <w:r>
        <w:rPr>
          <w:rFonts w:ascii="微软雅黑" w:eastAsia="微软雅黑" w:hAnsi="微软雅黑" w:cs="微软雅黑" w:hint="eastAsia"/>
          <w:lang w:eastAsia="zh-CN"/>
        </w:rPr>
        <w:t>讲）</w:t>
      </w:r>
    </w:p>
    <w:p>
      <w:pPr>
        <w:spacing w:after="72"/>
      </w:pPr>
      <w:r>
        <w:rPr>
          <w:rFonts w:ascii="微软雅黑" w:eastAsia="微软雅黑" w:hAnsi="微软雅黑" w:cs="微软雅黑" w:hint="eastAsia"/>
          <w:b/>
          <w:lang w:eastAsia="zh-CN"/>
        </w:rPr>
        <w:t>编制单位</w:t>
      </w:r>
      <w:r>
        <w:rPr>
          <w:rFonts w:ascii="微软雅黑" w:eastAsia="微软雅黑" w:hAnsi="微软雅黑" w:cs="微软雅黑" w:hint="eastAsia"/>
          <w:lang w:eastAsia="zh-CN"/>
        </w:rPr>
        <w:t>：泉州一中教研室</w:t>
      </w:r>
    </w:p>
    <w:p>
      <w:pPr>
        <w:spacing w:after="72"/>
      </w:pPr>
      <w:r>
        <w:rPr>
          <w:rFonts w:ascii="微软雅黑" w:eastAsia="微软雅黑" w:hAnsi="微软雅黑" w:cs="微软雅黑" w:hint="eastAsia"/>
          <w:b/>
          <w:lang w:eastAsia="zh-CN"/>
        </w:rPr>
        <w:t>适用用途</w:t>
      </w:r>
      <w:r>
        <w:rPr>
          <w:rFonts w:ascii="微软雅黑" w:eastAsia="微软雅黑" w:hAnsi="微软雅黑" w:cs="微软雅黑" w:hint="eastAsia"/>
          <w:lang w:eastAsia="zh-CN"/>
        </w:rPr>
        <w:t>：校本研修组织</w:t>
      </w:r>
      <w:r>
        <w:t xml:space="preserve"> / </w:t>
      </w:r>
      <w:r>
        <w:rPr>
          <w:rFonts w:ascii="微软雅黑" w:eastAsia="微软雅黑" w:hAnsi="微软雅黑" w:cs="微软雅黑" w:hint="eastAsia"/>
          <w:lang w:eastAsia="zh-CN"/>
        </w:rPr>
        <w:t>人工智能通识课教学实施</w:t>
      </w:r>
    </w:p>
    <w:p>
      <w:pPr>
        <w:spacing w:after="72"/>
      </w:pPr>
      <w:r>
        <w:rPr>
          <w:rFonts w:ascii="微软雅黑" w:eastAsia="微软雅黑" w:hAnsi="微软雅黑" w:cs="微软雅黑" w:hint="eastAsia"/>
          <w:b/>
          <w:lang w:eastAsia="zh-CN"/>
        </w:rPr>
        <w:t>编制说明</w:t>
      </w:r>
      <w:r>
        <w:rPr>
          <w:rFonts w:ascii="微软雅黑" w:eastAsia="微软雅黑" w:hAnsi="微软雅黑" w:cs="微软雅黑" w:hint="eastAsia"/>
          <w:lang w:eastAsia="zh-CN"/>
        </w:rPr>
        <w:t>：本合集基于对系列视频全部</w:t>
      </w:r>
      <w:r>
        <w:t>21</w:t>
      </w:r>
      <w:r>
        <w:rPr>
          <w:rFonts w:ascii="微软雅黑" w:eastAsia="微软雅黑" w:hAnsi="微软雅黑" w:cs="微软雅黑" w:hint="eastAsia"/>
          <w:lang w:eastAsia="zh-CN"/>
        </w:rPr>
        <w:t>讲逐帧画面的内容分析编制。其中：理论课（第</w:t>
      </w:r>
      <w:r>
        <w:t>1-7</w:t>
      </w:r>
      <w:r>
        <w:rPr>
          <w:rFonts w:ascii="微软雅黑" w:eastAsia="微软雅黑" w:hAnsi="微软雅黑" w:cs="微软雅黑" w:hint="eastAsia"/>
          <w:lang w:eastAsia="zh-CN"/>
        </w:rPr>
        <w:t>讲、总结上</w:t>
      </w:r>
      <w:r>
        <w:t>/</w:t>
      </w:r>
      <w:r>
        <w:rPr>
          <w:rFonts w:ascii="微软雅黑" w:eastAsia="微软雅黑" w:hAnsi="微软雅黑" w:cs="微软雅黑" w:hint="eastAsia"/>
          <w:lang w:eastAsia="zh-CN"/>
        </w:rPr>
        <w:t>下）编制为</w:t>
      </w:r>
      <w:r>
        <w:rPr>
          <w:rFonts w:ascii="微软雅黑" w:eastAsia="微软雅黑" w:hAnsi="微软雅黑" w:cs="微软雅黑" w:hint="eastAsia"/>
          <w:b/>
          <w:lang w:eastAsia="zh-CN"/>
        </w:rPr>
        <w:t>教师研修方案</w:t>
      </w:r>
      <w:r>
        <w:rPr>
          <w:rFonts w:ascii="微软雅黑" w:eastAsia="微软雅黑" w:hAnsi="微软雅黑" w:cs="微软雅黑" w:hint="eastAsia"/>
          <w:lang w:eastAsia="zh-CN"/>
        </w:rPr>
        <w:t>，供组织教师观看视频并开展互动研讨使用；案例课（玩转机器人至语音识别共</w:t>
      </w:r>
      <w:r>
        <w:t>12</w:t>
      </w:r>
      <w:r>
        <w:rPr>
          <w:rFonts w:ascii="微软雅黑" w:eastAsia="微软雅黑" w:hAnsi="微软雅黑" w:cs="微软雅黑" w:hint="eastAsia"/>
          <w:lang w:eastAsia="zh-CN"/>
        </w:rPr>
        <w:t>讲）编制为</w:t>
      </w:r>
      <w:r>
        <w:rPr>
          <w:rFonts w:ascii="微软雅黑" w:eastAsia="微软雅黑" w:hAnsi="微软雅黑" w:cs="微软雅黑" w:hint="eastAsia"/>
          <w:b/>
          <w:lang w:eastAsia="zh-CN"/>
        </w:rPr>
        <w:t>学生课堂教学教案</w:t>
      </w:r>
      <w:r>
        <w:rPr>
          <w:rFonts w:ascii="微软雅黑" w:eastAsia="微软雅黑" w:hAnsi="微软雅黑" w:cs="微软雅黑" w:hint="eastAsia"/>
          <w:lang w:eastAsia="zh-CN"/>
        </w:rPr>
        <w:t>，供教师直接开课使用。每份教案均含互动研讨设计、分层提问策略、完整知识摘编与</w:t>
      </w:r>
      <w:r>
        <w:t xml:space="preserve"> AI </w:t>
      </w:r>
      <w:r>
        <w:rPr>
          <w:rFonts w:ascii="微软雅黑" w:eastAsia="微软雅黑" w:hAnsi="微软雅黑" w:cs="微软雅黑" w:hint="eastAsia"/>
          <w:lang w:eastAsia="zh-CN"/>
        </w:rPr>
        <w:t>视频创作拓展素材。</w:t>
      </w:r>
    </w:p>
    <w:p>
      <w:bookmarkStart w:id="22" w:name="_Toc_section_1"/>
      <w:bookmarkStart w:id="0" w:name="section-1"/>
      <w:pPr>
        <w:pStyle w:val="Heading2"/>
        <w:pageBreakBefore/>
      </w:pPr>
      <w:bookmarkEnd w:id="0"/>
      <w:r>
        <w:rPr>
          <w:rFonts w:ascii="微软雅黑" w:hAnsi="微软雅黑" w:eastAsia="微软雅黑" w:cs="微软雅黑" w:hint="eastAsia"/>
          <w:b w:val="0"/>
          <w:color w:val="1A237E"/>
          <w:sz w:val="22"/>
          <w:lang w:eastAsia="zh-CN"/>
        </w:rPr>
        <w:t xml:space="preserve">  总目录</w:t>
      </w:r>
      <w:bookmarkEnd w:id="22"/>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序号</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讲次</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类型</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教案</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01-</w:t>
            </w:r>
            <w:r>
              <w:rPr>
                <w:sz w:val="18"/>
              </w:rPr>
              <w:t xml:space="preserve"> </w:t>
            </w:r>
            <w:r>
              <w:rPr>
                <w:sz w:val="18"/>
              </w:rPr>
              <w:t>引言</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01</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02-</w:t>
            </w:r>
            <w:r>
              <w:rPr>
                <w:sz w:val="18"/>
              </w:rPr>
              <w:t xml:space="preserve"> </w:t>
            </w:r>
            <w:r>
              <w:rPr>
                <w:sz w:val="18"/>
              </w:rPr>
              <w:t>人工智能的源头和历史</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02</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03-</w:t>
            </w:r>
            <w:r>
              <w:rPr>
                <w:sz w:val="18"/>
              </w:rPr>
              <w:t xml:space="preserve"> </w:t>
            </w:r>
            <w:r>
              <w:rPr>
                <w:sz w:val="18"/>
              </w:rPr>
              <w:t>人工智能的丰硕之果与绚烂之花</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03</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04-</w:t>
            </w:r>
            <w:r>
              <w:rPr>
                <w:sz w:val="18"/>
              </w:rPr>
              <w:t xml:space="preserve"> </w:t>
            </w:r>
            <w:r>
              <w:rPr>
                <w:sz w:val="18"/>
              </w:rPr>
              <w:t>人工智能的繁茂之叶与茁壮之枝</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04</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05-</w:t>
            </w:r>
            <w:r>
              <w:rPr>
                <w:sz w:val="18"/>
              </w:rPr>
              <w:t xml:space="preserve"> </w:t>
            </w:r>
            <w:r>
              <w:rPr>
                <w:sz w:val="18"/>
              </w:rPr>
              <w:t>人工智能的遒劲之干与深厚之根</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05</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06-</w:t>
            </w:r>
            <w:r>
              <w:rPr>
                <w:sz w:val="18"/>
              </w:rPr>
              <w:t xml:space="preserve"> </w:t>
            </w:r>
            <w:r>
              <w:rPr>
                <w:sz w:val="18"/>
              </w:rPr>
              <w:t>一窥人工智能知识树的全貌</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06</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07-</w:t>
            </w:r>
            <w:r>
              <w:rPr>
                <w:sz w:val="18"/>
              </w:rPr>
              <w:t xml:space="preserve"> </w:t>
            </w:r>
            <w:r>
              <w:rPr>
                <w:sz w:val="18"/>
              </w:rPr>
              <w:t>人工智能通识教育的目标</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07</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08-</w:t>
            </w:r>
            <w:r>
              <w:rPr>
                <w:sz w:val="18"/>
              </w:rPr>
              <w:t xml:space="preserve"> </w:t>
            </w:r>
            <w:r>
              <w:rPr>
                <w:sz w:val="18"/>
              </w:rPr>
              <w:t>案例（小学低段</w:t>
            </w:r>
            <w:r>
              <w:rPr>
                <w:sz w:val="18"/>
              </w:rPr>
              <w:t xml:space="preserve"> </w:t>
            </w:r>
            <w:r>
              <w:rPr>
                <w:sz w:val="18"/>
              </w:rPr>
              <w:t>1-2</w:t>
            </w:r>
            <w:r>
              <w:rPr>
                <w:sz w:val="18"/>
              </w:rPr>
              <w:t xml:space="preserve"> </w:t>
            </w:r>
            <w:r>
              <w:rPr>
                <w:sz w:val="18"/>
              </w:rPr>
              <w:t>年级）玩转机器人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08</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9</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09-</w:t>
            </w:r>
            <w:r>
              <w:rPr>
                <w:sz w:val="18"/>
              </w:rPr>
              <w:t xml:space="preserve"> </w:t>
            </w:r>
            <w:r>
              <w:rPr>
                <w:sz w:val="18"/>
              </w:rPr>
              <w:t>案例（小学中段</w:t>
            </w:r>
            <w:r>
              <w:rPr>
                <w:sz w:val="18"/>
              </w:rPr>
              <w:t xml:space="preserve"> </w:t>
            </w:r>
            <w:r>
              <w:rPr>
                <w:sz w:val="18"/>
              </w:rPr>
              <w:t>3-4</w:t>
            </w:r>
            <w:r>
              <w:rPr>
                <w:sz w:val="18"/>
              </w:rPr>
              <w:t xml:space="preserve"> </w:t>
            </w:r>
            <w:r>
              <w:rPr>
                <w:sz w:val="18"/>
              </w:rPr>
              <w:t>年级）逻辑运算与或非</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09</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案例（小学中段</w:t>
            </w:r>
            <w:r>
              <w:rPr>
                <w:sz w:val="18"/>
              </w:rPr>
              <w:t xml:space="preserve"> </w:t>
            </w:r>
            <w:r>
              <w:rPr>
                <w:sz w:val="18"/>
              </w:rPr>
              <w:t>3-4</w:t>
            </w:r>
            <w:r>
              <w:rPr>
                <w:sz w:val="18"/>
              </w:rPr>
              <w:t xml:space="preserve"> </w:t>
            </w:r>
            <w:r>
              <w:rPr>
                <w:sz w:val="18"/>
              </w:rPr>
              <w:t>年级）图灵测试和中文房间</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10</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11</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11-</w:t>
            </w:r>
            <w:r>
              <w:rPr>
                <w:sz w:val="18"/>
              </w:rPr>
              <w:t xml:space="preserve"> </w:t>
            </w:r>
            <w:r>
              <w:rPr>
                <w:sz w:val="18"/>
              </w:rPr>
              <w:t>案例（小学中段</w:t>
            </w:r>
            <w:r>
              <w:rPr>
                <w:sz w:val="18"/>
              </w:rPr>
              <w:t xml:space="preserve"> </w:t>
            </w:r>
            <w:r>
              <w:rPr>
                <w:sz w:val="18"/>
              </w:rPr>
              <w:t>3-4</w:t>
            </w:r>
            <w:r>
              <w:rPr>
                <w:sz w:val="18"/>
              </w:rPr>
              <w:t xml:space="preserve"> </w:t>
            </w:r>
            <w:r>
              <w:rPr>
                <w:sz w:val="18"/>
              </w:rPr>
              <w:t>年级）生成式人工智能通用大模型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11</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12</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12-</w:t>
            </w:r>
            <w:r>
              <w:rPr>
                <w:sz w:val="18"/>
              </w:rPr>
              <w:t xml:space="preserve"> </w:t>
            </w:r>
            <w:r>
              <w:rPr>
                <w:sz w:val="18"/>
              </w:rPr>
              <w:t>案例（小学中段</w:t>
            </w:r>
            <w:r>
              <w:rPr>
                <w:sz w:val="18"/>
              </w:rPr>
              <w:t xml:space="preserve"> </w:t>
            </w:r>
            <w:r>
              <w:rPr>
                <w:sz w:val="18"/>
              </w:rPr>
              <w:t>3-4</w:t>
            </w:r>
            <w:r>
              <w:rPr>
                <w:sz w:val="18"/>
              </w:rPr>
              <w:t xml:space="preserve"> </w:t>
            </w:r>
            <w:r>
              <w:rPr>
                <w:sz w:val="18"/>
              </w:rPr>
              <w:t>年级）人工智能伦理与机器人三定律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12</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13</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13-</w:t>
            </w:r>
            <w:r>
              <w:rPr>
                <w:sz w:val="18"/>
              </w:rPr>
              <w:t xml:space="preserve"> </w:t>
            </w:r>
            <w:r>
              <w:rPr>
                <w:sz w:val="18"/>
              </w:rPr>
              <w:t>案例（小学高段</w:t>
            </w:r>
            <w:r>
              <w:rPr>
                <w:sz w:val="18"/>
              </w:rPr>
              <w:t xml:space="preserve"> </w:t>
            </w:r>
            <w:r>
              <w:rPr>
                <w:sz w:val="18"/>
              </w:rPr>
              <w:t>5-6</w:t>
            </w:r>
            <w:r>
              <w:rPr>
                <w:sz w:val="18"/>
              </w:rPr>
              <w:t xml:space="preserve"> </w:t>
            </w:r>
            <w:r>
              <w:rPr>
                <w:sz w:val="18"/>
              </w:rPr>
              <w:t>年级）田忌赛马与人工智能（上）</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13</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14</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13-</w:t>
            </w:r>
            <w:r>
              <w:rPr>
                <w:sz w:val="18"/>
              </w:rPr>
              <w:t xml:space="preserve"> </w:t>
            </w:r>
            <w:r>
              <w:rPr>
                <w:sz w:val="18"/>
              </w:rPr>
              <w:t>案例（小学高段</w:t>
            </w:r>
            <w:r>
              <w:rPr>
                <w:sz w:val="18"/>
              </w:rPr>
              <w:t xml:space="preserve"> </w:t>
            </w:r>
            <w:r>
              <w:rPr>
                <w:sz w:val="18"/>
              </w:rPr>
              <w:t>5-6</w:t>
            </w:r>
            <w:r>
              <w:rPr>
                <w:sz w:val="18"/>
              </w:rPr>
              <w:t xml:space="preserve"> </w:t>
            </w:r>
            <w:r>
              <w:rPr>
                <w:sz w:val="18"/>
              </w:rPr>
              <w:t>年级）田忌赛马与人工智能（下）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14</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14-</w:t>
            </w:r>
            <w:r>
              <w:rPr>
                <w:sz w:val="18"/>
              </w:rPr>
              <w:t xml:space="preserve"> </w:t>
            </w:r>
            <w:r>
              <w:rPr>
                <w:sz w:val="18"/>
              </w:rPr>
              <w:t>案例（小学高段</w:t>
            </w:r>
            <w:r>
              <w:rPr>
                <w:sz w:val="18"/>
              </w:rPr>
              <w:t xml:space="preserve"> </w:t>
            </w:r>
            <w:r>
              <w:rPr>
                <w:sz w:val="18"/>
              </w:rPr>
              <w:t>5-6</w:t>
            </w:r>
            <w:r>
              <w:rPr>
                <w:sz w:val="18"/>
              </w:rPr>
              <w:t xml:space="preserve"> </w:t>
            </w:r>
            <w:r>
              <w:rPr>
                <w:sz w:val="18"/>
              </w:rPr>
              <w:t>年级）有限理性假设与搜索</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15</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16</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案例（小学高段</w:t>
            </w:r>
            <w:r>
              <w:rPr>
                <w:sz w:val="18"/>
              </w:rPr>
              <w:t xml:space="preserve"> </w:t>
            </w:r>
            <w:r>
              <w:rPr>
                <w:sz w:val="18"/>
              </w:rPr>
              <w:t>5-6</w:t>
            </w:r>
            <w:r>
              <w:rPr>
                <w:sz w:val="18"/>
              </w:rPr>
              <w:t xml:space="preserve"> </w:t>
            </w:r>
            <w:r>
              <w:rPr>
                <w:sz w:val="18"/>
              </w:rPr>
              <w:t>年级）人工神经网络</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16</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17</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16-</w:t>
            </w:r>
            <w:r>
              <w:rPr>
                <w:sz w:val="18"/>
              </w:rPr>
              <w:t xml:space="preserve"> </w:t>
            </w:r>
            <w:r>
              <w:rPr>
                <w:sz w:val="18"/>
              </w:rPr>
              <w:t>案例（初中）永不消逝的电波</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17</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18</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17-</w:t>
            </w:r>
            <w:r>
              <w:rPr>
                <w:sz w:val="18"/>
              </w:rPr>
              <w:t xml:space="preserve"> </w:t>
            </w:r>
            <w:r>
              <w:rPr>
                <w:sz w:val="18"/>
              </w:rPr>
              <w:t>案例（初中）交通道口红绿灯</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18</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19</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18-</w:t>
            </w:r>
            <w:r>
              <w:rPr>
                <w:sz w:val="18"/>
              </w:rPr>
              <w:t xml:space="preserve"> </w:t>
            </w:r>
            <w:r>
              <w:rPr>
                <w:sz w:val="18"/>
              </w:rPr>
              <w:t>案例（高中）语音识别</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学生课堂教案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19</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20</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19-</w:t>
            </w:r>
            <w:r>
              <w:rPr>
                <w:sz w:val="18"/>
              </w:rPr>
              <w:t xml:space="preserve"> </w:t>
            </w:r>
            <w:r>
              <w:rPr>
                <w:sz w:val="18"/>
              </w:rPr>
              <w:t>总结</w:t>
            </w:r>
            <w:r>
              <w:rPr>
                <w:sz w:val="18"/>
              </w:rPr>
              <w:t xml:space="preserve"> </w:t>
            </w:r>
            <w:r>
              <w:rPr>
                <w:sz w:val="18"/>
              </w:rPr>
              <w:t>-</w:t>
            </w:r>
            <w:r>
              <w:rPr>
                <w:sz w:val="18"/>
              </w:rPr>
              <w:t xml:space="preserve"> </w:t>
            </w:r>
            <w:r>
              <w:rPr>
                <w:sz w:val="18"/>
              </w:rPr>
              <w:t>人工智能通识课的教学法与技术（上）</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20</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21</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19-</w:t>
            </w:r>
            <w:r>
              <w:rPr>
                <w:sz w:val="18"/>
              </w:rPr>
              <w:t xml:space="preserve"> </w:t>
            </w:r>
            <w:r>
              <w:rPr>
                <w:sz w:val="18"/>
              </w:rPr>
              <w:t>总结</w:t>
            </w:r>
            <w:r>
              <w:rPr>
                <w:sz w:val="18"/>
              </w:rPr>
              <w:t xml:space="preserve"> </w:t>
            </w:r>
            <w:r>
              <w:rPr>
                <w:sz w:val="18"/>
              </w:rPr>
              <w:t>-</w:t>
            </w:r>
            <w:r>
              <w:rPr>
                <w:sz w:val="18"/>
              </w:rPr>
              <w:t xml:space="preserve"> </w:t>
            </w:r>
            <w:r>
              <w:rPr>
                <w:sz w:val="18"/>
              </w:rPr>
              <w:t>人工智能通识课的教学法与技术（下）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研修方案</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方案</w:t>
            </w:r>
            <w:r>
              <w:rPr>
                <w:sz w:val="18"/>
              </w:rPr>
              <w:t xml:space="preserve"> </w:t>
            </w:r>
            <w:r>
              <w:rPr>
                <w:sz w:val="18"/>
              </w:rPr>
              <w:t>21</w:t>
            </w:r>
          </w:p>
        </w:tc>
      </w:tr>
    </w:tbl>
    <w:p>
      <w:r/>
    </w:p>
    <w:p>
      <w:pPr>
        <w:pBdr>
          <w:bottom w:val="single" w:sz="6" w:space="1" w:color="auto"/>
        </w:pBdr>
      </w:pPr>
      <w:r/>
    </w:p>
    <w:p/>
    <w:p>
      <w:bookmarkStart w:id="23" w:name="_Toc_section_2"/>
      <w:bookmarkStart w:id="1" w:name="section-2"/>
      <w:pPr>
        <w:pStyle w:val="Heading2"/>
        <w:pageBreakBefore/>
      </w:pPr>
      <w:bookmarkEnd w:id="1"/>
      <w:r>
        <w:rPr>
          <w:rFonts w:ascii="微软雅黑" w:hAnsi="微软雅黑" w:eastAsia="微软雅黑" w:cs="微软雅黑" w:hint="eastAsia"/>
          <w:b w:val="0"/>
          <w:color w:val="1A237E"/>
          <w:sz w:val="22"/>
          <w:lang w:eastAsia="zh-CN"/>
        </w:rPr>
        <w:t xml:space="preserve">  研修方案 1：《中小学人工智能通识教育，到底"通"在何处？》</w:t>
      </w:r>
      <w:bookmarkEnd w:id="23"/>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1</w:t>
      </w:r>
      <w:r>
        <w:rPr>
          <w:rFonts w:ascii="微软雅黑" w:eastAsia="微软雅黑" w:hAnsi="微软雅黑" w:cs="微软雅黑" w:hint="eastAsia"/>
          <w:color w:val="212121"/>
          <w:lang w:eastAsia="zh-CN"/>
        </w:rPr>
        <w:t>讲《引言》｜时长约</w:t>
      </w:r>
      <w:r>
        <w:rPr>
          <w:color w:val="212121"/>
        </w:rPr>
        <w:t>12</w:t>
      </w:r>
      <w:r>
        <w:rPr>
          <w:rFonts w:ascii="微软雅黑" w:eastAsia="微软雅黑" w:hAnsi="微软雅黑" w:cs="微软雅黑" w:hint="eastAsia"/>
          <w:color w:val="212121"/>
          <w:lang w:eastAsia="zh-CN"/>
        </w:rPr>
        <w:t>分</w:t>
      </w:r>
      <w:r>
        <w:rPr>
          <w:color w:val="212121"/>
        </w:rPr>
        <w:t>20</w:t>
      </w:r>
      <w:r>
        <w:rPr>
          <w:rFonts w:ascii="微软雅黑" w:eastAsia="微软雅黑" w:hAnsi="微软雅黑" w:cs="微软雅黑" w:hint="eastAsia"/>
          <w:color w:val="212121"/>
          <w:lang w:eastAsia="zh-CN"/>
        </w:rPr>
        <w:t>秒｜来源：国家智慧教育平台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：理论奠基（系列开篇</w:t>
      </w:r>
      <w:r>
        <w:t>·</w:t>
      </w:r>
      <w:r>
        <w:rPr>
          <w:rFonts w:ascii="微软雅黑" w:eastAsia="微软雅黑" w:hAnsi="微软雅黑" w:cs="微软雅黑" w:hint="eastAsia"/>
          <w:lang w:eastAsia="zh-CN"/>
        </w:rPr>
        <w:t>性质与定位）</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：泉州一中全体学科教师（含初中部、高中部）；信息科技、通用技术教师为重点参与群体，建议教研室组织跨学科混合编组</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10"/>
        </w:numPr>
        <w:spacing w:after="72"/>
      </w:pPr>
      <w:r>
        <w:rPr>
          <w:rFonts w:ascii="微软雅黑" w:eastAsia="微软雅黑" w:hAnsi="微软雅黑" w:cs="微软雅黑" w:hint="eastAsia"/>
          <w:b/>
          <w:lang w:eastAsia="zh-CN"/>
        </w:rPr>
        <w:t>准确理解"通识教育"的中西源流与当代内涵</w:t>
      </w:r>
      <w:r>
        <w:rPr>
          <w:rFonts w:ascii="微软雅黑" w:eastAsia="微软雅黑" w:hAnsi="微软雅黑" w:cs="微软雅黑" w:hint="eastAsia"/>
          <w:lang w:eastAsia="zh-CN"/>
        </w:rPr>
        <w:t>：能说出古希腊</w:t>
      </w:r>
      <w:r>
        <w:t>"</w:t>
      </w:r>
      <w:r>
        <w:rPr>
          <w:rFonts w:ascii="微软雅黑" w:eastAsia="微软雅黑" w:hAnsi="微软雅黑" w:cs="微软雅黑" w:hint="eastAsia"/>
          <w:lang w:eastAsia="zh-CN"/>
        </w:rPr>
        <w:t>七艺</w:t>
      </w:r>
      <w:r>
        <w:t>"</w:t>
      </w:r>
      <w:r>
        <w:rPr>
          <w:rFonts w:ascii="微软雅黑" w:eastAsia="微软雅黑" w:hAnsi="微软雅黑" w:cs="微软雅黑" w:hint="eastAsia"/>
          <w:lang w:eastAsia="zh-CN"/>
        </w:rPr>
        <w:t>与中国</w:t>
      </w:r>
      <w:r>
        <w:t>"</w:t>
      </w:r>
      <w:r>
        <w:rPr>
          <w:rFonts w:ascii="微软雅黑" w:eastAsia="微软雅黑" w:hAnsi="微软雅黑" w:cs="微软雅黑" w:hint="eastAsia"/>
          <w:lang w:eastAsia="zh-CN"/>
        </w:rPr>
        <w:t>六艺</w:t>
      </w:r>
      <w:r>
        <w:t>"</w:t>
      </w:r>
      <w:r>
        <w:rPr>
          <w:rFonts w:ascii="微软雅黑" w:eastAsia="微软雅黑" w:hAnsi="微软雅黑" w:cs="微软雅黑" w:hint="eastAsia"/>
          <w:lang w:eastAsia="zh-CN"/>
        </w:rPr>
        <w:t>的具体内容与共性，能区分基础教育（通识性）、职业教育（职业化、职业导向）、专业教育三者差异，并据此判断</w:t>
      </w:r>
      <w:r>
        <w:t>"</w:t>
      </w:r>
      <w:r>
        <w:rPr>
          <w:rFonts w:ascii="微软雅黑" w:eastAsia="微软雅黑" w:hAnsi="微软雅黑" w:cs="微软雅黑" w:hint="eastAsia"/>
          <w:lang w:eastAsia="zh-CN"/>
        </w:rPr>
        <w:t>中小学人工智能教育应立足通识</w:t>
      </w:r>
      <w:r>
        <w:t>"</w:t>
      </w:r>
      <w:r>
        <w:rPr>
          <w:rFonts w:ascii="微软雅黑" w:eastAsia="微软雅黑" w:hAnsi="微软雅黑" w:cs="微软雅黑" w:hint="eastAsia"/>
          <w:lang w:eastAsia="zh-CN"/>
        </w:rPr>
        <w:t>的立论依据。</w:t>
      </w:r>
    </w:p>
    <w:p>
      <w:pPr>
        <w:pStyle w:val="ListNumber"/>
        <w:numPr>
          <w:ilvl w:val="0"/>
          <w:numId w:val="10"/>
        </w:numPr>
        <w:spacing w:after="72"/>
      </w:pPr>
      <w:r>
        <w:rPr>
          <w:rFonts w:ascii="微软雅黑" w:eastAsia="微软雅黑" w:hAnsi="微软雅黑" w:cs="微软雅黑" w:hint="eastAsia"/>
          <w:b/>
          <w:lang w:eastAsia="zh-CN"/>
        </w:rPr>
        <w:t>能结合本校实际论证开展人工智能通识教育的必要性</w:t>
      </w:r>
      <w:r>
        <w:rPr>
          <w:rFonts w:ascii="微软雅黑" w:eastAsia="微软雅黑" w:hAnsi="微软雅黑" w:cs="微软雅黑" w:hint="eastAsia"/>
          <w:lang w:eastAsia="zh-CN"/>
        </w:rPr>
        <w:t>：能用自己的话解释</w:t>
      </w:r>
      <w:r>
        <w:t>"</w:t>
      </w:r>
      <w:r>
        <w:rPr>
          <w:rFonts w:ascii="微软雅黑" w:eastAsia="微软雅黑" w:hAnsi="微软雅黑" w:cs="微软雅黑" w:hint="eastAsia"/>
          <w:lang w:eastAsia="zh-CN"/>
        </w:rPr>
        <w:t>今天不懂人工智能，就像当年不懂读写算</w:t>
      </w:r>
      <w:r>
        <w:t>"</w:t>
      </w:r>
      <w:r>
        <w:rPr>
          <w:rFonts w:ascii="微软雅黑" w:eastAsia="微软雅黑" w:hAnsi="微软雅黑" w:cs="微软雅黑" w:hint="eastAsia"/>
          <w:lang w:eastAsia="zh-CN"/>
        </w:rPr>
        <w:t>的意涵，并列举人工智能已渗透的至少六个生活</w:t>
      </w:r>
      <w:r>
        <w:t>/</w:t>
      </w:r>
      <w:r>
        <w:rPr>
          <w:rFonts w:ascii="微软雅黑" w:eastAsia="微软雅黑" w:hAnsi="微软雅黑" w:cs="微软雅黑" w:hint="eastAsia"/>
          <w:lang w:eastAsia="zh-CN"/>
        </w:rPr>
        <w:t>生产领域，说明为何人工智能素养是数字时代核心素养的组成部分。</w:t>
      </w:r>
    </w:p>
    <w:p>
      <w:pPr>
        <w:pStyle w:val="ListNumber"/>
        <w:numPr>
          <w:ilvl w:val="0"/>
          <w:numId w:val="10"/>
        </w:numPr>
        <w:spacing w:after="72"/>
      </w:pPr>
      <w:r>
        <w:rPr>
          <w:rFonts w:ascii="微软雅黑" w:eastAsia="微软雅黑" w:hAnsi="微软雅黑" w:cs="微软雅黑" w:hint="eastAsia"/>
          <w:b/>
          <w:lang w:eastAsia="zh-CN"/>
        </w:rPr>
        <w:t>能识别并规避本校人工智能课程实施中的典型误区</w:t>
      </w:r>
      <w:r>
        <w:rPr>
          <w:rFonts w:ascii="微软雅黑" w:eastAsia="微软雅黑" w:hAnsi="微软雅黑" w:cs="微软雅黑" w:hint="eastAsia"/>
          <w:lang w:eastAsia="zh-CN"/>
        </w:rPr>
        <w:t>：能复述</w:t>
      </w:r>
      <w:r>
        <w:t>"</w:t>
      </w:r>
      <w:r>
        <w:rPr>
          <w:rFonts w:ascii="微软雅黑" w:eastAsia="微软雅黑" w:hAnsi="微软雅黑" w:cs="微软雅黑" w:hint="eastAsia"/>
          <w:lang w:eastAsia="zh-CN"/>
        </w:rPr>
        <w:t>硬教</w:t>
      </w:r>
      <w:r>
        <w:t>""</w:t>
      </w:r>
      <w:r>
        <w:rPr>
          <w:rFonts w:ascii="微软雅黑" w:eastAsia="微软雅黑" w:hAnsi="微软雅黑" w:cs="微软雅黑" w:hint="eastAsia"/>
          <w:lang w:eastAsia="zh-CN"/>
        </w:rPr>
        <w:t>乱教</w:t>
      </w:r>
      <w:r>
        <w:t>"</w:t>
      </w:r>
      <w:r>
        <w:rPr>
          <w:rFonts w:ascii="微软雅黑" w:eastAsia="微软雅黑" w:hAnsi="微软雅黑" w:cs="微软雅黑" w:hint="eastAsia"/>
          <w:lang w:eastAsia="zh-CN"/>
        </w:rPr>
        <w:t>的表现（如以大学</w:t>
      </w:r>
      <w:r>
        <w:t>"</w:t>
      </w:r>
      <w:r>
        <w:rPr>
          <w:rFonts w:ascii="微软雅黑" w:eastAsia="微软雅黑" w:hAnsi="微软雅黑" w:cs="微软雅黑" w:hint="eastAsia"/>
          <w:lang w:eastAsia="zh-CN"/>
        </w:rPr>
        <w:t>微机原理</w:t>
      </w:r>
      <w:r>
        <w:t>"</w:t>
      </w:r>
      <w:r>
        <w:rPr>
          <w:rFonts w:ascii="微软雅黑" w:eastAsia="微软雅黑" w:hAnsi="微软雅黑" w:cs="微软雅黑" w:hint="eastAsia"/>
          <w:lang w:eastAsia="zh-CN"/>
        </w:rPr>
        <w:t>式内容下移中小学生），能运用</w:t>
      </w:r>
      <w:r>
        <w:t>"</w:t>
      </w:r>
      <w:r>
        <w:rPr>
          <w:rFonts w:ascii="微软雅黑" w:eastAsia="微软雅黑" w:hAnsi="微软雅黑" w:cs="微软雅黑" w:hint="eastAsia"/>
          <w:lang w:eastAsia="zh-CN"/>
        </w:rPr>
        <w:t>知识</w:t>
      </w:r>
      <w:r>
        <w:t>—</w:t>
      </w:r>
      <w:r>
        <w:rPr>
          <w:rFonts w:ascii="微软雅黑" w:eastAsia="微软雅黑" w:hAnsi="微软雅黑" w:cs="微软雅黑" w:hint="eastAsia"/>
          <w:lang w:eastAsia="zh-CN"/>
        </w:rPr>
        <w:t>能力</w:t>
      </w:r>
      <w:r>
        <w:t>—</w:t>
      </w:r>
      <w:r>
        <w:rPr>
          <w:rFonts w:ascii="微软雅黑" w:eastAsia="微软雅黑" w:hAnsi="微软雅黑" w:cs="微软雅黑" w:hint="eastAsia"/>
          <w:lang w:eastAsia="zh-CN"/>
        </w:rPr>
        <w:t>素养</w:t>
      </w:r>
      <w:r>
        <w:t>"</w:t>
      </w:r>
      <w:r>
        <w:rPr>
          <w:rFonts w:ascii="微软雅黑" w:eastAsia="微软雅黑" w:hAnsi="微软雅黑" w:cs="微软雅黑" w:hint="eastAsia"/>
          <w:lang w:eastAsia="zh-CN"/>
        </w:rPr>
        <w:t>齿轮模型说明素养不能脱离知识凭空培养。</w:t>
      </w:r>
    </w:p>
    <w:p>
      <w:pPr>
        <w:pStyle w:val="ListNumber"/>
        <w:numPr>
          <w:ilvl w:val="0"/>
          <w:numId w:val="10"/>
        </w:numPr>
        <w:spacing w:after="72"/>
      </w:pPr>
      <w:r>
        <w:rPr>
          <w:rFonts w:ascii="微软雅黑" w:eastAsia="微软雅黑" w:hAnsi="微软雅黑" w:cs="微软雅黑" w:hint="eastAsia"/>
          <w:b/>
          <w:lang w:eastAsia="zh-CN"/>
        </w:rPr>
        <w:t>能运用"灵魂三问""三棵树""三类课程"框架做本校课程盘点</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教什么</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用什么教</w:t>
      </w:r>
      <w:r>
        <w:t>"</w:t>
      </w:r>
      <w:r>
        <w:rPr>
          <w:rFonts w:ascii="微软雅黑" w:eastAsia="微软雅黑" w:hAnsi="微软雅黑" w:cs="微软雅黑" w:hint="eastAsia"/>
          <w:lang w:eastAsia="zh-CN"/>
        </w:rPr>
        <w:t>为主线，对照</w:t>
      </w:r>
      <w:r>
        <w:t>"</w:t>
      </w:r>
      <w:r>
        <w:rPr>
          <w:rFonts w:ascii="微软雅黑" w:eastAsia="微软雅黑" w:hAnsi="微软雅黑" w:cs="微软雅黑" w:hint="eastAsia"/>
          <w:lang w:eastAsia="zh-CN"/>
        </w:rPr>
        <w:t>教学方法树、学科知识树、技术工具树</w:t>
      </w:r>
      <w:r>
        <w:t>"</w:t>
      </w:r>
      <w:r>
        <w:rPr>
          <w:rFonts w:ascii="微软雅黑" w:eastAsia="微软雅黑" w:hAnsi="微软雅黑" w:cs="微软雅黑" w:hint="eastAsia"/>
          <w:lang w:eastAsia="zh-CN"/>
        </w:rPr>
        <w:t>三棵树，判断本校现有课程属于</w:t>
      </w:r>
      <w:r>
        <w:t>"</w:t>
      </w:r>
      <w:r>
        <w:rPr>
          <w:rFonts w:ascii="微软雅黑" w:eastAsia="微软雅黑" w:hAnsi="微软雅黑" w:cs="微软雅黑" w:hint="eastAsia"/>
          <w:lang w:eastAsia="zh-CN"/>
        </w:rPr>
        <w:t>体验课</w:t>
      </w:r>
      <w:r>
        <w:t>/</w:t>
      </w:r>
      <w:r>
        <w:rPr>
          <w:rFonts w:ascii="微软雅黑" w:eastAsia="微软雅黑" w:hAnsi="微软雅黑" w:cs="微软雅黑" w:hint="eastAsia"/>
          <w:lang w:eastAsia="zh-CN"/>
        </w:rPr>
        <w:t>通识课</w:t>
      </w:r>
      <w:r>
        <w:t>/</w:t>
      </w:r>
      <w:r>
        <w:rPr>
          <w:rFonts w:ascii="微软雅黑" w:eastAsia="微软雅黑" w:hAnsi="微软雅黑" w:cs="微软雅黑" w:hint="eastAsia"/>
          <w:lang w:eastAsia="zh-CN"/>
        </w:rPr>
        <w:t>拓展课</w:t>
      </w:r>
      <w:r>
        <w:t>"</w:t>
      </w:r>
      <w:r>
        <w:rPr>
          <w:rFonts w:ascii="微软雅黑" w:eastAsia="微软雅黑" w:hAnsi="微软雅黑" w:cs="微软雅黑" w:hint="eastAsia"/>
          <w:lang w:eastAsia="zh-CN"/>
        </w:rPr>
        <w:t>哪一型，并产出一份校本改进设想。</w:t>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：捕捉</w:t>
            </w:r>
            <w:r>
              <w:rPr>
                <w:sz w:val="18"/>
              </w:rPr>
              <w:t xml:space="preserve"> </w:t>
            </w:r>
            <w:r>
              <w:rPr>
                <w:sz w:val="18"/>
              </w:rPr>
              <w:t>"</w:t>
            </w:r>
            <w:r>
              <w:rPr>
                <w:sz w:val="18"/>
              </w:rPr>
              <w:t xml:space="preserve"> </w:t>
            </w:r>
            <w:r>
              <w:rPr>
                <w:sz w:val="18"/>
              </w:rPr>
              <w:t>通识</w:t>
            </w:r>
            <w:r>
              <w:rPr>
                <w:sz w:val="18"/>
              </w:rPr>
              <w:t xml:space="preserve"> </w:t>
            </w:r>
            <w:r>
              <w:rPr>
                <w:sz w:val="18"/>
              </w:rPr>
              <w:t>"</w:t>
            </w:r>
            <w:r>
              <w:rPr>
                <w:sz w:val="18"/>
              </w:rPr>
              <w:t xml:space="preserve"> </w:t>
            </w:r>
            <w:r>
              <w:rPr>
                <w:sz w:val="18"/>
              </w:rPr>
              <w:t>定义</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讲师如何从西方</w:t>
            </w:r>
            <w:r>
              <w:rPr>
                <w:sz w:val="18"/>
              </w:rPr>
              <w:t xml:space="preserve"> </w:t>
            </w:r>
            <w:r>
              <w:rPr>
                <w:sz w:val="18"/>
              </w:rPr>
              <w:t>"</w:t>
            </w:r>
            <w:r>
              <w:rPr>
                <w:sz w:val="18"/>
              </w:rPr>
              <w:t xml:space="preserve"> </w:t>
            </w:r>
            <w:r>
              <w:rPr>
                <w:sz w:val="18"/>
              </w:rPr>
              <w:t>七艺</w:t>
            </w:r>
            <w:r>
              <w:rPr>
                <w:sz w:val="18"/>
              </w:rPr>
              <w:t xml:space="preserve"> </w:t>
            </w:r>
            <w:r>
              <w:rPr>
                <w:sz w:val="18"/>
              </w:rPr>
              <w:t>"</w:t>
            </w:r>
            <w:r>
              <w:rPr>
                <w:sz w:val="18"/>
              </w:rPr>
              <w:t xml:space="preserve"> </w:t>
            </w:r>
            <w:r>
              <w:rPr>
                <w:sz w:val="18"/>
              </w:rPr>
              <w:t>、中国</w:t>
            </w:r>
            <w:r>
              <w:rPr>
                <w:sz w:val="18"/>
              </w:rPr>
              <w:t xml:space="preserve"> </w:t>
            </w:r>
            <w:r>
              <w:rPr>
                <w:sz w:val="18"/>
              </w:rPr>
              <w:t>"</w:t>
            </w:r>
            <w:r>
              <w:rPr>
                <w:sz w:val="18"/>
              </w:rPr>
              <w:t xml:space="preserve"> </w:t>
            </w:r>
            <w:r>
              <w:rPr>
                <w:sz w:val="18"/>
              </w:rPr>
              <w:t>六艺</w:t>
            </w:r>
            <w:r>
              <w:rPr>
                <w:sz w:val="18"/>
              </w:rPr>
              <w:t xml:space="preserve"> </w:t>
            </w:r>
            <w:r>
              <w:rPr>
                <w:sz w:val="18"/>
              </w:rPr>
              <w:t>"</w:t>
            </w:r>
            <w:r>
              <w:rPr>
                <w:sz w:val="18"/>
              </w:rPr>
              <w:t xml:space="preserve"> </w:t>
            </w:r>
            <w:r>
              <w:rPr>
                <w:sz w:val="18"/>
              </w:rPr>
              <w:t>引出</w:t>
            </w:r>
            <w:r>
              <w:rPr>
                <w:sz w:val="18"/>
              </w:rPr>
              <w:t xml:space="preserve"> </w:t>
            </w:r>
            <w:r>
              <w:rPr>
                <w:sz w:val="18"/>
              </w:rPr>
              <w:t>"</w:t>
            </w:r>
            <w:r>
              <w:rPr>
                <w:sz w:val="18"/>
              </w:rPr>
              <w:t xml:space="preserve"> </w:t>
            </w:r>
            <w:r>
              <w:rPr>
                <w:sz w:val="18"/>
              </w:rPr>
              <w:t>通识</w:t>
            </w:r>
            <w:r>
              <w:rPr>
                <w:sz w:val="18"/>
              </w:rPr>
              <w:t xml:space="preserve"> </w:t>
            </w:r>
            <w:r>
              <w:rPr>
                <w:sz w:val="18"/>
              </w:rPr>
              <w:t>"</w:t>
            </w:r>
            <w:r>
              <w:rPr>
                <w:sz w:val="18"/>
              </w:rPr>
              <w:t xml:space="preserve"> </w:t>
            </w:r>
            <w:r>
              <w:rPr>
                <w:sz w:val="18"/>
              </w:rPr>
              <w:t>；基础教育为何</w:t>
            </w:r>
            <w:r>
              <w:rPr>
                <w:sz w:val="18"/>
              </w:rPr>
              <w:t xml:space="preserve"> </w:t>
            </w:r>
            <w:r>
              <w:rPr>
                <w:sz w:val="18"/>
              </w:rPr>
              <w:t>"</w:t>
            </w:r>
            <w:r>
              <w:rPr>
                <w:sz w:val="18"/>
              </w:rPr>
              <w:t xml:space="preserve"> </w:t>
            </w:r>
            <w:r>
              <w:rPr>
                <w:sz w:val="18"/>
              </w:rPr>
              <w:t>本来按理应该是通识性的</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w:t>
            </w:r>
            <w:r>
              <w:rPr>
                <w:sz w:val="18"/>
              </w:rPr>
              <w:t xml:space="preserve"> </w:t>
            </w:r>
            <w:r>
              <w:rPr>
                <w:sz w:val="18"/>
              </w:rPr>
              <w:t>"</w:t>
            </w:r>
            <w:r>
              <w:rPr>
                <w:sz w:val="18"/>
              </w:rPr>
              <w:t xml:space="preserve"> </w:t>
            </w:r>
            <w:r>
              <w:rPr>
                <w:sz w:val="18"/>
              </w:rPr>
              <w:t>七艺</w:t>
            </w:r>
            <w:r>
              <w:rPr>
                <w:sz w:val="18"/>
              </w:rPr>
              <w:t xml:space="preserve"> </w:t>
            </w:r>
            <w:r>
              <w:rPr>
                <w:sz w:val="18"/>
              </w:rPr>
              <w:t>""</w:t>
            </w:r>
            <w:r>
              <w:rPr>
                <w:sz w:val="18"/>
              </w:rPr>
              <w:t xml:space="preserve"> </w:t>
            </w:r>
            <w:r>
              <w:rPr>
                <w:sz w:val="18"/>
              </w:rPr>
              <w:t>六艺</w:t>
            </w:r>
            <w:r>
              <w:rPr>
                <w:sz w:val="18"/>
              </w:rPr>
              <w:t xml:space="preserve"> </w:t>
            </w:r>
            <w:r>
              <w:rPr>
                <w:sz w:val="18"/>
              </w:rPr>
              <w:t>"</w:t>
            </w:r>
            <w:r>
              <w:rPr>
                <w:sz w:val="18"/>
              </w:rPr>
              <w:t xml:space="preserve"> </w:t>
            </w:r>
            <w:r>
              <w:rPr>
                <w:sz w:val="18"/>
              </w:rPr>
              <w:t>各六项条目，用一句话概括</w:t>
            </w:r>
            <w:r>
              <w:rPr>
                <w:sz w:val="18"/>
              </w:rPr>
              <w:t xml:space="preserve"> </w:t>
            </w:r>
            <w:r>
              <w:rPr>
                <w:sz w:val="18"/>
              </w:rPr>
              <w:t>"</w:t>
            </w:r>
            <w:r>
              <w:rPr>
                <w:sz w:val="18"/>
              </w:rPr>
              <w:t xml:space="preserve"> </w:t>
            </w:r>
            <w:r>
              <w:rPr>
                <w:sz w:val="18"/>
              </w:rPr>
              <w:t>通识</w:t>
            </w:r>
            <w:r>
              <w:rPr>
                <w:sz w:val="18"/>
              </w:rPr>
              <w:t xml:space="preserve"> </w:t>
            </w:r>
            <w:r>
              <w:rPr>
                <w:sz w:val="18"/>
              </w:rPr>
              <w:t>"</w:t>
            </w:r>
            <w:r>
              <w:rPr>
                <w:sz w:val="18"/>
              </w:rPr>
              <w:t xml:space="preserve"> </w:t>
            </w:r>
            <w:r>
              <w:rPr>
                <w:sz w:val="18"/>
              </w:rPr>
              <w:t>对基础教育的意义</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：标记挑战与误区</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最大的挑战在教师</w:t>
            </w:r>
            <w:r>
              <w:rPr>
                <w:sz w:val="18"/>
              </w:rPr>
              <w:t xml:space="preserve"> </w:t>
            </w:r>
            <w:r>
              <w:rPr>
                <w:sz w:val="18"/>
              </w:rPr>
              <w:t>"</w:t>
            </w:r>
            <w:r>
              <w:rPr>
                <w:sz w:val="18"/>
              </w:rPr>
              <w:t xml:space="preserve"> </w:t>
            </w:r>
            <w:r>
              <w:rPr>
                <w:sz w:val="18"/>
              </w:rPr>
              <w:t>一句的上下文；</w:t>
            </w:r>
            <w:r>
              <w:rPr>
                <w:sz w:val="18"/>
              </w:rPr>
              <w:t xml:space="preserve"> </w:t>
            </w:r>
            <w:r>
              <w:rPr>
                <w:sz w:val="18"/>
              </w:rPr>
              <w:t>"</w:t>
            </w:r>
            <w:r>
              <w:rPr>
                <w:sz w:val="18"/>
              </w:rPr>
              <w:t xml:space="preserve"> </w:t>
            </w:r>
            <w:r>
              <w:rPr>
                <w:sz w:val="18"/>
              </w:rPr>
              <w:t>硬教</w:t>
            </w:r>
            <w:r>
              <w:rPr>
                <w:sz w:val="18"/>
              </w:rPr>
              <w:t xml:space="preserve"> </w:t>
            </w:r>
            <w:r>
              <w:rPr>
                <w:sz w:val="18"/>
              </w:rPr>
              <w:t>""</w:t>
            </w:r>
            <w:r>
              <w:rPr>
                <w:sz w:val="18"/>
              </w:rPr>
              <w:t xml:space="preserve"> </w:t>
            </w:r>
            <w:r>
              <w:rPr>
                <w:sz w:val="18"/>
              </w:rPr>
              <w:t>乱教</w:t>
            </w:r>
            <w:r>
              <w:rPr>
                <w:sz w:val="18"/>
              </w:rPr>
              <w:t xml:space="preserve"> </w:t>
            </w:r>
            <w:r>
              <w:rPr>
                <w:sz w:val="18"/>
              </w:rPr>
              <w:t>"</w:t>
            </w:r>
            <w:r>
              <w:rPr>
                <w:sz w:val="18"/>
              </w:rPr>
              <w:t xml:space="preserve"> </w:t>
            </w:r>
            <w:r>
              <w:rPr>
                <w:sz w:val="18"/>
              </w:rPr>
              <w:t>分别指什么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摘抄</w:t>
            </w:r>
            <w:r>
              <w:rPr>
                <w:sz w:val="18"/>
              </w:rPr>
              <w:t xml:space="preserve"> </w:t>
            </w:r>
            <w:r>
              <w:rPr>
                <w:sz w:val="18"/>
              </w:rPr>
              <w:t>"</w:t>
            </w:r>
            <w:r>
              <w:rPr>
                <w:sz w:val="18"/>
              </w:rPr>
              <w:t xml:space="preserve"> </w:t>
            </w:r>
            <w:r>
              <w:rPr>
                <w:sz w:val="18"/>
              </w:rPr>
              <w:t>钱花了但老师不知道怎么用起来</w:t>
            </w:r>
            <w:r>
              <w:rPr>
                <w:sz w:val="18"/>
              </w:rPr>
              <w:t xml:space="preserve"> </w:t>
            </w:r>
            <w:r>
              <w:rPr>
                <w:sz w:val="18"/>
              </w:rPr>
              <w:t>"</w:t>
            </w:r>
            <w:r>
              <w:rPr>
                <w:sz w:val="18"/>
              </w:rPr>
              <w:t xml:space="preserve"> </w:t>
            </w:r>
            <w:r>
              <w:rPr>
                <w:sz w:val="18"/>
              </w:rPr>
              <w:t>等原句；用</w:t>
            </w:r>
            <w:r>
              <w:rPr>
                <w:sz w:val="18"/>
              </w:rPr>
              <w:t xml:space="preserve"> </w:t>
            </w:r>
            <w:r>
              <w:rPr>
                <w:sz w:val="18"/>
              </w:rPr>
              <w:t>★</w:t>
            </w:r>
            <w:r>
              <w:rPr>
                <w:sz w:val="18"/>
              </w:rPr>
              <w:t xml:space="preserve"> </w:t>
            </w:r>
            <w:r>
              <w:rPr>
                <w:sz w:val="18"/>
              </w:rPr>
              <w:t>标出最触动自己的一个误区</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：提炼课程框架</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灵魂三问</w:t>
            </w:r>
            <w:r>
              <w:rPr>
                <w:sz w:val="18"/>
              </w:rPr>
              <w:t xml:space="preserve"> </w:t>
            </w:r>
            <w:r>
              <w:rPr>
                <w:sz w:val="18"/>
              </w:rPr>
              <w:t>""</w:t>
            </w:r>
            <w:r>
              <w:rPr>
                <w:sz w:val="18"/>
              </w:rPr>
              <w:t xml:space="preserve"> </w:t>
            </w:r>
            <w:r>
              <w:rPr>
                <w:sz w:val="18"/>
              </w:rPr>
              <w:t>三棵树</w:t>
            </w:r>
            <w:r>
              <w:rPr>
                <w:sz w:val="18"/>
              </w:rPr>
              <w:t xml:space="preserve"> </w:t>
            </w:r>
            <w:r>
              <w:rPr>
                <w:sz w:val="18"/>
              </w:rPr>
              <w:t>""</w:t>
            </w:r>
            <w:r>
              <w:rPr>
                <w:sz w:val="18"/>
              </w:rPr>
              <w:t xml:space="preserve"> </w:t>
            </w:r>
            <w:r>
              <w:rPr>
                <w:sz w:val="18"/>
              </w:rPr>
              <w:t>三类课程</w:t>
            </w:r>
            <w:r>
              <w:rPr>
                <w:sz w:val="18"/>
              </w:rPr>
              <w:t xml:space="preserve"> </w:t>
            </w:r>
            <w:r>
              <w:rPr>
                <w:sz w:val="18"/>
              </w:rPr>
              <w:t>"</w:t>
            </w:r>
            <w:r>
              <w:rPr>
                <w:sz w:val="18"/>
              </w:rPr>
              <w:t xml:space="preserve"> </w:t>
            </w:r>
            <w:r>
              <w:rPr>
                <w:sz w:val="18"/>
              </w:rPr>
              <w:t>的提出脉络与对应关系</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w:t>
            </w:r>
            <w:r>
              <w:rPr>
                <w:sz w:val="18"/>
              </w:rPr>
              <w:t xml:space="preserve"> </w:t>
            </w:r>
            <w:r>
              <w:rPr>
                <w:sz w:val="18"/>
              </w:rPr>
              <w:t>"</w:t>
            </w:r>
            <w:r>
              <w:rPr>
                <w:sz w:val="18"/>
              </w:rPr>
              <w:t xml:space="preserve"> </w:t>
            </w:r>
            <w:r>
              <w:rPr>
                <w:sz w:val="18"/>
              </w:rPr>
              <w:t>体验课</w:t>
            </w:r>
            <w:r>
              <w:rPr>
                <w:sz w:val="18"/>
              </w:rPr>
              <w:t xml:space="preserve"> </w:t>
            </w:r>
            <w:r>
              <w:rPr>
                <w:sz w:val="18"/>
              </w:rPr>
              <w:t>—</w:t>
            </w:r>
            <w:r>
              <w:rPr>
                <w:sz w:val="18"/>
              </w:rPr>
              <w:t xml:space="preserve"> </w:t>
            </w:r>
            <w:r>
              <w:rPr>
                <w:sz w:val="18"/>
              </w:rPr>
              <w:t>通识课</w:t>
            </w:r>
            <w:r>
              <w:rPr>
                <w:sz w:val="18"/>
              </w:rPr>
              <w:t xml:space="preserve"> </w:t>
            </w:r>
            <w:r>
              <w:rPr>
                <w:sz w:val="18"/>
              </w:rPr>
              <w:t>—</w:t>
            </w:r>
            <w:r>
              <w:rPr>
                <w:sz w:val="18"/>
              </w:rPr>
              <w:t xml:space="preserve"> </w:t>
            </w:r>
            <w:r>
              <w:rPr>
                <w:sz w:val="18"/>
              </w:rPr>
              <w:t>拓展课</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基于设备</w:t>
            </w:r>
            <w:r>
              <w:rPr>
                <w:sz w:val="18"/>
              </w:rPr>
              <w:t xml:space="preserve"> </w:t>
            </w:r>
            <w:r>
              <w:rPr>
                <w:sz w:val="18"/>
              </w:rPr>
              <w:t>—</w:t>
            </w:r>
            <w:r>
              <w:rPr>
                <w:sz w:val="18"/>
              </w:rPr>
              <w:t xml:space="preserve"> </w:t>
            </w:r>
            <w:r>
              <w:rPr>
                <w:sz w:val="18"/>
              </w:rPr>
              <w:t>基于学科</w:t>
            </w:r>
            <w:r>
              <w:rPr>
                <w:sz w:val="18"/>
              </w:rPr>
              <w:t xml:space="preserve"> </w:t>
            </w:r>
            <w:r>
              <w:rPr>
                <w:sz w:val="18"/>
              </w:rPr>
              <w:t>—</w:t>
            </w:r>
            <w:r>
              <w:rPr>
                <w:sz w:val="18"/>
              </w:rPr>
              <w:t xml:space="preserve"> </w:t>
            </w:r>
            <w:r>
              <w:rPr>
                <w:sz w:val="18"/>
              </w:rPr>
              <w:t>面向问题</w:t>
            </w:r>
            <w:r>
              <w:rPr>
                <w:sz w:val="18"/>
              </w:rPr>
              <w:t xml:space="preserve"> </w:t>
            </w:r>
            <w:r>
              <w:rPr>
                <w:sz w:val="18"/>
              </w:rPr>
              <w:t>"</w:t>
            </w:r>
            <w:r>
              <w:rPr>
                <w:sz w:val="18"/>
              </w:rPr>
              <w:t xml:space="preserve"> </w:t>
            </w:r>
            <w:r>
              <w:rPr>
                <w:sz w:val="18"/>
              </w:rPr>
              <w:t>的对应表</w:t>
            </w:r>
          </w:p>
        </w:tc>
      </w:tr>
    </w:tbl>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破冰问答：</w:t>
            </w:r>
            <w:r>
              <w:rPr>
                <w:sz w:val="18"/>
              </w:rPr>
              <w:t xml:space="preserve"> </w:t>
            </w:r>
            <w:r>
              <w:rPr>
                <w:sz w:val="18"/>
              </w:rPr>
              <w:t>"</w:t>
            </w:r>
            <w:r>
              <w:rPr>
                <w:sz w:val="18"/>
              </w:rPr>
              <w:t xml:space="preserve"> </w:t>
            </w:r>
            <w:r>
              <w:rPr>
                <w:sz w:val="18"/>
              </w:rPr>
              <w:t>你最早在什么场景下用到</w:t>
            </w:r>
            <w:r>
              <w:rPr>
                <w:sz w:val="18"/>
              </w:rPr>
              <w:t xml:space="preserve"> </w:t>
            </w:r>
            <w:r>
              <w:rPr>
                <w:sz w:val="18"/>
              </w:rPr>
              <w:t>AI</w:t>
            </w:r>
            <w:r>
              <w:rPr>
                <w:sz w:val="18"/>
              </w:rPr>
              <w:t xml:space="preserve"> </w:t>
            </w:r>
            <w:r>
              <w:rPr>
                <w:sz w:val="18"/>
              </w:rPr>
              <w:t>？你觉得自己</w:t>
            </w:r>
            <w:r>
              <w:rPr>
                <w:sz w:val="18"/>
              </w:rPr>
              <w:t xml:space="preserve"> </w:t>
            </w:r>
            <w:r>
              <w:rPr>
                <w:sz w:val="18"/>
              </w:rPr>
              <w:t>'</w:t>
            </w:r>
            <w:r>
              <w:rPr>
                <w:sz w:val="18"/>
              </w:rPr>
              <w:t xml:space="preserve"> </w:t>
            </w:r>
            <w:r>
              <w:rPr>
                <w:sz w:val="18"/>
              </w:rPr>
              <w:t>懂</w:t>
            </w:r>
            <w:r>
              <w:rPr>
                <w:sz w:val="18"/>
              </w:rPr>
              <w:t xml:space="preserve"> </w:t>
            </w:r>
            <w:r>
              <w:rPr>
                <w:sz w:val="18"/>
              </w:rPr>
              <w:t>'AI</w:t>
            </w:r>
            <w:r>
              <w:rPr>
                <w:sz w:val="18"/>
              </w:rPr>
              <w:t xml:space="preserve"> </w:t>
            </w:r>
            <w:r>
              <w:rPr>
                <w:sz w:val="18"/>
              </w:rPr>
              <w:t>吗？</w:t>
            </w:r>
            <w:r>
              <w:rPr>
                <w:sz w:val="18"/>
              </w:rPr>
              <w:t xml:space="preserve"> </w:t>
            </w:r>
            <w:r>
              <w:rPr>
                <w:sz w:val="18"/>
              </w:rPr>
              <w:t>"</w:t>
            </w:r>
            <w:r>
              <w:rPr>
                <w:sz w:val="18"/>
              </w:rPr>
              <w:t xml:space="preserve"> </w:t>
            </w:r>
            <w:r>
              <w:rPr>
                <w:sz w:val="18"/>
              </w:rPr>
              <w:t>＋现场投票</w:t>
            </w:r>
            <w:r>
              <w:rPr>
                <w:sz w:val="18"/>
              </w:rPr>
              <w:t xml:space="preserve"> </w:t>
            </w:r>
            <w:r>
              <w:rPr>
                <w:sz w:val="18"/>
              </w:rPr>
              <w:t>"AI</w:t>
            </w:r>
            <w:r>
              <w:rPr>
                <w:sz w:val="18"/>
              </w:rPr>
              <w:t xml:space="preserve"> </w:t>
            </w:r>
            <w:r>
              <w:rPr>
                <w:sz w:val="18"/>
              </w:rPr>
              <w:t>课</w:t>
            </w:r>
            <w:r>
              <w:rPr>
                <w:sz w:val="18"/>
              </w:rPr>
              <w:t xml:space="preserve"> </w:t>
            </w:r>
            <w:r>
              <w:rPr>
                <w:sz w:val="18"/>
              </w:rPr>
              <w:t>=</w:t>
            </w:r>
            <w:r>
              <w:rPr>
                <w:sz w:val="18"/>
              </w:rPr>
              <w:t xml:space="preserve"> </w:t>
            </w:r>
            <w:r>
              <w:rPr>
                <w:sz w:val="18"/>
              </w:rPr>
              <w:t>学编程</w:t>
            </w:r>
            <w:r>
              <w:rPr>
                <w:sz w:val="18"/>
              </w:rPr>
              <w:t xml:space="preserve"> </w:t>
            </w:r>
            <w:r>
              <w:rPr>
                <w:sz w:val="18"/>
              </w:rPr>
              <w:t>/</w:t>
            </w:r>
            <w:r>
              <w:rPr>
                <w:sz w:val="18"/>
              </w:rPr>
              <w:t xml:space="preserve"> </w:t>
            </w:r>
            <w:r>
              <w:rPr>
                <w:sz w:val="18"/>
              </w:rPr>
              <w:t>学机器人？</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用便利贴收集教师朴素认知，贴在白板，作为后续对照基线</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1</w:t>
            </w:r>
            <w:r>
              <w:rPr>
                <w:sz w:val="18"/>
              </w:rPr>
              <w:t xml:space="preserve"> </w:t>
            </w:r>
            <w:r>
              <w:rPr>
                <w:sz w:val="18"/>
              </w:rPr>
              <w:t>讲《引言》（</w:t>
            </w:r>
            <w:r>
              <w:rPr>
                <w:sz w:val="18"/>
              </w:rPr>
              <w:t xml:space="preserve"> </w:t>
            </w:r>
            <w:r>
              <w:rPr>
                <w:sz w:val="18"/>
              </w:rPr>
              <w:t>12</w:t>
            </w:r>
            <w:r>
              <w:rPr>
                <w:sz w:val="18"/>
              </w:rPr>
              <w:t xml:space="preserve"> </w:t>
            </w:r>
            <w:r>
              <w:rPr>
                <w:sz w:val="18"/>
              </w:rPr>
              <w:t>分</w:t>
            </w:r>
            <w:r>
              <w:rPr>
                <w:sz w:val="18"/>
              </w:rPr>
              <w:t xml:space="preserve"> </w:t>
            </w:r>
            <w:r>
              <w:rPr>
                <w:sz w:val="18"/>
              </w:rPr>
              <w:t>20</w:t>
            </w:r>
            <w:r>
              <w:rPr>
                <w:sz w:val="18"/>
              </w:rPr>
              <w:t xml:space="preserve"> </w:t>
            </w:r>
            <w:r>
              <w:rPr>
                <w:sz w:val="18"/>
              </w:rPr>
              <w:t>秒），同步完成观看任务单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关闭弹幕干扰；提醒教师边看边记，重点暂停处：</w:t>
            </w:r>
            <w:r>
              <w:rPr>
                <w:sz w:val="18"/>
              </w:rPr>
              <w:t xml:space="preserve"> </w:t>
            </w:r>
            <w:r>
              <w:rPr>
                <w:sz w:val="18"/>
              </w:rPr>
              <w:t>02:40</w:t>
            </w:r>
            <w:r>
              <w:rPr>
                <w:sz w:val="18"/>
              </w:rPr>
              <w:t xml:space="preserve"> </w:t>
            </w:r>
            <w:r>
              <w:rPr>
                <w:sz w:val="18"/>
              </w:rPr>
              <w:t>、</w:t>
            </w:r>
            <w:r>
              <w:rPr>
                <w:sz w:val="18"/>
              </w:rPr>
              <w:t xml:space="preserve"> </w:t>
            </w:r>
            <w:r>
              <w:rPr>
                <w:sz w:val="18"/>
              </w:rPr>
              <w:t>06:10</w:t>
            </w:r>
            <w:r>
              <w:rPr>
                <w:sz w:val="18"/>
              </w:rPr>
              <w:t xml:space="preserve"> </w:t>
            </w:r>
            <w:r>
              <w:rPr>
                <w:sz w:val="18"/>
              </w:rPr>
              <w:t>、</w:t>
            </w:r>
            <w:r>
              <w:rPr>
                <w:sz w:val="18"/>
              </w:rPr>
              <w:t xml:space="preserve"> </w:t>
            </w:r>
            <w:r>
              <w:rPr>
                <w:sz w:val="18"/>
              </w:rPr>
              <w:t>10:30</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分组围绕</w:t>
            </w:r>
            <w:r>
              <w:rPr>
                <w:sz w:val="18"/>
              </w:rPr>
              <w:t xml:space="preserve"> </w:t>
            </w:r>
            <w:r>
              <w:rPr>
                <w:sz w:val="18"/>
              </w:rPr>
              <w:t>"</w:t>
            </w:r>
            <w:r>
              <w:rPr>
                <w:sz w:val="18"/>
              </w:rPr>
              <w:t xml:space="preserve"> </w:t>
            </w:r>
            <w:r>
              <w:rPr>
                <w:sz w:val="18"/>
              </w:rPr>
              <w:t>灵魂三问</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三棵树</w:t>
            </w:r>
            <w:r>
              <w:rPr>
                <w:sz w:val="18"/>
              </w:rPr>
              <w:t xml:space="preserve"> </w:t>
            </w:r>
            <w:r>
              <w:rPr>
                <w:sz w:val="18"/>
              </w:rPr>
              <w:t>"</w:t>
            </w:r>
            <w:r>
              <w:rPr>
                <w:sz w:val="18"/>
              </w:rPr>
              <w:t xml:space="preserve"> </w:t>
            </w:r>
            <w:r>
              <w:rPr>
                <w:sz w:val="18"/>
              </w:rPr>
              <w:t>开展结构化讨论，各组长汇报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6-8</w:t>
            </w:r>
            <w:r>
              <w:rPr>
                <w:sz w:val="18"/>
              </w:rPr>
              <w:t xml:space="preserve"> </w:t>
            </w:r>
            <w:r>
              <w:rPr>
                <w:sz w:val="18"/>
              </w:rPr>
              <w:t>人一组，混合学科；提供讨论卡（含三问、三树、三类课程框架图）</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本校三棵树现状盘点</w:t>
            </w:r>
            <w:r>
              <w:rPr>
                <w:sz w:val="18"/>
              </w:rPr>
              <w:t xml:space="preserve"> </w:t>
            </w:r>
            <w:r>
              <w:rPr>
                <w:sz w:val="18"/>
              </w:rPr>
              <w:t>"</w:t>
            </w:r>
            <w:r>
              <w:rPr>
                <w:sz w:val="18"/>
              </w:rPr>
              <w:t xml:space="preserve"> </w:t>
            </w:r>
            <w:r>
              <w:rPr>
                <w:sz w:val="18"/>
              </w:rPr>
              <w:t>工作坊：对照三棵树，盘点泉州一中现有设备、课程、师资，标注短板</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输出一张</w:t>
            </w:r>
            <w:r>
              <w:rPr>
                <w:sz w:val="18"/>
              </w:rPr>
              <w:t xml:space="preserve"> </w:t>
            </w:r>
            <w:r>
              <w:rPr>
                <w:sz w:val="18"/>
              </w:rPr>
              <w:t>A1</w:t>
            </w:r>
            <w:r>
              <w:rPr>
                <w:sz w:val="18"/>
              </w:rPr>
              <w:t xml:space="preserve"> </w:t>
            </w:r>
            <w:r>
              <w:rPr>
                <w:sz w:val="18"/>
              </w:rPr>
              <w:t>海报纸：树上挂现状便利贴，红黄绿三色标风险等级</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各组展示海报，教研员点评；回看导入时的投票，检验认知变化；布置作业</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收齐海报拍照存档；明确作业提交时间与教研组分享安排</w:t>
            </w:r>
          </w:p>
        </w:tc>
      </w:tr>
    </w:tbl>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：便利贴</w:t>
      </w:r>
      <w:r>
        <w:t>+</w:t>
      </w:r>
      <w:r>
        <w:rPr>
          <w:rFonts w:ascii="微软雅黑" w:eastAsia="微软雅黑" w:hAnsi="微软雅黑" w:cs="微软雅黑" w:hint="eastAsia"/>
          <w:lang w:eastAsia="zh-CN"/>
        </w:rPr>
        <w:t>现场投票</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"AI</w:t>
      </w:r>
      <w:r>
        <w:rPr>
          <w:rFonts w:ascii="微软雅黑" w:eastAsia="微软雅黑" w:hAnsi="微软雅黑" w:cs="微软雅黑" w:hint="eastAsia"/>
          <w:lang w:eastAsia="zh-CN"/>
        </w:rPr>
        <w:t>课到底教什么？</w:t>
      </w:r>
      <w:r>
        <w:t>"——</w:t>
      </w:r>
      <w:r>
        <w:rPr>
          <w:rFonts w:ascii="微软雅黑" w:eastAsia="微软雅黑" w:hAnsi="微软雅黑" w:cs="微软雅黑" w:hint="eastAsia"/>
          <w:lang w:eastAsia="zh-CN"/>
        </w:rPr>
        <w:t>请每位教师用一张便利贴写下</w:t>
      </w:r>
      <w:r>
        <w:t>"</w:t>
      </w:r>
      <w:r>
        <w:rPr>
          <w:rFonts w:ascii="微软雅黑" w:eastAsia="微软雅黑" w:hAnsi="微软雅黑" w:cs="微软雅黑" w:hint="eastAsia"/>
          <w:lang w:eastAsia="zh-CN"/>
        </w:rPr>
        <w:t>我认为中小学人工智能通识课最该教给学生的一件事</w:t>
      </w:r>
      <w:r>
        <w:t>"</w:t>
      </w:r>
      <w:r>
        <w:rPr>
          <w:rFonts w:ascii="微软雅黑" w:eastAsia="微软雅黑" w:hAnsi="微软雅黑" w:cs="微软雅黑" w:hint="eastAsia"/>
          <w:lang w:eastAsia="zh-CN"/>
        </w:rPr>
        <w:t>，投入纸箱；再用举手投票回答</w:t>
      </w:r>
      <w:r>
        <w:t>"AI</w:t>
      </w:r>
      <w:r>
        <w:rPr>
          <w:rFonts w:ascii="微软雅黑" w:eastAsia="微软雅黑" w:hAnsi="微软雅黑" w:cs="微软雅黑" w:hint="eastAsia"/>
          <w:lang w:eastAsia="zh-CN"/>
        </w:rPr>
        <w:t>通识课</w:t>
      </w:r>
      <w:r>
        <w:t>=</w:t>
      </w:r>
      <w:r>
        <w:rPr>
          <w:rFonts w:ascii="微软雅黑" w:eastAsia="微软雅黑" w:hAnsi="微软雅黑" w:cs="微软雅黑" w:hint="eastAsia"/>
          <w:lang w:eastAsia="zh-CN"/>
        </w:rPr>
        <w:t>学编程</w:t>
      </w:r>
      <w:r>
        <w:t>/</w:t>
      </w:r>
      <w:r>
        <w:rPr>
          <w:rFonts w:ascii="微软雅黑" w:eastAsia="微软雅黑" w:hAnsi="微软雅黑" w:cs="微软雅黑" w:hint="eastAsia"/>
          <w:lang w:eastAsia="zh-CN"/>
        </w:rPr>
        <w:t>学机器人</w:t>
      </w:r>
      <w:r>
        <w:t>/</w:t>
      </w:r>
      <w:r>
        <w:rPr>
          <w:rFonts w:ascii="微软雅黑" w:eastAsia="微软雅黑" w:hAnsi="微软雅黑" w:cs="微软雅黑" w:hint="eastAsia"/>
          <w:lang w:eastAsia="zh-CN"/>
        </w:rPr>
        <w:t>学思维方式？</w:t>
      </w:r>
      <w:r>
        <w:t>"</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：教研员随机抽取</w:t>
      </w:r>
      <w:r>
        <w:t>3</w:t>
      </w:r>
      <w:r>
        <w:rPr>
          <w:rFonts w:ascii="微软雅黑" w:eastAsia="微软雅黑" w:hAnsi="微软雅黑" w:cs="微软雅黑" w:hint="eastAsia"/>
          <w:lang w:eastAsia="zh-CN"/>
        </w:rPr>
        <w:t>张便利贴朗读，制造认知冲突；投票结果以柱状图呈现，作为研修前后对照的</w:t>
      </w:r>
      <w:r>
        <w:t>"</w:t>
      </w:r>
      <w:r>
        <w:rPr>
          <w:rFonts w:ascii="微软雅黑" w:eastAsia="微软雅黑" w:hAnsi="微软雅黑" w:cs="微软雅黑" w:hint="eastAsia"/>
          <w:lang w:eastAsia="zh-CN"/>
        </w:rPr>
        <w:t>前测</w:t>
      </w:r>
      <w:r>
        <w:t>"</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：小组拼图研讨（</w:t>
      </w:r>
      <w:r>
        <w:t>Jigsaw</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灵魂三问</w:t>
      </w:r>
      <w:r>
        <w:t>"</w:t>
      </w:r>
      <w:r>
        <w:rPr>
          <w:rFonts w:ascii="微软雅黑" w:eastAsia="微软雅黑" w:hAnsi="微软雅黑" w:cs="微软雅黑" w:hint="eastAsia"/>
          <w:lang w:eastAsia="zh-CN"/>
        </w:rPr>
        <w:t>（教什么</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用什么教）为轴，拆解视频中的</w:t>
      </w:r>
      <w:r>
        <w:t>"</w:t>
      </w:r>
      <w:r>
        <w:rPr>
          <w:rFonts w:ascii="微软雅黑" w:eastAsia="微软雅黑" w:hAnsi="微软雅黑" w:cs="微软雅黑" w:hint="eastAsia"/>
          <w:lang w:eastAsia="zh-CN"/>
        </w:rPr>
        <w:t>三棵树</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三类课程</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：每组认领一棵树或一类课程，精读对应片段后跨组交换讲解；要求用</w:t>
      </w:r>
      <w:r>
        <w:t>"</w:t>
      </w:r>
      <w:r>
        <w:rPr>
          <w:rFonts w:ascii="微软雅黑" w:eastAsia="微软雅黑" w:hAnsi="微软雅黑" w:cs="微软雅黑" w:hint="eastAsia"/>
          <w:lang w:eastAsia="zh-CN"/>
        </w:rPr>
        <w:t>如果没有</w:t>
      </w:r>
      <w:r>
        <w:t>__</w:t>
      </w:r>
      <w:r>
        <w:rPr>
          <w:rFonts w:ascii="微软雅黑" w:eastAsia="微软雅黑" w:hAnsi="微软雅黑" w:cs="微软雅黑" w:hint="eastAsia"/>
          <w:lang w:eastAsia="zh-CN"/>
        </w:rPr>
        <w:t>，就会</w:t>
      </w:r>
      <w:r>
        <w:t>__"</w:t>
      </w:r>
      <w:r>
        <w:rPr>
          <w:rFonts w:ascii="微软雅黑" w:eastAsia="微软雅黑" w:hAnsi="微软雅黑" w:cs="微软雅黑" w:hint="eastAsia"/>
          <w:lang w:eastAsia="zh-CN"/>
        </w:rPr>
        <w:t>句式造句，固化</w:t>
      </w:r>
      <w:r>
        <w:t>"</w:t>
      </w:r>
      <w:r>
        <w:rPr>
          <w:rFonts w:ascii="微软雅黑" w:eastAsia="微软雅黑" w:hAnsi="微软雅黑" w:cs="微软雅黑" w:hint="eastAsia"/>
          <w:lang w:eastAsia="zh-CN"/>
        </w:rPr>
        <w:t>知识</w:t>
      </w:r>
      <w:r>
        <w:t>→</w:t>
      </w:r>
      <w:r>
        <w:rPr>
          <w:rFonts w:ascii="微软雅黑" w:eastAsia="微软雅黑" w:hAnsi="微软雅黑" w:cs="微软雅黑" w:hint="eastAsia"/>
          <w:lang w:eastAsia="zh-CN"/>
        </w:rPr>
        <w:t>能力</w:t>
      </w:r>
      <w:r>
        <w:t>→</w:t>
      </w:r>
      <w:r>
        <w:rPr>
          <w:rFonts w:ascii="微软雅黑" w:eastAsia="微软雅黑" w:hAnsi="微软雅黑" w:cs="微软雅黑" w:hint="eastAsia"/>
          <w:lang w:eastAsia="zh-CN"/>
        </w:rPr>
        <w:t>素养</w:t>
      </w:r>
      <w:r>
        <w:t>"</w:t>
      </w:r>
      <w:r>
        <w:rPr>
          <w:rFonts w:ascii="微软雅黑" w:eastAsia="微软雅黑" w:hAnsi="微软雅黑" w:cs="微软雅黑" w:hint="eastAsia"/>
          <w:lang w:eastAsia="zh-CN"/>
        </w:rPr>
        <w:t>齿轮逻辑。</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：校本盘点工作坊</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泉州一中的</w:t>
      </w:r>
      <w:r>
        <w:t>'</w:t>
      </w:r>
      <w:r>
        <w:rPr>
          <w:rFonts w:ascii="微软雅黑" w:eastAsia="微软雅黑" w:hAnsi="微软雅黑" w:cs="微软雅黑" w:hint="eastAsia"/>
          <w:lang w:eastAsia="zh-CN"/>
        </w:rPr>
        <w:t>三棵树</w:t>
      </w:r>
      <w:r>
        <w:t>'</w:t>
      </w:r>
      <w:r>
        <w:rPr>
          <w:rFonts w:ascii="微软雅黑" w:eastAsia="微软雅黑" w:hAnsi="微软雅黑" w:cs="微软雅黑" w:hint="eastAsia"/>
          <w:lang w:eastAsia="zh-CN"/>
        </w:rPr>
        <w:t>长得怎么样？</w:t>
      </w:r>
      <w:r>
        <w:t>"——</w:t>
      </w:r>
      <w:r>
        <w:rPr>
          <w:rFonts w:ascii="微软雅黑" w:eastAsia="微软雅黑" w:hAnsi="微软雅黑" w:cs="微软雅黑" w:hint="eastAsia"/>
          <w:lang w:eastAsia="zh-CN"/>
        </w:rPr>
        <w:t>教学方法树（我们怎么教</w:t>
      </w:r>
      <w:r>
        <w:t>AI</w:t>
      </w:r>
      <w:r>
        <w:rPr>
          <w:rFonts w:ascii="微软雅黑" w:eastAsia="微软雅黑" w:hAnsi="微软雅黑" w:cs="微软雅黑" w:hint="eastAsia"/>
          <w:lang w:eastAsia="zh-CN"/>
        </w:rPr>
        <w:t>）、学科知识树（我们教了哪些</w:t>
      </w:r>
      <w:r>
        <w:t>AI</w:t>
      </w:r>
      <w:r>
        <w:rPr>
          <w:rFonts w:ascii="微软雅黑" w:eastAsia="微软雅黑" w:hAnsi="微软雅黑" w:cs="微软雅黑" w:hint="eastAsia"/>
          <w:lang w:eastAsia="zh-CN"/>
        </w:rPr>
        <w:t>知识）、技术工具树（我们有什么设备</w:t>
      </w:r>
      <w:r>
        <w:t>/</w:t>
      </w:r>
      <w:r>
        <w:rPr>
          <w:rFonts w:ascii="微软雅黑" w:eastAsia="微软雅黑" w:hAnsi="微软雅黑" w:cs="微软雅黑" w:hint="eastAsia"/>
          <w:lang w:eastAsia="zh-CN"/>
        </w:rPr>
        <w:t>平台）。</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：初中部与高中部分开盘点（完全中学学段差异）；引导教师把现有创客实验室、信息课、社团活动分别归入</w:t>
      </w:r>
      <w:r>
        <w:t>"</w:t>
      </w:r>
      <w:r>
        <w:rPr>
          <w:rFonts w:ascii="微软雅黑" w:eastAsia="微软雅黑" w:hAnsi="微软雅黑" w:cs="微软雅黑" w:hint="eastAsia"/>
          <w:lang w:eastAsia="zh-CN"/>
        </w:rPr>
        <w:t>体验课</w:t>
      </w:r>
      <w:r>
        <w:t>/</w:t>
      </w:r>
      <w:r>
        <w:rPr>
          <w:rFonts w:ascii="微软雅黑" w:eastAsia="微软雅黑" w:hAnsi="微软雅黑" w:cs="微软雅黑" w:hint="eastAsia"/>
          <w:lang w:eastAsia="zh-CN"/>
        </w:rPr>
        <w:t>通识课</w:t>
      </w:r>
      <w:r>
        <w:t>/</w:t>
      </w:r>
      <w:r>
        <w:rPr>
          <w:rFonts w:ascii="微软雅黑" w:eastAsia="微软雅黑" w:hAnsi="微软雅黑" w:cs="微软雅黑" w:hint="eastAsia"/>
          <w:lang w:eastAsia="zh-CN"/>
        </w:rPr>
        <w:t>拓展课</w:t>
      </w:r>
      <w:r>
        <w:t>"</w:t>
      </w:r>
      <w:r>
        <w:rPr>
          <w:rFonts w:ascii="微软雅黑" w:eastAsia="微软雅黑" w:hAnsi="微软雅黑" w:cs="微软雅黑" w:hint="eastAsia"/>
          <w:lang w:eastAsia="zh-CN"/>
        </w:rPr>
        <w:t>，识别</w:t>
      </w:r>
      <w:r>
        <w:t>"</w:t>
      </w:r>
      <w:r>
        <w:rPr>
          <w:rFonts w:ascii="微软雅黑" w:eastAsia="微软雅黑" w:hAnsi="微软雅黑" w:cs="微软雅黑" w:hint="eastAsia"/>
          <w:lang w:eastAsia="zh-CN"/>
        </w:rPr>
        <w:t>重设备轻课程</w:t>
      </w:r>
      <w:r>
        <w:t>"</w:t>
      </w:r>
      <w:r>
        <w:rPr>
          <w:rFonts w:ascii="微软雅黑" w:eastAsia="微软雅黑" w:hAnsi="微软雅黑" w:cs="微软雅黑" w:hint="eastAsia"/>
          <w:lang w:eastAsia="zh-CN"/>
        </w:rPr>
        <w:t>的风险点。</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：认知前后对照</w:t>
      </w:r>
      <w:r>
        <w:t>+</w:t>
      </w:r>
      <w:r>
        <w:rPr>
          <w:rFonts w:ascii="微软雅黑" w:eastAsia="微软雅黑" w:hAnsi="微软雅黑" w:cs="微软雅黑" w:hint="eastAsia"/>
          <w:lang w:eastAsia="zh-CN"/>
        </w:rPr>
        <w:t>一句话承诺</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：回看导入投票，反思</w:t>
      </w:r>
      <w:r>
        <w:t>"</w:t>
      </w:r>
      <w:r>
        <w:rPr>
          <w:rFonts w:ascii="微软雅黑" w:eastAsia="微软雅黑" w:hAnsi="微软雅黑" w:cs="微软雅黑" w:hint="eastAsia"/>
          <w:lang w:eastAsia="zh-CN"/>
        </w:rPr>
        <w:t>我之前的理解偏差在哪里</w:t>
      </w:r>
      <w:r>
        <w:t>"</w:t>
      </w:r>
      <w:r>
        <w:rPr>
          <w:rFonts w:ascii="微软雅黑" w:eastAsia="微软雅黑" w:hAnsi="微软雅黑" w:cs="微软雅黑" w:hint="eastAsia"/>
          <w:lang w:eastAsia="zh-CN"/>
        </w:rPr>
        <w:t>；每人写一句话</w:t>
      </w:r>
      <w:r>
        <w:t>"</w:t>
      </w:r>
      <w:r>
        <w:rPr>
          <w:rFonts w:ascii="微软雅黑" w:eastAsia="微软雅黑" w:hAnsi="微软雅黑" w:cs="微软雅黑" w:hint="eastAsia"/>
          <w:lang w:eastAsia="zh-CN"/>
        </w:rPr>
        <w:t>回去后我最想做的一个小改变</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：承诺卡张贴于教研室公告栏；教研员用</w:t>
      </w:r>
      <w:r>
        <w:t>"</w:t>
      </w:r>
      <w:r>
        <w:rPr>
          <w:rFonts w:ascii="微软雅黑" w:eastAsia="微软雅黑" w:hAnsi="微软雅黑" w:cs="微软雅黑" w:hint="eastAsia"/>
          <w:lang w:eastAsia="zh-CN"/>
        </w:rPr>
        <w:t>千好万好，不如把课上好</w:t>
      </w:r>
      <w:r>
        <w:t>"</w:t>
      </w:r>
      <w:r>
        <w:rPr>
          <w:rFonts w:ascii="微软雅黑" w:eastAsia="微软雅黑" w:hAnsi="微软雅黑" w:cs="微软雅黑" w:hint="eastAsia"/>
          <w:lang w:eastAsia="zh-CN"/>
        </w:rPr>
        <w:t>作结，强调通识课</w:t>
      </w:r>
      <w:r>
        <w:t>"</w:t>
      </w:r>
      <w:r>
        <w:rPr>
          <w:rFonts w:ascii="微软雅黑" w:eastAsia="微软雅黑" w:hAnsi="微软雅黑" w:cs="微软雅黑" w:hint="eastAsia"/>
          <w:lang w:eastAsia="zh-CN"/>
        </w:rPr>
        <w:t>不是学手艺</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古希腊</w:t>
            </w:r>
            <w:r>
              <w:rPr>
                <w:sz w:val="18"/>
              </w:rPr>
              <w:t xml:space="preserve"> </w:t>
            </w:r>
            <w:r>
              <w:rPr>
                <w:sz w:val="18"/>
              </w:rPr>
              <w:t>"</w:t>
            </w:r>
            <w:r>
              <w:rPr>
                <w:sz w:val="18"/>
              </w:rPr>
              <w:t xml:space="preserve"> </w:t>
            </w:r>
            <w:r>
              <w:rPr>
                <w:sz w:val="18"/>
              </w:rPr>
              <w:t>七艺</w:t>
            </w:r>
            <w:r>
              <w:rPr>
                <w:sz w:val="18"/>
              </w:rPr>
              <w:t xml:space="preserve"> </w:t>
            </w:r>
            <w:r>
              <w:rPr>
                <w:sz w:val="18"/>
              </w:rPr>
              <w:t>"</w:t>
            </w:r>
            <w:r>
              <w:rPr>
                <w:sz w:val="18"/>
              </w:rPr>
              <w:t xml:space="preserve"> </w:t>
            </w:r>
            <w:r>
              <w:rPr>
                <w:sz w:val="18"/>
              </w:rPr>
              <w:t>和中国</w:t>
            </w:r>
            <w:r>
              <w:rPr>
                <w:sz w:val="18"/>
              </w:rPr>
              <w:t xml:space="preserve"> </w:t>
            </w:r>
            <w:r>
              <w:rPr>
                <w:sz w:val="18"/>
              </w:rPr>
              <w:t>"</w:t>
            </w:r>
            <w:r>
              <w:rPr>
                <w:sz w:val="18"/>
              </w:rPr>
              <w:t xml:space="preserve"> </w:t>
            </w:r>
            <w:r>
              <w:rPr>
                <w:sz w:val="18"/>
              </w:rPr>
              <w:t>六艺</w:t>
            </w:r>
            <w:r>
              <w:rPr>
                <w:sz w:val="18"/>
              </w:rPr>
              <w:t xml:space="preserve"> </w:t>
            </w:r>
            <w:r>
              <w:rPr>
                <w:sz w:val="18"/>
              </w:rPr>
              <w:t>"</w:t>
            </w:r>
            <w:r>
              <w:rPr>
                <w:sz w:val="18"/>
              </w:rPr>
              <w:t xml:space="preserve"> </w:t>
            </w:r>
            <w:r>
              <w:rPr>
                <w:sz w:val="18"/>
              </w:rPr>
              <w:t>分别包含哪些内容？两者共同体现了什么教育思想？</w:t>
            </w:r>
            <w:r>
              <w:rPr>
                <w:sz w:val="18"/>
              </w:rPr>
              <w:t xml:space="preserve"> </w:t>
            </w:r>
            <w:r>
              <w:rPr>
                <w:sz w:val="18"/>
              </w:rPr>
              <w:t xml:space="preserve">2. </w:t>
            </w:r>
            <w:r>
              <w:rPr>
                <w:sz w:val="18"/>
              </w:rPr>
              <w:t xml:space="preserve"> </w:t>
            </w:r>
            <w:r>
              <w:rPr>
                <w:sz w:val="18"/>
              </w:rPr>
              <w:t>视频把中小学人工智能课程分为哪三种类型？它们各自</w:t>
            </w:r>
            <w:r>
              <w:rPr>
                <w:sz w:val="18"/>
              </w:rPr>
              <w:t xml:space="preserve"> </w:t>
            </w:r>
            <w:r>
              <w:rPr>
                <w:sz w:val="18"/>
              </w:rPr>
              <w:t>"</w:t>
            </w:r>
            <w:r>
              <w:rPr>
                <w:sz w:val="18"/>
              </w:rPr>
              <w:t xml:space="preserve"> </w:t>
            </w:r>
            <w:r>
              <w:rPr>
                <w:sz w:val="18"/>
              </w:rPr>
              <w:t>基于</w:t>
            </w:r>
            <w:r>
              <w:rPr>
                <w:sz w:val="18"/>
              </w:rPr>
              <w:t xml:space="preserve"> </w:t>
            </w:r>
            <w:r>
              <w:rPr>
                <w:sz w:val="18"/>
              </w:rPr>
              <w:t>"</w:t>
            </w:r>
            <w:r>
              <w:rPr>
                <w:sz w:val="18"/>
              </w:rPr>
              <w:t xml:space="preserve"> </w:t>
            </w:r>
            <w:r>
              <w:rPr>
                <w:sz w:val="18"/>
              </w:rPr>
              <w:t>什么？</w:t>
            </w:r>
            <w:r>
              <w:rPr>
                <w:sz w:val="18"/>
              </w:rPr>
              <w:t xml:space="preserve"> </w:t>
            </w:r>
            <w:r>
              <w:rPr>
                <w:sz w:val="18"/>
              </w:rPr>
              <w:t>3. "</w:t>
            </w:r>
            <w:r>
              <w:rPr>
                <w:sz w:val="18"/>
              </w:rPr>
              <w:t xml:space="preserve"> </w:t>
            </w:r>
            <w:r>
              <w:rPr>
                <w:sz w:val="18"/>
              </w:rPr>
              <w:t>灵魂三问</w:t>
            </w:r>
            <w:r>
              <w:rPr>
                <w:sz w:val="18"/>
              </w:rPr>
              <w:t xml:space="preserve"> </w:t>
            </w:r>
            <w:r>
              <w:rPr>
                <w:sz w:val="18"/>
              </w:rPr>
              <w:t>"</w:t>
            </w:r>
            <w:r>
              <w:rPr>
                <w:sz w:val="18"/>
              </w:rPr>
              <w:t xml:space="preserve"> </w:t>
            </w:r>
            <w:r>
              <w:rPr>
                <w:sz w:val="18"/>
              </w:rPr>
              <w:t>具体指哪三问？</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识记核心概念与人名、分类，建立事实性知识基础</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为什么说</w:t>
            </w:r>
            <w:r>
              <w:rPr>
                <w:sz w:val="18"/>
              </w:rPr>
              <w:t xml:space="preserve"> </w:t>
            </w:r>
            <w:r>
              <w:rPr>
                <w:sz w:val="18"/>
              </w:rPr>
              <w:t>"</w:t>
            </w:r>
            <w:r>
              <w:rPr>
                <w:sz w:val="18"/>
              </w:rPr>
              <w:t xml:space="preserve"> </w:t>
            </w:r>
            <w:r>
              <w:rPr>
                <w:sz w:val="18"/>
              </w:rPr>
              <w:t>基础教育本来按理应该是通识性的</w:t>
            </w:r>
            <w:r>
              <w:rPr>
                <w:sz w:val="18"/>
              </w:rPr>
              <w:t xml:space="preserve"> </w:t>
            </w:r>
            <w:r>
              <w:rPr>
                <w:sz w:val="18"/>
              </w:rPr>
              <w:t>"</w:t>
            </w:r>
            <w:r>
              <w:rPr>
                <w:sz w:val="18"/>
              </w:rPr>
              <w:t xml:space="preserve"> </w:t>
            </w:r>
            <w:r>
              <w:rPr>
                <w:sz w:val="18"/>
              </w:rPr>
              <w:t>？职业教育与基础教育在目标上有何根本不同？</w:t>
            </w:r>
            <w:r>
              <w:rPr>
                <w:sz w:val="18"/>
              </w:rPr>
              <w:t xml:space="preserve"> </w:t>
            </w:r>
            <w:r>
              <w:rPr>
                <w:sz w:val="18"/>
              </w:rPr>
              <w:t xml:space="preserve">2. </w:t>
            </w:r>
            <w:r>
              <w:rPr>
                <w:sz w:val="18"/>
              </w:rPr>
              <w:t xml:space="preserve"> </w:t>
            </w:r>
            <w:r>
              <w:rPr>
                <w:sz w:val="18"/>
              </w:rPr>
              <w:t>为什么说</w:t>
            </w:r>
            <w:r>
              <w:rPr>
                <w:sz w:val="18"/>
              </w:rPr>
              <w:t xml:space="preserve"> </w:t>
            </w:r>
            <w:r>
              <w:rPr>
                <w:sz w:val="18"/>
              </w:rPr>
              <w:t>"</w:t>
            </w:r>
            <w:r>
              <w:rPr>
                <w:sz w:val="18"/>
              </w:rPr>
              <w:t xml:space="preserve"> </w:t>
            </w:r>
            <w:r>
              <w:rPr>
                <w:sz w:val="18"/>
              </w:rPr>
              <w:t>最大的挑战在教师</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钱花了但老师不知道怎么用起来</w:t>
            </w:r>
            <w:r>
              <w:rPr>
                <w:sz w:val="18"/>
              </w:rPr>
              <w:t xml:space="preserve"> </w:t>
            </w:r>
            <w:r>
              <w:rPr>
                <w:sz w:val="18"/>
              </w:rPr>
              <w:t>"</w:t>
            </w:r>
            <w:r>
              <w:rPr>
                <w:sz w:val="18"/>
              </w:rPr>
              <w:t xml:space="preserve"> </w:t>
            </w:r>
            <w:r>
              <w:rPr>
                <w:sz w:val="18"/>
              </w:rPr>
              <w:t>反映了什么顺序错误？</w:t>
            </w:r>
            <w:r>
              <w:rPr>
                <w:sz w:val="18"/>
              </w:rPr>
              <w:t xml:space="preserve"> </w:t>
            </w:r>
            <w:r>
              <w:rPr>
                <w:sz w:val="18"/>
              </w:rPr>
              <w:t xml:space="preserve">3. </w:t>
            </w:r>
            <w:r>
              <w:rPr>
                <w:sz w:val="18"/>
              </w:rPr>
              <w:t xml:space="preserve"> </w:t>
            </w:r>
            <w:r>
              <w:rPr>
                <w:sz w:val="18"/>
              </w:rPr>
              <w:t>为什么</w:t>
            </w:r>
            <w:r>
              <w:rPr>
                <w:sz w:val="18"/>
              </w:rPr>
              <w:t xml:space="preserve"> </w:t>
            </w:r>
            <w:r>
              <w:rPr>
                <w:sz w:val="18"/>
              </w:rPr>
              <w:t>"</w:t>
            </w:r>
            <w:r>
              <w:rPr>
                <w:sz w:val="18"/>
              </w:rPr>
              <w:t xml:space="preserve"> </w:t>
            </w:r>
            <w:r>
              <w:rPr>
                <w:sz w:val="18"/>
              </w:rPr>
              <w:t>没有知识不会有能力，没有能力不会有素养</w:t>
            </w:r>
            <w:r>
              <w:rPr>
                <w:sz w:val="18"/>
              </w:rPr>
              <w:t xml:space="preserve"> </w:t>
            </w:r>
            <w:r>
              <w:rPr>
                <w:sz w:val="18"/>
              </w:rPr>
              <w:t>"</w:t>
            </w:r>
            <w:r>
              <w:rPr>
                <w:sz w:val="18"/>
              </w:rPr>
              <w:t xml:space="preserve"> </w:t>
            </w:r>
            <w:r>
              <w:rPr>
                <w:sz w:val="18"/>
              </w:rPr>
              <w:t>？素养为何</w:t>
            </w:r>
            <w:r>
              <w:rPr>
                <w:sz w:val="18"/>
              </w:rPr>
              <w:t xml:space="preserve"> </w:t>
            </w:r>
            <w:r>
              <w:rPr>
                <w:sz w:val="18"/>
              </w:rPr>
              <w:t>"</w:t>
            </w:r>
            <w:r>
              <w:rPr>
                <w:sz w:val="18"/>
              </w:rPr>
              <w:t xml:space="preserve"> </w:t>
            </w:r>
            <w:r>
              <w:rPr>
                <w:sz w:val="18"/>
              </w:rPr>
              <w:t>不能凭空教</w:t>
            </w:r>
            <w:r>
              <w:rPr>
                <w:sz w:val="18"/>
              </w:rPr>
              <w:t xml:space="preserve"> </w:t>
            </w:r>
            <w:r>
              <w:rPr>
                <w:sz w:val="18"/>
              </w:rPr>
              <w:t>"</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理解因果逻辑与立论依据，把握通识教育的学理基础</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你所在学科是否存在</w:t>
            </w:r>
            <w:r>
              <w:rPr>
                <w:sz w:val="18"/>
              </w:rPr>
              <w:t xml:space="preserve"> </w:t>
            </w:r>
            <w:r>
              <w:rPr>
                <w:sz w:val="18"/>
              </w:rPr>
              <w:t>"</w:t>
            </w:r>
            <w:r>
              <w:rPr>
                <w:sz w:val="18"/>
              </w:rPr>
              <w:t xml:space="preserve"> </w:t>
            </w:r>
            <w:r>
              <w:rPr>
                <w:sz w:val="18"/>
              </w:rPr>
              <w:t>硬教</w:t>
            </w:r>
            <w:r>
              <w:rPr>
                <w:sz w:val="18"/>
              </w:rPr>
              <w:t xml:space="preserve"> </w:t>
            </w:r>
            <w:r>
              <w:rPr>
                <w:sz w:val="18"/>
              </w:rPr>
              <w:t>"</w:t>
            </w:r>
            <w:r>
              <w:rPr>
                <w:sz w:val="18"/>
              </w:rPr>
              <w:t xml:space="preserve"> </w:t>
            </w:r>
            <w:r>
              <w:rPr>
                <w:sz w:val="18"/>
              </w:rPr>
              <w:t>（内容下移吓退学生）或</w:t>
            </w:r>
            <w:r>
              <w:rPr>
                <w:sz w:val="18"/>
              </w:rPr>
              <w:t xml:space="preserve"> </w:t>
            </w:r>
            <w:r>
              <w:rPr>
                <w:sz w:val="18"/>
              </w:rPr>
              <w:t>"</w:t>
            </w:r>
            <w:r>
              <w:rPr>
                <w:sz w:val="18"/>
              </w:rPr>
              <w:t xml:space="preserve"> </w:t>
            </w:r>
            <w:r>
              <w:rPr>
                <w:sz w:val="18"/>
              </w:rPr>
              <w:t>乱教</w:t>
            </w:r>
            <w:r>
              <w:rPr>
                <w:sz w:val="18"/>
              </w:rPr>
              <w:t xml:space="preserve"> </w:t>
            </w:r>
            <w:r>
              <w:rPr>
                <w:sz w:val="18"/>
              </w:rPr>
              <w:t>"</w:t>
            </w:r>
            <w:r>
              <w:rPr>
                <w:sz w:val="18"/>
              </w:rPr>
              <w:t xml:space="preserve"> </w:t>
            </w:r>
            <w:r>
              <w:rPr>
                <w:sz w:val="18"/>
              </w:rPr>
              <w:t>（借名目而无实质）的现象？如何判断一节课是不是</w:t>
            </w:r>
            <w:r>
              <w:rPr>
                <w:sz w:val="18"/>
              </w:rPr>
              <w:t xml:space="preserve"> </w:t>
            </w:r>
            <w:r>
              <w:rPr>
                <w:sz w:val="18"/>
              </w:rPr>
              <w:t>"</w:t>
            </w:r>
            <w:r>
              <w:rPr>
                <w:sz w:val="18"/>
              </w:rPr>
              <w:t xml:space="preserve"> </w:t>
            </w:r>
            <w:r>
              <w:rPr>
                <w:sz w:val="18"/>
              </w:rPr>
              <w:t>乱教</w:t>
            </w:r>
            <w:r>
              <w:rPr>
                <w:sz w:val="18"/>
              </w:rPr>
              <w:t xml:space="preserve"> </w:t>
            </w:r>
            <w:r>
              <w:rPr>
                <w:sz w:val="18"/>
              </w:rPr>
              <w:t>"</w:t>
            </w:r>
            <w:r>
              <w:rPr>
                <w:sz w:val="18"/>
              </w:rPr>
              <w:t xml:space="preserve"> </w:t>
            </w:r>
            <w:r>
              <w:rPr>
                <w:sz w:val="18"/>
              </w:rPr>
              <w:t>？</w:t>
            </w:r>
            <w:r>
              <w:rPr>
                <w:sz w:val="18"/>
              </w:rPr>
              <w:t xml:space="preserve"> </w:t>
            </w:r>
            <w:r>
              <w:rPr>
                <w:sz w:val="18"/>
              </w:rPr>
              <w:t xml:space="preserve">2. </w:t>
            </w:r>
            <w:r>
              <w:rPr>
                <w:sz w:val="18"/>
              </w:rPr>
              <w:t xml:space="preserve"> </w:t>
            </w:r>
            <w:r>
              <w:rPr>
                <w:sz w:val="18"/>
              </w:rPr>
              <w:t>泉州一中作为完全中学，初中与高中在</w:t>
            </w:r>
            <w:r>
              <w:rPr>
                <w:sz w:val="18"/>
              </w:rPr>
              <w:t xml:space="preserve"> </w:t>
            </w:r>
            <w:r>
              <w:rPr>
                <w:sz w:val="18"/>
              </w:rPr>
              <w:t>AI</w:t>
            </w:r>
            <w:r>
              <w:rPr>
                <w:sz w:val="18"/>
              </w:rPr>
              <w:t xml:space="preserve"> </w:t>
            </w:r>
            <w:r>
              <w:rPr>
                <w:sz w:val="18"/>
              </w:rPr>
              <w:t>通识课上是否应分层？若分层，边界如何划？</w:t>
            </w:r>
            <w:r>
              <w:rPr>
                <w:sz w:val="18"/>
              </w:rPr>
              <w:t xml:space="preserve"> </w:t>
            </w:r>
            <w:r>
              <w:rPr>
                <w:sz w:val="18"/>
              </w:rPr>
              <w:t xml:space="preserve">3. </w:t>
            </w:r>
            <w:r>
              <w:rPr>
                <w:sz w:val="18"/>
              </w:rPr>
              <w:t xml:space="preserve"> </w:t>
            </w:r>
            <w:r>
              <w:rPr>
                <w:sz w:val="18"/>
              </w:rPr>
              <w:t>在资源有限条件下，应先</w:t>
            </w:r>
            <w:r>
              <w:rPr>
                <w:sz w:val="18"/>
              </w:rPr>
              <w:t xml:space="preserve"> </w:t>
            </w:r>
            <w:r>
              <w:rPr>
                <w:sz w:val="18"/>
              </w:rPr>
              <w:t>"</w:t>
            </w:r>
            <w:r>
              <w:rPr>
                <w:sz w:val="18"/>
              </w:rPr>
              <w:t xml:space="preserve"> </w:t>
            </w:r>
            <w:r>
              <w:rPr>
                <w:sz w:val="18"/>
              </w:rPr>
              <w:t>种</w:t>
            </w:r>
            <w:r>
              <w:rPr>
                <w:sz w:val="18"/>
              </w:rPr>
              <w:t xml:space="preserve"> </w:t>
            </w:r>
            <w:r>
              <w:rPr>
                <w:sz w:val="18"/>
              </w:rPr>
              <w:t>"</w:t>
            </w:r>
            <w:r>
              <w:rPr>
                <w:sz w:val="18"/>
              </w:rPr>
              <w:t xml:space="preserve"> </w:t>
            </w:r>
            <w:r>
              <w:rPr>
                <w:sz w:val="18"/>
              </w:rPr>
              <w:t>好三棵树中的哪一棵？请结合本校实际论证。</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批判反思与校本决策，促进理念向实践的转化</w:t>
            </w:r>
          </w:p>
        </w:tc>
      </w:tr>
    </w:tbl>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本讲为整个系列的引言，由华中师范大学郑旭东主讲，回答三个奠基性问题：什么是</w:t>
      </w:r>
      <w:r>
        <w:t>"</w:t>
      </w:r>
      <w:r>
        <w:rPr>
          <w:rFonts w:ascii="微软雅黑" w:eastAsia="微软雅黑" w:hAnsi="微软雅黑" w:cs="微软雅黑" w:hint="eastAsia"/>
          <w:lang w:eastAsia="zh-CN"/>
        </w:rPr>
        <w:t>通识教育</w:t>
      </w:r>
      <w:r>
        <w:t>"</w:t>
      </w:r>
      <w:r>
        <w:rPr>
          <w:rFonts w:ascii="微软雅黑" w:eastAsia="微软雅黑" w:hAnsi="微软雅黑" w:cs="微软雅黑" w:hint="eastAsia"/>
          <w:lang w:eastAsia="zh-CN"/>
        </w:rPr>
        <w:t>、为什么要在中小学开展人工智能通识教育、开展这项教育面临什么挑战。面向中小学教师，帮助其建立对</w:t>
      </w:r>
      <w:r>
        <w:t>"</w:t>
      </w:r>
      <w:r>
        <w:rPr>
          <w:rFonts w:ascii="微软雅黑" w:eastAsia="微软雅黑" w:hAnsi="微软雅黑" w:cs="微软雅黑" w:hint="eastAsia"/>
          <w:lang w:eastAsia="zh-CN"/>
        </w:rPr>
        <w:t>人工智能通识课</w:t>
      </w:r>
      <w:r>
        <w:t>"</w:t>
      </w:r>
      <w:r>
        <w:rPr>
          <w:rFonts w:ascii="微软雅黑" w:eastAsia="微软雅黑" w:hAnsi="微软雅黑" w:cs="微软雅黑" w:hint="eastAsia"/>
          <w:lang w:eastAsia="zh-CN"/>
        </w:rPr>
        <w:t>性质的正确认识</w:t>
      </w:r>
      <w:r>
        <w:t>——</w:t>
      </w:r>
      <w:r>
        <w:rPr>
          <w:rFonts w:ascii="微软雅黑" w:eastAsia="微软雅黑" w:hAnsi="微软雅黑" w:cs="微软雅黑" w:hint="eastAsia"/>
          <w:lang w:eastAsia="zh-CN"/>
        </w:rPr>
        <w:t>它不是技术手艺训练，而是基于人工智能学科的基础教育。</w:t>
      </w:r>
    </w:p>
    <w:p>
      <w:pPr/>
      <w:r>
        <w:rPr>
          <w:rFonts w:ascii="微软雅黑" w:eastAsia="微软雅黑" w:hAnsi="微软雅黑" w:cs="微软雅黑" w:hint="eastAsia"/>
          <w:b/>
          <w:lang w:eastAsia="zh-CN"/>
        </w:rPr>
        <w:t>一、通识教育的中西源流</w:t>
      </w:r>
    </w:p>
    <w:p>
      <w:pPr>
        <w:pStyle w:val="ListBullet"/>
        <w:spacing w:after="72"/>
      </w:pPr>
      <w:r>
        <w:rPr>
          <w:rFonts w:ascii="微软雅黑" w:eastAsia="微软雅黑" w:hAnsi="微软雅黑" w:cs="微软雅黑" w:hint="eastAsia"/>
          <w:lang w:eastAsia="zh-CN"/>
        </w:rPr>
        <w:t>西方古典</w:t>
      </w:r>
      <w:r>
        <w:t>"</w:t>
      </w:r>
      <w:r>
        <w:rPr>
          <w:rFonts w:ascii="微软雅黑" w:eastAsia="微软雅黑" w:hAnsi="微软雅黑" w:cs="微软雅黑" w:hint="eastAsia"/>
          <w:lang w:eastAsia="zh-CN"/>
        </w:rPr>
        <w:t>七艺</w:t>
      </w:r>
      <w:r>
        <w:t>"</w:t>
      </w:r>
      <w:r>
        <w:rPr>
          <w:rFonts w:ascii="微软雅黑" w:eastAsia="微软雅黑" w:hAnsi="微软雅黑" w:cs="微软雅黑" w:hint="eastAsia"/>
          <w:lang w:eastAsia="zh-CN"/>
        </w:rPr>
        <w:t>构成古典教育，具体包括：算术、几何、音乐、天文、逻辑、修辞、语法。</w:t>
      </w:r>
    </w:p>
    <w:p>
      <w:pPr>
        <w:pStyle w:val="ListBullet"/>
        <w:spacing w:after="72"/>
      </w:pPr>
      <w:r>
        <w:rPr>
          <w:rFonts w:ascii="微软雅黑" w:eastAsia="微软雅黑" w:hAnsi="微软雅黑" w:cs="微软雅黑" w:hint="eastAsia"/>
          <w:lang w:eastAsia="zh-CN"/>
        </w:rPr>
        <w:t>中国古代的教育也是通识的，表现为</w:t>
      </w:r>
      <w:r>
        <w:t>"</w:t>
      </w:r>
      <w:r>
        <w:rPr>
          <w:rFonts w:ascii="微软雅黑" w:eastAsia="微软雅黑" w:hAnsi="微软雅黑" w:cs="微软雅黑" w:hint="eastAsia"/>
          <w:lang w:eastAsia="zh-CN"/>
        </w:rPr>
        <w:t>六艺</w:t>
      </w:r>
      <w:r>
        <w:t>"</w:t>
      </w:r>
      <w:r>
        <w:rPr>
          <w:rFonts w:ascii="微软雅黑" w:eastAsia="微软雅黑" w:hAnsi="微软雅黑" w:cs="微软雅黑" w:hint="eastAsia"/>
          <w:lang w:eastAsia="zh-CN"/>
        </w:rPr>
        <w:t>：礼、乐、射、御、书、数。</w:t>
      </w:r>
    </w:p>
    <w:p>
      <w:pPr/>
      <w:r>
        <w:rPr>
          <w:rFonts w:ascii="微软雅黑" w:eastAsia="微软雅黑" w:hAnsi="微软雅黑" w:cs="微软雅黑" w:hint="eastAsia"/>
          <w:b/>
          <w:lang w:eastAsia="zh-CN"/>
        </w:rPr>
        <w:t>二、基础教育的通识属性</w:t>
      </w:r>
    </w:p>
    <w:p>
      <w:pPr>
        <w:pStyle w:val="ListBullet"/>
        <w:spacing w:after="72"/>
      </w:pPr>
      <w:r>
        <w:rPr>
          <w:rFonts w:ascii="微软雅黑" w:eastAsia="微软雅黑" w:hAnsi="微软雅黑" w:cs="微软雅黑" w:hint="eastAsia"/>
          <w:lang w:eastAsia="zh-CN"/>
        </w:rPr>
        <w:t>现代教育体系分为三类：基础教育（</w:t>
      </w:r>
      <w:r>
        <w:t>K-12 Basic Education Program</w:t>
      </w:r>
      <w:r>
        <w:rPr>
          <w:rFonts w:ascii="微软雅黑" w:eastAsia="微软雅黑" w:hAnsi="微软雅黑" w:cs="微软雅黑" w:hint="eastAsia"/>
          <w:lang w:eastAsia="zh-CN"/>
        </w:rPr>
        <w:t>）、职业教育、专业教育。</w:t>
      </w:r>
    </w:p>
    <w:p>
      <w:pPr>
        <w:pStyle w:val="ListBullet"/>
        <w:spacing w:after="72"/>
      </w:pPr>
      <w:r>
        <w:rPr>
          <w:rFonts w:ascii="微软雅黑" w:eastAsia="微软雅黑" w:hAnsi="微软雅黑" w:cs="微软雅黑" w:hint="eastAsia"/>
          <w:lang w:eastAsia="zh-CN"/>
        </w:rPr>
        <w:t>职业教育</w:t>
      </w:r>
      <w:r>
        <w:t>"</w:t>
      </w:r>
      <w:r>
        <w:rPr>
          <w:rFonts w:ascii="微软雅黑" w:eastAsia="微软雅黑" w:hAnsi="微软雅黑" w:cs="微软雅黑" w:hint="eastAsia"/>
          <w:lang w:eastAsia="zh-CN"/>
        </w:rPr>
        <w:t>越来越职业化、越来越以职业为导向</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不是为了提高个人的修养</w:t>
      </w:r>
      <w:r>
        <w:t>"</w:t>
      </w:r>
      <w:r>
        <w:rPr>
          <w:rFonts w:ascii="微软雅黑" w:eastAsia="微软雅黑" w:hAnsi="微软雅黑" w:cs="微软雅黑" w:hint="eastAsia"/>
          <w:lang w:eastAsia="zh-CN"/>
        </w:rPr>
        <w:t>；而基础教育</w:t>
      </w:r>
      <w:r>
        <w:t>"</w:t>
      </w:r>
      <w:r>
        <w:rPr>
          <w:rFonts w:ascii="微软雅黑" w:eastAsia="微软雅黑" w:hAnsi="微软雅黑" w:cs="微软雅黑" w:hint="eastAsia"/>
          <w:lang w:eastAsia="zh-CN"/>
        </w:rPr>
        <w:t>本来按理应该是通识性的</w:t>
      </w:r>
      <w:r>
        <w:t>"</w:t>
      </w:r>
      <w:r>
        <w:rPr>
          <w:rFonts w:ascii="微软雅黑" w:eastAsia="微软雅黑" w:hAnsi="微软雅黑" w:cs="微软雅黑" w:hint="eastAsia"/>
          <w:lang w:eastAsia="zh-CN"/>
        </w:rPr>
        <w:t>，所以在中小学开展的人工智能教育应立足通识。</w:t>
      </w:r>
    </w:p>
    <w:p>
      <w:pPr/>
      <w:r>
        <w:rPr>
          <w:rFonts w:ascii="微软雅黑" w:eastAsia="微软雅黑" w:hAnsi="微软雅黑" w:cs="微软雅黑" w:hint="eastAsia"/>
          <w:b/>
          <w:lang w:eastAsia="zh-CN"/>
        </w:rPr>
        <w:t>三、为什么要在中小学开展人工智能通识教育</w:t>
      </w:r>
    </w:p>
    <w:p>
      <w:pPr>
        <w:pStyle w:val="ListBullet"/>
        <w:spacing w:after="72"/>
      </w:pPr>
      <w:r>
        <w:rPr>
          <w:rFonts w:ascii="微软雅黑" w:eastAsia="微软雅黑" w:hAnsi="微软雅黑" w:cs="微软雅黑" w:hint="eastAsia"/>
          <w:lang w:eastAsia="zh-CN"/>
        </w:rPr>
        <w:t>核心论断：</w:t>
      </w:r>
      <w:r>
        <w:t>"</w:t>
      </w:r>
      <w:r>
        <w:rPr>
          <w:rFonts w:ascii="微软雅黑" w:eastAsia="微软雅黑" w:hAnsi="微软雅黑" w:cs="微软雅黑" w:hint="eastAsia"/>
          <w:lang w:eastAsia="zh-CN"/>
        </w:rPr>
        <w:t>今天不懂人工智能，就像当年不懂读写算一样</w:t>
      </w:r>
      <w:r>
        <w:t>"——</w:t>
      </w:r>
      <w:r>
        <w:rPr>
          <w:rFonts w:ascii="微软雅黑" w:eastAsia="微软雅黑" w:hAnsi="微软雅黑" w:cs="微软雅黑" w:hint="eastAsia"/>
          <w:lang w:eastAsia="zh-CN"/>
        </w:rPr>
        <w:t>这是对</w:t>
      </w:r>
      <w:r>
        <w:t>"</w:t>
      </w:r>
      <w:r>
        <w:rPr>
          <w:rFonts w:ascii="微软雅黑" w:eastAsia="微软雅黑" w:hAnsi="微软雅黑" w:cs="微软雅黑" w:hint="eastAsia"/>
          <w:lang w:eastAsia="zh-CN"/>
        </w:rPr>
        <w:t>我们今天的核心素养应该是什么</w:t>
      </w:r>
      <w:r>
        <w:t>"</w:t>
      </w:r>
      <w:r>
        <w:rPr>
          <w:rFonts w:ascii="微软雅黑" w:eastAsia="微软雅黑" w:hAnsi="微软雅黑" w:cs="微软雅黑" w:hint="eastAsia"/>
          <w:lang w:eastAsia="zh-CN"/>
        </w:rPr>
        <w:t>的回答。</w:t>
      </w:r>
    </w:p>
    <w:p>
      <w:pPr>
        <w:pStyle w:val="ListBullet"/>
        <w:spacing w:after="72"/>
      </w:pPr>
      <w:r>
        <w:rPr>
          <w:rFonts w:ascii="微软雅黑" w:eastAsia="微软雅黑" w:hAnsi="微软雅黑" w:cs="微软雅黑" w:hint="eastAsia"/>
          <w:lang w:eastAsia="zh-CN"/>
        </w:rPr>
        <w:t>我们已生活在人工智能无处不在的世界，</w:t>
      </w:r>
      <w:r>
        <w:t xml:space="preserve">AI </w:t>
      </w:r>
      <w:r>
        <w:rPr>
          <w:rFonts w:ascii="微软雅黑" w:eastAsia="微软雅黑" w:hAnsi="微软雅黑" w:cs="微软雅黑" w:hint="eastAsia"/>
          <w:lang w:eastAsia="zh-CN"/>
        </w:rPr>
        <w:t>已被广泛应用于八大领域：工业、建筑、交通、能源、医疗、物流、家居、农业（</w:t>
      </w:r>
      <w:r>
        <w:t>"</w:t>
      </w:r>
      <w:r>
        <w:rPr>
          <w:rFonts w:ascii="微软雅黑" w:eastAsia="微软雅黑" w:hAnsi="微软雅黑" w:cs="微软雅黑" w:hint="eastAsia"/>
          <w:lang w:eastAsia="zh-CN"/>
        </w:rPr>
        <w:t>智慧技术</w:t>
      </w:r>
      <w:r>
        <w:t xml:space="preserve"> </w:t>
      </w:r>
      <w:r>
        <w:rPr>
          <w:rFonts w:ascii="微软雅黑" w:eastAsia="微软雅黑" w:hAnsi="微软雅黑" w:cs="微软雅黑" w:hint="eastAsia"/>
          <w:lang w:eastAsia="zh-CN"/>
        </w:rPr>
        <w:t>智慧生活</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不懂</w:t>
      </w:r>
      <w:r>
        <w:t xml:space="preserve"> AI</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你可能真的寸步难行</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四、最大挑战：教师与课堂生态</w:t>
      </w:r>
    </w:p>
    <w:p>
      <w:pPr>
        <w:pStyle w:val="ListBullet"/>
        <w:spacing w:after="72"/>
      </w:pPr>
      <w:r>
        <w:rPr>
          <w:rFonts w:ascii="微软雅黑" w:eastAsia="微软雅黑" w:hAnsi="微软雅黑" w:cs="微软雅黑" w:hint="eastAsia"/>
          <w:lang w:eastAsia="zh-CN"/>
        </w:rPr>
        <w:t>课堂生态图要素：教师素养提升</w:t>
      </w:r>
      <w:r>
        <w:t>→</w:t>
      </w:r>
      <w:r>
        <w:rPr>
          <w:rFonts w:ascii="微软雅黑" w:eastAsia="微软雅黑" w:hAnsi="微软雅黑" w:cs="微软雅黑" w:hint="eastAsia"/>
          <w:lang w:eastAsia="zh-CN"/>
        </w:rPr>
        <w:t>课程开发</w:t>
      </w:r>
      <w:r>
        <w:t>→</w:t>
      </w:r>
      <w:r>
        <w:rPr>
          <w:rFonts w:ascii="微软雅黑" w:eastAsia="微软雅黑" w:hAnsi="微软雅黑" w:cs="微软雅黑" w:hint="eastAsia"/>
          <w:lang w:eastAsia="zh-CN"/>
        </w:rPr>
        <w:t>上好课</w:t>
      </w:r>
      <w:r>
        <w:t>→</w:t>
      </w:r>
      <w:r>
        <w:rPr>
          <w:rFonts w:ascii="微软雅黑" w:eastAsia="微软雅黑" w:hAnsi="微软雅黑" w:cs="微软雅黑" w:hint="eastAsia"/>
          <w:lang w:eastAsia="zh-CN"/>
        </w:rPr>
        <w:t>成就交流；支撑条件为空间环境与设施设备。</w:t>
      </w:r>
    </w:p>
    <w:p>
      <w:pPr>
        <w:pStyle w:val="ListBullet"/>
        <w:spacing w:after="72"/>
      </w:pPr>
      <w:r>
        <w:rPr>
          <w:rFonts w:ascii="微软雅黑" w:eastAsia="微软雅黑" w:hAnsi="微软雅黑" w:cs="微软雅黑" w:hint="eastAsia"/>
          <w:lang w:eastAsia="zh-CN"/>
        </w:rPr>
        <w:t>典型问题：</w:t>
      </w:r>
      <w:r>
        <w:t>"</w:t>
      </w:r>
      <w:r>
        <w:rPr>
          <w:rFonts w:ascii="微软雅黑" w:eastAsia="微软雅黑" w:hAnsi="微软雅黑" w:cs="微软雅黑" w:hint="eastAsia"/>
          <w:lang w:eastAsia="zh-CN"/>
        </w:rPr>
        <w:t>钱花了但老师不知道怎么用起来</w:t>
      </w:r>
      <w:r>
        <w:t>"——</w:t>
      </w:r>
      <w:r>
        <w:rPr>
          <w:rFonts w:ascii="微软雅黑" w:eastAsia="微软雅黑" w:hAnsi="微软雅黑" w:cs="微软雅黑" w:hint="eastAsia"/>
          <w:lang w:eastAsia="zh-CN"/>
        </w:rPr>
        <w:t>忽视了设备的教学价值；存在</w:t>
      </w:r>
      <w:r>
        <w:t>"</w:t>
      </w:r>
      <w:r>
        <w:rPr>
          <w:rFonts w:ascii="微软雅黑" w:eastAsia="微软雅黑" w:hAnsi="微软雅黑" w:cs="微软雅黑" w:hint="eastAsia"/>
          <w:lang w:eastAsia="zh-CN"/>
        </w:rPr>
        <w:t>先建实验室、再想着去开发课程</w:t>
      </w:r>
      <w:r>
        <w:t>"</w:t>
      </w:r>
      <w:r>
        <w:rPr>
          <w:rFonts w:ascii="微软雅黑" w:eastAsia="微软雅黑" w:hAnsi="微软雅黑" w:cs="微软雅黑" w:hint="eastAsia"/>
          <w:lang w:eastAsia="zh-CN"/>
        </w:rPr>
        <w:t>的顺序问题。</w:t>
      </w:r>
    </w:p>
    <w:p>
      <w:pPr>
        <w:pStyle w:val="ListBullet"/>
        <w:spacing w:after="72"/>
      </w:pPr>
      <w:r>
        <w:rPr>
          <w:rFonts w:ascii="微软雅黑" w:eastAsia="微软雅黑" w:hAnsi="微软雅黑" w:cs="微软雅黑" w:hint="eastAsia"/>
          <w:lang w:eastAsia="zh-CN"/>
        </w:rPr>
        <w:t>最大的挑战在教师：很多教师</w:t>
      </w:r>
      <w:r>
        <w:t>"</w:t>
      </w:r>
      <w:r>
        <w:rPr>
          <w:rFonts w:ascii="微软雅黑" w:eastAsia="微软雅黑" w:hAnsi="微软雅黑" w:cs="微软雅黑" w:hint="eastAsia"/>
          <w:lang w:eastAsia="zh-CN"/>
        </w:rPr>
        <w:t>没有学过一门叫人工智能的课</w:t>
      </w:r>
      <w:r>
        <w:t>"</w:t>
      </w:r>
      <w:r>
        <w:rPr>
          <w:rFonts w:ascii="微软雅黑" w:eastAsia="微软雅黑" w:hAnsi="微软雅黑" w:cs="微软雅黑" w:hint="eastAsia"/>
          <w:lang w:eastAsia="zh-CN"/>
        </w:rPr>
        <w:t>，学习</w:t>
      </w:r>
      <w:r>
        <w:t>"</w:t>
      </w:r>
      <w:r>
        <w:rPr>
          <w:rFonts w:ascii="微软雅黑" w:eastAsia="微软雅黑" w:hAnsi="微软雅黑" w:cs="微软雅黑" w:hint="eastAsia"/>
          <w:lang w:eastAsia="zh-CN"/>
        </w:rPr>
        <w:t>人工智能通识课</w:t>
      </w:r>
      <w:r>
        <w:t>"</w:t>
      </w:r>
      <w:r>
        <w:rPr>
          <w:rFonts w:ascii="微软雅黑" w:eastAsia="微软雅黑" w:hAnsi="微软雅黑" w:cs="微软雅黑" w:hint="eastAsia"/>
          <w:lang w:eastAsia="zh-CN"/>
        </w:rPr>
        <w:t>面临比较大的挑战。</w:t>
      </w:r>
    </w:p>
    <w:p>
      <w:pPr/>
      <w:r>
        <w:rPr>
          <w:rFonts w:ascii="微软雅黑" w:eastAsia="微软雅黑" w:hAnsi="微软雅黑" w:cs="微软雅黑" w:hint="eastAsia"/>
          <w:b/>
          <w:lang w:eastAsia="zh-CN"/>
        </w:rPr>
        <w:t>五、教育的两个警示</w:t>
      </w:r>
    </w:p>
    <w:p>
      <w:pPr>
        <w:pStyle w:val="ListBullet"/>
        <w:spacing w:after="72"/>
      </w:pPr>
      <w:r>
        <w:t>"</w:t>
      </w:r>
      <w:r>
        <w:rPr>
          <w:rFonts w:ascii="微软雅黑" w:eastAsia="微软雅黑" w:hAnsi="微软雅黑" w:cs="微软雅黑" w:hint="eastAsia"/>
          <w:lang w:eastAsia="zh-CN"/>
        </w:rPr>
        <w:t>学校成为学生心灵的屠宰场</w:t>
      </w:r>
      <w:r>
        <w:t>"——"</w:t>
      </w:r>
      <w:r>
        <w:rPr>
          <w:rFonts w:ascii="微软雅黑" w:eastAsia="微软雅黑" w:hAnsi="微软雅黑" w:cs="微软雅黑" w:hint="eastAsia"/>
          <w:lang w:eastAsia="zh-CN"/>
        </w:rPr>
        <w:t>硬教</w:t>
      </w:r>
      <w:r>
        <w:t>"</w:t>
      </w:r>
      <w:r>
        <w:rPr>
          <w:rFonts w:ascii="微软雅黑" w:eastAsia="微软雅黑" w:hAnsi="微软雅黑" w:cs="微软雅黑" w:hint="eastAsia"/>
          <w:lang w:eastAsia="zh-CN"/>
        </w:rPr>
        <w:t>问题：像教大学生</w:t>
      </w:r>
      <w:r>
        <w:t>"</w:t>
      </w:r>
      <w:r>
        <w:rPr>
          <w:rFonts w:ascii="微软雅黑" w:eastAsia="微软雅黑" w:hAnsi="微软雅黑" w:cs="微软雅黑" w:hint="eastAsia"/>
          <w:lang w:eastAsia="zh-CN"/>
        </w:rPr>
        <w:t>微机原理</w:t>
      </w:r>
      <w:r>
        <w:t>"</w:t>
      </w:r>
      <w:r>
        <w:rPr>
          <w:rFonts w:ascii="微软雅黑" w:eastAsia="微软雅黑" w:hAnsi="微软雅黑" w:cs="微软雅黑" w:hint="eastAsia"/>
          <w:lang w:eastAsia="zh-CN"/>
        </w:rPr>
        <w:t>一样教中小学生，这些词挺吓人，结果中小学生提不起兴趣，后遗症是</w:t>
      </w:r>
      <w:r>
        <w:t>"</w:t>
      </w:r>
      <w:r>
        <w:rPr>
          <w:rFonts w:ascii="微软雅黑" w:eastAsia="微软雅黑" w:hAnsi="微软雅黑" w:cs="微软雅黑" w:hint="eastAsia"/>
          <w:lang w:eastAsia="zh-CN"/>
        </w:rPr>
        <w:t>没有一个爱学习的</w:t>
      </w:r>
      <w:r>
        <w:t>"</w:t>
      </w:r>
      <w:r>
        <w:rPr>
          <w:rFonts w:ascii="微软雅黑" w:eastAsia="微软雅黑" w:hAnsi="微软雅黑" w:cs="微软雅黑" w:hint="eastAsia"/>
          <w:lang w:eastAsia="zh-CN"/>
        </w:rPr>
        <w:t>。</w:t>
      </w:r>
    </w:p>
    <w:p>
      <w:pPr>
        <w:pStyle w:val="ListBullet"/>
        <w:spacing w:after="72"/>
      </w:pPr>
      <w:r>
        <w:t>"</w:t>
      </w:r>
      <w:r>
        <w:rPr>
          <w:rFonts w:ascii="微软雅黑" w:eastAsia="微软雅黑" w:hAnsi="微软雅黑" w:cs="微软雅黑" w:hint="eastAsia"/>
          <w:lang w:eastAsia="zh-CN"/>
        </w:rPr>
        <w:t>中小学人工智能通识教育不是学手艺！</w:t>
      </w:r>
      <w:r>
        <w:t>"——</w:t>
      </w:r>
      <w:r>
        <w:rPr>
          <w:rFonts w:ascii="微软雅黑" w:eastAsia="微软雅黑" w:hAnsi="微软雅黑" w:cs="微软雅黑" w:hint="eastAsia"/>
          <w:lang w:eastAsia="zh-CN"/>
        </w:rPr>
        <w:t>警惕</w:t>
      </w:r>
      <w:r>
        <w:t>"</w:t>
      </w:r>
      <w:r>
        <w:rPr>
          <w:rFonts w:ascii="微软雅黑" w:eastAsia="微软雅黑" w:hAnsi="微软雅黑" w:cs="微软雅黑" w:hint="eastAsia"/>
          <w:lang w:eastAsia="zh-CN"/>
        </w:rPr>
        <w:t>乱教</w:t>
      </w:r>
      <w:r>
        <w:t>"</w:t>
      </w:r>
      <w:r>
        <w:rPr>
          <w:rFonts w:ascii="微软雅黑" w:eastAsia="微软雅黑" w:hAnsi="微软雅黑" w:cs="微软雅黑" w:hint="eastAsia"/>
          <w:lang w:eastAsia="zh-CN"/>
        </w:rPr>
        <w:t>：借</w:t>
      </w:r>
      <w:r>
        <w:t>"</w:t>
      </w:r>
      <w:r>
        <w:rPr>
          <w:rFonts w:ascii="微软雅黑" w:eastAsia="微软雅黑" w:hAnsi="微软雅黑" w:cs="微软雅黑" w:hint="eastAsia"/>
          <w:lang w:eastAsia="zh-CN"/>
        </w:rPr>
        <w:t>批判思维</w:t>
      </w:r>
      <w:r>
        <w:t>"</w:t>
      </w:r>
      <w:r>
        <w:rPr>
          <w:rFonts w:ascii="微软雅黑" w:eastAsia="微软雅黑" w:hAnsi="微软雅黑" w:cs="微软雅黑" w:hint="eastAsia"/>
          <w:lang w:eastAsia="zh-CN"/>
        </w:rPr>
        <w:t>等名义乱教，要会判断一节课是不是乱教。</w:t>
      </w:r>
    </w:p>
    <w:p>
      <w:pPr/>
      <w:r>
        <w:rPr>
          <w:rFonts w:ascii="微软雅黑" w:eastAsia="微软雅黑" w:hAnsi="微软雅黑" w:cs="微软雅黑" w:hint="eastAsia"/>
          <w:b/>
          <w:lang w:eastAsia="zh-CN"/>
        </w:rPr>
        <w:t>六、知识—能力—素养的齿轮模型（教育常识）</w:t>
      </w:r>
    </w:p>
    <w:p>
      <w:pPr>
        <w:pStyle w:val="ListBullet"/>
        <w:spacing w:after="72"/>
      </w:pPr>
      <w:r>
        <w:t>"</w:t>
      </w:r>
      <w:r>
        <w:rPr>
          <w:rFonts w:ascii="微软雅黑" w:eastAsia="微软雅黑" w:hAnsi="微软雅黑" w:cs="微软雅黑" w:hint="eastAsia"/>
          <w:lang w:eastAsia="zh-CN"/>
        </w:rPr>
        <w:t>没有知识不会有能力，没有能力不会有素养</w:t>
      </w:r>
      <w:r>
        <w:t>"——</w:t>
      </w:r>
      <w:r>
        <w:rPr>
          <w:rFonts w:ascii="微软雅黑" w:eastAsia="微软雅黑" w:hAnsi="微软雅黑" w:cs="微软雅黑" w:hint="eastAsia"/>
          <w:lang w:eastAsia="zh-CN"/>
        </w:rPr>
        <w:t>三者如齿轮链式递进。</w:t>
      </w:r>
    </w:p>
    <w:p>
      <w:pPr>
        <w:pStyle w:val="ListBullet"/>
        <w:spacing w:after="72"/>
      </w:pPr>
      <w:r>
        <w:t>"</w:t>
      </w:r>
      <w:r>
        <w:rPr>
          <w:rFonts w:ascii="微软雅黑" w:eastAsia="微软雅黑" w:hAnsi="微软雅黑" w:cs="微软雅黑" w:hint="eastAsia"/>
          <w:lang w:eastAsia="zh-CN"/>
        </w:rPr>
        <w:t>千好万好，不如把课上好</w:t>
      </w:r>
      <w:r>
        <w:t>"</w:t>
      </w:r>
      <w:r>
        <w:rPr>
          <w:rFonts w:ascii="微软雅黑" w:eastAsia="微软雅黑" w:hAnsi="微软雅黑" w:cs="微软雅黑" w:hint="eastAsia"/>
          <w:lang w:eastAsia="zh-CN"/>
        </w:rPr>
        <w:t>；素养就像个</w:t>
      </w:r>
      <w:r>
        <w:t>"</w:t>
      </w:r>
      <w:r>
        <w:rPr>
          <w:rFonts w:ascii="微软雅黑" w:eastAsia="微软雅黑" w:hAnsi="微软雅黑" w:cs="微软雅黑" w:hint="eastAsia"/>
          <w:lang w:eastAsia="zh-CN"/>
        </w:rPr>
        <w:t>鬼</w:t>
      </w:r>
      <w:r>
        <w:t>"</w:t>
      </w:r>
      <w:r>
        <w:rPr>
          <w:rFonts w:ascii="微软雅黑" w:eastAsia="微软雅黑" w:hAnsi="微软雅黑" w:cs="微软雅黑" w:hint="eastAsia"/>
          <w:lang w:eastAsia="zh-CN"/>
        </w:rPr>
        <w:t>，不能凭空教，瞎教不行。</w:t>
      </w:r>
    </w:p>
    <w:p>
      <w:pPr/>
      <w:r>
        <w:rPr>
          <w:rFonts w:ascii="微软雅黑" w:eastAsia="微软雅黑" w:hAnsi="微软雅黑" w:cs="微软雅黑" w:hint="eastAsia"/>
          <w:b/>
          <w:lang w:eastAsia="zh-CN"/>
        </w:rPr>
        <w:t>七、教学"灵魂三问"</w:t>
      </w:r>
    </w:p>
    <w:p>
      <w:pPr>
        <w:pStyle w:val="ListBullet"/>
        <w:spacing w:after="72"/>
      </w:pPr>
      <w:r>
        <w:rPr>
          <w:rFonts w:ascii="微软雅黑" w:eastAsia="微软雅黑" w:hAnsi="微软雅黑" w:cs="微软雅黑" w:hint="eastAsia"/>
          <w:lang w:eastAsia="zh-CN"/>
        </w:rPr>
        <w:t>教什么</w:t>
      </w:r>
      <w:r>
        <w:t>——</w:t>
      </w:r>
      <w:r>
        <w:rPr>
          <w:rFonts w:ascii="微软雅黑" w:eastAsia="微软雅黑" w:hAnsi="微软雅黑" w:cs="微软雅黑" w:hint="eastAsia"/>
          <w:lang w:eastAsia="zh-CN"/>
        </w:rPr>
        <w:t>内容；怎么教</w:t>
      </w:r>
      <w:r>
        <w:t>——</w:t>
      </w:r>
      <w:r>
        <w:rPr>
          <w:rFonts w:ascii="微软雅黑" w:eastAsia="微软雅黑" w:hAnsi="微软雅黑" w:cs="微软雅黑" w:hint="eastAsia"/>
          <w:lang w:eastAsia="zh-CN"/>
        </w:rPr>
        <w:t>教法；用什么教</w:t>
      </w:r>
      <w:r>
        <w:t>——</w:t>
      </w:r>
      <w:r>
        <w:rPr>
          <w:rFonts w:ascii="微软雅黑" w:eastAsia="微软雅黑" w:hAnsi="微软雅黑" w:cs="微软雅黑" w:hint="eastAsia"/>
          <w:lang w:eastAsia="zh-CN"/>
        </w:rPr>
        <w:t>技术。</w:t>
      </w:r>
    </w:p>
    <w:p>
      <w:pPr>
        <w:pStyle w:val="ListBullet"/>
        <w:spacing w:after="72"/>
      </w:pP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决定了</w:t>
      </w:r>
      <w:r>
        <w:t>"</w:t>
      </w:r>
      <w:r>
        <w:rPr>
          <w:rFonts w:ascii="微软雅黑" w:eastAsia="微软雅黑" w:hAnsi="微软雅黑" w:cs="微软雅黑" w:hint="eastAsia"/>
          <w:lang w:eastAsia="zh-CN"/>
        </w:rPr>
        <w:t>用什么教</w:t>
      </w:r>
      <w:r>
        <w:t>"</w:t>
      </w:r>
      <w:r>
        <w:rPr>
          <w:rFonts w:ascii="微软雅黑" w:eastAsia="微软雅黑" w:hAnsi="微软雅黑" w:cs="微软雅黑" w:hint="eastAsia"/>
          <w:lang w:eastAsia="zh-CN"/>
        </w:rPr>
        <w:t>；但由于</w:t>
      </w:r>
      <w:r>
        <w:t>"</w:t>
      </w:r>
      <w:r>
        <w:rPr>
          <w:rFonts w:ascii="微软雅黑" w:eastAsia="微软雅黑" w:hAnsi="微软雅黑" w:cs="微软雅黑" w:hint="eastAsia"/>
          <w:lang w:eastAsia="zh-CN"/>
        </w:rPr>
        <w:t>教什么</w:t>
      </w:r>
      <w:r>
        <w:t>"</w:t>
      </w:r>
      <w:r>
        <w:rPr>
          <w:rFonts w:ascii="微软雅黑" w:eastAsia="微软雅黑" w:hAnsi="微软雅黑" w:cs="微软雅黑" w:hint="eastAsia"/>
          <w:lang w:eastAsia="zh-CN"/>
        </w:rPr>
        <w:t>不清，导致后面</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落空。</w:t>
      </w:r>
    </w:p>
    <w:p>
      <w:pPr/>
      <w:r>
        <w:rPr>
          <w:rFonts w:ascii="微软雅黑" w:eastAsia="微软雅黑" w:hAnsi="微软雅黑" w:cs="微软雅黑" w:hint="eastAsia"/>
          <w:b/>
          <w:lang w:eastAsia="zh-CN"/>
        </w:rPr>
        <w:t>八、"三棵树"与"三类课程"</w:t>
      </w:r>
    </w:p>
    <w:p>
      <w:pPr>
        <w:pStyle w:val="ListBullet"/>
      </w:pPr>
      <w:r>
        <w:rPr>
          <w:rFonts w:ascii="微软雅黑" w:eastAsia="微软雅黑" w:hAnsi="微软雅黑" w:cs="微软雅黑" w:hint="eastAsia"/>
          <w:lang w:eastAsia="zh-CN"/>
        </w:rPr>
        <w:t>搞好中小学人工智能教育要种好</w:t>
      </w:r>
      <w:r>
        <w:t>"</w:t>
      </w:r>
      <w:r>
        <w:rPr>
          <w:rFonts w:ascii="微软雅黑" w:eastAsia="微软雅黑" w:hAnsi="微软雅黑" w:cs="微软雅黑" w:hint="eastAsia"/>
          <w:lang w:eastAsia="zh-CN"/>
        </w:rPr>
        <w:t>三棵树</w:t>
      </w:r>
      <w:r>
        <w:t>"</w:t>
      </w:r>
      <w:r>
        <w:rPr>
          <w:rFonts w:ascii="微软雅黑" w:eastAsia="微软雅黑" w:hAnsi="微软雅黑" w:cs="微软雅黑" w:hint="eastAsia"/>
          <w:lang w:eastAsia="zh-CN"/>
        </w:rPr>
        <w:t>：教学方法树（怎么教）、学科知识树（教什么）、技术工具树（用什么教）。</w:t>
      </w:r>
    </w:p>
    <w:p>
      <w:pPr>
        <w:pStyle w:val="ListBullet2"/>
        <w:spacing w:after="72"/>
      </w:pPr>
      <w:r>
        <w:rPr>
          <w:rFonts w:ascii="微软雅黑" w:eastAsia="微软雅黑" w:hAnsi="微软雅黑" w:cs="微软雅黑" w:hint="eastAsia"/>
          <w:lang w:eastAsia="zh-CN"/>
        </w:rPr>
        <w:t>基于设备的</w:t>
      </w:r>
      <w:r>
        <w:t>→</w:t>
      </w:r>
      <w:r>
        <w:rPr>
          <w:rFonts w:ascii="微软雅黑" w:eastAsia="微软雅黑" w:hAnsi="微软雅黑" w:cs="微软雅黑" w:hint="eastAsia"/>
          <w:lang w:eastAsia="zh-CN"/>
        </w:rPr>
        <w:t>体验课（让学生获得体验但</w:t>
      </w:r>
      <w:r>
        <w:t>"</w:t>
      </w:r>
      <w:r>
        <w:rPr>
          <w:rFonts w:ascii="微软雅黑" w:eastAsia="微软雅黑" w:hAnsi="微软雅黑" w:cs="微软雅黑" w:hint="eastAsia"/>
          <w:lang w:eastAsia="zh-CN"/>
        </w:rPr>
        <w:t>可能还不行</w:t>
      </w:r>
      <w:r>
        <w:t>"</w:t>
      </w:r>
      <w:r>
        <w:rPr>
          <w:rFonts w:ascii="微软雅黑" w:eastAsia="微软雅黑" w:hAnsi="微软雅黑" w:cs="微软雅黑" w:hint="eastAsia"/>
          <w:lang w:eastAsia="zh-CN"/>
        </w:rPr>
        <w:t>）；</w:t>
      </w:r>
    </w:p>
    <w:p>
      <w:pPr>
        <w:pStyle w:val="ListBullet2"/>
        <w:spacing w:after="72"/>
      </w:pPr>
      <w:r>
        <w:rPr>
          <w:rFonts w:ascii="微软雅黑" w:eastAsia="微软雅黑" w:hAnsi="微软雅黑" w:cs="微软雅黑" w:hint="eastAsia"/>
          <w:lang w:eastAsia="zh-CN"/>
        </w:rPr>
        <w:t>基于学科的</w:t>
      </w:r>
      <w:r>
        <w:t>→</w:t>
      </w:r>
      <w:r>
        <w:rPr>
          <w:rFonts w:ascii="微软雅黑" w:eastAsia="微软雅黑" w:hAnsi="微软雅黑" w:cs="微软雅黑" w:hint="eastAsia"/>
          <w:lang w:eastAsia="zh-CN"/>
        </w:rPr>
        <w:t>通识课（把人工智能学科里头</w:t>
      </w:r>
      <w:r>
        <w:t>"</w:t>
      </w:r>
      <w:r>
        <w:rPr>
          <w:rFonts w:ascii="微软雅黑" w:eastAsia="微软雅黑" w:hAnsi="微软雅黑" w:cs="微软雅黑" w:hint="eastAsia"/>
          <w:lang w:eastAsia="zh-CN"/>
        </w:rPr>
        <w:t>学科的思考问题的方式</w:t>
      </w:r>
      <w:r>
        <w:t>"</w:t>
      </w:r>
      <w:r>
        <w:rPr>
          <w:rFonts w:ascii="微软雅黑" w:eastAsia="微软雅黑" w:hAnsi="微软雅黑" w:cs="微软雅黑" w:hint="eastAsia"/>
          <w:lang w:eastAsia="zh-CN"/>
        </w:rPr>
        <w:t>教给学生，基于人工智能学科）；</w:t>
      </w:r>
    </w:p>
    <w:p>
      <w:pPr>
        <w:pStyle w:val="ListBullet2"/>
        <w:spacing w:after="72"/>
      </w:pPr>
      <w:r>
        <w:rPr>
          <w:rFonts w:ascii="微软雅黑" w:eastAsia="微软雅黑" w:hAnsi="微软雅黑" w:cs="微软雅黑" w:hint="eastAsia"/>
          <w:lang w:eastAsia="zh-CN"/>
        </w:rPr>
        <w:t>面向问题的</w:t>
      </w:r>
      <w:r>
        <w:t>→</w:t>
      </w:r>
      <w:r>
        <w:rPr>
          <w:rFonts w:ascii="微软雅黑" w:eastAsia="微软雅黑" w:hAnsi="微软雅黑" w:cs="微软雅黑" w:hint="eastAsia"/>
          <w:lang w:eastAsia="zh-CN"/>
        </w:rPr>
        <w:t>拓展课。</w:t>
      </w:r>
    </w:p>
    <w:p>
      <w:pPr>
        <w:pStyle w:val="ListBullet"/>
        <w:spacing w:after="72"/>
      </w:pPr>
      <w:r>
        <w:rPr>
          <w:rFonts w:ascii="微软雅黑" w:eastAsia="微软雅黑" w:hAnsi="微软雅黑" w:cs="微软雅黑" w:hint="eastAsia"/>
          <w:lang w:eastAsia="zh-CN"/>
        </w:rPr>
        <w:t>中小学人工智能课程的三种类型：</w:t>
      </w:r>
    </w:p>
    <w:p>
      <w:pPr>
        <w:pStyle w:val="ListBullet"/>
        <w:spacing w:after="72"/>
      </w:pPr>
      <w:r>
        <w:rPr>
          <w:rFonts w:ascii="微软雅黑" w:eastAsia="微软雅黑" w:hAnsi="微软雅黑" w:cs="微软雅黑" w:hint="eastAsia"/>
          <w:lang w:eastAsia="zh-CN"/>
        </w:rPr>
        <w:t>结论：要特别注重加强基于学科的通识类课程建设。</w:t>
      </w:r>
    </w:p>
    <w:p>
      <w:pPr/>
      <w:r>
        <w:rPr>
          <w:rFonts w:ascii="微软雅黑" w:eastAsia="微软雅黑" w:hAnsi="微软雅黑" w:cs="微软雅黑" w:hint="eastAsia"/>
          <w:b/>
          <w:lang w:eastAsia="zh-CN"/>
        </w:rPr>
        <w:t>九、可直接引用的金句</w:t>
      </w:r>
    </w:p>
    <w:p>
      <w:pPr>
        <w:pStyle w:val="ListBullet"/>
        <w:spacing w:after="72"/>
      </w:pPr>
      <w:r>
        <w:t>"</w:t>
      </w:r>
      <w:r>
        <w:rPr>
          <w:rFonts w:ascii="微软雅黑" w:eastAsia="微软雅黑" w:hAnsi="微软雅黑" w:cs="微软雅黑" w:hint="eastAsia"/>
          <w:lang w:eastAsia="zh-CN"/>
        </w:rPr>
        <w:t>今天不懂人工智能，就像当年不懂读写算一样。</w:t>
      </w:r>
      <w:r>
        <w:t>"</w:t>
      </w:r>
    </w:p>
    <w:p>
      <w:pPr>
        <w:pStyle w:val="ListBullet"/>
        <w:spacing w:after="72"/>
      </w:pPr>
      <w:r>
        <w:t>"</w:t>
      </w:r>
      <w:r>
        <w:rPr>
          <w:rFonts w:ascii="微软雅黑" w:eastAsia="微软雅黑" w:hAnsi="微软雅黑" w:cs="微软雅黑" w:hint="eastAsia"/>
          <w:lang w:eastAsia="zh-CN"/>
        </w:rPr>
        <w:t>千好万好，不如把课上好。</w:t>
      </w:r>
      <w:r>
        <w:t>"</w:t>
      </w:r>
    </w:p>
    <w:p>
      <w:pPr>
        <w:pStyle w:val="ListBullet"/>
        <w:spacing w:after="72"/>
      </w:pPr>
      <w:r>
        <w:t>"</w:t>
      </w:r>
      <w:r>
        <w:rPr>
          <w:rFonts w:ascii="微软雅黑" w:eastAsia="微软雅黑" w:hAnsi="微软雅黑" w:cs="微软雅黑" w:hint="eastAsia"/>
          <w:lang w:eastAsia="zh-CN"/>
        </w:rPr>
        <w:t>没有知识不会有能力，没有能力不会有素养。</w:t>
      </w:r>
      <w:r>
        <w:t>"</w:t>
      </w:r>
    </w:p>
    <w:p>
      <w:pPr>
        <w:pStyle w:val="ListBullet"/>
        <w:spacing w:after="72"/>
      </w:pPr>
      <w:r>
        <w:t>"</w:t>
      </w:r>
      <w:r>
        <w:rPr>
          <w:rFonts w:ascii="微软雅黑" w:eastAsia="微软雅黑" w:hAnsi="微软雅黑" w:cs="微软雅黑" w:hint="eastAsia"/>
          <w:lang w:eastAsia="zh-CN"/>
        </w:rPr>
        <w:t>素养就像个</w:t>
      </w:r>
      <w:r>
        <w:t>'</w:t>
      </w:r>
      <w:r>
        <w:rPr>
          <w:rFonts w:ascii="微软雅黑" w:eastAsia="微软雅黑" w:hAnsi="微软雅黑" w:cs="微软雅黑" w:hint="eastAsia"/>
          <w:lang w:eastAsia="zh-CN"/>
        </w:rPr>
        <w:t>鬼</w:t>
      </w:r>
      <w:r>
        <w:t>'</w:t>
      </w:r>
      <w:r>
        <w:rPr>
          <w:rFonts w:ascii="微软雅黑" w:eastAsia="微软雅黑" w:hAnsi="微软雅黑" w:cs="微软雅黑" w:hint="eastAsia"/>
          <w:lang w:eastAsia="zh-CN"/>
        </w:rPr>
        <w:t>，不能凭空教。</w:t>
      </w:r>
      <w:r>
        <w:t>"</w:t>
      </w:r>
    </w:p>
    <w:p>
      <w:pPr>
        <w:pStyle w:val="ListBullet"/>
        <w:spacing w:after="72"/>
      </w:pPr>
      <w:r>
        <w:t>"</w:t>
      </w:r>
      <w:r>
        <w:rPr>
          <w:rFonts w:ascii="微软雅黑" w:eastAsia="微软雅黑" w:hAnsi="微软雅黑" w:cs="微软雅黑" w:hint="eastAsia"/>
          <w:lang w:eastAsia="zh-CN"/>
        </w:rPr>
        <w:t>中小学人工智能通识教育不是学手艺！</w:t>
      </w:r>
      <w:r>
        <w:t>"</w:t>
      </w:r>
    </w:p>
    <w:p>
      <w:pPr>
        <w:pStyle w:val="ListBullet"/>
        <w:spacing w:after="72"/>
      </w:pPr>
      <w:r>
        <w:t>"</w:t>
      </w:r>
      <w:r>
        <w:rPr>
          <w:rFonts w:ascii="微软雅黑" w:eastAsia="微软雅黑" w:hAnsi="微软雅黑" w:cs="微软雅黑" w:hint="eastAsia"/>
          <w:lang w:eastAsia="zh-CN"/>
        </w:rPr>
        <w:t>基础本来按理应该是通识性的。</w:t>
      </w:r>
      <w:r>
        <w:t>"</w:t>
      </w:r>
    </w:p>
    <w:p>
      <w:pPr>
        <w:pStyle w:val="ListBullet"/>
        <w:spacing w:after="72"/>
      </w:pPr>
      <w:r>
        <w:t>"</w:t>
      </w:r>
      <w:r>
        <w:rPr>
          <w:rFonts w:ascii="微软雅黑" w:eastAsia="微软雅黑" w:hAnsi="微软雅黑" w:cs="微软雅黑" w:hint="eastAsia"/>
          <w:lang w:eastAsia="zh-CN"/>
        </w:rPr>
        <w:t>钱花了但老师不知道怎么用起来</w:t>
      </w:r>
      <w:r>
        <w:t>"——</w:t>
      </w:r>
      <w:r>
        <w:rPr>
          <w:rFonts w:ascii="微软雅黑" w:eastAsia="微软雅黑" w:hAnsi="微软雅黑" w:cs="微软雅黑" w:hint="eastAsia"/>
          <w:lang w:eastAsia="zh-CN"/>
        </w:rPr>
        <w:t>要重视设备的教学价值。</w:t>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11"/>
        </w:numPr>
        <w:spacing w:after="72"/>
      </w:pPr>
      <w:r>
        <w:rPr>
          <w:rFonts w:ascii="微软雅黑" w:eastAsia="微软雅黑" w:hAnsi="微软雅黑" w:cs="微软雅黑" w:hint="eastAsia"/>
          <w:b/>
          <w:lang w:eastAsia="zh-CN"/>
        </w:rPr>
        <w:t>校本"三棵树"诊断报告（个人）</w:t>
      </w:r>
      <w:r>
        <w:rPr>
          <w:rFonts w:ascii="微软雅黑" w:eastAsia="微软雅黑" w:hAnsi="微软雅黑" w:cs="微软雅黑" w:hint="eastAsia"/>
          <w:lang w:eastAsia="zh-CN"/>
        </w:rPr>
        <w:t>：对照</w:t>
      </w:r>
      <w:r>
        <w:t>"</w:t>
      </w:r>
      <w:r>
        <w:rPr>
          <w:rFonts w:ascii="微软雅黑" w:eastAsia="微软雅黑" w:hAnsi="微软雅黑" w:cs="微软雅黑" w:hint="eastAsia"/>
          <w:lang w:eastAsia="zh-CN"/>
        </w:rPr>
        <w:t>教学方法树、学科知识树、技术工具树</w:t>
      </w:r>
      <w:r>
        <w:t>"</w:t>
      </w:r>
      <w:r>
        <w:rPr>
          <w:rFonts w:ascii="微软雅黑" w:eastAsia="微软雅黑" w:hAnsi="微软雅黑" w:cs="微软雅黑" w:hint="eastAsia"/>
          <w:lang w:eastAsia="zh-CN"/>
        </w:rPr>
        <w:t>，撰写一份不超过</w:t>
      </w:r>
      <w:r>
        <w:t>800</w:t>
      </w:r>
      <w:r>
        <w:rPr>
          <w:rFonts w:ascii="微软雅黑" w:eastAsia="微软雅黑" w:hAnsi="微软雅黑" w:cs="微软雅黑" w:hint="eastAsia"/>
          <w:lang w:eastAsia="zh-CN"/>
        </w:rPr>
        <w:t>字的自查，指出本学科</w:t>
      </w:r>
      <w:r>
        <w:t>/</w:t>
      </w:r>
      <w:r>
        <w:rPr>
          <w:rFonts w:ascii="微软雅黑" w:eastAsia="微软雅黑" w:hAnsi="微软雅黑" w:cs="微软雅黑" w:hint="eastAsia"/>
          <w:lang w:eastAsia="zh-CN"/>
        </w:rPr>
        <w:t>本人在</w:t>
      </w:r>
      <w:r>
        <w:t>AI</w:t>
      </w:r>
      <w:r>
        <w:rPr>
          <w:rFonts w:ascii="微软雅黑" w:eastAsia="微软雅黑" w:hAnsi="微软雅黑" w:cs="微软雅黑" w:hint="eastAsia"/>
          <w:lang w:eastAsia="zh-CN"/>
        </w:rPr>
        <w:t>通识教育上的</w:t>
      </w:r>
      <w:r>
        <w:t>"</w:t>
      </w:r>
      <w:r>
        <w:rPr>
          <w:rFonts w:ascii="微软雅黑" w:eastAsia="微软雅黑" w:hAnsi="微软雅黑" w:cs="微软雅黑" w:hint="eastAsia"/>
          <w:lang w:eastAsia="zh-CN"/>
        </w:rPr>
        <w:t>最强枝</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最弱根</w:t>
      </w:r>
      <w:r>
        <w:t>"</w:t>
      </w:r>
      <w:r>
        <w:rPr>
          <w:rFonts w:ascii="微软雅黑" w:eastAsia="微软雅黑" w:hAnsi="微软雅黑" w:cs="微软雅黑" w:hint="eastAsia"/>
          <w:lang w:eastAsia="zh-CN"/>
        </w:rPr>
        <w:t>，并说明一件下周可落地的小改进。</w:t>
      </w:r>
    </w:p>
    <w:p>
      <w:pPr>
        <w:pStyle w:val="ListNumber"/>
        <w:numPr>
          <w:ilvl w:val="0"/>
          <w:numId w:val="11"/>
        </w:numPr>
        <w:spacing w:after="72"/>
      </w:pPr>
      <w:r>
        <w:rPr>
          <w:rFonts w:ascii="微软雅黑" w:eastAsia="微软雅黑" w:hAnsi="微软雅黑" w:cs="微软雅黑" w:hint="eastAsia"/>
          <w:b/>
          <w:lang w:eastAsia="zh-CN"/>
        </w:rPr>
        <w:t>学科融合微课例片段（小组）</w:t>
      </w:r>
      <w:r>
        <w:rPr>
          <w:rFonts w:ascii="微软雅黑" w:eastAsia="微软雅黑" w:hAnsi="微软雅黑" w:cs="微软雅黑" w:hint="eastAsia"/>
          <w:lang w:eastAsia="zh-CN"/>
        </w:rPr>
        <w:t>：以学科组为单位，设计一个</w:t>
      </w:r>
      <w:r>
        <w:t>"</w:t>
      </w:r>
      <w:r>
        <w:rPr>
          <w:rFonts w:ascii="微软雅黑" w:eastAsia="微软雅黑" w:hAnsi="微软雅黑" w:cs="微软雅黑" w:hint="eastAsia"/>
          <w:lang w:eastAsia="zh-CN"/>
        </w:rPr>
        <w:t>融入</w:t>
      </w:r>
      <w:r>
        <w:t>AI</w:t>
      </w:r>
      <w:r>
        <w:rPr>
          <w:rFonts w:ascii="微软雅黑" w:eastAsia="微软雅黑" w:hAnsi="微软雅黑" w:cs="微软雅黑" w:hint="eastAsia"/>
          <w:lang w:eastAsia="zh-CN"/>
        </w:rPr>
        <w:t>通识思维方式</w:t>
      </w:r>
      <w:r>
        <w:t>"</w:t>
      </w:r>
      <w:r>
        <w:rPr>
          <w:rFonts w:ascii="微软雅黑" w:eastAsia="微软雅黑" w:hAnsi="微软雅黑" w:cs="微软雅黑" w:hint="eastAsia"/>
          <w:lang w:eastAsia="zh-CN"/>
        </w:rPr>
        <w:t>的</w:t>
      </w:r>
      <w:r>
        <w:t>5</w:t>
      </w:r>
      <w:r>
        <w:rPr>
          <w:rFonts w:ascii="微软雅黑" w:eastAsia="微软雅黑" w:hAnsi="微软雅黑" w:cs="微软雅黑" w:hint="eastAsia"/>
          <w:lang w:eastAsia="zh-CN"/>
        </w:rPr>
        <w:t>分钟课例片段（例如：语文组用</w:t>
      </w:r>
      <w:r>
        <w:t>"</w:t>
      </w:r>
      <w:r>
        <w:rPr>
          <w:rFonts w:ascii="微软雅黑" w:eastAsia="微软雅黑" w:hAnsi="微软雅黑" w:cs="微软雅黑" w:hint="eastAsia"/>
          <w:lang w:eastAsia="zh-CN"/>
        </w:rPr>
        <w:t>图灵测试</w:t>
      </w:r>
      <w:r>
        <w:t>"</w:t>
      </w:r>
      <w:r>
        <w:rPr>
          <w:rFonts w:ascii="微软雅黑" w:eastAsia="微软雅黑" w:hAnsi="微软雅黑" w:cs="微软雅黑" w:hint="eastAsia"/>
          <w:lang w:eastAsia="zh-CN"/>
        </w:rPr>
        <w:t>讨论</w:t>
      </w:r>
      <w:r>
        <w:t>"</w:t>
      </w:r>
      <w:r>
        <w:rPr>
          <w:rFonts w:ascii="微软雅黑" w:eastAsia="微软雅黑" w:hAnsi="微软雅黑" w:cs="微软雅黑" w:hint="eastAsia"/>
          <w:lang w:eastAsia="zh-CN"/>
        </w:rPr>
        <w:t>什么是思考</w:t>
      </w:r>
      <w:r>
        <w:t>"</w:t>
      </w:r>
      <w:r>
        <w:rPr>
          <w:rFonts w:ascii="微软雅黑" w:eastAsia="微软雅黑" w:hAnsi="微软雅黑" w:cs="微软雅黑" w:hint="eastAsia"/>
          <w:lang w:eastAsia="zh-CN"/>
        </w:rPr>
        <w:t>；历史组用</w:t>
      </w:r>
      <w:r>
        <w:t>"</w:t>
      </w:r>
      <w:r>
        <w:rPr>
          <w:rFonts w:ascii="微软雅黑" w:eastAsia="微软雅黑" w:hAnsi="微软雅黑" w:cs="微软雅黑" w:hint="eastAsia"/>
          <w:lang w:eastAsia="zh-CN"/>
        </w:rPr>
        <w:t>六艺</w:t>
      </w:r>
      <w:r>
        <w:t>"</w:t>
      </w:r>
      <w:r>
        <w:rPr>
          <w:rFonts w:ascii="微软雅黑" w:eastAsia="微软雅黑" w:hAnsi="微软雅黑" w:cs="微软雅黑" w:hint="eastAsia"/>
          <w:lang w:eastAsia="zh-CN"/>
        </w:rPr>
        <w:t>对照</w:t>
      </w:r>
      <w:r>
        <w:t>"</w:t>
      </w:r>
      <w:r>
        <w:rPr>
          <w:rFonts w:ascii="微软雅黑" w:eastAsia="微软雅黑" w:hAnsi="微软雅黑" w:cs="微软雅黑" w:hint="eastAsia"/>
          <w:lang w:eastAsia="zh-CN"/>
        </w:rPr>
        <w:t>七艺</w:t>
      </w:r>
      <w:r>
        <w:t>"</w:t>
      </w:r>
      <w:r>
        <w:rPr>
          <w:rFonts w:ascii="微软雅黑" w:eastAsia="微软雅黑" w:hAnsi="微软雅黑" w:cs="微软雅黑" w:hint="eastAsia"/>
          <w:lang w:eastAsia="zh-CN"/>
        </w:rPr>
        <w:t>讲中西教育），下周教研组例会上分享。</w:t>
      </w:r>
    </w:p>
    <w:p>
      <w:pPr>
        <w:pStyle w:val="ListNumber"/>
        <w:numPr>
          <w:ilvl w:val="0"/>
          <w:numId w:val="11"/>
        </w:numPr>
        <w:spacing w:after="72"/>
      </w:pPr>
      <w:r>
        <w:rPr>
          <w:rFonts w:ascii="微软雅黑" w:eastAsia="微软雅黑" w:hAnsi="微软雅黑" w:cs="微软雅黑" w:hint="eastAsia"/>
          <w:b/>
          <w:lang w:eastAsia="zh-CN"/>
        </w:rPr>
        <w:t>误区自查清单（全员）</w:t>
      </w:r>
      <w:r>
        <w:rPr>
          <w:rFonts w:ascii="微软雅黑" w:eastAsia="微软雅黑" w:hAnsi="微软雅黑" w:cs="微软雅黑" w:hint="eastAsia"/>
          <w:lang w:eastAsia="zh-CN"/>
        </w:rPr>
        <w:t>：根据</w:t>
      </w:r>
      <w:r>
        <w:t>"</w:t>
      </w:r>
      <w:r>
        <w:rPr>
          <w:rFonts w:ascii="微软雅黑" w:eastAsia="微软雅黑" w:hAnsi="微软雅黑" w:cs="微软雅黑" w:hint="eastAsia"/>
          <w:lang w:eastAsia="zh-CN"/>
        </w:rPr>
        <w:t>硬教</w:t>
      </w:r>
      <w:r>
        <w:t>/</w:t>
      </w:r>
      <w:r>
        <w:rPr>
          <w:rFonts w:ascii="微软雅黑" w:eastAsia="微软雅黑" w:hAnsi="微软雅黑" w:cs="微软雅黑" w:hint="eastAsia"/>
          <w:lang w:eastAsia="zh-CN"/>
        </w:rPr>
        <w:t>乱教</w:t>
      </w:r>
      <w:r>
        <w:t>"</w:t>
      </w:r>
      <w:r>
        <w:rPr>
          <w:rFonts w:ascii="微软雅黑" w:eastAsia="微软雅黑" w:hAnsi="微软雅黑" w:cs="微软雅黑" w:hint="eastAsia"/>
          <w:lang w:eastAsia="zh-CN"/>
        </w:rPr>
        <w:t>标准，梳理本校现有</w:t>
      </w:r>
      <w:r>
        <w:t>AI</w:t>
      </w:r>
      <w:r>
        <w:rPr>
          <w:rFonts w:ascii="微软雅黑" w:eastAsia="微软雅黑" w:hAnsi="微软雅黑" w:cs="微软雅黑" w:hint="eastAsia"/>
          <w:lang w:eastAsia="zh-CN"/>
        </w:rPr>
        <w:t>相关课程或社团中是否存在内容下移、借名目无实质的现象，形成一张可复用的《</w:t>
      </w:r>
      <w:r>
        <w:t>AI</w:t>
      </w:r>
      <w:r>
        <w:rPr>
          <w:rFonts w:ascii="微软雅黑" w:eastAsia="微软雅黑" w:hAnsi="微软雅黑" w:cs="微软雅黑" w:hint="eastAsia"/>
          <w:lang w:eastAsia="zh-CN"/>
        </w:rPr>
        <w:t>通识课误区自查清单》，提交教研室汇总。</w:t>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 AI 视频生成工具）</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镜头以一棵枝繁叶茂的参天大树为主角，树根为闪烁的古希腊</w:t>
      </w:r>
      <w:r>
        <w:t>"</w:t>
      </w:r>
      <w:r>
        <w:rPr>
          <w:rFonts w:ascii="微软雅黑" w:eastAsia="微软雅黑" w:hAnsi="微软雅黑" w:cs="微软雅黑" w:hint="eastAsia"/>
          <w:lang w:eastAsia="zh-CN"/>
        </w:rPr>
        <w:t>七艺</w:t>
      </w:r>
      <w:r>
        <w:t>"</w:t>
      </w:r>
      <w:r>
        <w:rPr>
          <w:rFonts w:ascii="微软雅黑" w:eastAsia="微软雅黑" w:hAnsi="微软雅黑" w:cs="微软雅黑" w:hint="eastAsia"/>
          <w:lang w:eastAsia="zh-CN"/>
        </w:rPr>
        <w:t>卷轴与中国</w:t>
      </w:r>
      <w:r>
        <w:t>"</w:t>
      </w:r>
      <w:r>
        <w:rPr>
          <w:rFonts w:ascii="微软雅黑" w:eastAsia="微软雅黑" w:hAnsi="微软雅黑" w:cs="微软雅黑" w:hint="eastAsia"/>
          <w:lang w:eastAsia="zh-CN"/>
        </w:rPr>
        <w:t>六艺</w:t>
      </w:r>
      <w:r>
        <w:t>"</w:t>
      </w:r>
      <w:r>
        <w:rPr>
          <w:rFonts w:ascii="微软雅黑" w:eastAsia="微软雅黑" w:hAnsi="微软雅黑" w:cs="微软雅黑" w:hint="eastAsia"/>
          <w:lang w:eastAsia="zh-CN"/>
        </w:rPr>
        <w:t>竹简，树干浮现</w:t>
      </w:r>
      <w:r>
        <w:t>"</w:t>
      </w:r>
      <w:r>
        <w:rPr>
          <w:rFonts w:ascii="微软雅黑" w:eastAsia="微软雅黑" w:hAnsi="微软雅黑" w:cs="微软雅黑" w:hint="eastAsia"/>
          <w:lang w:eastAsia="zh-CN"/>
        </w:rPr>
        <w:t>基本原理</w:t>
      </w:r>
      <w:r>
        <w:t>"</w:t>
      </w:r>
      <w:r>
        <w:rPr>
          <w:rFonts w:ascii="微软雅黑" w:eastAsia="微软雅黑" w:hAnsi="微软雅黑" w:cs="微软雅黑" w:hint="eastAsia"/>
          <w:lang w:eastAsia="zh-CN"/>
        </w:rPr>
        <w:t>公式流光，树枝伸展出</w:t>
      </w:r>
      <w:r>
        <w:t>"</w:t>
      </w:r>
      <w:r>
        <w:rPr>
          <w:rFonts w:ascii="微软雅黑" w:eastAsia="微软雅黑" w:hAnsi="微软雅黑" w:cs="微软雅黑" w:hint="eastAsia"/>
          <w:lang w:eastAsia="zh-CN"/>
        </w:rPr>
        <w:t>技术架构</w:t>
      </w:r>
      <w:r>
        <w:t>"</w:t>
      </w:r>
      <w:r>
        <w:rPr>
          <w:rFonts w:ascii="微软雅黑" w:eastAsia="微软雅黑" w:hAnsi="微软雅黑" w:cs="微软雅黑" w:hint="eastAsia"/>
          <w:lang w:eastAsia="zh-CN"/>
        </w:rPr>
        <w:t>的电路纹理，叶片化作工业、医疗、农业等八大生活场景缩微动画，树顶绽放</w:t>
      </w:r>
      <w:r>
        <w:t>"</w:t>
      </w:r>
      <w:r>
        <w:rPr>
          <w:rFonts w:ascii="微软雅黑" w:eastAsia="微软雅黑" w:hAnsi="微软雅黑" w:cs="微软雅黑" w:hint="eastAsia"/>
          <w:lang w:eastAsia="zh-CN"/>
        </w:rPr>
        <w:t>前沿突破</w:t>
      </w:r>
      <w:r>
        <w:t>"</w:t>
      </w:r>
      <w:r>
        <w:rPr>
          <w:rFonts w:ascii="微软雅黑" w:eastAsia="微软雅黑" w:hAnsi="微软雅黑" w:cs="微软雅黑" w:hint="eastAsia"/>
          <w:lang w:eastAsia="zh-CN"/>
        </w:rPr>
        <w:t>之星、垂落</w:t>
      </w:r>
      <w:r>
        <w:t>"</w:t>
      </w:r>
      <w:r>
        <w:rPr>
          <w:rFonts w:ascii="微软雅黑" w:eastAsia="微软雅黑" w:hAnsi="微软雅黑" w:cs="微软雅黑" w:hint="eastAsia"/>
          <w:lang w:eastAsia="zh-CN"/>
        </w:rPr>
        <w:t>智能产品</w:t>
      </w:r>
      <w:r>
        <w:t>"</w:t>
      </w:r>
      <w:r>
        <w:rPr>
          <w:rFonts w:ascii="微软雅黑" w:eastAsia="微软雅黑" w:hAnsi="微软雅黑" w:cs="微软雅黑" w:hint="eastAsia"/>
          <w:lang w:eastAsia="zh-CN"/>
        </w:rPr>
        <w:t>之果；晨光自画面左侧斜射，丁达尔光晕穿过叶隙，摄影机由树根缓慢推近（</w:t>
      </w:r>
      <w:r>
        <w:t>dolly in</w:t>
      </w:r>
      <w:r>
        <w:rPr>
          <w:rFonts w:ascii="微软雅黑" w:eastAsia="微软雅黑" w:hAnsi="微软雅黑" w:cs="微软雅黑" w:hint="eastAsia"/>
          <w:lang w:eastAsia="zh-CN"/>
        </w:rPr>
        <w:t>）再舒缓拉升（</w:t>
      </w:r>
      <w:r>
        <w:t>crane up</w:t>
      </w:r>
      <w:r>
        <w:rPr>
          <w:rFonts w:ascii="微软雅黑" w:eastAsia="微软雅黑" w:hAnsi="微软雅黑" w:cs="微软雅黑" w:hint="eastAsia"/>
          <w:lang w:eastAsia="zh-CN"/>
        </w:rPr>
        <w:t>）至全景，风格为温暖写实的教育纪录片质感，配轻柔钢琴与环境白噪声，整体情绪理性、希望、启发性，时长约</w:t>
      </w:r>
      <w:r>
        <w:t>15</w:t>
      </w:r>
      <w:r>
        <w:rPr>
          <w:rFonts w:ascii="微软雅黑" w:eastAsia="微软雅黑" w:hAnsi="微软雅黑" w:cs="微软雅黑" w:hint="eastAsia"/>
          <w:lang w:eastAsia="zh-CN"/>
        </w:rPr>
        <w:t>秒，用于校本研修开场导入短片。</w:t>
      </w:r>
      <w:r/>
    </w:p>
    <w:p>
      <w:bookmarkStart w:id="24" w:name="_Toc_section_3"/>
      <w:bookmarkStart w:id="2" w:name="section-3"/>
      <w:pPr>
        <w:pStyle w:val="Heading2"/>
        <w:pageBreakBefore/>
      </w:pPr>
      <w:bookmarkEnd w:id="2"/>
      <w:r>
        <w:rPr>
          <w:rFonts w:ascii="微软雅黑" w:hAnsi="微软雅黑" w:eastAsia="微软雅黑" w:cs="微软雅黑" w:hint="eastAsia"/>
          <w:b w:val="0"/>
          <w:color w:val="1A237E"/>
          <w:sz w:val="22"/>
          <w:lang w:eastAsia="zh-CN"/>
        </w:rPr>
        <w:t xml:space="preserve">  研修方案 2：《人工智能从何而来——学科源头、历史与"知识树"教法》</w:t>
      </w:r>
      <w:bookmarkEnd w:id="24"/>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2</w:t>
      </w:r>
      <w:r>
        <w:rPr>
          <w:rFonts w:ascii="微软雅黑" w:eastAsia="微软雅黑" w:hAnsi="微软雅黑" w:cs="微软雅黑" w:hint="eastAsia"/>
          <w:color w:val="212121"/>
          <w:lang w:eastAsia="zh-CN"/>
        </w:rPr>
        <w:t>讲《人工智能的源头和历史》｜时长约</w:t>
      </w:r>
      <w:r>
        <w:rPr>
          <w:color w:val="212121"/>
        </w:rPr>
        <w:t>12</w:t>
      </w:r>
      <w:r>
        <w:rPr>
          <w:rFonts w:ascii="微软雅黑" w:eastAsia="微软雅黑" w:hAnsi="微软雅黑" w:cs="微软雅黑" w:hint="eastAsia"/>
          <w:color w:val="212121"/>
          <w:lang w:eastAsia="zh-CN"/>
        </w:rPr>
        <w:t>分</w:t>
      </w:r>
      <w:r>
        <w:rPr>
          <w:color w:val="212121"/>
        </w:rPr>
        <w:t>40</w:t>
      </w:r>
      <w:r>
        <w:rPr>
          <w:rFonts w:ascii="微软雅黑" w:eastAsia="微软雅黑" w:hAnsi="微软雅黑" w:cs="微软雅黑" w:hint="eastAsia"/>
          <w:color w:val="212121"/>
          <w:lang w:eastAsia="zh-CN"/>
        </w:rPr>
        <w:t>秒｜来源：国家智慧教育平台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：学科通识（模块二</w:t>
      </w:r>
      <w:r>
        <w:t>·</w:t>
      </w:r>
      <w:r>
        <w:rPr>
          <w:rFonts w:ascii="微软雅黑" w:eastAsia="微软雅黑" w:hAnsi="微软雅黑" w:cs="微软雅黑" w:hint="eastAsia"/>
          <w:lang w:eastAsia="zh-CN"/>
        </w:rPr>
        <w:t>历史与思想源头）</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：信息科技、通用技术、数学、物理教师为主体，欢迎其他学科教师参与；建议按</w:t>
      </w:r>
      <w:r>
        <w:t>"</w:t>
      </w:r>
      <w:r>
        <w:rPr>
          <w:rFonts w:ascii="微软雅黑" w:eastAsia="微软雅黑" w:hAnsi="微软雅黑" w:cs="微软雅黑" w:hint="eastAsia"/>
          <w:lang w:eastAsia="zh-CN"/>
        </w:rPr>
        <w:t>理科组</w:t>
      </w:r>
      <w:r>
        <w:t>+</w:t>
      </w:r>
      <w:r>
        <w:rPr>
          <w:rFonts w:ascii="微软雅黑" w:eastAsia="微软雅黑" w:hAnsi="微软雅黑" w:cs="微软雅黑" w:hint="eastAsia"/>
          <w:lang w:eastAsia="zh-CN"/>
        </w:rPr>
        <w:t>文科组</w:t>
      </w:r>
      <w:r>
        <w:t>"</w:t>
      </w:r>
      <w:r>
        <w:rPr>
          <w:rFonts w:ascii="微软雅黑" w:eastAsia="微软雅黑" w:hAnsi="微软雅黑" w:cs="微软雅黑" w:hint="eastAsia"/>
          <w:lang w:eastAsia="zh-CN"/>
        </w:rPr>
        <w:t>混合编组以增进跨学科理解</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12"/>
        </w:numPr>
        <w:spacing w:after="72"/>
      </w:pPr>
      <w:r>
        <w:rPr>
          <w:rFonts w:ascii="微软雅黑" w:eastAsia="微软雅黑" w:hAnsi="微软雅黑" w:cs="微软雅黑" w:hint="eastAsia"/>
          <w:b/>
          <w:lang w:eastAsia="zh-CN"/>
        </w:rPr>
        <w:t>能准确复述人工智能的两大思想源头与两条发展道路</w:t>
      </w:r>
      <w:r>
        <w:rPr>
          <w:rFonts w:ascii="微软雅黑" w:eastAsia="微软雅黑" w:hAnsi="微软雅黑" w:cs="微软雅黑" w:hint="eastAsia"/>
          <w:lang w:eastAsia="zh-CN"/>
        </w:rPr>
        <w:t>：说得出维纳（控制论</w:t>
      </w:r>
      <w:r>
        <w:t>—</w:t>
      </w:r>
      <w:r>
        <w:rPr>
          <w:rFonts w:ascii="微软雅黑" w:eastAsia="微软雅黑" w:hAnsi="微软雅黑" w:cs="微软雅黑" w:hint="eastAsia"/>
          <w:lang w:eastAsia="zh-CN"/>
        </w:rPr>
        <w:t>模拟</w:t>
      </w:r>
      <w:r>
        <w:t>-</w:t>
      </w:r>
      <w:r>
        <w:rPr>
          <w:rFonts w:ascii="微软雅黑" w:eastAsia="微软雅黑" w:hAnsi="微软雅黑" w:cs="微软雅黑" w:hint="eastAsia"/>
          <w:lang w:eastAsia="zh-CN"/>
        </w:rPr>
        <w:t>复现道路）与香农（信息论</w:t>
      </w:r>
      <w:r>
        <w:t>—</w:t>
      </w:r>
      <w:r>
        <w:rPr>
          <w:rFonts w:ascii="微软雅黑" w:eastAsia="微软雅黑" w:hAnsi="微软雅黑" w:cs="微软雅黑" w:hint="eastAsia"/>
          <w:lang w:eastAsia="zh-CN"/>
        </w:rPr>
        <w:t>表征</w:t>
      </w:r>
      <w:r>
        <w:t>-</w:t>
      </w:r>
      <w:r>
        <w:rPr>
          <w:rFonts w:ascii="微软雅黑" w:eastAsia="微软雅黑" w:hAnsi="微软雅黑" w:cs="微软雅黑" w:hint="eastAsia"/>
          <w:lang w:eastAsia="zh-CN"/>
        </w:rPr>
        <w:t>计算道路）的对应，并解释为何当代主流</w:t>
      </w:r>
      <w:r>
        <w:t>AI</w:t>
      </w:r>
      <w:r>
        <w:rPr>
          <w:rFonts w:ascii="微软雅黑" w:eastAsia="微软雅黑" w:hAnsi="微软雅黑" w:cs="微软雅黑" w:hint="eastAsia"/>
          <w:lang w:eastAsia="zh-CN"/>
        </w:rPr>
        <w:t>走</w:t>
      </w:r>
      <w:r>
        <w:t>"</w:t>
      </w:r>
      <w:r>
        <w:rPr>
          <w:rFonts w:ascii="微软雅黑" w:eastAsia="微软雅黑" w:hAnsi="微软雅黑" w:cs="微软雅黑" w:hint="eastAsia"/>
          <w:lang w:eastAsia="zh-CN"/>
        </w:rPr>
        <w:t>表征</w:t>
      </w:r>
      <w:r>
        <w:t>-</w:t>
      </w:r>
      <w:r>
        <w:rPr>
          <w:rFonts w:ascii="微软雅黑" w:eastAsia="微软雅黑" w:hAnsi="微软雅黑" w:cs="微软雅黑" w:hint="eastAsia"/>
          <w:lang w:eastAsia="zh-CN"/>
        </w:rPr>
        <w:t>计算</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数派</w:t>
      </w:r>
      <w:r>
        <w:t>"</w:t>
      </w:r>
      <w:r>
        <w:rPr>
          <w:rFonts w:ascii="微软雅黑" w:eastAsia="微软雅黑" w:hAnsi="微软雅黑" w:cs="微软雅黑" w:hint="eastAsia"/>
          <w:lang w:eastAsia="zh-CN"/>
        </w:rPr>
        <w:t>）路线。</w:t>
      </w:r>
    </w:p>
    <w:p>
      <w:pPr>
        <w:pStyle w:val="ListNumber"/>
        <w:numPr>
          <w:ilvl w:val="0"/>
          <w:numId w:val="12"/>
        </w:numPr>
        <w:spacing w:after="72"/>
      </w:pPr>
      <w:r>
        <w:rPr>
          <w:rFonts w:ascii="微软雅黑" w:eastAsia="微软雅黑" w:hAnsi="微软雅黑" w:cs="微软雅黑" w:hint="eastAsia"/>
          <w:b/>
          <w:lang w:eastAsia="zh-CN"/>
        </w:rPr>
        <w:t>能梳理人工智能学科的关键人物、事件与时间轴</w:t>
      </w:r>
      <w:r>
        <w:rPr>
          <w:rFonts w:ascii="微软雅黑" w:eastAsia="微软雅黑" w:hAnsi="微软雅黑" w:cs="微软雅黑" w:hint="eastAsia"/>
          <w:lang w:eastAsia="zh-CN"/>
        </w:rPr>
        <w:t>：准确说出图灵</w:t>
      </w:r>
      <w:r>
        <w:t>1950</w:t>
      </w:r>
      <w:r>
        <w:rPr>
          <w:rFonts w:ascii="微软雅黑" w:eastAsia="微软雅黑" w:hAnsi="微软雅黑" w:cs="微软雅黑" w:hint="eastAsia"/>
          <w:lang w:eastAsia="zh-CN"/>
        </w:rPr>
        <w:t>年</w:t>
      </w:r>
      <w:r>
        <w:t>"</w:t>
      </w:r>
      <w:r>
        <w:rPr>
          <w:rFonts w:ascii="微软雅黑" w:eastAsia="微软雅黑" w:hAnsi="微软雅黑" w:cs="微软雅黑" w:hint="eastAsia"/>
          <w:lang w:eastAsia="zh-CN"/>
        </w:rPr>
        <w:t>机器能思考吗？</w:t>
      </w:r>
      <w:r>
        <w:t>"</w:t>
      </w:r>
      <w:r>
        <w:rPr>
          <w:rFonts w:ascii="微软雅黑" w:eastAsia="微软雅黑" w:hAnsi="微软雅黑" w:cs="微软雅黑" w:hint="eastAsia"/>
          <w:lang w:eastAsia="zh-CN"/>
        </w:rPr>
        <w:t>与图灵测试、</w:t>
      </w:r>
      <w:r>
        <w:t>ACM</w:t>
      </w:r>
      <w:r>
        <w:rPr>
          <w:rFonts w:ascii="微软雅黑" w:eastAsia="微软雅黑" w:hAnsi="微软雅黑" w:cs="微软雅黑" w:hint="eastAsia"/>
          <w:lang w:eastAsia="zh-CN"/>
        </w:rPr>
        <w:t>图灵奖（</w:t>
      </w:r>
      <w:r>
        <w:t>1966</w:t>
      </w:r>
      <w:r>
        <w:rPr>
          <w:rFonts w:ascii="微软雅黑" w:eastAsia="微软雅黑" w:hAnsi="微软雅黑" w:cs="微软雅黑" w:hint="eastAsia"/>
          <w:lang w:eastAsia="zh-CN"/>
        </w:rPr>
        <w:t>）、吴文俊人工智能科学技术奖及其几何定理机械化证明、</w:t>
      </w:r>
      <w:r>
        <w:t>1956</w:t>
      </w:r>
      <w:r>
        <w:rPr>
          <w:rFonts w:ascii="微软雅黑" w:eastAsia="微软雅黑" w:hAnsi="微软雅黑" w:cs="微软雅黑" w:hint="eastAsia"/>
          <w:lang w:eastAsia="zh-CN"/>
        </w:rPr>
        <w:t>年达特茅斯会议十位先驱，以及</w:t>
      </w:r>
      <w:r>
        <w:t>"</w:t>
      </w:r>
      <w:r>
        <w:rPr>
          <w:rFonts w:ascii="微软雅黑" w:eastAsia="微软雅黑" w:hAnsi="微软雅黑" w:cs="微软雅黑" w:hint="eastAsia"/>
          <w:lang w:eastAsia="zh-CN"/>
        </w:rPr>
        <w:t>春天</w:t>
      </w:r>
      <w:r>
        <w:t>/</w:t>
      </w:r>
      <w:r>
        <w:rPr>
          <w:rFonts w:ascii="微软雅黑" w:eastAsia="微软雅黑" w:hAnsi="微软雅黑" w:cs="微软雅黑" w:hint="eastAsia"/>
          <w:lang w:eastAsia="zh-CN"/>
        </w:rPr>
        <w:t>冬天</w:t>
      </w:r>
      <w:r>
        <w:t>"</w:t>
      </w:r>
      <w:r>
        <w:rPr>
          <w:rFonts w:ascii="微软雅黑" w:eastAsia="微软雅黑" w:hAnsi="微软雅黑" w:cs="微软雅黑" w:hint="eastAsia"/>
          <w:lang w:eastAsia="zh-CN"/>
        </w:rPr>
        <w:t>交替的兴衰脉络；能运用</w:t>
      </w:r>
      <w:r>
        <w:t>"</w:t>
      </w:r>
      <w:r>
        <w:rPr>
          <w:rFonts w:ascii="微软雅黑" w:eastAsia="微软雅黑" w:hAnsi="微软雅黑" w:cs="微软雅黑" w:hint="eastAsia"/>
          <w:lang w:eastAsia="zh-CN"/>
        </w:rPr>
        <w:t>心理</w:t>
      </w:r>
      <w:r>
        <w:t>/</w:t>
      </w:r>
      <w:r>
        <w:rPr>
          <w:rFonts w:ascii="微软雅黑" w:eastAsia="微软雅黑" w:hAnsi="微软雅黑" w:cs="微软雅黑" w:hint="eastAsia"/>
          <w:lang w:eastAsia="zh-CN"/>
        </w:rPr>
        <w:t>认知</w:t>
      </w:r>
      <w:r>
        <w:t>/</w:t>
      </w:r>
      <w:r>
        <w:rPr>
          <w:rFonts w:ascii="微软雅黑" w:eastAsia="微软雅黑" w:hAnsi="微软雅黑" w:cs="微软雅黑" w:hint="eastAsia"/>
          <w:lang w:eastAsia="zh-CN"/>
        </w:rPr>
        <w:t>数据</w:t>
      </w:r>
      <w:r>
        <w:t>"</w:t>
      </w:r>
      <w:r>
        <w:rPr>
          <w:rFonts w:ascii="微软雅黑" w:eastAsia="微软雅黑" w:hAnsi="微软雅黑" w:cs="微软雅黑" w:hint="eastAsia"/>
          <w:lang w:eastAsia="zh-CN"/>
        </w:rPr>
        <w:t>三视角解释三次浪潮。</w:t>
      </w:r>
    </w:p>
    <w:p>
      <w:pPr>
        <w:pStyle w:val="ListNumber"/>
        <w:numPr>
          <w:ilvl w:val="0"/>
          <w:numId w:val="12"/>
        </w:numPr>
        <w:spacing w:after="72"/>
      </w:pPr>
      <w:r>
        <w:rPr>
          <w:rFonts w:ascii="微软雅黑" w:eastAsia="微软雅黑" w:hAnsi="微软雅黑" w:cs="微软雅黑" w:hint="eastAsia"/>
          <w:b/>
          <w:lang w:eastAsia="zh-CN"/>
        </w:rPr>
        <w:t>能运用"人工智能知识树"模型重构本校通识课的教学逻辑</w:t>
      </w:r>
      <w:r>
        <w:rPr>
          <w:rFonts w:ascii="微软雅黑" w:eastAsia="微软雅黑" w:hAnsi="微软雅黑" w:cs="微软雅黑" w:hint="eastAsia"/>
          <w:lang w:eastAsia="zh-CN"/>
        </w:rPr>
        <w:t>：理解</w:t>
      </w:r>
      <w:r>
        <w:t>"</w:t>
      </w:r>
      <w:r>
        <w:rPr>
          <w:rFonts w:ascii="微软雅黑" w:eastAsia="微软雅黑" w:hAnsi="微软雅黑" w:cs="微软雅黑" w:hint="eastAsia"/>
          <w:lang w:eastAsia="zh-CN"/>
        </w:rPr>
        <w:t>根（思想源头）</w:t>
      </w:r>
      <w:r>
        <w:t>→</w:t>
      </w:r>
      <w:r>
        <w:rPr>
          <w:rFonts w:ascii="微软雅黑" w:eastAsia="微软雅黑" w:hAnsi="微软雅黑" w:cs="微软雅黑" w:hint="eastAsia"/>
          <w:lang w:eastAsia="zh-CN"/>
        </w:rPr>
        <w:t>干（基本原理）</w:t>
      </w:r>
      <w:r>
        <w:t>→</w:t>
      </w:r>
      <w:r>
        <w:rPr>
          <w:rFonts w:ascii="微软雅黑" w:eastAsia="微软雅黑" w:hAnsi="微软雅黑" w:cs="微软雅黑" w:hint="eastAsia"/>
          <w:lang w:eastAsia="zh-CN"/>
        </w:rPr>
        <w:t>枝（技术架构）</w:t>
      </w:r>
      <w:r>
        <w:t>→</w:t>
      </w:r>
      <w:r>
        <w:rPr>
          <w:rFonts w:ascii="微软雅黑" w:eastAsia="微软雅黑" w:hAnsi="微软雅黑" w:cs="微软雅黑" w:hint="eastAsia"/>
          <w:lang w:eastAsia="zh-CN"/>
        </w:rPr>
        <w:t>叶（应用领域）</w:t>
      </w:r>
      <w:r>
        <w:t>→</w:t>
      </w:r>
      <w:r>
        <w:rPr>
          <w:rFonts w:ascii="微软雅黑" w:eastAsia="微软雅黑" w:hAnsi="微软雅黑" w:cs="微软雅黑" w:hint="eastAsia"/>
          <w:lang w:eastAsia="zh-CN"/>
        </w:rPr>
        <w:t>花（前沿突破）</w:t>
      </w:r>
      <w:r>
        <w:t>→</w:t>
      </w:r>
      <w:r>
        <w:rPr>
          <w:rFonts w:ascii="微软雅黑" w:eastAsia="微软雅黑" w:hAnsi="微软雅黑" w:cs="微软雅黑" w:hint="eastAsia"/>
          <w:lang w:eastAsia="zh-CN"/>
        </w:rPr>
        <w:t>果（智能产品）</w:t>
      </w:r>
      <w:r>
        <w:t>"</w:t>
      </w:r>
      <w:r>
        <w:rPr>
          <w:rFonts w:ascii="微软雅黑" w:eastAsia="微软雅黑" w:hAnsi="微软雅黑" w:cs="微软雅黑" w:hint="eastAsia"/>
          <w:lang w:eastAsia="zh-CN"/>
        </w:rPr>
        <w:t>的层级，并能在备课中</w:t>
      </w:r>
      <w:r>
        <w:t>"</w:t>
      </w:r>
      <w:r>
        <w:rPr>
          <w:rFonts w:ascii="微软雅黑" w:eastAsia="微软雅黑" w:hAnsi="微软雅黑" w:cs="微软雅黑" w:hint="eastAsia"/>
          <w:lang w:eastAsia="zh-CN"/>
        </w:rPr>
        <w:t>从果追到根</w:t>
      </w:r>
      <w:r>
        <w:t>"</w:t>
      </w:r>
      <w:r>
        <w:rPr>
          <w:rFonts w:ascii="微软雅黑" w:eastAsia="微软雅黑" w:hAnsi="微软雅黑" w:cs="微软雅黑" w:hint="eastAsia"/>
          <w:lang w:eastAsia="zh-CN"/>
        </w:rPr>
        <w:t>，避免只讲产品不讲原理。</w:t>
      </w:r>
    </w:p>
    <w:p>
      <w:pPr>
        <w:pStyle w:val="ListNumber"/>
        <w:numPr>
          <w:ilvl w:val="0"/>
          <w:numId w:val="12"/>
        </w:numPr>
        <w:spacing w:after="72"/>
      </w:pPr>
      <w:r>
        <w:rPr>
          <w:rFonts w:ascii="微软雅黑" w:eastAsia="微软雅黑" w:hAnsi="微软雅黑" w:cs="微软雅黑" w:hint="eastAsia"/>
          <w:b/>
          <w:lang w:eastAsia="zh-CN"/>
        </w:rPr>
        <w:t>能设计一项以"学科史"为线索的课堂活动</w:t>
      </w:r>
      <w:r>
        <w:rPr>
          <w:rFonts w:ascii="微软雅黑" w:eastAsia="微软雅黑" w:hAnsi="微软雅黑" w:cs="微软雅黑" w:hint="eastAsia"/>
          <w:lang w:eastAsia="zh-CN"/>
        </w:rPr>
        <w:t>：例如时间轴梳理、人物故事导入、或</w:t>
      </w:r>
      <w:r>
        <w:t>"</w:t>
      </w:r>
      <w:r>
        <w:rPr>
          <w:rFonts w:ascii="微软雅黑" w:eastAsia="微软雅黑" w:hAnsi="微软雅黑" w:cs="微软雅黑" w:hint="eastAsia"/>
          <w:lang w:eastAsia="zh-CN"/>
        </w:rPr>
        <w:t>给</w:t>
      </w:r>
      <w:r>
        <w:t>AI</w:t>
      </w:r>
      <w:r>
        <w:rPr>
          <w:rFonts w:ascii="微软雅黑" w:eastAsia="微软雅黑" w:hAnsi="微软雅黑" w:cs="微软雅黑" w:hint="eastAsia"/>
          <w:lang w:eastAsia="zh-CN"/>
        </w:rPr>
        <w:t>产品沿知识树溯源</w:t>
      </w:r>
      <w:r>
        <w:t>"</w:t>
      </w:r>
      <w:r>
        <w:rPr>
          <w:rFonts w:ascii="微软雅黑" w:eastAsia="微软雅黑" w:hAnsi="微软雅黑" w:cs="微软雅黑" w:hint="eastAsia"/>
          <w:lang w:eastAsia="zh-CN"/>
        </w:rPr>
        <w:t>的学生任务，落实到本学科</w:t>
      </w:r>
      <w:r>
        <w:t>/</w:t>
      </w:r>
      <w:r>
        <w:rPr>
          <w:rFonts w:ascii="微软雅黑" w:eastAsia="微软雅黑" w:hAnsi="微软雅黑" w:cs="微软雅黑" w:hint="eastAsia"/>
          <w:lang w:eastAsia="zh-CN"/>
        </w:rPr>
        <w:t>本校学段的教案片段。</w:t>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：追根溯源</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两大源头（维纳</w:t>
            </w:r>
            <w:r>
              <w:rPr>
                <w:sz w:val="18"/>
              </w:rPr>
              <w:t xml:space="preserve"> </w:t>
            </w:r>
            <w:r>
              <w:rPr>
                <w:sz w:val="18"/>
              </w:rPr>
              <w:t>/</w:t>
            </w:r>
            <w:r>
              <w:rPr>
                <w:sz w:val="18"/>
              </w:rPr>
              <w:t xml:space="preserve"> </w:t>
            </w:r>
            <w:r>
              <w:rPr>
                <w:sz w:val="18"/>
              </w:rPr>
              <w:t>香农）、图灵破译</w:t>
            </w:r>
            <w:r>
              <w:rPr>
                <w:sz w:val="18"/>
              </w:rPr>
              <w:t xml:space="preserve"> </w:t>
            </w:r>
            <w:r>
              <w:rPr>
                <w:sz w:val="18"/>
              </w:rPr>
              <w:t>Enigma</w:t>
            </w:r>
            <w:r>
              <w:rPr>
                <w:sz w:val="18"/>
              </w:rPr>
              <w:t xml:space="preserve"> </w:t>
            </w:r>
            <w:r>
              <w:rPr>
                <w:sz w:val="18"/>
              </w:rPr>
              <w:t>与图灵测试、达特茅斯会议</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列出</w:t>
            </w:r>
            <w:r>
              <w:rPr>
                <w:sz w:val="18"/>
              </w:rPr>
              <w:t xml:space="preserve"> </w:t>
            </w:r>
            <w:r>
              <w:rPr>
                <w:sz w:val="18"/>
              </w:rPr>
              <w:t>"</w:t>
            </w:r>
            <w:r>
              <w:rPr>
                <w:sz w:val="18"/>
              </w:rPr>
              <w:t xml:space="preserve"> </w:t>
            </w:r>
            <w:r>
              <w:rPr>
                <w:sz w:val="18"/>
              </w:rPr>
              <w:t>人物</w:t>
            </w:r>
            <w:r>
              <w:rPr>
                <w:sz w:val="18"/>
              </w:rPr>
              <w:t xml:space="preserve"> </w:t>
            </w:r>
            <w:r>
              <w:rPr>
                <w:sz w:val="18"/>
              </w:rPr>
              <w:t>—</w:t>
            </w:r>
            <w:r>
              <w:rPr>
                <w:sz w:val="18"/>
              </w:rPr>
              <w:t xml:space="preserve"> </w:t>
            </w:r>
            <w:r>
              <w:rPr>
                <w:sz w:val="18"/>
              </w:rPr>
              <w:t>年份</w:t>
            </w:r>
            <w:r>
              <w:rPr>
                <w:sz w:val="18"/>
              </w:rPr>
              <w:t xml:space="preserve"> </w:t>
            </w:r>
            <w:r>
              <w:rPr>
                <w:sz w:val="18"/>
              </w:rPr>
              <w:t>—</w:t>
            </w:r>
            <w:r>
              <w:rPr>
                <w:sz w:val="18"/>
              </w:rPr>
              <w:t xml:space="preserve"> </w:t>
            </w:r>
            <w:r>
              <w:rPr>
                <w:sz w:val="18"/>
              </w:rPr>
              <w:t>贡献</w:t>
            </w:r>
            <w:r>
              <w:rPr>
                <w:sz w:val="18"/>
              </w:rPr>
              <w:t xml:space="preserve"> </w:t>
            </w:r>
            <w:r>
              <w:rPr>
                <w:sz w:val="18"/>
              </w:rPr>
              <w:t>"</w:t>
            </w:r>
            <w:r>
              <w:rPr>
                <w:sz w:val="18"/>
              </w:rPr>
              <w:t xml:space="preserve"> </w:t>
            </w:r>
            <w:r>
              <w:rPr>
                <w:sz w:val="18"/>
              </w:rPr>
              <w:t>三列速记表，标出</w:t>
            </w:r>
            <w:r>
              <w:rPr>
                <w:sz w:val="18"/>
              </w:rPr>
              <w:t xml:space="preserve"> </w:t>
            </w:r>
            <w:r>
              <w:rPr>
                <w:sz w:val="18"/>
              </w:rPr>
              <w:t>"</w:t>
            </w:r>
            <w:r>
              <w:rPr>
                <w:sz w:val="18"/>
              </w:rPr>
              <w:t xml:space="preserve"> </w:t>
            </w:r>
            <w:r>
              <w:rPr>
                <w:sz w:val="18"/>
              </w:rPr>
              <w:t>数派</w:t>
            </w:r>
            <w:r>
              <w:rPr>
                <w:sz w:val="18"/>
              </w:rPr>
              <w:t xml:space="preserve"> </w:t>
            </w:r>
            <w:r>
              <w:rPr>
                <w:sz w:val="18"/>
              </w:rPr>
              <w:t>"</w:t>
            </w:r>
            <w:r>
              <w:rPr>
                <w:sz w:val="18"/>
              </w:rPr>
              <w:t xml:space="preserve"> </w:t>
            </w:r>
            <w:r>
              <w:rPr>
                <w:sz w:val="18"/>
              </w:rPr>
              <w:t>所指道路</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：兴衰与三视角</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发展曲线（春天</w:t>
            </w:r>
            <w:r>
              <w:rPr>
                <w:sz w:val="18"/>
              </w:rPr>
              <w:t xml:space="preserve"> </w:t>
            </w:r>
            <w:r>
              <w:rPr>
                <w:sz w:val="18"/>
              </w:rPr>
              <w:t>/</w:t>
            </w:r>
            <w:r>
              <w:rPr>
                <w:sz w:val="18"/>
              </w:rPr>
              <w:t xml:space="preserve"> </w:t>
            </w:r>
            <w:r>
              <w:rPr>
                <w:sz w:val="18"/>
              </w:rPr>
              <w:t>冬天）、心理</w:t>
            </w:r>
            <w:r>
              <w:rPr>
                <w:sz w:val="18"/>
              </w:rPr>
              <w:t xml:space="preserve"> </w:t>
            </w:r>
            <w:r>
              <w:rPr>
                <w:sz w:val="18"/>
              </w:rPr>
              <w:t>/</w:t>
            </w:r>
            <w:r>
              <w:rPr>
                <w:sz w:val="18"/>
              </w:rPr>
              <w:t xml:space="preserve"> </w:t>
            </w:r>
            <w:r>
              <w:rPr>
                <w:sz w:val="18"/>
              </w:rPr>
              <w:t>认知</w:t>
            </w:r>
            <w:r>
              <w:rPr>
                <w:sz w:val="18"/>
              </w:rPr>
              <w:t xml:space="preserve"> </w:t>
            </w:r>
            <w:r>
              <w:rPr>
                <w:sz w:val="18"/>
              </w:rPr>
              <w:t>/</w:t>
            </w:r>
            <w:r>
              <w:rPr>
                <w:sz w:val="18"/>
              </w:rPr>
              <w:t xml:space="preserve"> </w:t>
            </w:r>
            <w:r>
              <w:rPr>
                <w:sz w:val="18"/>
              </w:rPr>
              <w:t>数据三视角、脑神经元数据</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用箭头画出三视角对应的技术形态（机械大脑</w:t>
            </w:r>
            <w:r>
              <w:rPr>
                <w:sz w:val="18"/>
              </w:rPr>
              <w:t xml:space="preserve"> </w:t>
            </w:r>
            <w:r>
              <w:rPr>
                <w:sz w:val="18"/>
              </w:rPr>
              <w:t>→</w:t>
            </w:r>
            <w:r>
              <w:rPr>
                <w:sz w:val="18"/>
              </w:rPr>
              <w:t xml:space="preserve"> </w:t>
            </w:r>
            <w:r>
              <w:rPr>
                <w:sz w:val="18"/>
              </w:rPr>
              <w:t>专家系统</w:t>
            </w:r>
            <w:r>
              <w:rPr>
                <w:sz w:val="18"/>
              </w:rPr>
              <w:t xml:space="preserve"> </w:t>
            </w:r>
            <w:r>
              <w:rPr>
                <w:sz w:val="18"/>
              </w:rPr>
              <w:t>→</w:t>
            </w:r>
            <w:r>
              <w:rPr>
                <w:sz w:val="18"/>
              </w:rPr>
              <w:t xml:space="preserve"> </w:t>
            </w:r>
            <w:r>
              <w:rPr>
                <w:sz w:val="18"/>
              </w:rPr>
              <w:t>深度学习）</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：知识树取法</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果</w:t>
            </w:r>
            <w:r>
              <w:rPr>
                <w:sz w:val="18"/>
              </w:rPr>
              <w:t xml:space="preserve"> </w:t>
            </w:r>
            <w:r>
              <w:rPr>
                <w:sz w:val="18"/>
              </w:rPr>
              <w:t>—</w:t>
            </w:r>
            <w:r>
              <w:rPr>
                <w:sz w:val="18"/>
              </w:rPr>
              <w:t xml:space="preserve"> </w:t>
            </w:r>
            <w:r>
              <w:rPr>
                <w:sz w:val="18"/>
              </w:rPr>
              <w:t>花</w:t>
            </w:r>
            <w:r>
              <w:rPr>
                <w:sz w:val="18"/>
              </w:rPr>
              <w:t xml:space="preserve"> </w:t>
            </w:r>
            <w:r>
              <w:rPr>
                <w:sz w:val="18"/>
              </w:rPr>
              <w:t>—</w:t>
            </w:r>
            <w:r>
              <w:rPr>
                <w:sz w:val="18"/>
              </w:rPr>
              <w:t xml:space="preserve"> </w:t>
            </w:r>
            <w:r>
              <w:rPr>
                <w:sz w:val="18"/>
              </w:rPr>
              <w:t>叶</w:t>
            </w:r>
            <w:r>
              <w:rPr>
                <w:sz w:val="18"/>
              </w:rPr>
              <w:t xml:space="preserve"> </w:t>
            </w:r>
            <w:r>
              <w:rPr>
                <w:sz w:val="18"/>
              </w:rPr>
              <w:t>—</w:t>
            </w:r>
            <w:r>
              <w:rPr>
                <w:sz w:val="18"/>
              </w:rPr>
              <w:t xml:space="preserve"> </w:t>
            </w:r>
            <w:r>
              <w:rPr>
                <w:sz w:val="18"/>
              </w:rPr>
              <w:t>枝</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根</w:t>
            </w:r>
            <w:r>
              <w:rPr>
                <w:sz w:val="18"/>
              </w:rPr>
              <w:t xml:space="preserve"> </w:t>
            </w:r>
            <w:r>
              <w:rPr>
                <w:sz w:val="18"/>
              </w:rPr>
              <w:t>"</w:t>
            </w:r>
            <w:r>
              <w:rPr>
                <w:sz w:val="18"/>
              </w:rPr>
              <w:t xml:space="preserve"> </w:t>
            </w:r>
            <w:r>
              <w:rPr>
                <w:sz w:val="18"/>
              </w:rPr>
              <w:t>的讲解逻辑与教学启示</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抄录</w:t>
            </w:r>
            <w:r>
              <w:rPr>
                <w:sz w:val="18"/>
              </w:rPr>
              <w:t xml:space="preserve"> </w:t>
            </w:r>
            <w:r>
              <w:rPr>
                <w:sz w:val="18"/>
              </w:rPr>
              <w:t>"</w:t>
            </w:r>
            <w:r>
              <w:rPr>
                <w:sz w:val="18"/>
              </w:rPr>
              <w:t xml:space="preserve"> </w:t>
            </w:r>
            <w:r>
              <w:rPr>
                <w:sz w:val="18"/>
              </w:rPr>
              <w:t>从果到花、到叶、到枝、到干、到根一直往下追</w:t>
            </w:r>
            <w:r>
              <w:rPr>
                <w:sz w:val="18"/>
              </w:rPr>
              <w:t xml:space="preserve"> </w:t>
            </w:r>
            <w:r>
              <w:rPr>
                <w:sz w:val="18"/>
              </w:rPr>
              <w:t>"</w:t>
            </w:r>
            <w:r>
              <w:rPr>
                <w:sz w:val="18"/>
              </w:rPr>
              <w:t xml:space="preserve"> </w:t>
            </w:r>
            <w:r>
              <w:rPr>
                <w:sz w:val="18"/>
              </w:rPr>
              <w:t>原句，画一棵简笔画知识树</w:t>
            </w:r>
          </w:p>
        </w:tc>
      </w:tr>
    </w:tbl>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"AI</w:t>
            </w:r>
            <w:r>
              <w:rPr>
                <w:sz w:val="18"/>
              </w:rPr>
              <w:t xml:space="preserve"> </w:t>
            </w:r>
            <w:r>
              <w:rPr>
                <w:sz w:val="18"/>
              </w:rPr>
              <w:t>从哪里来</w:t>
            </w:r>
            <w:r>
              <w:rPr>
                <w:sz w:val="18"/>
              </w:rPr>
              <w:t xml:space="preserve"> </w:t>
            </w:r>
            <w:r>
              <w:rPr>
                <w:sz w:val="18"/>
              </w:rPr>
              <w:t>"</w:t>
            </w:r>
            <w:r>
              <w:rPr>
                <w:sz w:val="18"/>
              </w:rPr>
              <w:t xml:space="preserve"> </w:t>
            </w:r>
            <w:r>
              <w:rPr>
                <w:sz w:val="18"/>
              </w:rPr>
              <w:t>头脑风暴：教师用</w:t>
            </w:r>
            <w:r>
              <w:rPr>
                <w:sz w:val="18"/>
              </w:rPr>
              <w:t xml:space="preserve"> </w:t>
            </w:r>
            <w:r>
              <w:rPr>
                <w:sz w:val="18"/>
              </w:rPr>
              <w:t>1</w:t>
            </w:r>
            <w:r>
              <w:rPr>
                <w:sz w:val="18"/>
              </w:rPr>
              <w:t xml:space="preserve"> </w:t>
            </w:r>
            <w:r>
              <w:rPr>
                <w:sz w:val="18"/>
              </w:rPr>
              <w:t>个词</w:t>
            </w:r>
            <w:r>
              <w:rPr>
                <w:sz w:val="18"/>
              </w:rPr>
              <w:t xml:space="preserve"> </w:t>
            </w:r>
            <w:r>
              <w:rPr>
                <w:sz w:val="18"/>
              </w:rPr>
              <w:t>/1</w:t>
            </w:r>
            <w:r>
              <w:rPr>
                <w:sz w:val="18"/>
              </w:rPr>
              <w:t xml:space="preserve"> </w:t>
            </w:r>
            <w:r>
              <w:rPr>
                <w:sz w:val="18"/>
              </w:rPr>
              <w:t>个人名接力说出对</w:t>
            </w:r>
            <w:r>
              <w:rPr>
                <w:sz w:val="18"/>
              </w:rPr>
              <w:t xml:space="preserve"> </w:t>
            </w:r>
            <w:r>
              <w:rPr>
                <w:sz w:val="18"/>
              </w:rPr>
              <w:t>AI</w:t>
            </w:r>
            <w:r>
              <w:rPr>
                <w:sz w:val="18"/>
              </w:rPr>
              <w:t xml:space="preserve"> </w:t>
            </w:r>
            <w:r>
              <w:rPr>
                <w:sz w:val="18"/>
              </w:rPr>
              <w:t>起源的印象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主持人板书画</w:t>
            </w:r>
            <w:r>
              <w:rPr>
                <w:sz w:val="18"/>
              </w:rPr>
              <w:t xml:space="preserve"> </w:t>
            </w:r>
            <w:r>
              <w:rPr>
                <w:sz w:val="18"/>
              </w:rPr>
              <w:t>"</w:t>
            </w:r>
            <w:r>
              <w:rPr>
                <w:sz w:val="18"/>
              </w:rPr>
              <w:t xml:space="preserve"> </w:t>
            </w:r>
            <w:r>
              <w:rPr>
                <w:sz w:val="18"/>
              </w:rPr>
              <w:t>源头猜想树</w:t>
            </w:r>
            <w:r>
              <w:rPr>
                <w:sz w:val="18"/>
              </w:rPr>
              <w:t xml:space="preserve"> </w:t>
            </w:r>
            <w:r>
              <w:rPr>
                <w:sz w:val="18"/>
              </w:rPr>
              <w:t>"</w:t>
            </w:r>
            <w:r>
              <w:rPr>
                <w:sz w:val="18"/>
              </w:rPr>
              <w:t xml:space="preserve"> </w:t>
            </w:r>
            <w:r>
              <w:rPr>
                <w:sz w:val="18"/>
              </w:rPr>
              <w:t>，预留后续修正空间</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2</w:t>
            </w:r>
            <w:r>
              <w:rPr>
                <w:sz w:val="18"/>
              </w:rPr>
              <w:t xml:space="preserve"> </w:t>
            </w:r>
            <w:r>
              <w:rPr>
                <w:sz w:val="18"/>
              </w:rPr>
              <w:t>讲《人工智能的源头和历史》（</w:t>
            </w:r>
            <w:r>
              <w:rPr>
                <w:sz w:val="18"/>
              </w:rPr>
              <w:t xml:space="preserve"> </w:t>
            </w:r>
            <w:r>
              <w:rPr>
                <w:sz w:val="18"/>
              </w:rPr>
              <w:t>12</w:t>
            </w:r>
            <w:r>
              <w:rPr>
                <w:sz w:val="18"/>
              </w:rPr>
              <w:t xml:space="preserve"> </w:t>
            </w:r>
            <w:r>
              <w:rPr>
                <w:sz w:val="18"/>
              </w:rPr>
              <w:t>分</w:t>
            </w:r>
            <w:r>
              <w:rPr>
                <w:sz w:val="18"/>
              </w:rPr>
              <w:t xml:space="preserve"> </w:t>
            </w:r>
            <w:r>
              <w:rPr>
                <w:sz w:val="18"/>
              </w:rPr>
              <w:t>40</w:t>
            </w:r>
            <w:r>
              <w:rPr>
                <w:sz w:val="18"/>
              </w:rPr>
              <w:t xml:space="preserve"> </w:t>
            </w:r>
            <w:r>
              <w:rPr>
                <w:sz w:val="18"/>
              </w:rPr>
              <w:t>秒），同步填任务单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重点暂停：</w:t>
            </w:r>
            <w:r>
              <w:rPr>
                <w:sz w:val="18"/>
              </w:rPr>
              <w:t xml:space="preserve"> </w:t>
            </w:r>
            <w:r>
              <w:rPr>
                <w:sz w:val="18"/>
              </w:rPr>
              <w:t>01:40</w:t>
            </w:r>
            <w:r>
              <w:rPr>
                <w:sz w:val="18"/>
              </w:rPr>
              <w:t xml:space="preserve"> </w:t>
            </w:r>
            <w:r>
              <w:rPr>
                <w:sz w:val="18"/>
              </w:rPr>
              <w:t>（两源头）、</w:t>
            </w:r>
            <w:r>
              <w:rPr>
                <w:sz w:val="18"/>
              </w:rPr>
              <w:t xml:space="preserve"> </w:t>
            </w:r>
            <w:r>
              <w:rPr>
                <w:sz w:val="18"/>
              </w:rPr>
              <w:t>03:20</w:t>
            </w:r>
            <w:r>
              <w:rPr>
                <w:sz w:val="18"/>
              </w:rPr>
              <w:t xml:space="preserve"> </w:t>
            </w:r>
            <w:r>
              <w:rPr>
                <w:sz w:val="18"/>
              </w:rPr>
              <w:t>（图灵</w:t>
            </w:r>
            <w:r>
              <w:rPr>
                <w:sz w:val="18"/>
              </w:rPr>
              <w:t xml:space="preserve"> </w:t>
            </w:r>
            <w:r>
              <w:rPr>
                <w:sz w:val="18"/>
              </w:rPr>
              <w:t>/</w:t>
            </w:r>
            <w:r>
              <w:rPr>
                <w:sz w:val="18"/>
              </w:rPr>
              <w:t xml:space="preserve"> </w:t>
            </w:r>
            <w:r>
              <w:rPr>
                <w:sz w:val="18"/>
              </w:rPr>
              <w:t>达特茅斯）、</w:t>
            </w:r>
            <w:r>
              <w:rPr>
                <w:sz w:val="18"/>
              </w:rPr>
              <w:t xml:space="preserve"> </w:t>
            </w:r>
            <w:r>
              <w:rPr>
                <w:sz w:val="18"/>
              </w:rPr>
              <w:t>05:20</w:t>
            </w:r>
            <w:r>
              <w:rPr>
                <w:sz w:val="18"/>
              </w:rPr>
              <w:t xml:space="preserve"> </w:t>
            </w:r>
            <w:r>
              <w:rPr>
                <w:sz w:val="18"/>
              </w:rPr>
              <w:t>（三视角）、</w:t>
            </w:r>
            <w:r>
              <w:rPr>
                <w:sz w:val="18"/>
              </w:rPr>
              <w:t xml:space="preserve"> </w:t>
            </w:r>
            <w:r>
              <w:rPr>
                <w:sz w:val="18"/>
              </w:rPr>
              <w:t>09:50</w:t>
            </w:r>
            <w:r>
              <w:rPr>
                <w:sz w:val="18"/>
              </w:rPr>
              <w:t xml:space="preserve"> </w:t>
            </w:r>
            <w:r>
              <w:rPr>
                <w:sz w:val="18"/>
              </w:rPr>
              <w:t>（知识树）</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分组还原</w:t>
            </w:r>
            <w:r>
              <w:rPr>
                <w:sz w:val="18"/>
              </w:rPr>
              <w:t xml:space="preserve"> </w:t>
            </w:r>
            <w:r>
              <w:rPr>
                <w:sz w:val="18"/>
              </w:rPr>
              <w:t>"</w:t>
            </w:r>
            <w:r>
              <w:rPr>
                <w:sz w:val="18"/>
              </w:rPr>
              <w:t xml:space="preserve"> </w:t>
            </w:r>
            <w:r>
              <w:rPr>
                <w:sz w:val="18"/>
              </w:rPr>
              <w:t>时间轴</w:t>
            </w:r>
            <w:r>
              <w:rPr>
                <w:sz w:val="18"/>
              </w:rPr>
              <w:t xml:space="preserve"> </w:t>
            </w:r>
            <w:r>
              <w:rPr>
                <w:sz w:val="18"/>
              </w:rPr>
              <w:t>+</w:t>
            </w:r>
            <w:r>
              <w:rPr>
                <w:sz w:val="18"/>
              </w:rPr>
              <w:t xml:space="preserve"> </w:t>
            </w:r>
            <w:r>
              <w:rPr>
                <w:sz w:val="18"/>
              </w:rPr>
              <w:t>知识树</w:t>
            </w:r>
            <w:r>
              <w:rPr>
                <w:sz w:val="18"/>
              </w:rPr>
              <w:t xml:space="preserve"> </w:t>
            </w:r>
            <w:r>
              <w:rPr>
                <w:sz w:val="18"/>
              </w:rPr>
              <w:t>"</w:t>
            </w:r>
            <w:r>
              <w:rPr>
                <w:sz w:val="18"/>
              </w:rPr>
              <w:t xml:space="preserve"> </w:t>
            </w:r>
            <w:r>
              <w:rPr>
                <w:sz w:val="18"/>
              </w:rPr>
              <w:t>：一组梳理人物事件轴，一组绘制知识树并标层级</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提供空白时间轴海报与知识树模板；鼓励引用原视频金句</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给一个</w:t>
            </w:r>
            <w:r>
              <w:rPr>
                <w:sz w:val="18"/>
              </w:rPr>
              <w:t xml:space="preserve"> </w:t>
            </w:r>
            <w:r>
              <w:rPr>
                <w:sz w:val="18"/>
              </w:rPr>
              <w:t>AI</w:t>
            </w:r>
            <w:r>
              <w:rPr>
                <w:sz w:val="18"/>
              </w:rPr>
              <w:t xml:space="preserve"> </w:t>
            </w:r>
            <w:r>
              <w:rPr>
                <w:sz w:val="18"/>
              </w:rPr>
              <w:t>产品溯源</w:t>
            </w:r>
            <w:r>
              <w:rPr>
                <w:sz w:val="18"/>
              </w:rPr>
              <w:t xml:space="preserve"> </w:t>
            </w:r>
            <w:r>
              <w:rPr>
                <w:sz w:val="18"/>
              </w:rPr>
              <w:t>"</w:t>
            </w:r>
            <w:r>
              <w:rPr>
                <w:sz w:val="18"/>
              </w:rPr>
              <w:t xml:space="preserve"> </w:t>
            </w:r>
            <w:r>
              <w:rPr>
                <w:sz w:val="18"/>
              </w:rPr>
              <w:t>工作坊：各组抽选</w:t>
            </w:r>
            <w:r>
              <w:rPr>
                <w:sz w:val="18"/>
              </w:rPr>
              <w:t xml:space="preserve"> </w:t>
            </w:r>
            <w:r>
              <w:rPr>
                <w:sz w:val="18"/>
              </w:rPr>
              <w:t>AlphaGo/</w:t>
            </w:r>
            <w:r>
              <w:rPr>
                <w:sz w:val="18"/>
              </w:rPr>
              <w:t xml:space="preserve"> </w:t>
            </w:r>
            <w:r>
              <w:rPr>
                <w:sz w:val="18"/>
              </w:rPr>
              <w:t>人脸识别</w:t>
            </w:r>
            <w:r>
              <w:rPr>
                <w:sz w:val="18"/>
              </w:rPr>
              <w:t xml:space="preserve"> </w:t>
            </w:r>
            <w:r>
              <w:rPr>
                <w:sz w:val="18"/>
              </w:rPr>
              <w:t>/DeepSeek</w:t>
            </w:r>
            <w:r>
              <w:rPr>
                <w:sz w:val="18"/>
              </w:rPr>
              <w:t xml:space="preserve"> </w:t>
            </w:r>
            <w:r>
              <w:rPr>
                <w:sz w:val="18"/>
              </w:rPr>
              <w:t>等，沿</w:t>
            </w:r>
            <w:r>
              <w:rPr>
                <w:sz w:val="18"/>
              </w:rPr>
              <w:t xml:space="preserve"> </w:t>
            </w:r>
            <w:r>
              <w:rPr>
                <w:sz w:val="18"/>
              </w:rPr>
              <w:t>"</w:t>
            </w:r>
            <w:r>
              <w:rPr>
                <w:sz w:val="18"/>
              </w:rPr>
              <w:t xml:space="preserve"> </w:t>
            </w:r>
            <w:r>
              <w:rPr>
                <w:sz w:val="18"/>
              </w:rPr>
              <w:t>果</w:t>
            </w:r>
            <w:r>
              <w:rPr>
                <w:sz w:val="18"/>
              </w:rPr>
              <w:t xml:space="preserve"> </w:t>
            </w:r>
            <w:r>
              <w:rPr>
                <w:sz w:val="18"/>
              </w:rPr>
              <w:t>→</w:t>
            </w:r>
            <w:r>
              <w:rPr>
                <w:sz w:val="18"/>
              </w:rPr>
              <w:t xml:space="preserve"> </w:t>
            </w:r>
            <w:r>
              <w:rPr>
                <w:sz w:val="18"/>
              </w:rPr>
              <w:t>根</w:t>
            </w:r>
            <w:r>
              <w:rPr>
                <w:sz w:val="18"/>
              </w:rPr>
              <w:t xml:space="preserve"> </w:t>
            </w:r>
            <w:r>
              <w:rPr>
                <w:sz w:val="18"/>
              </w:rPr>
              <w:t>"</w:t>
            </w:r>
            <w:r>
              <w:rPr>
                <w:sz w:val="18"/>
              </w:rPr>
              <w:t xml:space="preserve"> </w:t>
            </w:r>
            <w:r>
              <w:rPr>
                <w:sz w:val="18"/>
              </w:rPr>
              <w:t>写溯源卡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要求每张卡至少追到</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（原理）或</w:t>
            </w:r>
            <w:r>
              <w:rPr>
                <w:sz w:val="18"/>
              </w:rPr>
              <w:t xml:space="preserve"> </w:t>
            </w:r>
            <w:r>
              <w:rPr>
                <w:sz w:val="18"/>
              </w:rPr>
              <w:t>"</w:t>
            </w:r>
            <w:r>
              <w:rPr>
                <w:sz w:val="18"/>
              </w:rPr>
              <w:t xml:space="preserve"> </w:t>
            </w:r>
            <w:r>
              <w:rPr>
                <w:sz w:val="18"/>
              </w:rPr>
              <w:t>根</w:t>
            </w:r>
            <w:r>
              <w:rPr>
                <w:sz w:val="18"/>
              </w:rPr>
              <w:t xml:space="preserve"> </w:t>
            </w:r>
            <w:r>
              <w:rPr>
                <w:sz w:val="18"/>
              </w:rPr>
              <w:t>"</w:t>
            </w:r>
            <w:r>
              <w:rPr>
                <w:sz w:val="18"/>
              </w:rPr>
              <w:t xml:space="preserve"> </w:t>
            </w:r>
            <w:r>
              <w:rPr>
                <w:sz w:val="18"/>
              </w:rPr>
              <w:t>（源头），禁止只停在产品层</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各组展示溯源卡；教研员以</w:t>
            </w:r>
            <w:r>
              <w:rPr>
                <w:sz w:val="18"/>
              </w:rPr>
              <w:t xml:space="preserve"> </w:t>
            </w:r>
            <w:r>
              <w:rPr>
                <w:sz w:val="18"/>
              </w:rPr>
              <w:t>"</w:t>
            </w:r>
            <w:r>
              <w:rPr>
                <w:sz w:val="18"/>
              </w:rPr>
              <w:t xml:space="preserve"> </w:t>
            </w:r>
            <w:r>
              <w:rPr>
                <w:sz w:val="18"/>
              </w:rPr>
              <w:t>只讲产品讲不清道理</w:t>
            </w:r>
            <w:r>
              <w:rPr>
                <w:sz w:val="18"/>
              </w:rPr>
              <w:t xml:space="preserve"> </w:t>
            </w:r>
            <w:r>
              <w:rPr>
                <w:sz w:val="18"/>
              </w:rPr>
              <w:t>"</w:t>
            </w:r>
            <w:r>
              <w:rPr>
                <w:sz w:val="18"/>
              </w:rPr>
              <w:t xml:space="preserve"> </w:t>
            </w:r>
            <w:r>
              <w:rPr>
                <w:sz w:val="18"/>
              </w:rPr>
              <w:t>警示收束；布置作业</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汇总时间轴与知识树图，形成校本《</w:t>
            </w:r>
            <w:r>
              <w:rPr>
                <w:sz w:val="18"/>
              </w:rPr>
              <w:t xml:space="preserve"> </w:t>
            </w:r>
            <w:r>
              <w:rPr>
                <w:sz w:val="18"/>
              </w:rPr>
              <w:t>AI</w:t>
            </w:r>
            <w:r>
              <w:rPr>
                <w:sz w:val="18"/>
              </w:rPr>
              <w:t xml:space="preserve"> </w:t>
            </w:r>
            <w:r>
              <w:rPr>
                <w:sz w:val="18"/>
              </w:rPr>
              <w:t>学科史图谱》初稿</w:t>
            </w:r>
          </w:p>
        </w:tc>
      </w:tr>
    </w:tbl>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：词云接力</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说到人工智能的</w:t>
      </w:r>
      <w:r>
        <w:t>'</w:t>
      </w:r>
      <w:r>
        <w:rPr>
          <w:rFonts w:ascii="微软雅黑" w:eastAsia="微软雅黑" w:hAnsi="微软雅黑" w:cs="微软雅黑" w:hint="eastAsia"/>
          <w:lang w:eastAsia="zh-CN"/>
        </w:rPr>
        <w:t>源头</w:t>
      </w:r>
      <w:r>
        <w:t>'</w:t>
      </w:r>
      <w:r>
        <w:rPr>
          <w:rFonts w:ascii="微软雅黑" w:eastAsia="微软雅黑" w:hAnsi="微软雅黑" w:cs="微软雅黑" w:hint="eastAsia"/>
          <w:lang w:eastAsia="zh-CN"/>
        </w:rPr>
        <w:t>，你最先想到什么？</w:t>
      </w:r>
      <w:r>
        <w:t>"——</w:t>
      </w:r>
      <w:r>
        <w:rPr>
          <w:rFonts w:ascii="微软雅黑" w:eastAsia="微软雅黑" w:hAnsi="微软雅黑" w:cs="微软雅黑" w:hint="eastAsia"/>
          <w:lang w:eastAsia="zh-CN"/>
        </w:rPr>
        <w:t>限时</w:t>
      </w:r>
      <w:r>
        <w:t>1</w:t>
      </w:r>
      <w:r>
        <w:rPr>
          <w:rFonts w:ascii="微软雅黑" w:eastAsia="微软雅黑" w:hAnsi="微软雅黑" w:cs="微软雅黑" w:hint="eastAsia"/>
          <w:lang w:eastAsia="zh-CN"/>
        </w:rPr>
        <w:t>分钟，教师轮流说出人名、年份或概念，主持人实时投屏成词云。</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：制造</w:t>
      </w:r>
      <w:r>
        <w:t>"</w:t>
      </w:r>
      <w:r>
        <w:rPr>
          <w:rFonts w:ascii="微软雅黑" w:eastAsia="微软雅黑" w:hAnsi="微软雅黑" w:cs="微软雅黑" w:hint="eastAsia"/>
          <w:lang w:eastAsia="zh-CN"/>
        </w:rPr>
        <w:t>源头多元、认知零散</w:t>
      </w:r>
      <w:r>
        <w:t>"</w:t>
      </w:r>
      <w:r>
        <w:rPr>
          <w:rFonts w:ascii="微软雅黑" w:eastAsia="微软雅黑" w:hAnsi="微软雅黑" w:cs="微软雅黑" w:hint="eastAsia"/>
          <w:lang w:eastAsia="zh-CN"/>
        </w:rPr>
        <w:t>的现场感受，引出</w:t>
      </w:r>
      <w:r>
        <w:t>"</w:t>
      </w:r>
      <w:r>
        <w:rPr>
          <w:rFonts w:ascii="微软雅黑" w:eastAsia="微软雅黑" w:hAnsi="微软雅黑" w:cs="微软雅黑" w:hint="eastAsia"/>
          <w:lang w:eastAsia="zh-CN"/>
        </w:rPr>
        <w:t>需要结构化理解学科史</w:t>
      </w:r>
      <w:r>
        <w:t>"</w:t>
      </w:r>
      <w:r>
        <w:rPr>
          <w:rFonts w:ascii="微软雅黑" w:eastAsia="微软雅黑" w:hAnsi="微软雅黑" w:cs="微软雅黑" w:hint="eastAsia"/>
          <w:lang w:eastAsia="zh-CN"/>
        </w:rPr>
        <w:t>的必要性，呼应视频</w:t>
      </w:r>
      <w:r>
        <w:t>"</w:t>
      </w:r>
      <w:r>
        <w:rPr>
          <w:rFonts w:ascii="微软雅黑" w:eastAsia="微软雅黑" w:hAnsi="微软雅黑" w:cs="微软雅黑" w:hint="eastAsia"/>
          <w:lang w:eastAsia="zh-CN"/>
        </w:rPr>
        <w:t>回答它从哪里来</w:t>
      </w:r>
      <w:r>
        <w:t>"</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：双线复原（时间轴线</w:t>
      </w:r>
      <w:r>
        <w:t xml:space="preserve"> + </w:t>
      </w:r>
      <w:r>
        <w:rPr>
          <w:rFonts w:ascii="微软雅黑" w:eastAsia="微软雅黑" w:hAnsi="微软雅黑" w:cs="微软雅黑" w:hint="eastAsia"/>
          <w:lang w:eastAsia="zh-CN"/>
        </w:rPr>
        <w:t>知识树线）</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：时间轴线聚焦</w:t>
      </w:r>
      <w:r>
        <w:t>"</w:t>
      </w:r>
      <w:r>
        <w:rPr>
          <w:rFonts w:ascii="微软雅黑" w:eastAsia="微软雅黑" w:hAnsi="微软雅黑" w:cs="微软雅黑" w:hint="eastAsia"/>
          <w:lang w:eastAsia="zh-CN"/>
        </w:rPr>
        <w:t>谁在何时做了什么</w:t>
      </w:r>
      <w:r>
        <w:t>"</w:t>
      </w:r>
      <w:r>
        <w:rPr>
          <w:rFonts w:ascii="微软雅黑" w:eastAsia="微软雅黑" w:hAnsi="微软雅黑" w:cs="微软雅黑" w:hint="eastAsia"/>
          <w:lang w:eastAsia="zh-CN"/>
        </w:rPr>
        <w:t>（图灵</w:t>
      </w:r>
      <w:r>
        <w:t>1950</w:t>
      </w:r>
      <w:r>
        <w:rPr>
          <w:rFonts w:ascii="微软雅黑" w:eastAsia="微软雅黑" w:hAnsi="微软雅黑" w:cs="微软雅黑" w:hint="eastAsia"/>
          <w:lang w:eastAsia="zh-CN"/>
        </w:rPr>
        <w:t>、达特茅斯</w:t>
      </w:r>
      <w:r>
        <w:t>1956</w:t>
      </w:r>
      <w:r>
        <w:rPr>
          <w:rFonts w:ascii="微软雅黑" w:eastAsia="微软雅黑" w:hAnsi="微软雅黑" w:cs="微软雅黑" w:hint="eastAsia"/>
          <w:lang w:eastAsia="zh-CN"/>
        </w:rPr>
        <w:t>、深蓝</w:t>
      </w:r>
      <w:r>
        <w:t>1997</w:t>
      </w:r>
      <w:r>
        <w:rPr>
          <w:rFonts w:ascii="微软雅黑" w:eastAsia="微软雅黑" w:hAnsi="微软雅黑" w:cs="微软雅黑" w:hint="eastAsia"/>
          <w:lang w:eastAsia="zh-CN"/>
        </w:rPr>
        <w:t>、</w:t>
      </w:r>
      <w:r>
        <w:t>AlphaGo</w:t>
      </w:r>
      <w:r>
        <w:rPr>
          <w:rFonts w:ascii="微软雅黑" w:eastAsia="微软雅黑" w:hAnsi="微软雅黑" w:cs="微软雅黑" w:hint="eastAsia"/>
          <w:lang w:eastAsia="zh-CN"/>
        </w:rPr>
        <w:t>等）；知识树线聚焦</w:t>
      </w:r>
      <w:r>
        <w:t>"</w:t>
      </w:r>
      <w:r>
        <w:rPr>
          <w:rFonts w:ascii="微软雅黑" w:eastAsia="微软雅黑" w:hAnsi="微软雅黑" w:cs="微软雅黑" w:hint="eastAsia"/>
          <w:lang w:eastAsia="zh-CN"/>
        </w:rPr>
        <w:t>果花叶枝干根</w:t>
      </w:r>
      <w:r>
        <w:t>"</w:t>
      </w:r>
      <w:r>
        <w:rPr>
          <w:rFonts w:ascii="微软雅黑" w:eastAsia="微软雅黑" w:hAnsi="微软雅黑" w:cs="微软雅黑" w:hint="eastAsia"/>
          <w:lang w:eastAsia="zh-CN"/>
        </w:rPr>
        <w:t>的层级归属。</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：理科组主责时间轴、文科组主责知识树，再交叉互讲；用</w:t>
      </w:r>
      <w:r>
        <w:t>"</w:t>
      </w:r>
      <w:r>
        <w:rPr>
          <w:rFonts w:ascii="微软雅黑" w:eastAsia="微软雅黑" w:hAnsi="微软雅黑" w:cs="微软雅黑" w:hint="eastAsia"/>
          <w:lang w:eastAsia="zh-CN"/>
        </w:rPr>
        <w:t>如果没有图灵测试，我们如何判断机器会思考？</w:t>
      </w:r>
      <w:r>
        <w:t>"</w:t>
      </w:r>
      <w:r>
        <w:rPr>
          <w:rFonts w:ascii="微软雅黑" w:eastAsia="微软雅黑" w:hAnsi="微软雅黑" w:cs="微软雅黑" w:hint="eastAsia"/>
          <w:lang w:eastAsia="zh-CN"/>
        </w:rPr>
        <w:t>等比对问题深化。</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：学科溯源卡工作坊</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把学生熟悉的</w:t>
      </w:r>
      <w:r>
        <w:t>AI</w:t>
      </w:r>
      <w:r>
        <w:rPr>
          <w:rFonts w:ascii="微软雅黑" w:eastAsia="微软雅黑" w:hAnsi="微软雅黑" w:cs="微软雅黑" w:hint="eastAsia"/>
          <w:lang w:eastAsia="zh-CN"/>
        </w:rPr>
        <w:t>产品，沿知识树追到根</w:t>
      </w:r>
      <w:r>
        <w:t>"——</w:t>
      </w:r>
      <w:r>
        <w:rPr>
          <w:rFonts w:ascii="微软雅黑" w:eastAsia="微软雅黑" w:hAnsi="微软雅黑" w:cs="微软雅黑" w:hint="eastAsia"/>
          <w:lang w:eastAsia="zh-CN"/>
        </w:rPr>
        <w:t>如数学组选</w:t>
      </w:r>
      <w:r>
        <w:t>"AlphaFold</w:t>
      </w:r>
      <w:r>
        <w:rPr>
          <w:rFonts w:ascii="微软雅黑" w:eastAsia="微软雅黑" w:hAnsi="微软雅黑" w:cs="微软雅黑" w:hint="eastAsia"/>
          <w:lang w:eastAsia="zh-CN"/>
        </w:rPr>
        <w:t>（几何定理机械化证明的延伸）</w:t>
      </w:r>
      <w:r>
        <w:t>"</w:t>
      </w:r>
      <w:r>
        <w:rPr>
          <w:rFonts w:ascii="微软雅黑" w:eastAsia="微软雅黑" w:hAnsi="微软雅黑" w:cs="微软雅黑" w:hint="eastAsia"/>
          <w:lang w:eastAsia="zh-CN"/>
        </w:rPr>
        <w:t>、物理组选</w:t>
      </w:r>
      <w:r>
        <w:t>"</w:t>
      </w:r>
      <w:r>
        <w:rPr>
          <w:rFonts w:ascii="微软雅黑" w:eastAsia="微软雅黑" w:hAnsi="微软雅黑" w:cs="微软雅黑" w:hint="eastAsia"/>
          <w:lang w:eastAsia="zh-CN"/>
        </w:rPr>
        <w:t>世界模型</w:t>
      </w:r>
      <w:r>
        <w:t>"</w:t>
      </w:r>
      <w:r>
        <w:rPr>
          <w:rFonts w:ascii="微软雅黑" w:eastAsia="微软雅黑" w:hAnsi="微软雅黑" w:cs="微软雅黑" w:hint="eastAsia"/>
          <w:lang w:eastAsia="zh-CN"/>
        </w:rPr>
        <w:t>、语文组选</w:t>
      </w:r>
      <w:r>
        <w:t>"ChatGPT</w:t>
      </w:r>
      <w:r>
        <w:rPr>
          <w:rFonts w:ascii="微软雅黑" w:eastAsia="微软雅黑" w:hAnsi="微软雅黑" w:cs="微软雅黑" w:hint="eastAsia"/>
          <w:lang w:eastAsia="zh-CN"/>
        </w:rPr>
        <w:t>（语境学习）</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：完全中学可分初</w:t>
      </w:r>
      <w:r>
        <w:t>/</w:t>
      </w:r>
      <w:r>
        <w:rPr>
          <w:rFonts w:ascii="微软雅黑" w:eastAsia="微软雅黑" w:hAnsi="微软雅黑" w:cs="微软雅黑" w:hint="eastAsia"/>
          <w:lang w:eastAsia="zh-CN"/>
        </w:rPr>
        <w:t>高中学段设计不同深度；初中侧重</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的趣味溯源，高中可下探至</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的原理层。</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：教学警示复盘</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：回看</w:t>
      </w:r>
      <w:r>
        <w:t>"</w:t>
      </w:r>
      <w:r>
        <w:rPr>
          <w:rFonts w:ascii="微软雅黑" w:eastAsia="微软雅黑" w:hAnsi="微软雅黑" w:cs="微软雅黑" w:hint="eastAsia"/>
          <w:lang w:eastAsia="zh-CN"/>
        </w:rPr>
        <w:t>只介绍产品你也讲不清背后的道理</w:t>
      </w:r>
      <w:r>
        <w:t>"——</w:t>
      </w:r>
      <w:r>
        <w:rPr>
          <w:rFonts w:ascii="微软雅黑" w:eastAsia="微软雅黑" w:hAnsi="微软雅黑" w:cs="微软雅黑" w:hint="eastAsia"/>
          <w:lang w:eastAsia="zh-CN"/>
        </w:rPr>
        <w:t>反思自己过往课堂是否</w:t>
      </w:r>
      <w:r>
        <w:t>"</w:t>
      </w:r>
      <w:r>
        <w:rPr>
          <w:rFonts w:ascii="微软雅黑" w:eastAsia="微软雅黑" w:hAnsi="微软雅黑" w:cs="微软雅黑" w:hint="eastAsia"/>
          <w:lang w:eastAsia="zh-CN"/>
        </w:rPr>
        <w:t>停在果上</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：每人写一条</w:t>
      </w:r>
      <w:r>
        <w:t>"</w:t>
      </w:r>
      <w:r>
        <w:rPr>
          <w:rFonts w:ascii="微软雅黑" w:eastAsia="微软雅黑" w:hAnsi="微软雅黑" w:cs="微软雅黑" w:hint="eastAsia"/>
          <w:lang w:eastAsia="zh-CN"/>
        </w:rPr>
        <w:t>下次备课我会在</w:t>
      </w:r>
      <w:r>
        <w:t>__</w:t>
      </w:r>
      <w:r>
        <w:rPr>
          <w:rFonts w:ascii="微软雅黑" w:eastAsia="微软雅黑" w:hAnsi="微软雅黑" w:cs="微软雅黑" w:hint="eastAsia"/>
          <w:lang w:eastAsia="zh-CN"/>
        </w:rPr>
        <w:t>处往下追一层</w:t>
      </w:r>
      <w:r>
        <w:t>"</w:t>
      </w:r>
      <w:r>
        <w:rPr>
          <w:rFonts w:ascii="微软雅黑" w:eastAsia="微软雅黑" w:hAnsi="微软雅黑" w:cs="微软雅黑" w:hint="eastAsia"/>
          <w:lang w:eastAsia="zh-CN"/>
        </w:rPr>
        <w:t>的具体承诺，粘入教研室《</w:t>
      </w:r>
      <w:r>
        <w:t>AI</w:t>
      </w:r>
      <w:r>
        <w:rPr>
          <w:rFonts w:ascii="微软雅黑" w:eastAsia="微软雅黑" w:hAnsi="微软雅黑" w:cs="微软雅黑" w:hint="eastAsia"/>
          <w:lang w:eastAsia="zh-CN"/>
        </w:rPr>
        <w:t>通识课教学改进墙》。</w:t>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人工智能有哪两大思想源头？分别对应谁、走什么道路？</w:t>
            </w:r>
            <w:r>
              <w:rPr>
                <w:sz w:val="18"/>
              </w:rPr>
              <w:t xml:space="preserve"> </w:t>
            </w:r>
            <w:r>
              <w:rPr>
                <w:sz w:val="18"/>
              </w:rPr>
              <w:t>2. 1956</w:t>
            </w:r>
            <w:r>
              <w:rPr>
                <w:sz w:val="18"/>
              </w:rPr>
              <w:t xml:space="preserve"> </w:t>
            </w:r>
            <w:r>
              <w:rPr>
                <w:sz w:val="18"/>
              </w:rPr>
              <w:t>年达特茅斯会议为何被称为</w:t>
            </w:r>
            <w:r>
              <w:rPr>
                <w:sz w:val="18"/>
              </w:rPr>
              <w:t xml:space="preserve"> </w:t>
            </w:r>
            <w:r>
              <w:rPr>
                <w:sz w:val="18"/>
              </w:rPr>
              <w:t>AI</w:t>
            </w:r>
            <w:r>
              <w:rPr>
                <w:sz w:val="18"/>
              </w:rPr>
              <w:t xml:space="preserve"> </w:t>
            </w:r>
            <w:r>
              <w:rPr>
                <w:sz w:val="18"/>
              </w:rPr>
              <w:t>起点？与会十位先驱中谁被称为</w:t>
            </w:r>
            <w:r>
              <w:rPr>
                <w:sz w:val="18"/>
              </w:rPr>
              <w:t xml:space="preserve"> </w:t>
            </w:r>
            <w:r>
              <w:rPr>
                <w:sz w:val="18"/>
              </w:rPr>
              <w:t>"</w:t>
            </w:r>
            <w:r>
              <w:rPr>
                <w:sz w:val="18"/>
              </w:rPr>
              <w:t xml:space="preserve"> </w:t>
            </w:r>
            <w:r>
              <w:rPr>
                <w:sz w:val="18"/>
              </w:rPr>
              <w:t>人工智能之父</w:t>
            </w:r>
            <w:r>
              <w:rPr>
                <w:sz w:val="18"/>
              </w:rPr>
              <w:t xml:space="preserve"> </w:t>
            </w:r>
            <w:r>
              <w:rPr>
                <w:sz w:val="18"/>
              </w:rPr>
              <w:t>"</w:t>
            </w:r>
            <w:r>
              <w:rPr>
                <w:sz w:val="18"/>
              </w:rPr>
              <w:t xml:space="preserve"> </w:t>
            </w:r>
            <w:r>
              <w:rPr>
                <w:sz w:val="18"/>
              </w:rPr>
              <w:t>？</w:t>
            </w:r>
            <w:r>
              <w:rPr>
                <w:sz w:val="18"/>
              </w:rPr>
              <w:t xml:space="preserve"> </w:t>
            </w:r>
            <w:r>
              <w:rPr>
                <w:sz w:val="18"/>
              </w:rPr>
              <w:t>3. "</w:t>
            </w:r>
            <w:r>
              <w:rPr>
                <w:sz w:val="18"/>
              </w:rPr>
              <w:t xml:space="preserve"> </w:t>
            </w:r>
            <w:r>
              <w:rPr>
                <w:sz w:val="18"/>
              </w:rPr>
              <w:t>人工智能知识树</w:t>
            </w:r>
            <w:r>
              <w:rPr>
                <w:sz w:val="18"/>
              </w:rPr>
              <w:t xml:space="preserve"> </w:t>
            </w:r>
            <w:r>
              <w:rPr>
                <w:sz w:val="18"/>
              </w:rPr>
              <w:t>"</w:t>
            </w:r>
            <w:r>
              <w:rPr>
                <w:sz w:val="18"/>
              </w:rPr>
              <w:t xml:space="preserve"> </w:t>
            </w:r>
            <w:r>
              <w:rPr>
                <w:sz w:val="18"/>
              </w:rPr>
              <w:t>从根到果依次有哪些层级？</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识记关键人物、年份、会议与知识树结构，建立事实基础</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为什么视频说当代主流</w:t>
            </w:r>
            <w:r>
              <w:rPr>
                <w:sz w:val="18"/>
              </w:rPr>
              <w:t xml:space="preserve"> </w:t>
            </w:r>
            <w:r>
              <w:rPr>
                <w:sz w:val="18"/>
              </w:rPr>
              <w:t>AI"</w:t>
            </w:r>
            <w:r>
              <w:rPr>
                <w:sz w:val="18"/>
              </w:rPr>
              <w:t xml:space="preserve"> </w:t>
            </w:r>
            <w:r>
              <w:rPr>
                <w:sz w:val="18"/>
              </w:rPr>
              <w:t>其实就是属于数派</w:t>
            </w:r>
            <w:r>
              <w:rPr>
                <w:sz w:val="18"/>
              </w:rPr>
              <w:t xml:space="preserve"> </w:t>
            </w:r>
            <w:r>
              <w:rPr>
                <w:sz w:val="18"/>
              </w:rPr>
              <w:t>"</w:t>
            </w:r>
            <w:r>
              <w:rPr>
                <w:sz w:val="18"/>
              </w:rPr>
              <w:t xml:space="preserve"> </w:t>
            </w:r>
            <w:r>
              <w:rPr>
                <w:sz w:val="18"/>
              </w:rPr>
              <w:t>？表征</w:t>
            </w:r>
            <w:r>
              <w:rPr>
                <w:sz w:val="18"/>
              </w:rPr>
              <w:t xml:space="preserve"> </w:t>
            </w:r>
            <w:r>
              <w:rPr>
                <w:sz w:val="18"/>
              </w:rPr>
              <w:t>-</w:t>
            </w:r>
            <w:r>
              <w:rPr>
                <w:sz w:val="18"/>
              </w:rPr>
              <w:t xml:space="preserve"> </w:t>
            </w:r>
            <w:r>
              <w:rPr>
                <w:sz w:val="18"/>
              </w:rPr>
              <w:t>计算道路为何</w:t>
            </w:r>
            <w:r>
              <w:rPr>
                <w:sz w:val="18"/>
              </w:rPr>
              <w:t xml:space="preserve"> </w:t>
            </w:r>
            <w:r>
              <w:rPr>
                <w:sz w:val="18"/>
              </w:rPr>
              <w:t>"</w:t>
            </w:r>
            <w:r>
              <w:rPr>
                <w:sz w:val="18"/>
              </w:rPr>
              <w:t xml:space="preserve"> </w:t>
            </w:r>
            <w:r>
              <w:rPr>
                <w:sz w:val="18"/>
              </w:rPr>
              <w:t>发展很顺畅</w:t>
            </w:r>
            <w:r>
              <w:rPr>
                <w:sz w:val="18"/>
              </w:rPr>
              <w:t xml:space="preserve"> </w:t>
            </w:r>
            <w:r>
              <w:rPr>
                <w:sz w:val="18"/>
              </w:rPr>
              <w:t>"</w:t>
            </w:r>
            <w:r>
              <w:rPr>
                <w:sz w:val="18"/>
              </w:rPr>
              <w:t xml:space="preserve"> </w:t>
            </w:r>
            <w:r>
              <w:rPr>
                <w:sz w:val="18"/>
              </w:rPr>
              <w:t>？</w:t>
            </w:r>
            <w:r>
              <w:rPr>
                <w:sz w:val="18"/>
              </w:rPr>
              <w:t xml:space="preserve"> </w:t>
            </w:r>
            <w:r>
              <w:rPr>
                <w:sz w:val="18"/>
              </w:rPr>
              <w:t xml:space="preserve">2. </w:t>
            </w:r>
            <w:r>
              <w:rPr>
                <w:sz w:val="18"/>
              </w:rPr>
              <w:t xml:space="preserve"> </w:t>
            </w:r>
            <w:r>
              <w:rPr>
                <w:sz w:val="18"/>
              </w:rPr>
              <w:t>学科经历</w:t>
            </w:r>
            <w:r>
              <w:rPr>
                <w:sz w:val="18"/>
              </w:rPr>
              <w:t xml:space="preserve"> </w:t>
            </w:r>
            <w:r>
              <w:rPr>
                <w:sz w:val="18"/>
              </w:rPr>
              <w:t>"</w:t>
            </w:r>
            <w:r>
              <w:rPr>
                <w:sz w:val="18"/>
              </w:rPr>
              <w:t xml:space="preserve"> </w:t>
            </w:r>
            <w:r>
              <w:rPr>
                <w:sz w:val="18"/>
              </w:rPr>
              <w:t>春天</w:t>
            </w:r>
            <w:r>
              <w:rPr>
                <w:sz w:val="18"/>
              </w:rPr>
              <w:t xml:space="preserve"> </w:t>
            </w:r>
            <w:r>
              <w:rPr>
                <w:sz w:val="18"/>
              </w:rPr>
              <w:t>/</w:t>
            </w:r>
            <w:r>
              <w:rPr>
                <w:sz w:val="18"/>
              </w:rPr>
              <w:t xml:space="preserve"> </w:t>
            </w:r>
            <w:r>
              <w:rPr>
                <w:sz w:val="18"/>
              </w:rPr>
              <w:t>冬天</w:t>
            </w:r>
            <w:r>
              <w:rPr>
                <w:sz w:val="18"/>
              </w:rPr>
              <w:t xml:space="preserve"> </w:t>
            </w:r>
            <w:r>
              <w:rPr>
                <w:sz w:val="18"/>
              </w:rPr>
              <w:t>"</w:t>
            </w:r>
            <w:r>
              <w:rPr>
                <w:sz w:val="18"/>
              </w:rPr>
              <w:t xml:space="preserve"> </w:t>
            </w:r>
            <w:r>
              <w:rPr>
                <w:sz w:val="18"/>
              </w:rPr>
              <w:t>交替，</w:t>
            </w:r>
            <w:r>
              <w:rPr>
                <w:sz w:val="18"/>
              </w:rPr>
              <w:t xml:space="preserve"> </w:t>
            </w:r>
            <w:r>
              <w:rPr>
                <w:sz w:val="18"/>
              </w:rPr>
              <w:t>90</w:t>
            </w:r>
            <w:r>
              <w:rPr>
                <w:sz w:val="18"/>
              </w:rPr>
              <w:t xml:space="preserve"> </w:t>
            </w:r>
            <w:r>
              <w:rPr>
                <w:sz w:val="18"/>
              </w:rPr>
              <w:t>年代遇冷与莱特希尔报告、五代机有何关联？对今天</w:t>
            </w:r>
            <w:r>
              <w:rPr>
                <w:sz w:val="18"/>
              </w:rPr>
              <w:t xml:space="preserve"> </w:t>
            </w:r>
            <w:r>
              <w:rPr>
                <w:sz w:val="18"/>
              </w:rPr>
              <w:t>"AI</w:t>
            </w:r>
            <w:r>
              <w:rPr>
                <w:sz w:val="18"/>
              </w:rPr>
              <w:t xml:space="preserve"> </w:t>
            </w:r>
            <w:r>
              <w:rPr>
                <w:sz w:val="18"/>
              </w:rPr>
              <w:t>热</w:t>
            </w:r>
            <w:r>
              <w:rPr>
                <w:sz w:val="18"/>
              </w:rPr>
              <w:t xml:space="preserve"> </w:t>
            </w:r>
            <w:r>
              <w:rPr>
                <w:sz w:val="18"/>
              </w:rPr>
              <w:t>"</w:t>
            </w:r>
            <w:r>
              <w:rPr>
                <w:sz w:val="18"/>
              </w:rPr>
              <w:t xml:space="preserve"> </w:t>
            </w:r>
            <w:r>
              <w:rPr>
                <w:sz w:val="18"/>
              </w:rPr>
              <w:t>有何警示？</w:t>
            </w:r>
            <w:r>
              <w:rPr>
                <w:sz w:val="18"/>
              </w:rPr>
              <w:t xml:space="preserve"> </w:t>
            </w:r>
            <w:r>
              <w:rPr>
                <w:sz w:val="18"/>
              </w:rPr>
              <w:t xml:space="preserve">3. </w:t>
            </w:r>
            <w:r>
              <w:rPr>
                <w:sz w:val="18"/>
              </w:rPr>
              <w:t xml:space="preserve"> </w:t>
            </w:r>
            <w:r>
              <w:rPr>
                <w:sz w:val="18"/>
              </w:rPr>
              <w:t>为何</w:t>
            </w:r>
            <w:r>
              <w:rPr>
                <w:sz w:val="18"/>
              </w:rPr>
              <w:t xml:space="preserve"> </w:t>
            </w:r>
            <w:r>
              <w:rPr>
                <w:sz w:val="18"/>
              </w:rPr>
              <w:t>"</w:t>
            </w:r>
            <w:r>
              <w:rPr>
                <w:sz w:val="18"/>
              </w:rPr>
              <w:t xml:space="preserve"> </w:t>
            </w:r>
            <w:r>
              <w:rPr>
                <w:sz w:val="18"/>
              </w:rPr>
              <w:t>只介绍产品讲不清背后的道理</w:t>
            </w:r>
            <w:r>
              <w:rPr>
                <w:sz w:val="18"/>
              </w:rPr>
              <w:t xml:space="preserve"> </w:t>
            </w:r>
            <w:r>
              <w:rPr>
                <w:sz w:val="18"/>
              </w:rPr>
              <w:t>"</w:t>
            </w:r>
            <w:r>
              <w:rPr>
                <w:sz w:val="18"/>
              </w:rPr>
              <w:t xml:space="preserve"> </w:t>
            </w:r>
            <w:r>
              <w:rPr>
                <w:sz w:val="18"/>
              </w:rPr>
              <w:t>？知识树要求</w:t>
            </w:r>
            <w:r>
              <w:rPr>
                <w:sz w:val="18"/>
              </w:rPr>
              <w:t xml:space="preserve"> </w:t>
            </w:r>
            <w:r>
              <w:rPr>
                <w:sz w:val="18"/>
              </w:rPr>
              <w:t>"</w:t>
            </w:r>
            <w:r>
              <w:rPr>
                <w:sz w:val="18"/>
              </w:rPr>
              <w:t xml:space="preserve"> </w:t>
            </w:r>
            <w:r>
              <w:rPr>
                <w:sz w:val="18"/>
              </w:rPr>
              <w:t>从果追到根</w:t>
            </w:r>
            <w:r>
              <w:rPr>
                <w:sz w:val="18"/>
              </w:rPr>
              <w:t xml:space="preserve"> </w:t>
            </w:r>
            <w:r>
              <w:rPr>
                <w:sz w:val="18"/>
              </w:rPr>
              <w:t>"</w:t>
            </w:r>
            <w:r>
              <w:rPr>
                <w:sz w:val="18"/>
              </w:rPr>
              <w:t xml:space="preserve"> </w:t>
            </w:r>
            <w:r>
              <w:rPr>
                <w:sz w:val="18"/>
              </w:rPr>
              <w:t>的教学逻辑是什么？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理解技术路线差异与兴衰机理，把握</w:t>
            </w:r>
            <w:r>
              <w:rPr>
                <w:sz w:val="18"/>
              </w:rPr>
              <w:t xml:space="preserve"> </w:t>
            </w:r>
            <w:r>
              <w:rPr>
                <w:sz w:val="18"/>
              </w:rPr>
              <w:t>"</w:t>
            </w:r>
            <w:r>
              <w:rPr>
                <w:sz w:val="18"/>
              </w:rPr>
              <w:t xml:space="preserve"> </w:t>
            </w:r>
            <w:r>
              <w:rPr>
                <w:sz w:val="18"/>
              </w:rPr>
              <w:t>溯源式</w:t>
            </w:r>
            <w:r>
              <w:rPr>
                <w:sz w:val="18"/>
              </w:rPr>
              <w:t xml:space="preserve"> </w:t>
            </w:r>
            <w:r>
              <w:rPr>
                <w:sz w:val="18"/>
              </w:rPr>
              <w:t>"</w:t>
            </w:r>
            <w:r>
              <w:rPr>
                <w:sz w:val="18"/>
              </w:rPr>
              <w:t xml:space="preserve"> </w:t>
            </w:r>
            <w:r>
              <w:rPr>
                <w:sz w:val="18"/>
              </w:rPr>
              <w:t>教学法的学理</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吴文俊</w:t>
            </w:r>
            <w:r>
              <w:rPr>
                <w:sz w:val="18"/>
              </w:rPr>
              <w:t xml:space="preserve"> </w:t>
            </w:r>
            <w:r>
              <w:rPr>
                <w:sz w:val="18"/>
              </w:rPr>
              <w:t>"</w:t>
            </w:r>
            <w:r>
              <w:rPr>
                <w:sz w:val="18"/>
              </w:rPr>
              <w:t xml:space="preserve"> </w:t>
            </w:r>
            <w:r>
              <w:rPr>
                <w:sz w:val="18"/>
              </w:rPr>
              <w:t>几何定理机械化证明</w:t>
            </w:r>
            <w:r>
              <w:rPr>
                <w:sz w:val="18"/>
              </w:rPr>
              <w:t xml:space="preserve"> </w:t>
            </w:r>
            <w:r>
              <w:rPr>
                <w:sz w:val="18"/>
              </w:rPr>
              <w:t>"</w:t>
            </w:r>
            <w:r>
              <w:rPr>
                <w:sz w:val="18"/>
              </w:rPr>
              <w:t xml:space="preserve"> </w:t>
            </w:r>
            <w:r>
              <w:rPr>
                <w:sz w:val="18"/>
              </w:rPr>
              <w:t>获中国智能科学技术最高奖，说明</w:t>
            </w:r>
            <w:r>
              <w:rPr>
                <w:sz w:val="18"/>
              </w:rPr>
              <w:t xml:space="preserve"> </w:t>
            </w:r>
            <w:r>
              <w:rPr>
                <w:sz w:val="18"/>
              </w:rPr>
              <w:t>AI</w:t>
            </w:r>
            <w:r>
              <w:rPr>
                <w:sz w:val="18"/>
              </w:rPr>
              <w:t xml:space="preserve"> </w:t>
            </w:r>
            <w:r>
              <w:rPr>
                <w:sz w:val="18"/>
              </w:rPr>
              <w:t>与数学关系多深？数学教师可如何借此题打通学科边界？</w:t>
            </w:r>
            <w:r>
              <w:rPr>
                <w:sz w:val="18"/>
              </w:rPr>
              <w:t xml:space="preserve"> </w:t>
            </w:r>
            <w:r>
              <w:rPr>
                <w:sz w:val="18"/>
              </w:rPr>
              <w:t xml:space="preserve">2. </w:t>
            </w:r>
            <w:r>
              <w:rPr>
                <w:sz w:val="18"/>
              </w:rPr>
              <w:t xml:space="preserve"> </w:t>
            </w:r>
            <w:r>
              <w:rPr>
                <w:sz w:val="18"/>
              </w:rPr>
              <w:t>用</w:t>
            </w:r>
            <w:r>
              <w:rPr>
                <w:sz w:val="18"/>
              </w:rPr>
              <w:t xml:space="preserve"> </w:t>
            </w:r>
            <w:r>
              <w:rPr>
                <w:sz w:val="18"/>
              </w:rPr>
              <w:t>"</w:t>
            </w:r>
            <w:r>
              <w:rPr>
                <w:sz w:val="18"/>
              </w:rPr>
              <w:t xml:space="preserve"> </w:t>
            </w:r>
            <w:r>
              <w:rPr>
                <w:sz w:val="18"/>
              </w:rPr>
              <w:t>心理</w:t>
            </w:r>
            <w:r>
              <w:rPr>
                <w:sz w:val="18"/>
              </w:rPr>
              <w:t xml:space="preserve"> </w:t>
            </w:r>
            <w:r>
              <w:rPr>
                <w:sz w:val="18"/>
              </w:rPr>
              <w:t>/</w:t>
            </w:r>
            <w:r>
              <w:rPr>
                <w:sz w:val="18"/>
              </w:rPr>
              <w:t xml:space="preserve"> </w:t>
            </w:r>
            <w:r>
              <w:rPr>
                <w:sz w:val="18"/>
              </w:rPr>
              <w:t>认知</w:t>
            </w:r>
            <w:r>
              <w:rPr>
                <w:sz w:val="18"/>
              </w:rPr>
              <w:t xml:space="preserve"> </w:t>
            </w:r>
            <w:r>
              <w:rPr>
                <w:sz w:val="18"/>
              </w:rPr>
              <w:t>/</w:t>
            </w:r>
            <w:r>
              <w:rPr>
                <w:sz w:val="18"/>
              </w:rPr>
              <w:t xml:space="preserve"> </w:t>
            </w:r>
            <w:r>
              <w:rPr>
                <w:sz w:val="18"/>
              </w:rPr>
              <w:t>数据</w:t>
            </w:r>
            <w:r>
              <w:rPr>
                <w:sz w:val="18"/>
              </w:rPr>
              <w:t xml:space="preserve"> </w:t>
            </w:r>
            <w:r>
              <w:rPr>
                <w:sz w:val="18"/>
              </w:rPr>
              <w:t>"</w:t>
            </w:r>
            <w:r>
              <w:rPr>
                <w:sz w:val="18"/>
              </w:rPr>
              <w:t xml:space="preserve"> </w:t>
            </w:r>
            <w:r>
              <w:rPr>
                <w:sz w:val="18"/>
              </w:rPr>
              <w:t>三视角看，当前大模型狂飙属于第几波？下一波可能来自哪个视角？</w:t>
            </w:r>
            <w:r>
              <w:rPr>
                <w:sz w:val="18"/>
              </w:rPr>
              <w:t xml:space="preserve"> </w:t>
            </w:r>
            <w:r>
              <w:rPr>
                <w:sz w:val="18"/>
              </w:rPr>
              <w:t xml:space="preserve">3. </w:t>
            </w:r>
            <w:r>
              <w:rPr>
                <w:sz w:val="18"/>
              </w:rPr>
              <w:t xml:space="preserve"> </w:t>
            </w:r>
            <w:r>
              <w:rPr>
                <w:sz w:val="18"/>
              </w:rPr>
              <w:t>泉州一中如何把</w:t>
            </w:r>
            <w:r>
              <w:rPr>
                <w:sz w:val="18"/>
              </w:rPr>
              <w:t xml:space="preserve"> </w:t>
            </w:r>
            <w:r>
              <w:rPr>
                <w:sz w:val="18"/>
              </w:rPr>
              <w:t>"</w:t>
            </w:r>
            <w:r>
              <w:rPr>
                <w:sz w:val="18"/>
              </w:rPr>
              <w:t xml:space="preserve"> </w:t>
            </w:r>
            <w:r>
              <w:rPr>
                <w:sz w:val="18"/>
              </w:rPr>
              <w:t>达特茅斯会议</w:t>
            </w:r>
            <w:r>
              <w:rPr>
                <w:sz w:val="18"/>
              </w:rPr>
              <w:t xml:space="preserve"> </w:t>
            </w:r>
            <w:r>
              <w:rPr>
                <w:sz w:val="18"/>
              </w:rPr>
              <w:t>""</w:t>
            </w:r>
            <w:r>
              <w:rPr>
                <w:sz w:val="18"/>
              </w:rPr>
              <w:t xml:space="preserve"> </w:t>
            </w:r>
            <w:r>
              <w:rPr>
                <w:sz w:val="18"/>
              </w:rPr>
              <w:t>图灵破译</w:t>
            </w:r>
            <w:r>
              <w:rPr>
                <w:sz w:val="18"/>
              </w:rPr>
              <w:t xml:space="preserve"> </w:t>
            </w:r>
            <w:r>
              <w:rPr>
                <w:sz w:val="18"/>
              </w:rPr>
              <w:t>Enigma"</w:t>
            </w:r>
            <w:r>
              <w:rPr>
                <w:sz w:val="18"/>
              </w:rPr>
              <w:t xml:space="preserve"> </w:t>
            </w:r>
            <w:r>
              <w:rPr>
                <w:sz w:val="18"/>
              </w:rPr>
              <w:t>等故事转化为校本通识课导入素材？</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前瞻判断与校本转化，促进学科史资源的教学化</w:t>
            </w:r>
          </w:p>
        </w:tc>
      </w:tr>
    </w:tbl>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本讲追溯人工智能的思想源头与发展历史，由华中师范大学郑旭东主讲，属教师培训课程第二个模块「学科通识」之一。它帮助教师建立</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式的学科结构化理解，回答</w:t>
      </w:r>
      <w:r>
        <w:t>"</w:t>
      </w:r>
      <w:r>
        <w:rPr>
          <w:rFonts w:ascii="微软雅黑" w:eastAsia="微软雅黑" w:hAnsi="微软雅黑" w:cs="微软雅黑" w:hint="eastAsia"/>
          <w:lang w:eastAsia="zh-CN"/>
        </w:rPr>
        <w:t>人工智能从哪里来</w:t>
      </w:r>
      <w:r>
        <w:t>"</w:t>
      </w:r>
      <w:r>
        <w:rPr>
          <w:rFonts w:ascii="微软雅黑" w:eastAsia="微软雅黑" w:hAnsi="微软雅黑" w:cs="微软雅黑" w:hint="eastAsia"/>
          <w:lang w:eastAsia="zh-CN"/>
        </w:rPr>
        <w:t>，兼具学科史与教学法的双重内容。</w:t>
      </w:r>
    </w:p>
    <w:p>
      <w:pPr/>
      <w:r>
        <w:rPr>
          <w:rFonts w:ascii="微软雅黑" w:eastAsia="微软雅黑" w:hAnsi="微软雅黑" w:cs="微软雅黑" w:hint="eastAsia"/>
          <w:b/>
          <w:lang w:eastAsia="zh-CN"/>
        </w:rPr>
        <w:t>一、两大源头与两条道路</w:t>
      </w:r>
    </w:p>
    <w:p>
      <w:pPr>
        <w:pStyle w:val="ListBullet"/>
        <w:spacing w:after="72"/>
      </w:pPr>
      <w:r>
        <w:rPr>
          <w:rFonts w:ascii="微软雅黑" w:eastAsia="微软雅黑" w:hAnsi="微软雅黑" w:cs="微软雅黑" w:hint="eastAsia"/>
          <w:lang w:eastAsia="zh-CN"/>
        </w:rPr>
        <w:t>诺伯特</w:t>
      </w:r>
      <w:r>
        <w:t>·</w:t>
      </w:r>
      <w:r>
        <w:rPr>
          <w:rFonts w:ascii="微软雅黑" w:eastAsia="微软雅黑" w:hAnsi="微软雅黑" w:cs="微软雅黑" w:hint="eastAsia"/>
          <w:lang w:eastAsia="zh-CN"/>
        </w:rPr>
        <w:t>维纳（</w:t>
      </w:r>
      <w:r>
        <w:t>Norbert Wiener</w:t>
      </w:r>
      <w:r>
        <w:rPr>
          <w:rFonts w:ascii="微软雅黑" w:eastAsia="微软雅黑" w:hAnsi="微软雅黑" w:cs="微软雅黑" w:hint="eastAsia"/>
          <w:lang w:eastAsia="zh-CN"/>
        </w:rPr>
        <w:t>，《</w:t>
      </w:r>
      <w:r>
        <w:t>A Life in Cybernetics</w:t>
      </w:r>
      <w:r>
        <w:rPr>
          <w:rFonts w:ascii="微软雅黑" w:eastAsia="微软雅黑" w:hAnsi="微软雅黑" w:cs="微软雅黑" w:hint="eastAsia"/>
          <w:lang w:eastAsia="zh-CN"/>
        </w:rPr>
        <w:t>》）开创的</w:t>
      </w:r>
      <w:r>
        <w:rPr>
          <w:rFonts w:ascii="微软雅黑" w:eastAsia="微软雅黑" w:hAnsi="微软雅黑" w:cs="微软雅黑" w:hint="eastAsia"/>
          <w:b/>
          <w:lang w:eastAsia="zh-CN"/>
        </w:rPr>
        <w:t>控制论</w:t>
      </w:r>
      <w:r>
        <w:t>"</w:t>
      </w:r>
      <w:r>
        <w:rPr>
          <w:rFonts w:ascii="微软雅黑" w:eastAsia="微软雅黑" w:hAnsi="微软雅黑" w:cs="微软雅黑" w:hint="eastAsia"/>
          <w:lang w:eastAsia="zh-CN"/>
        </w:rPr>
        <w:t>模拟</w:t>
      </w:r>
      <w:r>
        <w:t>-</w:t>
      </w:r>
      <w:r>
        <w:rPr>
          <w:rFonts w:ascii="微软雅黑" w:eastAsia="微软雅黑" w:hAnsi="微软雅黑" w:cs="微软雅黑" w:hint="eastAsia"/>
          <w:lang w:eastAsia="zh-CN"/>
        </w:rPr>
        <w:t>复现</w:t>
      </w:r>
      <w:r>
        <w:t>"</w:t>
      </w:r>
      <w:r>
        <w:rPr>
          <w:rFonts w:ascii="微软雅黑" w:eastAsia="微软雅黑" w:hAnsi="微软雅黑" w:cs="微软雅黑" w:hint="eastAsia"/>
          <w:lang w:eastAsia="zh-CN"/>
        </w:rPr>
        <w:t>道路。</w:t>
      </w:r>
    </w:p>
    <w:p>
      <w:pPr>
        <w:pStyle w:val="ListBullet"/>
        <w:spacing w:after="72"/>
      </w:pPr>
      <w:r>
        <w:rPr>
          <w:rFonts w:ascii="微软雅黑" w:eastAsia="微软雅黑" w:hAnsi="微软雅黑" w:cs="微软雅黑" w:hint="eastAsia"/>
          <w:lang w:eastAsia="zh-CN"/>
        </w:rPr>
        <w:t>克劳德</w:t>
      </w:r>
      <w:r>
        <w:t>·</w:t>
      </w:r>
      <w:r>
        <w:rPr>
          <w:rFonts w:ascii="微软雅黑" w:eastAsia="微软雅黑" w:hAnsi="微软雅黑" w:cs="微软雅黑" w:hint="eastAsia"/>
          <w:lang w:eastAsia="zh-CN"/>
        </w:rPr>
        <w:t>香农主导的</w:t>
      </w:r>
      <w:r>
        <w:rPr>
          <w:rFonts w:ascii="微软雅黑" w:eastAsia="微软雅黑" w:hAnsi="微软雅黑" w:cs="微软雅黑" w:hint="eastAsia"/>
          <w:b/>
          <w:lang w:eastAsia="zh-CN"/>
        </w:rPr>
        <w:t>信息论</w:t>
      </w:r>
      <w:r>
        <w:t>"</w:t>
      </w:r>
      <w:r>
        <w:rPr>
          <w:rFonts w:ascii="微软雅黑" w:eastAsia="微软雅黑" w:hAnsi="微软雅黑" w:cs="微软雅黑" w:hint="eastAsia"/>
          <w:lang w:eastAsia="zh-CN"/>
        </w:rPr>
        <w:t>表征</w:t>
      </w:r>
      <w:r>
        <w:t>-</w:t>
      </w:r>
      <w:r>
        <w:rPr>
          <w:rFonts w:ascii="微软雅黑" w:eastAsia="微软雅黑" w:hAnsi="微软雅黑" w:cs="微软雅黑" w:hint="eastAsia"/>
          <w:lang w:eastAsia="zh-CN"/>
        </w:rPr>
        <w:t>计算</w:t>
      </w:r>
      <w:r>
        <w:t>"</w:t>
      </w:r>
      <w:r>
        <w:rPr>
          <w:rFonts w:ascii="微软雅黑" w:eastAsia="微软雅黑" w:hAnsi="微软雅黑" w:cs="微软雅黑" w:hint="eastAsia"/>
          <w:lang w:eastAsia="zh-CN"/>
        </w:rPr>
        <w:t>道路。一提到人工智能</w:t>
      </w:r>
      <w:r>
        <w:t>"</w:t>
      </w:r>
      <w:r>
        <w:rPr>
          <w:rFonts w:ascii="微软雅黑" w:eastAsia="微软雅黑" w:hAnsi="微软雅黑" w:cs="微软雅黑" w:hint="eastAsia"/>
          <w:lang w:eastAsia="zh-CN"/>
        </w:rPr>
        <w:t>它又是从信息论来的</w:t>
      </w:r>
      <w:r>
        <w:t>"——</w:t>
      </w:r>
      <w:r>
        <w:rPr>
          <w:rFonts w:ascii="微软雅黑" w:eastAsia="微软雅黑" w:hAnsi="微软雅黑" w:cs="微软雅黑" w:hint="eastAsia"/>
          <w:lang w:eastAsia="zh-CN"/>
        </w:rPr>
        <w:t>目前大多数人工智能采取的是</w:t>
      </w:r>
      <w:r>
        <w:t>"</w:t>
      </w:r>
      <w:r>
        <w:rPr>
          <w:rFonts w:ascii="微软雅黑" w:eastAsia="微软雅黑" w:hAnsi="微软雅黑" w:cs="微软雅黑" w:hint="eastAsia"/>
          <w:lang w:eastAsia="zh-CN"/>
        </w:rPr>
        <w:t>表征</w:t>
      </w:r>
      <w:r>
        <w:t>-</w:t>
      </w:r>
      <w:r>
        <w:rPr>
          <w:rFonts w:ascii="微软雅黑" w:eastAsia="微软雅黑" w:hAnsi="微软雅黑" w:cs="微软雅黑" w:hint="eastAsia"/>
          <w:lang w:eastAsia="zh-CN"/>
        </w:rPr>
        <w:t>计算</w:t>
      </w:r>
      <w:r>
        <w:t>"</w:t>
      </w:r>
      <w:r>
        <w:rPr>
          <w:rFonts w:ascii="微软雅黑" w:eastAsia="微软雅黑" w:hAnsi="微软雅黑" w:cs="微软雅黑" w:hint="eastAsia"/>
          <w:lang w:eastAsia="zh-CN"/>
        </w:rPr>
        <w:t>路线，</w:t>
      </w:r>
      <w:r>
        <w:t>"</w:t>
      </w:r>
      <w:r>
        <w:rPr>
          <w:rFonts w:ascii="微软雅黑" w:eastAsia="微软雅黑" w:hAnsi="微软雅黑" w:cs="微软雅黑" w:hint="eastAsia"/>
          <w:lang w:eastAsia="zh-CN"/>
        </w:rPr>
        <w:t>它其实就是属于数派</w:t>
      </w:r>
      <w:r>
        <w:t>"</w:t>
      </w:r>
      <w:r>
        <w:rPr>
          <w:rFonts w:ascii="微软雅黑" w:eastAsia="微软雅黑" w:hAnsi="微软雅黑" w:cs="微软雅黑" w:hint="eastAsia"/>
          <w:lang w:eastAsia="zh-CN"/>
        </w:rPr>
        <w:t>，这条</w:t>
      </w:r>
      <w:r>
        <w:t>"</w:t>
      </w:r>
      <w:r>
        <w:rPr>
          <w:rFonts w:ascii="微软雅黑" w:eastAsia="微软雅黑" w:hAnsi="微软雅黑" w:cs="微软雅黑" w:hint="eastAsia"/>
          <w:lang w:eastAsia="zh-CN"/>
        </w:rPr>
        <w:t>表征和计算</w:t>
      </w:r>
      <w:r>
        <w:t>"</w:t>
      </w:r>
      <w:r>
        <w:rPr>
          <w:rFonts w:ascii="微软雅黑" w:eastAsia="微软雅黑" w:hAnsi="微软雅黑" w:cs="微软雅黑" w:hint="eastAsia"/>
          <w:lang w:eastAsia="zh-CN"/>
        </w:rPr>
        <w:t>的道路发展很顺畅。</w:t>
      </w:r>
    </w:p>
    <w:p>
      <w:pPr/>
      <w:r>
        <w:rPr>
          <w:rFonts w:ascii="微软雅黑" w:eastAsia="微软雅黑" w:hAnsi="微软雅黑" w:cs="微软雅黑" w:hint="eastAsia"/>
          <w:b/>
          <w:lang w:eastAsia="zh-CN"/>
        </w:rPr>
        <w:t>二、图灵与图灵测试</w:t>
      </w:r>
    </w:p>
    <w:p>
      <w:pPr>
        <w:pStyle w:val="ListBullet"/>
        <w:spacing w:after="72"/>
      </w:pPr>
      <w:r>
        <w:rPr>
          <w:rFonts w:ascii="微软雅黑" w:eastAsia="微软雅黑" w:hAnsi="微软雅黑" w:cs="微软雅黑" w:hint="eastAsia"/>
          <w:lang w:eastAsia="zh-CN"/>
        </w:rPr>
        <w:t>二战背景：德国纳粹的</w:t>
      </w:r>
      <w:r>
        <w:rPr>
          <w:rFonts w:ascii="微软雅黑" w:eastAsia="微软雅黑" w:hAnsi="微软雅黑" w:cs="微软雅黑" w:hint="eastAsia"/>
          <w:b/>
          <w:lang w:eastAsia="zh-CN"/>
        </w:rPr>
        <w:t>恩尼格密码机（Enigma）</w:t>
      </w:r>
      <w:r>
        <w:rPr>
          <w:rFonts w:ascii="微软雅黑" w:eastAsia="微软雅黑" w:hAnsi="微软雅黑" w:cs="微软雅黑" w:hint="eastAsia"/>
          <w:lang w:eastAsia="zh-CN"/>
        </w:rPr>
        <w:t>以当时的条件来说是不可能被破译的；图灵琢磨怎么把它破译掉</w:t>
      </w:r>
      <w:r>
        <w:t>——</w:t>
      </w:r>
      <w:r>
        <w:rPr>
          <w:rFonts w:ascii="微软雅黑" w:eastAsia="微软雅黑" w:hAnsi="微软雅黑" w:cs="微软雅黑" w:hint="eastAsia"/>
          <w:lang w:eastAsia="zh-CN"/>
        </w:rPr>
        <w:t>研制</w:t>
      </w:r>
      <w:r>
        <w:t>"</w:t>
      </w:r>
      <w:r>
        <w:rPr>
          <w:rFonts w:ascii="微软雅黑" w:eastAsia="微软雅黑" w:hAnsi="微软雅黑" w:cs="微软雅黑" w:hint="eastAsia"/>
          <w:lang w:eastAsia="zh-CN"/>
        </w:rPr>
        <w:t>炸弹机（</w:t>
      </w:r>
      <w:r>
        <w:t>Bombe</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阿兰</w:t>
      </w:r>
      <w:r>
        <w:t>·</w:t>
      </w:r>
      <w:r>
        <w:rPr>
          <w:rFonts w:ascii="微软雅黑" w:eastAsia="微软雅黑" w:hAnsi="微软雅黑" w:cs="微软雅黑" w:hint="eastAsia"/>
          <w:lang w:eastAsia="zh-CN"/>
        </w:rPr>
        <w:t>图灵（</w:t>
      </w:r>
      <w:r>
        <w:t>Alan Turing</w:t>
      </w:r>
      <w:r>
        <w:rPr>
          <w:rFonts w:ascii="微软雅黑" w:eastAsia="微软雅黑" w:hAnsi="微软雅黑" w:cs="微软雅黑" w:hint="eastAsia"/>
          <w:lang w:eastAsia="zh-CN"/>
        </w:rPr>
        <w:t>）</w:t>
      </w:r>
      <w:r>
        <w:t>1950</w:t>
      </w:r>
      <w:r>
        <w:rPr>
          <w:rFonts w:ascii="微软雅黑" w:eastAsia="微软雅黑" w:hAnsi="微软雅黑" w:cs="微软雅黑" w:hint="eastAsia"/>
          <w:lang w:eastAsia="zh-CN"/>
        </w:rPr>
        <w:t>年提出</w:t>
      </w:r>
      <w:r>
        <w:t>"</w:t>
      </w:r>
      <w:r>
        <w:rPr>
          <w:rFonts w:ascii="微软雅黑" w:eastAsia="微软雅黑" w:hAnsi="微软雅黑" w:cs="微软雅黑" w:hint="eastAsia"/>
          <w:lang w:eastAsia="zh-CN"/>
        </w:rPr>
        <w:t>我提出思考这样一个问题：</w:t>
      </w:r>
      <w:r>
        <w:rPr>
          <w:rFonts w:ascii="微软雅黑" w:eastAsia="微软雅黑" w:hAnsi="微软雅黑" w:cs="微软雅黑" w:hint="eastAsia"/>
          <w:b/>
          <w:lang w:eastAsia="zh-CN"/>
        </w:rPr>
        <w:t>机器能思考吗？</w:t>
      </w:r>
      <w:r>
        <w:t>"</w:t>
      </w:r>
      <w:r>
        <w:rPr>
          <w:rFonts w:ascii="微软雅黑" w:eastAsia="微软雅黑" w:hAnsi="微软雅黑" w:cs="微软雅黑" w:hint="eastAsia"/>
          <w:lang w:eastAsia="zh-CN"/>
        </w:rPr>
        <w:t>并给出回答这一问题的想法（图灵测试）。</w:t>
      </w:r>
    </w:p>
    <w:p>
      <w:pPr>
        <w:pStyle w:val="ListBullet"/>
        <w:spacing w:after="72"/>
      </w:pPr>
      <w:r>
        <w:rPr>
          <w:rFonts w:ascii="微软雅黑" w:eastAsia="微软雅黑" w:hAnsi="微软雅黑" w:cs="微软雅黑" w:hint="eastAsia"/>
          <w:lang w:eastAsia="zh-CN"/>
        </w:rPr>
        <w:t xml:space="preserve">计算机行业最高奖 </w:t>
      </w:r>
      <w:r>
        <w:rPr>
          <w:rFonts w:ascii="微软雅黑" w:eastAsia="微软雅黑" w:hAnsi="微软雅黑" w:cs="微软雅黑" w:hint="eastAsia"/>
          <w:b/>
          <w:lang w:eastAsia="zh-CN"/>
        </w:rPr>
        <w:t>ACM 图灵奖（A.M. Turing Award，1966）</w:t>
      </w:r>
      <w:r>
        <w:rPr>
          <w:rFonts w:ascii="微软雅黑" w:eastAsia="微软雅黑" w:hAnsi="微软雅黑" w:cs="微软雅黑" w:hint="eastAsia"/>
          <w:lang w:eastAsia="zh-CN"/>
        </w:rPr>
        <w:t>以图灵命名，</w:t>
      </w:r>
      <w:r>
        <w:t>"</w:t>
      </w:r>
      <w:r>
        <w:rPr>
          <w:rFonts w:ascii="微软雅黑" w:eastAsia="微软雅黑" w:hAnsi="微软雅黑" w:cs="微软雅黑" w:hint="eastAsia"/>
          <w:lang w:eastAsia="zh-CN"/>
        </w:rPr>
        <w:t>相当于计算机（界）的诺贝尔奖</w:t>
      </w:r>
      <w:r>
        <w:t>"</w:t>
      </w:r>
      <w:r>
        <w:rPr>
          <w:rFonts w:ascii="微软雅黑" w:eastAsia="微软雅黑" w:hAnsi="微软雅黑" w:cs="微软雅黑" w:hint="eastAsia"/>
          <w:lang w:eastAsia="zh-CN"/>
        </w:rPr>
        <w:t>，说明人工智能这个学科和数学有非常密切的关系。</w:t>
      </w:r>
    </w:p>
    <w:p>
      <w:pPr/>
      <w:r>
        <w:rPr>
          <w:rFonts w:ascii="微软雅黑" w:eastAsia="微软雅黑" w:hAnsi="微软雅黑" w:cs="微软雅黑" w:hint="eastAsia"/>
          <w:b/>
          <w:lang w:eastAsia="zh-CN"/>
        </w:rPr>
        <w:t>三、中国的对应奖项与达特茅斯会议</w:t>
      </w:r>
    </w:p>
    <w:p>
      <w:pPr>
        <w:pStyle w:val="ListBullet"/>
        <w:spacing w:after="72"/>
      </w:pPr>
      <w:r>
        <w:rPr>
          <w:rFonts w:ascii="微软雅黑" w:eastAsia="微软雅黑" w:hAnsi="微软雅黑" w:cs="微软雅黑" w:hint="eastAsia"/>
          <w:b/>
          <w:lang w:eastAsia="zh-CN"/>
        </w:rPr>
        <w:t>吴文俊人工智能科学技术奖</w:t>
      </w:r>
      <w:r>
        <w:rPr>
          <w:rFonts w:ascii="微软雅黑" w:eastAsia="微软雅黑" w:hAnsi="微软雅黑" w:cs="微软雅黑" w:hint="eastAsia"/>
          <w:lang w:eastAsia="zh-CN"/>
        </w:rPr>
        <w:t>是中国智能科学技术最高奖；吴文俊是中国的大数学家，主要研究</w:t>
      </w:r>
      <w:r>
        <w:rPr>
          <w:rFonts w:ascii="微软雅黑" w:eastAsia="微软雅黑" w:hAnsi="微软雅黑" w:cs="微软雅黑" w:hint="eastAsia"/>
          <w:b/>
          <w:lang w:eastAsia="zh-CN"/>
        </w:rPr>
        <w:t>几何定理的机械化证明</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1956年达特茅斯会议（Dartmouth Conference）</w:t>
      </w:r>
      <w:r>
        <w:rPr>
          <w:rFonts w:ascii="微软雅黑" w:eastAsia="微软雅黑" w:hAnsi="微软雅黑" w:cs="微软雅黑" w:hint="eastAsia"/>
          <w:lang w:eastAsia="zh-CN"/>
        </w:rPr>
        <w:t>是人工智能的起点，与会者是当时一群年轻的计算机科学家：约翰</w:t>
      </w:r>
      <w:r>
        <w:t>·</w:t>
      </w:r>
      <w:r>
        <w:rPr>
          <w:rFonts w:ascii="微软雅黑" w:eastAsia="微软雅黑" w:hAnsi="微软雅黑" w:cs="微软雅黑" w:hint="eastAsia"/>
          <w:lang w:eastAsia="zh-CN"/>
        </w:rPr>
        <w:t>麦卡锡（</w:t>
      </w:r>
      <w:r>
        <w:t>John McCarthy</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人工智能之父</w:t>
      </w:r>
      <w:r>
        <w:t>"</w:t>
      </w:r>
      <w:r>
        <w:rPr>
          <w:rFonts w:ascii="微软雅黑" w:eastAsia="微软雅黑" w:hAnsi="微软雅黑" w:cs="微软雅黑" w:hint="eastAsia"/>
          <w:lang w:eastAsia="zh-CN"/>
        </w:rPr>
        <w:t>）、马文</w:t>
      </w:r>
      <w:r>
        <w:t>·</w:t>
      </w:r>
      <w:r>
        <w:rPr>
          <w:rFonts w:ascii="微软雅黑" w:eastAsia="微软雅黑" w:hAnsi="微软雅黑" w:cs="微软雅黑" w:hint="eastAsia"/>
          <w:lang w:eastAsia="zh-CN"/>
        </w:rPr>
        <w:t>明斯基（</w:t>
      </w:r>
      <w:r>
        <w:t>Marvin Minsky</w:t>
      </w:r>
      <w:r>
        <w:rPr>
          <w:rFonts w:ascii="微软雅黑" w:eastAsia="微软雅黑" w:hAnsi="微软雅黑" w:cs="微软雅黑" w:hint="eastAsia"/>
          <w:lang w:eastAsia="zh-CN"/>
        </w:rPr>
        <w:t>）、克劳德</w:t>
      </w:r>
      <w:r>
        <w:t>·</w:t>
      </w:r>
      <w:r>
        <w:rPr>
          <w:rFonts w:ascii="微软雅黑" w:eastAsia="微软雅黑" w:hAnsi="微软雅黑" w:cs="微软雅黑" w:hint="eastAsia"/>
          <w:lang w:eastAsia="zh-CN"/>
        </w:rPr>
        <w:t>香农（</w:t>
      </w:r>
      <w:r>
        <w:t>Claude Shannon</w:t>
      </w:r>
      <w:r>
        <w:rPr>
          <w:rFonts w:ascii="微软雅黑" w:eastAsia="微软雅黑" w:hAnsi="微软雅黑" w:cs="微软雅黑" w:hint="eastAsia"/>
          <w:lang w:eastAsia="zh-CN"/>
        </w:rPr>
        <w:t>）、雷</w:t>
      </w:r>
      <w:r>
        <w:t>·</w:t>
      </w:r>
      <w:r>
        <w:rPr>
          <w:rFonts w:ascii="微软雅黑" w:eastAsia="微软雅黑" w:hAnsi="微软雅黑" w:cs="微软雅黑" w:hint="eastAsia"/>
          <w:lang w:eastAsia="zh-CN"/>
        </w:rPr>
        <w:t>所罗门诺夫（</w:t>
      </w:r>
      <w:r>
        <w:t>Ray Solomonoff</w:t>
      </w:r>
      <w:r>
        <w:rPr>
          <w:rFonts w:ascii="微软雅黑" w:eastAsia="微软雅黑" w:hAnsi="微软雅黑" w:cs="微软雅黑" w:hint="eastAsia"/>
          <w:lang w:eastAsia="zh-CN"/>
        </w:rPr>
        <w:t>）、艾伦</w:t>
      </w:r>
      <w:r>
        <w:t>·</w:t>
      </w:r>
      <w:r>
        <w:rPr>
          <w:rFonts w:ascii="微软雅黑" w:eastAsia="微软雅黑" w:hAnsi="微软雅黑" w:cs="微软雅黑" w:hint="eastAsia"/>
          <w:lang w:eastAsia="zh-CN"/>
        </w:rPr>
        <w:t>纽厄尔（</w:t>
      </w:r>
      <w:r>
        <w:t>Allen Newell</w:t>
      </w:r>
      <w:r>
        <w:rPr>
          <w:rFonts w:ascii="微软雅黑" w:eastAsia="微软雅黑" w:hAnsi="微软雅黑" w:cs="微软雅黑" w:hint="eastAsia"/>
          <w:lang w:eastAsia="zh-CN"/>
        </w:rPr>
        <w:t>）、赫伯特</w:t>
      </w:r>
      <w:r>
        <w:t>·</w:t>
      </w:r>
      <w:r>
        <w:rPr>
          <w:rFonts w:ascii="微软雅黑" w:eastAsia="微软雅黑" w:hAnsi="微软雅黑" w:cs="微软雅黑" w:hint="eastAsia"/>
          <w:lang w:eastAsia="zh-CN"/>
        </w:rPr>
        <w:t>西蒙（</w:t>
      </w:r>
      <w:r>
        <w:t>Herbert Simon</w:t>
      </w:r>
      <w:r>
        <w:rPr>
          <w:rFonts w:ascii="微软雅黑" w:eastAsia="微软雅黑" w:hAnsi="微软雅黑" w:cs="微软雅黑" w:hint="eastAsia"/>
          <w:lang w:eastAsia="zh-CN"/>
        </w:rPr>
        <w:t>）、阿瑟</w:t>
      </w:r>
      <w:r>
        <w:t>·</w:t>
      </w:r>
      <w:r>
        <w:rPr>
          <w:rFonts w:ascii="微软雅黑" w:eastAsia="微软雅黑" w:hAnsi="微软雅黑" w:cs="微软雅黑" w:hint="eastAsia"/>
          <w:lang w:eastAsia="zh-CN"/>
        </w:rPr>
        <w:t>塞缪尔（</w:t>
      </w:r>
      <w:r>
        <w:t>Arthur Samuel</w:t>
      </w:r>
      <w:r>
        <w:rPr>
          <w:rFonts w:ascii="微软雅黑" w:eastAsia="微软雅黑" w:hAnsi="微软雅黑" w:cs="微软雅黑" w:hint="eastAsia"/>
          <w:lang w:eastAsia="zh-CN"/>
        </w:rPr>
        <w:t>）、奥利弗</w:t>
      </w:r>
      <w:r>
        <w:t>·</w:t>
      </w:r>
      <w:r>
        <w:rPr>
          <w:rFonts w:ascii="微软雅黑" w:eastAsia="微软雅黑" w:hAnsi="微软雅黑" w:cs="微软雅黑" w:hint="eastAsia"/>
          <w:lang w:eastAsia="zh-CN"/>
        </w:rPr>
        <w:t>塞尔弗里奇（</w:t>
      </w:r>
      <w:r>
        <w:t>Oliver Selfridge</w:t>
      </w:r>
      <w:r>
        <w:rPr>
          <w:rFonts w:ascii="微软雅黑" w:eastAsia="微软雅黑" w:hAnsi="微软雅黑" w:cs="微软雅黑" w:hint="eastAsia"/>
          <w:lang w:eastAsia="zh-CN"/>
        </w:rPr>
        <w:t>）、纳撒尼尔</w:t>
      </w:r>
      <w:r>
        <w:t>·</w:t>
      </w:r>
      <w:r>
        <w:rPr>
          <w:rFonts w:ascii="微软雅黑" w:eastAsia="微软雅黑" w:hAnsi="微软雅黑" w:cs="微软雅黑" w:hint="eastAsia"/>
          <w:lang w:eastAsia="zh-CN"/>
        </w:rPr>
        <w:t>罗切斯特（</w:t>
      </w:r>
      <w:r>
        <w:t>Nathaniel Rochester</w:t>
      </w:r>
      <w:r>
        <w:rPr>
          <w:rFonts w:ascii="微软雅黑" w:eastAsia="微软雅黑" w:hAnsi="微软雅黑" w:cs="微软雅黑" w:hint="eastAsia"/>
          <w:lang w:eastAsia="zh-CN"/>
        </w:rPr>
        <w:t>）、伦纳德</w:t>
      </w:r>
      <w:r>
        <w:t>·</w:t>
      </w:r>
      <w:r>
        <w:rPr>
          <w:rFonts w:ascii="微软雅黑" w:eastAsia="微软雅黑" w:hAnsi="微软雅黑" w:cs="微软雅黑" w:hint="eastAsia"/>
          <w:lang w:eastAsia="zh-CN"/>
        </w:rPr>
        <w:t>莫尔（</w:t>
      </w:r>
      <w:r>
        <w:t>Trenchard More</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后来都被称为人工智能学科领域的先驱。</w:t>
      </w:r>
    </w:p>
    <w:p>
      <w:pPr/>
      <w:r>
        <w:rPr>
          <w:rFonts w:ascii="微软雅黑" w:eastAsia="微软雅黑" w:hAnsi="微软雅黑" w:cs="微软雅黑" w:hint="eastAsia"/>
          <w:b/>
          <w:lang w:eastAsia="zh-CN"/>
        </w:rPr>
        <w:t>四、人工智能的春天与冬天</w:t>
      </w:r>
    </w:p>
    <w:p>
      <w:pPr>
        <w:pStyle w:val="ListBullet"/>
        <w:spacing w:after="72"/>
      </w:pPr>
      <w:r>
        <w:rPr>
          <w:rFonts w:ascii="微软雅黑" w:eastAsia="微软雅黑" w:hAnsi="微软雅黑" w:cs="微软雅黑" w:hint="eastAsia"/>
          <w:lang w:eastAsia="zh-CN"/>
        </w:rPr>
        <w:t>发展曲线图（</w:t>
      </w:r>
      <w:r>
        <w:t>1950–2000</w:t>
      </w:r>
      <w:r>
        <w:rPr>
          <w:rFonts w:ascii="微软雅黑" w:eastAsia="微软雅黑" w:hAnsi="微软雅黑" w:cs="微软雅黑" w:hint="eastAsia"/>
          <w:lang w:eastAsia="zh-CN"/>
        </w:rPr>
        <w:t>）标注事件：达特茅斯会议、图灵测试、苏泽兰画板、</w:t>
      </w:r>
      <w:r>
        <w:t xml:space="preserve">IPTO </w:t>
      </w:r>
      <w:r>
        <w:rPr>
          <w:rFonts w:ascii="微软雅黑" w:eastAsia="微软雅黑" w:hAnsi="微软雅黑" w:cs="微软雅黑" w:hint="eastAsia"/>
          <w:lang w:eastAsia="zh-CN"/>
        </w:rPr>
        <w:t>成立、莱特希尔报告、五代机、人机交互</w:t>
      </w:r>
      <w:r>
        <w:t>/</w:t>
      </w:r>
      <w:r>
        <w:rPr>
          <w:rFonts w:ascii="微软雅黑" w:eastAsia="微软雅黑" w:hAnsi="微软雅黑" w:cs="微软雅黑" w:hint="eastAsia"/>
          <w:lang w:eastAsia="zh-CN"/>
        </w:rPr>
        <w:t>计算机系统接受、互联网泡沫等；学科经历几个高峰与低谷（</w:t>
      </w:r>
      <w:r>
        <w:t>"</w:t>
      </w:r>
      <w:r>
        <w:rPr>
          <w:rFonts w:ascii="微软雅黑" w:eastAsia="微软雅黑" w:hAnsi="微软雅黑" w:cs="微软雅黑" w:hint="eastAsia"/>
          <w:lang w:eastAsia="zh-CN"/>
        </w:rPr>
        <w:t>人工智能的春天</w:t>
      </w:r>
      <w:r>
        <w:t>""</w:t>
      </w:r>
      <w:r>
        <w:rPr>
          <w:rFonts w:ascii="微软雅黑" w:eastAsia="微软雅黑" w:hAnsi="微软雅黑" w:cs="微软雅黑" w:hint="eastAsia"/>
          <w:lang w:eastAsia="zh-CN"/>
        </w:rPr>
        <w:t>人工智能的冬天</w:t>
      </w:r>
      <w:r>
        <w:t>"</w:t>
      </w:r>
      <w:r>
        <w:rPr>
          <w:rFonts w:ascii="微软雅黑" w:eastAsia="微软雅黑" w:hAnsi="微软雅黑" w:cs="微软雅黑" w:hint="eastAsia"/>
          <w:lang w:eastAsia="zh-CN"/>
        </w:rPr>
        <w:t>）。</w:t>
      </w:r>
    </w:p>
    <w:p>
      <w:pPr>
        <w:pStyle w:val="ListBullet"/>
        <w:spacing w:after="72"/>
      </w:pPr>
      <w:r>
        <w:t>90</w:t>
      </w:r>
      <w:r>
        <w:rPr>
          <w:rFonts w:ascii="微软雅黑" w:eastAsia="微软雅黑" w:hAnsi="微软雅黑" w:cs="微软雅黑" w:hint="eastAsia"/>
          <w:lang w:eastAsia="zh-CN"/>
        </w:rPr>
        <w:t>年代后缺乏创新性的人工智能技术产品是第一个低谷的表现；专家系统之后</w:t>
      </w:r>
      <w:r>
        <w:t>"</w:t>
      </w:r>
      <w:r>
        <w:rPr>
          <w:rFonts w:ascii="微软雅黑" w:eastAsia="微软雅黑" w:hAnsi="微软雅黑" w:cs="微软雅黑" w:hint="eastAsia"/>
          <w:lang w:eastAsia="zh-CN"/>
        </w:rPr>
        <w:t>它不会再去追求那些好高骛远</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五、学科发展的三个视角（时间轴 1840–2020）</w:t>
      </w:r>
    </w:p>
    <w:p>
      <w:pPr>
        <w:pStyle w:val="ListNumber"/>
        <w:numPr>
          <w:ilvl w:val="0"/>
          <w:numId w:val="13"/>
        </w:numPr>
        <w:spacing w:after="72"/>
      </w:pPr>
      <w:r>
        <w:rPr>
          <w:rFonts w:ascii="微软雅黑" w:eastAsia="微软雅黑" w:hAnsi="微软雅黑" w:cs="微软雅黑" w:hint="eastAsia"/>
          <w:b/>
          <w:lang w:eastAsia="zh-CN"/>
        </w:rPr>
        <w:t>心理视角</w:t>
      </w:r>
      <w:r>
        <w:rPr>
          <w:rFonts w:ascii="微软雅黑" w:eastAsia="微软雅黑" w:hAnsi="微软雅黑" w:cs="微软雅黑" w:hint="eastAsia"/>
          <w:lang w:eastAsia="zh-CN"/>
        </w:rPr>
        <w:t>：能否构造一个机械的大脑？</w:t>
      </w:r>
      <w:r>
        <w:t xml:space="preserve">→ </w:t>
      </w:r>
      <w:r>
        <w:rPr>
          <w:rFonts w:ascii="微软雅黑" w:eastAsia="微软雅黑" w:hAnsi="微软雅黑" w:cs="微软雅黑" w:hint="eastAsia"/>
          <w:lang w:eastAsia="zh-CN"/>
        </w:rPr>
        <w:t>人工智能诞生（</w:t>
      </w:r>
      <w:r>
        <w:t>Birth of AI field</w:t>
      </w:r>
      <w:r>
        <w:rPr>
          <w:rFonts w:ascii="微软雅黑" w:eastAsia="微软雅黑" w:hAnsi="微软雅黑" w:cs="微软雅黑" w:hint="eastAsia"/>
          <w:lang w:eastAsia="zh-CN"/>
        </w:rPr>
        <w:t>）；人工智能的主要器官就是大脑，大脑有</w:t>
      </w:r>
      <w:r>
        <w:t xml:space="preserve"> 800–1000 </w:t>
      </w:r>
      <w:r>
        <w:rPr>
          <w:rFonts w:ascii="微软雅黑" w:eastAsia="微软雅黑" w:hAnsi="微软雅黑" w:cs="微软雅黑" w:hint="eastAsia"/>
          <w:lang w:eastAsia="zh-CN"/>
        </w:rPr>
        <w:t>亿个神经元、通过突触建立连接，</w:t>
      </w:r>
      <w:r>
        <w:t>"</w:t>
      </w:r>
      <w:r>
        <w:rPr>
          <w:rFonts w:ascii="微软雅黑" w:eastAsia="微软雅黑" w:hAnsi="微软雅黑" w:cs="微软雅黑" w:hint="eastAsia"/>
          <w:lang w:eastAsia="zh-CN"/>
        </w:rPr>
        <w:t>可以用一个物理器件来模拟</w:t>
      </w:r>
      <w:r>
        <w:t>"——</w:t>
      </w:r>
      <w:r>
        <w:rPr>
          <w:rFonts w:ascii="微软雅黑" w:eastAsia="微软雅黑" w:hAnsi="微软雅黑" w:cs="微软雅黑" w:hint="eastAsia"/>
          <w:lang w:eastAsia="zh-CN"/>
        </w:rPr>
        <w:t>如果有足够多的开关；唯一不能确定的是它可能会突变（整个系统完全改变之后就可能突变）。</w:t>
      </w:r>
    </w:p>
    <w:p>
      <w:pPr>
        <w:pStyle w:val="ListNumber"/>
        <w:numPr>
          <w:ilvl w:val="0"/>
          <w:numId w:val="13"/>
        </w:numPr>
        <w:spacing w:after="72"/>
      </w:pPr>
      <w:r>
        <w:rPr>
          <w:rFonts w:ascii="微软雅黑" w:eastAsia="微软雅黑" w:hAnsi="微软雅黑" w:cs="微软雅黑" w:hint="eastAsia"/>
          <w:b/>
          <w:lang w:eastAsia="zh-CN"/>
        </w:rPr>
        <w:t>认知视角</w:t>
      </w:r>
      <w:r>
        <w:rPr>
          <w:rFonts w:ascii="微软雅黑" w:eastAsia="微软雅黑" w:hAnsi="微软雅黑" w:cs="微软雅黑" w:hint="eastAsia"/>
          <w:lang w:eastAsia="zh-CN"/>
        </w:rPr>
        <w:t>：能否构造一台理性的机器？</w:t>
      </w:r>
      <w:r>
        <w:t xml:space="preserve">→ </w:t>
      </w:r>
      <w:r>
        <w:rPr>
          <w:rFonts w:ascii="微软雅黑" w:eastAsia="微软雅黑" w:hAnsi="微软雅黑" w:cs="微软雅黑" w:hint="eastAsia"/>
          <w:lang w:eastAsia="zh-CN"/>
        </w:rPr>
        <w:t>专家系统（大家知道推理是按照规则来的）。</w:t>
      </w:r>
    </w:p>
    <w:p>
      <w:pPr>
        <w:pStyle w:val="ListNumber"/>
        <w:numPr>
          <w:ilvl w:val="0"/>
          <w:numId w:val="13"/>
        </w:numPr>
        <w:spacing w:after="72"/>
      </w:pPr>
      <w:r>
        <w:rPr>
          <w:rFonts w:ascii="微软雅黑" w:eastAsia="微软雅黑" w:hAnsi="微软雅黑" w:cs="微软雅黑" w:hint="eastAsia"/>
          <w:b/>
          <w:lang w:eastAsia="zh-CN"/>
        </w:rPr>
        <w:t>数据视角</w:t>
      </w:r>
      <w:r>
        <w:rPr>
          <w:rFonts w:ascii="微软雅黑" w:eastAsia="微软雅黑" w:hAnsi="微软雅黑" w:cs="微软雅黑" w:hint="eastAsia"/>
          <w:lang w:eastAsia="zh-CN"/>
        </w:rPr>
        <w:t>：能否构造一台可基于大数据学习的机器？</w:t>
      </w:r>
      <w:r>
        <w:t xml:space="preserve">→ </w:t>
      </w:r>
      <w:r>
        <w:rPr>
          <w:rFonts w:ascii="微软雅黑" w:eastAsia="微软雅黑" w:hAnsi="微软雅黑" w:cs="微软雅黑" w:hint="eastAsia"/>
          <w:lang w:eastAsia="zh-CN"/>
        </w:rPr>
        <w:t>深度学习。</w:t>
      </w:r>
    </w:p>
    <w:p>
      <w:pPr>
        <w:pStyle w:val="ListNumber"/>
        <w:numPr>
          <w:ilvl w:val="0"/>
          <w:numId w:val="13"/>
        </w:numPr>
        <w:spacing w:after="72"/>
      </w:pPr>
      <w:r>
        <w:rPr>
          <w:rFonts w:ascii="微软雅黑" w:eastAsia="微软雅黑" w:hAnsi="微软雅黑" w:cs="微软雅黑" w:hint="eastAsia"/>
          <w:lang w:eastAsia="zh-CN"/>
        </w:rPr>
        <w:t>时间轴上还有：阿达</w:t>
      </w:r>
      <w:r>
        <w:t>·</w:t>
      </w:r>
      <w:r>
        <w:rPr>
          <w:rFonts w:ascii="微软雅黑" w:eastAsia="微软雅黑" w:hAnsi="微软雅黑" w:cs="微软雅黑" w:hint="eastAsia"/>
          <w:lang w:eastAsia="zh-CN"/>
        </w:rPr>
        <w:t>洛芙莱斯（</w:t>
      </w:r>
      <w:r>
        <w:t>Ada Lovelace</w:t>
      </w:r>
      <w:r>
        <w:rPr>
          <w:rFonts w:ascii="微软雅黑" w:eastAsia="微软雅黑" w:hAnsi="微软雅黑" w:cs="微软雅黑" w:hint="eastAsia"/>
          <w:lang w:eastAsia="zh-CN"/>
        </w:rPr>
        <w:t>，</w:t>
      </w:r>
      <w:r>
        <w:t>1843</w:t>
      </w:r>
      <w:r>
        <w:rPr>
          <w:rFonts w:ascii="微软雅黑" w:eastAsia="微软雅黑" w:hAnsi="微软雅黑" w:cs="微软雅黑" w:hint="eastAsia"/>
          <w:lang w:eastAsia="zh-CN"/>
        </w:rPr>
        <w:t>）、图灵机（</w:t>
      </w:r>
      <w:r>
        <w:t>1936</w:t>
      </w:r>
      <w:r>
        <w:rPr>
          <w:rFonts w:ascii="微软雅黑" w:eastAsia="微软雅黑" w:hAnsi="微软雅黑" w:cs="微软雅黑" w:hint="eastAsia"/>
          <w:lang w:eastAsia="zh-CN"/>
        </w:rPr>
        <w:t>）、达特茅斯会议（</w:t>
      </w:r>
      <w:r>
        <w:t>1956</w:t>
      </w:r>
      <w:r>
        <w:rPr>
          <w:rFonts w:ascii="微软雅黑" w:eastAsia="微软雅黑" w:hAnsi="微软雅黑" w:cs="微软雅黑" w:hint="eastAsia"/>
          <w:lang w:eastAsia="zh-CN"/>
        </w:rPr>
        <w:t>）、</w:t>
      </w:r>
      <w:r>
        <w:t>ELIZA</w:t>
      </w:r>
      <w:r>
        <w:rPr>
          <w:rFonts w:ascii="微软雅黑" w:eastAsia="微软雅黑" w:hAnsi="微软雅黑" w:cs="微软雅黑" w:hint="eastAsia"/>
          <w:lang w:eastAsia="zh-CN"/>
        </w:rPr>
        <w:t>、</w:t>
      </w:r>
      <w:r>
        <w:t xml:space="preserve">Shakey </w:t>
      </w:r>
      <w:r>
        <w:rPr>
          <w:rFonts w:ascii="微软雅黑" w:eastAsia="微软雅黑" w:hAnsi="微软雅黑" w:cs="微软雅黑" w:hint="eastAsia"/>
          <w:lang w:eastAsia="zh-CN"/>
        </w:rPr>
        <w:t>机器人、深蓝（</w:t>
      </w:r>
      <w:r>
        <w:t>Deep Blue</w:t>
      </w:r>
      <w:r>
        <w:rPr>
          <w:rFonts w:ascii="微软雅黑" w:eastAsia="微软雅黑" w:hAnsi="微软雅黑" w:cs="微软雅黑" w:hint="eastAsia"/>
          <w:lang w:eastAsia="zh-CN"/>
        </w:rPr>
        <w:t>，</w:t>
      </w:r>
      <w:r>
        <w:t>1997</w:t>
      </w:r>
      <w:r>
        <w:rPr>
          <w:rFonts w:ascii="微软雅黑" w:eastAsia="微软雅黑" w:hAnsi="微软雅黑" w:cs="微软雅黑" w:hint="eastAsia"/>
          <w:lang w:eastAsia="zh-CN"/>
        </w:rPr>
        <w:t>）、</w:t>
      </w:r>
      <w:r>
        <w:t>IBM Watson</w:t>
      </w:r>
      <w:r>
        <w:rPr>
          <w:rFonts w:ascii="微软雅黑" w:eastAsia="微软雅黑" w:hAnsi="微软雅黑" w:cs="微软雅黑" w:hint="eastAsia"/>
          <w:lang w:eastAsia="zh-CN"/>
        </w:rPr>
        <w:t>、深度学习与</w:t>
      </w:r>
      <w:r>
        <w:t xml:space="preserve"> Google AlphaGo </w:t>
      </w:r>
      <w:r>
        <w:rPr>
          <w:rFonts w:ascii="微软雅黑" w:eastAsia="微软雅黑" w:hAnsi="微软雅黑" w:cs="微软雅黑" w:hint="eastAsia"/>
          <w:lang w:eastAsia="zh-CN"/>
        </w:rPr>
        <w:t>等。</w:t>
      </w:r>
    </w:p>
    <w:p>
      <w:pPr/>
      <w:r>
        <w:rPr>
          <w:rFonts w:ascii="微软雅黑" w:eastAsia="微软雅黑" w:hAnsi="微软雅黑" w:cs="微软雅黑" w:hint="eastAsia"/>
          <w:b/>
          <w:lang w:eastAsia="zh-CN"/>
        </w:rPr>
        <w:t>六、学科成熟轨迹</w:t>
      </w:r>
    </w:p>
    <w:p>
      <w:pPr>
        <w:pStyle w:val="ListBullet"/>
        <w:spacing w:after="72"/>
      </w:pPr>
      <w:r>
        <w:rPr>
          <w:rFonts w:ascii="微软雅黑" w:eastAsia="微软雅黑" w:hAnsi="微软雅黑" w:cs="微软雅黑" w:hint="eastAsia"/>
          <w:lang w:eastAsia="zh-CN"/>
        </w:rPr>
        <w:t>早期人工智能令人心驰神往</w:t>
      </w:r>
      <w:r>
        <w:t>→</w:t>
      </w:r>
      <w:r>
        <w:rPr>
          <w:rFonts w:ascii="微软雅黑" w:eastAsia="微软雅黑" w:hAnsi="微软雅黑" w:cs="微软雅黑" w:hint="eastAsia"/>
          <w:lang w:eastAsia="zh-CN"/>
        </w:rPr>
        <w:t>机器学习开始萌芽（</w:t>
      </w:r>
      <w:r>
        <w:t>1980s–2000s</w:t>
      </w:r>
      <w:r>
        <w:rPr>
          <w:rFonts w:ascii="微软雅黑" w:eastAsia="微软雅黑" w:hAnsi="微软雅黑" w:cs="微软雅黑" w:hint="eastAsia"/>
          <w:lang w:eastAsia="zh-CN"/>
        </w:rPr>
        <w:t>）</w:t>
      </w:r>
      <w:r>
        <w:t>→</w:t>
      </w:r>
      <w:r>
        <w:rPr>
          <w:rFonts w:ascii="微软雅黑" w:eastAsia="微软雅黑" w:hAnsi="微软雅黑" w:cs="微软雅黑" w:hint="eastAsia"/>
          <w:b/>
          <w:lang w:eastAsia="zh-CN"/>
        </w:rPr>
        <w:t>深度学习的突破让人工智能狂飙</w:t>
      </w:r>
      <w:r>
        <w:rPr>
          <w:rFonts w:ascii="微软雅黑" w:eastAsia="微软雅黑" w:hAnsi="微软雅黑" w:cs="微软雅黑" w:hint="eastAsia"/>
          <w:lang w:eastAsia="zh-CN"/>
        </w:rPr>
        <w:t>（</w:t>
      </w:r>
      <w:r>
        <w:t>2010s</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机器学习</w:t>
      </w:r>
      <w:r>
        <w:t>"</w:t>
      </w:r>
      <w:r>
        <w:rPr>
          <w:rFonts w:ascii="微软雅黑" w:eastAsia="微软雅黑" w:hAnsi="微软雅黑" w:cs="微软雅黑" w:hint="eastAsia"/>
          <w:lang w:eastAsia="zh-CN"/>
        </w:rPr>
        <w:t>可以让机器自动地来处理大量的数据</w:t>
      </w:r>
      <w:r>
        <w:t>"</w:t>
      </w:r>
      <w:r>
        <w:rPr>
          <w:rFonts w:ascii="微软雅黑" w:eastAsia="微软雅黑" w:hAnsi="微软雅黑" w:cs="微软雅黑" w:hint="eastAsia"/>
          <w:lang w:eastAsia="zh-CN"/>
        </w:rPr>
        <w:t>，其它进展其实都源于数据视角的思索；深度学习出来以后，人工智能开始了新一轮的狂飙。</w:t>
      </w:r>
    </w:p>
    <w:p>
      <w:pPr/>
      <w:r>
        <w:rPr>
          <w:rFonts w:ascii="微软雅黑" w:eastAsia="微软雅黑" w:hAnsi="微软雅黑" w:cs="微软雅黑" w:hint="eastAsia"/>
          <w:b/>
          <w:lang w:eastAsia="zh-CN"/>
        </w:rPr>
        <w:t>七、"人工智能知识树"与教学法（核心框架）</w:t>
      </w:r>
    </w:p>
    <w:p>
      <w:pPr>
        <w:pStyle w:val="ListBullet"/>
        <w:spacing w:after="72"/>
      </w:pPr>
      <w:r>
        <w:rPr>
          <w:rFonts w:ascii="微软雅黑" w:eastAsia="微软雅黑" w:hAnsi="微软雅黑" w:cs="微软雅黑" w:hint="eastAsia"/>
          <w:lang w:eastAsia="zh-CN"/>
        </w:rPr>
        <w:t>结构层级：果</w:t>
      </w:r>
      <w:r>
        <w:t>=</w:t>
      </w:r>
      <w:r>
        <w:rPr>
          <w:rFonts w:ascii="微软雅黑" w:eastAsia="微软雅黑" w:hAnsi="微软雅黑" w:cs="微软雅黑" w:hint="eastAsia"/>
          <w:b/>
          <w:lang w:eastAsia="zh-CN"/>
        </w:rPr>
        <w:t>智能产品</w:t>
      </w:r>
      <w:r>
        <w:rPr>
          <w:rFonts w:ascii="微软雅黑" w:eastAsia="微软雅黑" w:hAnsi="微软雅黑" w:cs="微软雅黑" w:hint="eastAsia"/>
          <w:lang w:eastAsia="zh-CN"/>
        </w:rPr>
        <w:t>、花</w:t>
      </w:r>
      <w:r>
        <w:t>=</w:t>
      </w:r>
      <w:r>
        <w:rPr>
          <w:rFonts w:ascii="微软雅黑" w:eastAsia="微软雅黑" w:hAnsi="微软雅黑" w:cs="微软雅黑" w:hint="eastAsia"/>
          <w:b/>
          <w:lang w:eastAsia="zh-CN"/>
        </w:rPr>
        <w:t>前沿突破</w:t>
      </w:r>
      <w:r>
        <w:rPr>
          <w:rFonts w:ascii="微软雅黑" w:eastAsia="微软雅黑" w:hAnsi="微软雅黑" w:cs="微软雅黑" w:hint="eastAsia"/>
          <w:lang w:eastAsia="zh-CN"/>
        </w:rPr>
        <w:t>、叶</w:t>
      </w:r>
      <w:r>
        <w:t>=</w:t>
      </w:r>
      <w:r>
        <w:rPr>
          <w:rFonts w:ascii="微软雅黑" w:eastAsia="微软雅黑" w:hAnsi="微软雅黑" w:cs="微软雅黑" w:hint="eastAsia"/>
          <w:b/>
          <w:lang w:eastAsia="zh-CN"/>
        </w:rPr>
        <w:t>应用领域</w:t>
      </w:r>
      <w:r>
        <w:rPr>
          <w:rFonts w:ascii="微软雅黑" w:eastAsia="微软雅黑" w:hAnsi="微软雅黑" w:cs="微软雅黑" w:hint="eastAsia"/>
          <w:lang w:eastAsia="zh-CN"/>
        </w:rPr>
        <w:t>、枝</w:t>
      </w:r>
      <w:r>
        <w:t>=</w:t>
      </w:r>
      <w:r>
        <w:rPr>
          <w:rFonts w:ascii="微软雅黑" w:eastAsia="微软雅黑" w:hAnsi="微软雅黑" w:cs="微软雅黑" w:hint="eastAsia"/>
          <w:b/>
          <w:lang w:eastAsia="zh-CN"/>
        </w:rPr>
        <w:t>技术架构</w:t>
      </w:r>
      <w:r>
        <w:rPr>
          <w:rFonts w:ascii="微软雅黑" w:eastAsia="微软雅黑" w:hAnsi="微软雅黑" w:cs="微软雅黑" w:hint="eastAsia"/>
          <w:lang w:eastAsia="zh-CN"/>
        </w:rPr>
        <w:t>、干</w:t>
      </w:r>
      <w:r>
        <w:t>=</w:t>
      </w:r>
      <w:r>
        <w:rPr>
          <w:rFonts w:ascii="微软雅黑" w:eastAsia="微软雅黑" w:hAnsi="微软雅黑" w:cs="微软雅黑" w:hint="eastAsia"/>
          <w:b/>
          <w:lang w:eastAsia="zh-CN"/>
        </w:rPr>
        <w:t>基本原理</w:t>
      </w:r>
      <w:r>
        <w:rPr>
          <w:rFonts w:ascii="微软雅黑" w:eastAsia="微软雅黑" w:hAnsi="微软雅黑" w:cs="微软雅黑" w:hint="eastAsia"/>
          <w:lang w:eastAsia="zh-CN"/>
        </w:rPr>
        <w:t>、根</w:t>
      </w:r>
      <w:r>
        <w:t>=</w:t>
      </w:r>
      <w:r>
        <w:rPr>
          <w:rFonts w:ascii="微软雅黑" w:eastAsia="微软雅黑" w:hAnsi="微软雅黑" w:cs="微软雅黑" w:hint="eastAsia"/>
          <w:b/>
          <w:lang w:eastAsia="zh-CN"/>
        </w:rPr>
        <w:t>思想源头</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上人工智能通识课时，可以从</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（有意思的智能产品）讲起，但</w:t>
      </w:r>
      <w:r>
        <w:t>"</w:t>
      </w:r>
      <w:r>
        <w:rPr>
          <w:rFonts w:ascii="微软雅黑" w:eastAsia="微软雅黑" w:hAnsi="微软雅黑" w:cs="微软雅黑" w:hint="eastAsia"/>
          <w:lang w:eastAsia="zh-CN"/>
        </w:rPr>
        <w:t>果只是这棵树结出来的果实</w:t>
      </w:r>
      <w:r>
        <w:t>"</w:t>
      </w:r>
      <w:r>
        <w:rPr>
          <w:rFonts w:ascii="微软雅黑" w:eastAsia="微软雅黑" w:hAnsi="微软雅黑" w:cs="微软雅黑" w:hint="eastAsia"/>
          <w:lang w:eastAsia="zh-CN"/>
        </w:rPr>
        <w:t>；没有叶开不出花，花长在枝上、叶长在枝上；要</w:t>
      </w:r>
      <w:r>
        <w:t>"</w:t>
      </w:r>
      <w:r>
        <w:rPr>
          <w:rFonts w:ascii="微软雅黑" w:eastAsia="微软雅黑" w:hAnsi="微软雅黑" w:cs="微软雅黑" w:hint="eastAsia"/>
          <w:lang w:eastAsia="zh-CN"/>
        </w:rPr>
        <w:t>从果到花、到叶、到枝、到干、到根一直往下追</w:t>
      </w:r>
      <w:r>
        <w:t>"</w:t>
      </w:r>
      <w:r>
        <w:rPr>
          <w:rFonts w:ascii="微软雅黑" w:eastAsia="微软雅黑" w:hAnsi="微软雅黑" w:cs="微软雅黑" w:hint="eastAsia"/>
          <w:lang w:eastAsia="zh-CN"/>
        </w:rPr>
        <w:t>，讲清背后的道理，否则只介绍产品</w:t>
      </w:r>
      <w:r>
        <w:t>"</w:t>
      </w:r>
      <w:r>
        <w:rPr>
          <w:rFonts w:ascii="微软雅黑" w:eastAsia="微软雅黑" w:hAnsi="微软雅黑" w:cs="微软雅黑" w:hint="eastAsia"/>
          <w:lang w:eastAsia="zh-CN"/>
        </w:rPr>
        <w:t>你也讲不清背后的道理</w:t>
      </w:r>
      <w:r>
        <w:t>"</w:t>
      </w:r>
      <w:r>
        <w:rPr>
          <w:rFonts w:ascii="微软雅黑" w:eastAsia="微软雅黑" w:hAnsi="微软雅黑" w:cs="微软雅黑" w:hint="eastAsia"/>
          <w:lang w:eastAsia="zh-CN"/>
        </w:rPr>
        <w:t>；根是这个学科的思想源头。</w:t>
      </w:r>
      <w:r>
        <w:t>"</w:t>
      </w:r>
      <w:r>
        <w:rPr>
          <w:rFonts w:ascii="微软雅黑" w:eastAsia="微软雅黑" w:hAnsi="微软雅黑" w:cs="微软雅黑" w:hint="eastAsia"/>
          <w:lang w:eastAsia="zh-CN"/>
        </w:rPr>
        <w:t>那从根开始，你这一层一层地往下深挖</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八、金句汇编</w:t>
      </w:r>
    </w:p>
    <w:p>
      <w:pPr>
        <w:pStyle w:val="ListBullet"/>
        <w:spacing w:after="72"/>
      </w:pPr>
      <w:r>
        <w:t>"</w:t>
      </w:r>
      <w:r>
        <w:rPr>
          <w:rFonts w:ascii="微软雅黑" w:eastAsia="微软雅黑" w:hAnsi="微软雅黑" w:cs="微软雅黑" w:hint="eastAsia"/>
          <w:lang w:eastAsia="zh-CN"/>
        </w:rPr>
        <w:t>机器能思考吗？</w:t>
      </w:r>
      <w:r>
        <w:t>"——</w:t>
      </w:r>
      <w:r>
        <w:rPr>
          <w:rFonts w:ascii="微软雅黑" w:eastAsia="微软雅黑" w:hAnsi="微软雅黑" w:cs="微软雅黑" w:hint="eastAsia"/>
          <w:lang w:eastAsia="zh-CN"/>
        </w:rPr>
        <w:t>图灵，</w:t>
      </w:r>
      <w:r>
        <w:t>1950</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人工智能有两条路：维纳开创的</w:t>
      </w:r>
      <w:r>
        <w:t>"</w:t>
      </w:r>
      <w:r>
        <w:rPr>
          <w:rFonts w:ascii="微软雅黑" w:eastAsia="微软雅黑" w:hAnsi="微软雅黑" w:cs="微软雅黑" w:hint="eastAsia"/>
          <w:lang w:eastAsia="zh-CN"/>
        </w:rPr>
        <w:t>模拟</w:t>
      </w:r>
      <w:r>
        <w:t>-</w:t>
      </w:r>
      <w:r>
        <w:rPr>
          <w:rFonts w:ascii="微软雅黑" w:eastAsia="微软雅黑" w:hAnsi="微软雅黑" w:cs="微软雅黑" w:hint="eastAsia"/>
          <w:lang w:eastAsia="zh-CN"/>
        </w:rPr>
        <w:t>复现</w:t>
      </w:r>
      <w:r>
        <w:t>"</w:t>
      </w:r>
      <w:r>
        <w:rPr>
          <w:rFonts w:ascii="微软雅黑" w:eastAsia="微软雅黑" w:hAnsi="微软雅黑" w:cs="微软雅黑" w:hint="eastAsia"/>
          <w:lang w:eastAsia="zh-CN"/>
        </w:rPr>
        <w:t>的道路，香农主导的</w:t>
      </w:r>
      <w:r>
        <w:t>"</w:t>
      </w:r>
      <w:r>
        <w:rPr>
          <w:rFonts w:ascii="微软雅黑" w:eastAsia="微软雅黑" w:hAnsi="微软雅黑" w:cs="微软雅黑" w:hint="eastAsia"/>
          <w:lang w:eastAsia="zh-CN"/>
        </w:rPr>
        <w:t>表征</w:t>
      </w:r>
      <w:r>
        <w:t>-</w:t>
      </w:r>
      <w:r>
        <w:rPr>
          <w:rFonts w:ascii="微软雅黑" w:eastAsia="微软雅黑" w:hAnsi="微软雅黑" w:cs="微软雅黑" w:hint="eastAsia"/>
          <w:lang w:eastAsia="zh-CN"/>
        </w:rPr>
        <w:t>计算</w:t>
      </w:r>
      <w:r>
        <w:t>"</w:t>
      </w:r>
      <w:r>
        <w:rPr>
          <w:rFonts w:ascii="微软雅黑" w:eastAsia="微软雅黑" w:hAnsi="微软雅黑" w:cs="微软雅黑" w:hint="eastAsia"/>
          <w:lang w:eastAsia="zh-CN"/>
        </w:rPr>
        <w:t>的道路。</w:t>
      </w:r>
    </w:p>
    <w:p>
      <w:pPr>
        <w:pStyle w:val="ListBullet"/>
        <w:spacing w:after="72"/>
      </w:pPr>
      <w:r>
        <w:t>"</w:t>
      </w:r>
      <w:r>
        <w:rPr>
          <w:rFonts w:ascii="微软雅黑" w:eastAsia="微软雅黑" w:hAnsi="微软雅黑" w:cs="微软雅黑" w:hint="eastAsia"/>
          <w:lang w:eastAsia="zh-CN"/>
        </w:rPr>
        <w:t>它其实就是属于数派。</w:t>
      </w:r>
      <w:r>
        <w:t>"</w:t>
      </w:r>
    </w:p>
    <w:p>
      <w:pPr>
        <w:pStyle w:val="ListBullet"/>
        <w:spacing w:after="72"/>
      </w:pPr>
      <w:r>
        <w:t>"</w:t>
      </w:r>
      <w:r>
        <w:rPr>
          <w:rFonts w:ascii="微软雅黑" w:eastAsia="微软雅黑" w:hAnsi="微软雅黑" w:cs="微软雅黑" w:hint="eastAsia"/>
          <w:lang w:eastAsia="zh-CN"/>
        </w:rPr>
        <w:t>深度学习的突破让人工智能狂飙。</w:t>
      </w:r>
      <w:r>
        <w:t>"</w:t>
      </w:r>
    </w:p>
    <w:p>
      <w:pPr>
        <w:pStyle w:val="ListBullet"/>
        <w:spacing w:after="72"/>
      </w:pPr>
      <w:r>
        <w:t>"</w:t>
      </w:r>
      <w:r>
        <w:rPr>
          <w:rFonts w:ascii="微软雅黑" w:eastAsia="微软雅黑" w:hAnsi="微软雅黑" w:cs="微软雅黑" w:hint="eastAsia"/>
          <w:lang w:eastAsia="zh-CN"/>
        </w:rPr>
        <w:t>果只是人工智能这棵树结出来的果实</w:t>
      </w:r>
      <w:r>
        <w:t>……</w:t>
      </w:r>
      <w:r>
        <w:rPr>
          <w:rFonts w:ascii="微软雅黑" w:eastAsia="微软雅黑" w:hAnsi="微软雅黑" w:cs="微软雅黑" w:hint="eastAsia"/>
          <w:lang w:eastAsia="zh-CN"/>
        </w:rPr>
        <w:t>你从果到花、到叶、到枝、到干、到根一直往下追。</w:t>
      </w:r>
      <w:r>
        <w:t>"</w:t>
      </w:r>
    </w:p>
    <w:p>
      <w:pPr>
        <w:pStyle w:val="ListBullet"/>
        <w:spacing w:after="72"/>
      </w:pPr>
      <w:r>
        <w:t>"</w:t>
      </w:r>
      <w:r>
        <w:rPr>
          <w:rFonts w:ascii="微软雅黑" w:eastAsia="微软雅黑" w:hAnsi="微软雅黑" w:cs="微软雅黑" w:hint="eastAsia"/>
          <w:lang w:eastAsia="zh-CN"/>
        </w:rPr>
        <w:t>你介绍那些有意思的人工智能的技术产品，（但）你也讲不清背后的道理</w:t>
      </w:r>
      <w:r>
        <w:t>"</w:t>
      </w:r>
      <w:r>
        <w:rPr>
          <w:rFonts w:ascii="微软雅黑" w:eastAsia="微软雅黑" w:hAnsi="微软雅黑" w:cs="微软雅黑" w:hint="eastAsia"/>
          <w:lang w:eastAsia="zh-CN"/>
        </w:rPr>
        <w:t>。</w:t>
      </w:r>
    </w:p>
    <w:p>
      <w:pPr>
        <w:pStyle w:val="ListBullet"/>
        <w:spacing w:after="72"/>
      </w:pPr>
      <w:r>
        <w:t>"</w:t>
      </w:r>
      <w:r>
        <w:rPr>
          <w:rFonts w:ascii="微软雅黑" w:eastAsia="微软雅黑" w:hAnsi="微软雅黑" w:cs="微软雅黑" w:hint="eastAsia"/>
          <w:lang w:eastAsia="zh-CN"/>
        </w:rPr>
        <w:t>那从根开始，你这一层一层地往下深挖。</w:t>
      </w:r>
      <w:r>
        <w:t>"</w:t>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14"/>
        </w:numPr>
        <w:spacing w:after="72"/>
      </w:pPr>
      <w:r>
        <w:rPr>
          <w:rFonts w:ascii="微软雅黑" w:eastAsia="微软雅黑" w:hAnsi="微软雅黑" w:cs="微软雅黑" w:hint="eastAsia"/>
          <w:b/>
          <w:lang w:eastAsia="zh-CN"/>
        </w:rPr>
        <w:t>绘制校本《AI学科史图谱》（小组）</w:t>
      </w:r>
      <w:r>
        <w:rPr>
          <w:rFonts w:ascii="微软雅黑" w:eastAsia="微软雅黑" w:hAnsi="微软雅黑" w:cs="微软雅黑" w:hint="eastAsia"/>
          <w:lang w:eastAsia="zh-CN"/>
        </w:rPr>
        <w:t>：整合</w:t>
      </w:r>
      <w:r>
        <w:t>"</w:t>
      </w:r>
      <w:r>
        <w:rPr>
          <w:rFonts w:ascii="微软雅黑" w:eastAsia="微软雅黑" w:hAnsi="微软雅黑" w:cs="微软雅黑" w:hint="eastAsia"/>
          <w:lang w:eastAsia="zh-CN"/>
        </w:rPr>
        <w:t>时间轴（</w:t>
      </w:r>
      <w:r>
        <w:t xml:space="preserve">1843 Ada—1936 </w:t>
      </w:r>
      <w:r>
        <w:rPr>
          <w:rFonts w:ascii="微软雅黑" w:eastAsia="微软雅黑" w:hAnsi="微软雅黑" w:cs="微软雅黑" w:hint="eastAsia"/>
          <w:lang w:eastAsia="zh-CN"/>
        </w:rPr>
        <w:t>图灵机</w:t>
      </w:r>
      <w:r>
        <w:t xml:space="preserve">—1956 </w:t>
      </w:r>
      <w:r>
        <w:rPr>
          <w:rFonts w:ascii="微软雅黑" w:eastAsia="微软雅黑" w:hAnsi="微软雅黑" w:cs="微软雅黑" w:hint="eastAsia"/>
          <w:lang w:eastAsia="zh-CN"/>
        </w:rPr>
        <w:t>达特茅斯</w:t>
      </w:r>
      <w:r>
        <w:t xml:space="preserve">—1997 </w:t>
      </w:r>
      <w:r>
        <w:rPr>
          <w:rFonts w:ascii="微软雅黑" w:eastAsia="微软雅黑" w:hAnsi="微软雅黑" w:cs="微软雅黑" w:hint="eastAsia"/>
          <w:lang w:eastAsia="zh-CN"/>
        </w:rPr>
        <w:t>深蓝</w:t>
      </w:r>
      <w:r>
        <w:t>—AlphaGo—</w:t>
      </w:r>
      <w:r>
        <w:rPr>
          <w:rFonts w:ascii="微软雅黑" w:eastAsia="微软雅黑" w:hAnsi="微软雅黑" w:cs="微软雅黑" w:hint="eastAsia"/>
          <w:lang w:eastAsia="zh-CN"/>
        </w:rPr>
        <w:t>深度学习）</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知识树（根</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两套结构，产出一张可用于课堂导入的图谱海报，下周教研组展示。</w:t>
      </w:r>
    </w:p>
    <w:p>
      <w:pPr>
        <w:pStyle w:val="ListNumber"/>
        <w:numPr>
          <w:ilvl w:val="0"/>
          <w:numId w:val="14"/>
        </w:numPr>
        <w:spacing w:after="72"/>
      </w:pPr>
      <w:r>
        <w:rPr>
          <w:rFonts w:ascii="微软雅黑" w:eastAsia="微软雅黑" w:hAnsi="微软雅黑" w:cs="微软雅黑" w:hint="eastAsia"/>
          <w:b/>
          <w:lang w:eastAsia="zh-CN"/>
        </w:rPr>
        <w:t>"给一个AI产品溯源"学生任务设计（个人）</w:t>
      </w:r>
      <w:r>
        <w:rPr>
          <w:rFonts w:ascii="微软雅黑" w:eastAsia="微软雅黑" w:hAnsi="微软雅黑" w:cs="微软雅黑" w:hint="eastAsia"/>
          <w:lang w:eastAsia="zh-CN"/>
        </w:rPr>
        <w:t>：选一项学生熟悉的</w:t>
      </w:r>
      <w:r>
        <w:t>AI</w:t>
      </w:r>
      <w:r>
        <w:rPr>
          <w:rFonts w:ascii="微软雅黑" w:eastAsia="微软雅黑" w:hAnsi="微软雅黑" w:cs="微软雅黑" w:hint="eastAsia"/>
          <w:lang w:eastAsia="zh-CN"/>
        </w:rPr>
        <w:t>产品（如人脸识别、</w:t>
      </w:r>
      <w:r>
        <w:t>AlphaGo</w:t>
      </w:r>
      <w:r>
        <w:rPr>
          <w:rFonts w:ascii="微软雅黑" w:eastAsia="微软雅黑" w:hAnsi="微软雅黑" w:cs="微软雅黑" w:hint="eastAsia"/>
          <w:lang w:eastAsia="zh-CN"/>
        </w:rPr>
        <w:t>、</w:t>
      </w:r>
      <w:r>
        <w:t>DeepSeek</w:t>
      </w:r>
      <w:r>
        <w:rPr>
          <w:rFonts w:ascii="微软雅黑" w:eastAsia="微软雅黑" w:hAnsi="微软雅黑" w:cs="微软雅黑" w:hint="eastAsia"/>
          <w:lang w:eastAsia="zh-CN"/>
        </w:rPr>
        <w:t>），按</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写一份</w:t>
      </w:r>
      <w:r>
        <w:t>5</w:t>
      </w:r>
      <w:r>
        <w:rPr>
          <w:rFonts w:ascii="微软雅黑" w:eastAsia="微软雅黑" w:hAnsi="微软雅黑" w:cs="微软雅黑" w:hint="eastAsia"/>
          <w:lang w:eastAsia="zh-CN"/>
        </w:rPr>
        <w:t>分钟课堂活动设计，要求至少下探到</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层。</w:t>
      </w:r>
    </w:p>
    <w:p>
      <w:pPr>
        <w:pStyle w:val="ListNumber"/>
        <w:numPr>
          <w:ilvl w:val="0"/>
          <w:numId w:val="14"/>
        </w:numPr>
        <w:spacing w:after="72"/>
      </w:pPr>
      <w:r>
        <w:rPr>
          <w:rFonts w:ascii="微软雅黑" w:eastAsia="微软雅黑" w:hAnsi="微软雅黑" w:cs="微软雅黑" w:hint="eastAsia"/>
          <w:b/>
          <w:lang w:eastAsia="zh-CN"/>
        </w:rPr>
        <w:t>学科史故事素材包（跨学科）</w:t>
      </w:r>
      <w:r>
        <w:rPr>
          <w:rFonts w:ascii="微软雅黑" w:eastAsia="微软雅黑" w:hAnsi="微软雅黑" w:cs="微软雅黑" w:hint="eastAsia"/>
          <w:lang w:eastAsia="zh-CN"/>
        </w:rPr>
        <w:t>：每人提炼</w:t>
      </w:r>
      <w:r>
        <w:t>1</w:t>
      </w:r>
      <w:r>
        <w:rPr>
          <w:rFonts w:ascii="微软雅黑" w:eastAsia="微软雅黑" w:hAnsi="微软雅黑" w:cs="微软雅黑" w:hint="eastAsia"/>
          <w:lang w:eastAsia="zh-CN"/>
        </w:rPr>
        <w:t>个可用于导入的学科史故事（图灵破译</w:t>
      </w:r>
      <w:r>
        <w:t xml:space="preserve">Enigma / </w:t>
      </w:r>
      <w:r>
        <w:rPr>
          <w:rFonts w:ascii="微软雅黑" w:eastAsia="微软雅黑" w:hAnsi="微软雅黑" w:cs="微软雅黑" w:hint="eastAsia"/>
          <w:lang w:eastAsia="zh-CN"/>
        </w:rPr>
        <w:t>达特茅斯会议十先驱</w:t>
      </w:r>
      <w:r>
        <w:t xml:space="preserve"> / </w:t>
      </w:r>
      <w:r>
        <w:rPr>
          <w:rFonts w:ascii="微软雅黑" w:eastAsia="微软雅黑" w:hAnsi="微软雅黑" w:cs="微软雅黑" w:hint="eastAsia"/>
          <w:lang w:eastAsia="zh-CN"/>
        </w:rPr>
        <w:t>吴文俊几何定理机械化证明），汇成泉州一中《</w:t>
      </w:r>
      <w:r>
        <w:t>AI</w:t>
      </w:r>
      <w:r>
        <w:rPr>
          <w:rFonts w:ascii="微软雅黑" w:eastAsia="微软雅黑" w:hAnsi="微软雅黑" w:cs="微软雅黑" w:hint="eastAsia"/>
          <w:lang w:eastAsia="zh-CN"/>
        </w:rPr>
        <w:t>通识课故事素材包》。</w:t>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 AI 视频生成工具）</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画面以一卷缓缓展开的古老羊皮卷轴开场，浮现</w:t>
      </w:r>
      <w:r>
        <w:t>1940</w:t>
      </w:r>
      <w:r>
        <w:rPr>
          <w:rFonts w:ascii="微软雅黑" w:eastAsia="微软雅黑" w:hAnsi="微软雅黑" w:cs="微软雅黑" w:hint="eastAsia"/>
          <w:lang w:eastAsia="zh-CN"/>
        </w:rPr>
        <w:t>年代破译密码的轰鸣机房与年轻图灵的侧影，随后镜头穿越至</w:t>
      </w:r>
      <w:r>
        <w:t>1956</w:t>
      </w:r>
      <w:r>
        <w:rPr>
          <w:rFonts w:ascii="微软雅黑" w:eastAsia="微软雅黑" w:hAnsi="微软雅黑" w:cs="微软雅黑" w:hint="eastAsia"/>
          <w:lang w:eastAsia="zh-CN"/>
        </w:rPr>
        <w:t>年达特茅斯会议的圆桌烛光，十位先驱的剪影依次点亮；画面旋即化作一棵发光的知识树，根系扎入</w:t>
      </w:r>
      <w:r>
        <w:t>"</w:t>
      </w:r>
      <w:r>
        <w:rPr>
          <w:rFonts w:ascii="微软雅黑" w:eastAsia="微软雅黑" w:hAnsi="微软雅黑" w:cs="微软雅黑" w:hint="eastAsia"/>
          <w:lang w:eastAsia="zh-CN"/>
        </w:rPr>
        <w:t>控制论</w:t>
      </w:r>
      <w:r>
        <w:t>/</w:t>
      </w:r>
      <w:r>
        <w:rPr>
          <w:rFonts w:ascii="微软雅黑" w:eastAsia="微软雅黑" w:hAnsi="微软雅黑" w:cs="微软雅黑" w:hint="eastAsia"/>
          <w:lang w:eastAsia="zh-CN"/>
        </w:rPr>
        <w:t>信息论</w:t>
      </w:r>
      <w:r>
        <w:t>"</w:t>
      </w:r>
      <w:r>
        <w:rPr>
          <w:rFonts w:ascii="微软雅黑" w:eastAsia="微软雅黑" w:hAnsi="微软雅黑" w:cs="微软雅黑" w:hint="eastAsia"/>
          <w:lang w:eastAsia="zh-CN"/>
        </w:rPr>
        <w:t>的源头符号，枝干蔓延出电路与神经元的纹理，树顶绽放前沿之星、垂落智能产品之果；暖金色调与轻微胶片颗粒，摄影机由卷轴特写缓慢后拉（</w:t>
      </w:r>
      <w:r>
        <w:t>pull back</w:t>
      </w:r>
      <w:r>
        <w:rPr>
          <w:rFonts w:ascii="微软雅黑" w:eastAsia="微软雅黑" w:hAnsi="微软雅黑" w:cs="微软雅黑" w:hint="eastAsia"/>
          <w:lang w:eastAsia="zh-CN"/>
        </w:rPr>
        <w:t>）再环绕树身（</w:t>
      </w:r>
      <w:r>
        <w:t>orbit</w:t>
      </w:r>
      <w:r>
        <w:rPr>
          <w:rFonts w:ascii="微软雅黑" w:eastAsia="微软雅黑" w:hAnsi="微软雅黑" w:cs="微软雅黑" w:hint="eastAsia"/>
          <w:lang w:eastAsia="zh-CN"/>
        </w:rPr>
        <w:t>），风格为历史纪录片混搭科幻微光，配低频弦乐与打字机环境音，情绪庄重而充满探索欲，时长约</w:t>
      </w:r>
      <w:r>
        <w:t>20</w:t>
      </w:r>
      <w:r>
        <w:rPr>
          <w:rFonts w:ascii="微软雅黑" w:eastAsia="微软雅黑" w:hAnsi="微软雅黑" w:cs="微软雅黑" w:hint="eastAsia"/>
          <w:lang w:eastAsia="zh-CN"/>
        </w:rPr>
        <w:t>秒，用于本讲导入或校本研修宣传短片。</w:t>
      </w:r>
      <w:r/>
    </w:p>
    <w:p>
      <w:bookmarkStart w:id="25" w:name="_Toc_section_4"/>
      <w:bookmarkStart w:id="3" w:name="section-4"/>
      <w:pPr>
        <w:pStyle w:val="Heading2"/>
        <w:pageBreakBefore/>
      </w:pPr>
      <w:bookmarkEnd w:id="3"/>
      <w:r>
        <w:rPr>
          <w:rFonts w:ascii="微软雅黑" w:hAnsi="微软雅黑" w:eastAsia="微软雅黑" w:cs="微软雅黑" w:hint="eastAsia"/>
          <w:b w:val="0"/>
          <w:color w:val="1A237E"/>
          <w:sz w:val="22"/>
          <w:lang w:eastAsia="zh-CN"/>
        </w:rPr>
        <w:t xml:space="preserve">  研修方案 3：《人工智能的丰硕之果与绚烂之花——前沿产品、突破与AI4Science》</w:t>
      </w:r>
      <w:bookmarkEnd w:id="25"/>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3</w:t>
      </w:r>
      <w:r>
        <w:rPr>
          <w:rFonts w:ascii="微软雅黑" w:eastAsia="微软雅黑" w:hAnsi="微软雅黑" w:cs="微软雅黑" w:hint="eastAsia"/>
          <w:color w:val="212121"/>
          <w:lang w:eastAsia="zh-CN"/>
        </w:rPr>
        <w:t>讲《人工智能的丰硕之果与绚烂之花》｜时长约</w:t>
      </w:r>
      <w:r>
        <w:rPr>
          <w:color w:val="212121"/>
        </w:rPr>
        <w:t>16</w:t>
      </w:r>
      <w:r>
        <w:rPr>
          <w:rFonts w:ascii="微软雅黑" w:eastAsia="微软雅黑" w:hAnsi="微软雅黑" w:cs="微软雅黑" w:hint="eastAsia"/>
          <w:color w:val="212121"/>
          <w:lang w:eastAsia="zh-CN"/>
        </w:rPr>
        <w:t>分</w:t>
      </w:r>
      <w:r>
        <w:rPr>
          <w:color w:val="212121"/>
        </w:rPr>
        <w:t>30</w:t>
      </w:r>
      <w:r>
        <w:rPr>
          <w:rFonts w:ascii="微软雅黑" w:eastAsia="微软雅黑" w:hAnsi="微软雅黑" w:cs="微软雅黑" w:hint="eastAsia"/>
          <w:color w:val="212121"/>
          <w:lang w:eastAsia="zh-CN"/>
        </w:rPr>
        <w:t>秒｜来源：国家智慧教育平台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：学科通识（模块二</w:t>
      </w:r>
      <w:r>
        <w:t>·</w:t>
      </w:r>
      <w:r>
        <w:rPr>
          <w:rFonts w:ascii="微软雅黑" w:eastAsia="微软雅黑" w:hAnsi="微软雅黑" w:cs="微软雅黑" w:hint="eastAsia"/>
          <w:lang w:eastAsia="zh-CN"/>
        </w:rPr>
        <w:t>前沿与应用）</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：信息科技、通用技术、数学、物理、化学、生物教师为主体，欢迎语文、英语、社会科学教师参与；建议以</w:t>
      </w:r>
      <w:r>
        <w:t>"</w:t>
      </w:r>
      <w:r>
        <w:rPr>
          <w:rFonts w:ascii="微软雅黑" w:eastAsia="微软雅黑" w:hAnsi="微软雅黑" w:cs="微软雅黑" w:hint="eastAsia"/>
          <w:lang w:eastAsia="zh-CN"/>
        </w:rPr>
        <w:t>理科综合组</w:t>
      </w:r>
      <w:r>
        <w:t>+</w:t>
      </w:r>
      <w:r>
        <w:rPr>
          <w:rFonts w:ascii="微软雅黑" w:eastAsia="微软雅黑" w:hAnsi="微软雅黑" w:cs="微软雅黑" w:hint="eastAsia"/>
          <w:lang w:eastAsia="zh-CN"/>
        </w:rPr>
        <w:t>人文组</w:t>
      </w:r>
      <w:r>
        <w:t>"</w:t>
      </w:r>
      <w:r>
        <w:rPr>
          <w:rFonts w:ascii="微软雅黑" w:eastAsia="微软雅黑" w:hAnsi="微软雅黑" w:cs="微软雅黑" w:hint="eastAsia"/>
          <w:lang w:eastAsia="zh-CN"/>
        </w:rPr>
        <w:t>编组，便于跨前沿话题讨论</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15"/>
        </w:numPr>
        <w:spacing w:after="72"/>
      </w:pPr>
      <w:r>
        <w:rPr>
          <w:rFonts w:ascii="微软雅黑" w:eastAsia="微软雅黑" w:hAnsi="微软雅黑" w:cs="微软雅黑" w:hint="eastAsia"/>
          <w:b/>
          <w:lang w:eastAsia="zh-CN"/>
        </w:rPr>
        <w:t>能辨析"人工智能≠机器人"并说清机器人四大子系统</w:t>
      </w:r>
      <w:r>
        <w:rPr>
          <w:rFonts w:ascii="微软雅黑" w:eastAsia="微软雅黑" w:hAnsi="微软雅黑" w:cs="微软雅黑" w:hint="eastAsia"/>
          <w:lang w:eastAsia="zh-CN"/>
        </w:rPr>
        <w:t>：准确解释机器人是</w:t>
      </w:r>
      <w:r>
        <w:t>AI</w:t>
      </w:r>
      <w:r>
        <w:rPr>
          <w:rFonts w:ascii="微软雅黑" w:eastAsia="微软雅黑" w:hAnsi="微软雅黑" w:cs="微软雅黑" w:hint="eastAsia"/>
          <w:lang w:eastAsia="zh-CN"/>
        </w:rPr>
        <w:t>的载体，拆解为思维、感官、运动、能源四大子系统，并对应人体</w:t>
      </w:r>
      <w:r>
        <w:t>"</w:t>
      </w:r>
      <w:r>
        <w:rPr>
          <w:rFonts w:ascii="微软雅黑" w:eastAsia="微软雅黑" w:hAnsi="微软雅黑" w:cs="微软雅黑" w:hint="eastAsia"/>
          <w:lang w:eastAsia="zh-CN"/>
        </w:rPr>
        <w:t>大脑思考、感官看听、肢体运动、吃饭充电</w:t>
      </w:r>
      <w:r>
        <w:t>"</w:t>
      </w:r>
      <w:r>
        <w:rPr>
          <w:rFonts w:ascii="微软雅黑" w:eastAsia="微软雅黑" w:hAnsi="微软雅黑" w:cs="微软雅黑" w:hint="eastAsia"/>
          <w:lang w:eastAsia="zh-CN"/>
        </w:rPr>
        <w:t>的关系，指出</w:t>
      </w:r>
      <w:r>
        <w:t>AI</w:t>
      </w:r>
      <w:r>
        <w:rPr>
          <w:rFonts w:ascii="微软雅黑" w:eastAsia="微软雅黑" w:hAnsi="微软雅黑" w:cs="微软雅黑" w:hint="eastAsia"/>
          <w:lang w:eastAsia="zh-CN"/>
        </w:rPr>
        <w:t>主要对应思维（与感官）部分。</w:t>
      </w:r>
    </w:p>
    <w:p>
      <w:pPr>
        <w:pStyle w:val="ListNumber"/>
        <w:numPr>
          <w:ilvl w:val="0"/>
          <w:numId w:val="15"/>
        </w:numPr>
        <w:spacing w:after="72"/>
      </w:pPr>
      <w:r>
        <w:rPr>
          <w:rFonts w:ascii="微软雅黑" w:eastAsia="微软雅黑" w:hAnsi="微软雅黑" w:cs="微软雅黑" w:hint="eastAsia"/>
          <w:b/>
          <w:lang w:eastAsia="zh-CN"/>
        </w:rPr>
        <w:t>能区分"丰硕之果"（产品）与"绚烂之花"（前沿），并列举本讲核心前沿方向</w:t>
      </w:r>
      <w:r>
        <w:rPr>
          <w:rFonts w:ascii="微软雅黑" w:eastAsia="微软雅黑" w:hAnsi="微软雅黑" w:cs="微软雅黑" w:hint="eastAsia"/>
          <w:lang w:eastAsia="zh-CN"/>
        </w:rPr>
        <w:t>：说得出</w:t>
      </w:r>
      <w:r>
        <w:t>ChatGPT</w:t>
      </w:r>
      <w:r>
        <w:rPr>
          <w:rFonts w:ascii="微软雅黑" w:eastAsia="微软雅黑" w:hAnsi="微软雅黑" w:cs="微软雅黑" w:hint="eastAsia"/>
          <w:lang w:eastAsia="zh-CN"/>
        </w:rPr>
        <w:t>、</w:t>
      </w:r>
      <w:r>
        <w:t>DeepSeek</w:t>
      </w:r>
      <w:r>
        <w:rPr>
          <w:rFonts w:ascii="微软雅黑" w:eastAsia="微软雅黑" w:hAnsi="微软雅黑" w:cs="微软雅黑" w:hint="eastAsia"/>
          <w:lang w:eastAsia="zh-CN"/>
        </w:rPr>
        <w:t>、</w:t>
      </w:r>
      <w:r>
        <w:t>Copilot</w:t>
      </w:r>
      <w:r>
        <w:rPr>
          <w:rFonts w:ascii="微软雅黑" w:eastAsia="微软雅黑" w:hAnsi="微软雅黑" w:cs="微软雅黑" w:hint="eastAsia"/>
          <w:lang w:eastAsia="zh-CN"/>
        </w:rPr>
        <w:t>、</w:t>
      </w:r>
      <w:r>
        <w:t>Gemini</w:t>
      </w:r>
      <w:r>
        <w:rPr>
          <w:rFonts w:ascii="微软雅黑" w:eastAsia="微软雅黑" w:hAnsi="微软雅黑" w:cs="微软雅黑" w:hint="eastAsia"/>
          <w:lang w:eastAsia="zh-CN"/>
        </w:rPr>
        <w:t>、自动驾驶、</w:t>
      </w:r>
      <w:r>
        <w:t>AlphaFold</w:t>
      </w:r>
      <w:r>
        <w:rPr>
          <w:rFonts w:ascii="微软雅黑" w:eastAsia="微软雅黑" w:hAnsi="微软雅黑" w:cs="微软雅黑" w:hint="eastAsia"/>
          <w:lang w:eastAsia="zh-CN"/>
        </w:rPr>
        <w:t>、具身机器人等产品；讲得清大模型涌现、多模态智能、世界模型、具身智能、</w:t>
      </w:r>
      <w:r>
        <w:t>AI4Science</w:t>
      </w:r>
      <w:r>
        <w:rPr>
          <w:rFonts w:ascii="微软雅黑" w:eastAsia="微软雅黑" w:hAnsi="微软雅黑" w:cs="微软雅黑" w:hint="eastAsia"/>
          <w:lang w:eastAsia="zh-CN"/>
        </w:rPr>
        <w:t>等前沿方向的核心定义。</w:t>
      </w:r>
    </w:p>
    <w:p>
      <w:pPr>
        <w:pStyle w:val="ListNumber"/>
        <w:numPr>
          <w:ilvl w:val="0"/>
          <w:numId w:val="15"/>
        </w:numPr>
        <w:spacing w:after="72"/>
      </w:pPr>
      <w:r>
        <w:rPr>
          <w:rFonts w:ascii="微软雅黑" w:eastAsia="微软雅黑" w:hAnsi="微软雅黑" w:cs="微软雅黑" w:hint="eastAsia"/>
          <w:b/>
          <w:lang w:eastAsia="zh-CN"/>
        </w:rPr>
        <w:t>能解释"涌现"机制与两种典型涌现能力，并辨析"机器涌现"与"人类顿悟"的异同</w:t>
      </w:r>
      <w:r>
        <w:rPr>
          <w:rFonts w:ascii="微软雅黑" w:eastAsia="微软雅黑" w:hAnsi="微软雅黑" w:cs="微软雅黑" w:hint="eastAsia"/>
          <w:lang w:eastAsia="zh-CN"/>
        </w:rPr>
        <w:t>：理解复杂系统</w:t>
      </w:r>
      <w:r>
        <w:t>"</w:t>
      </w:r>
      <w:r>
        <w:rPr>
          <w:rFonts w:ascii="微软雅黑" w:eastAsia="微软雅黑" w:hAnsi="微软雅黑" w:cs="微软雅黑" w:hint="eastAsia"/>
          <w:lang w:eastAsia="zh-CN"/>
        </w:rPr>
        <w:t>参数到量级突然变聪明</w:t>
      </w:r>
      <w:r>
        <w:t>"</w:t>
      </w:r>
      <w:r>
        <w:rPr>
          <w:rFonts w:ascii="微软雅黑" w:eastAsia="微软雅黑" w:hAnsi="微软雅黑" w:cs="微软雅黑" w:hint="eastAsia"/>
          <w:lang w:eastAsia="zh-CN"/>
        </w:rPr>
        <w:t>的突变性，说出多步推理（</w:t>
      </w:r>
      <w:r>
        <w:t>Multi-step Reasoning</w:t>
      </w:r>
      <w:r>
        <w:rPr>
          <w:rFonts w:ascii="微软雅黑" w:eastAsia="微软雅黑" w:hAnsi="微软雅黑" w:cs="微软雅黑" w:hint="eastAsia"/>
          <w:lang w:eastAsia="zh-CN"/>
        </w:rPr>
        <w:t>）与语境学习（</w:t>
      </w:r>
      <w:r>
        <w:t>In-context Learning</w:t>
      </w:r>
      <w:r>
        <w:rPr>
          <w:rFonts w:ascii="微软雅黑" w:eastAsia="微软雅黑" w:hAnsi="微软雅黑" w:cs="微软雅黑" w:hint="eastAsia"/>
          <w:lang w:eastAsia="zh-CN"/>
        </w:rPr>
        <w:t>）的含义及例证。</w:t>
      </w:r>
    </w:p>
    <w:p>
      <w:pPr>
        <w:pStyle w:val="ListNumber"/>
        <w:numPr>
          <w:ilvl w:val="0"/>
          <w:numId w:val="15"/>
        </w:numPr>
        <w:spacing w:after="72"/>
      </w:pPr>
      <w:r>
        <w:rPr>
          <w:rFonts w:ascii="微软雅黑" w:eastAsia="微软雅黑" w:hAnsi="微软雅黑" w:cs="微软雅黑" w:hint="eastAsia"/>
          <w:b/>
          <w:lang w:eastAsia="zh-CN"/>
        </w:rPr>
        <w:t>能运用"科研范式五阶段"与"2024诺奖案例"开展跨学科教学，并反思"AI能否创造新知识"</w:t>
      </w:r>
      <w:r>
        <w:rPr>
          <w:rFonts w:ascii="微软雅黑" w:eastAsia="微软雅黑" w:hAnsi="微软雅黑" w:cs="微软雅黑" w:hint="eastAsia"/>
          <w:lang w:eastAsia="zh-CN"/>
        </w:rPr>
        <w:t>：复述实验</w:t>
      </w:r>
      <w:r>
        <w:t>→</w:t>
      </w:r>
      <w:r>
        <w:rPr>
          <w:rFonts w:ascii="微软雅黑" w:eastAsia="微软雅黑" w:hAnsi="微软雅黑" w:cs="微软雅黑" w:hint="eastAsia"/>
          <w:lang w:eastAsia="zh-CN"/>
        </w:rPr>
        <w:t>理论</w:t>
      </w:r>
      <w:r>
        <w:t>→</w:t>
      </w:r>
      <w:r>
        <w:rPr>
          <w:rFonts w:ascii="微软雅黑" w:eastAsia="微软雅黑" w:hAnsi="微软雅黑" w:cs="微软雅黑" w:hint="eastAsia"/>
          <w:lang w:eastAsia="zh-CN"/>
        </w:rPr>
        <w:t>计算</w:t>
      </w:r>
      <w:r>
        <w:t>→</w:t>
      </w:r>
      <w:r>
        <w:rPr>
          <w:rFonts w:ascii="微软雅黑" w:eastAsia="微软雅黑" w:hAnsi="微软雅黑" w:cs="微软雅黑" w:hint="eastAsia"/>
          <w:lang w:eastAsia="zh-CN"/>
        </w:rPr>
        <w:t>数据</w:t>
      </w:r>
      <w:r>
        <w:t>→AI</w:t>
      </w:r>
      <w:r>
        <w:rPr>
          <w:rFonts w:ascii="微软雅黑" w:eastAsia="微软雅黑" w:hAnsi="微软雅黑" w:cs="微软雅黑" w:hint="eastAsia"/>
          <w:lang w:eastAsia="zh-CN"/>
        </w:rPr>
        <w:t>驱动的五阶段，结合</w:t>
      </w:r>
      <w:r>
        <w:t>2024</w:t>
      </w:r>
      <w:r>
        <w:rPr>
          <w:rFonts w:ascii="微软雅黑" w:eastAsia="微软雅黑" w:hAnsi="微软雅黑" w:cs="微软雅黑" w:hint="eastAsia"/>
          <w:lang w:eastAsia="zh-CN"/>
        </w:rPr>
        <w:t>物理</w:t>
      </w:r>
      <w:r>
        <w:t>/</w:t>
      </w:r>
      <w:r>
        <w:rPr>
          <w:rFonts w:ascii="微软雅黑" w:eastAsia="微软雅黑" w:hAnsi="微软雅黑" w:cs="微软雅黑" w:hint="eastAsia"/>
          <w:lang w:eastAsia="zh-CN"/>
        </w:rPr>
        <w:t>化学诺奖与</w:t>
      </w:r>
      <w:r>
        <w:t>AlphaFold</w:t>
      </w:r>
      <w:r>
        <w:rPr>
          <w:rFonts w:ascii="微软雅黑" w:eastAsia="微软雅黑" w:hAnsi="微软雅黑" w:cs="微软雅黑" w:hint="eastAsia"/>
          <w:lang w:eastAsia="zh-CN"/>
        </w:rPr>
        <w:t>说明</w:t>
      </w:r>
      <w:r>
        <w:t>AI4Science</w:t>
      </w:r>
      <w:r>
        <w:rPr>
          <w:rFonts w:ascii="微软雅黑" w:eastAsia="微软雅黑" w:hAnsi="微软雅黑" w:cs="微软雅黑" w:hint="eastAsia"/>
          <w:lang w:eastAsia="zh-CN"/>
        </w:rPr>
        <w:t>革命性，产出一份可落地的校本探究任务。</w:t>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：破除误解</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"AI=</w:t>
            </w:r>
            <w:r>
              <w:rPr>
                <w:sz w:val="18"/>
              </w:rPr>
              <w:t xml:space="preserve"> </w:t>
            </w:r>
            <w:r>
              <w:rPr>
                <w:sz w:val="18"/>
              </w:rPr>
              <w:t>机器人</w:t>
            </w:r>
            <w:r>
              <w:rPr>
                <w:sz w:val="18"/>
              </w:rPr>
              <w:t xml:space="preserve"> </w:t>
            </w:r>
            <w:r>
              <w:rPr>
                <w:sz w:val="18"/>
              </w:rPr>
              <w:t>"</w:t>
            </w:r>
            <w:r>
              <w:rPr>
                <w:sz w:val="18"/>
              </w:rPr>
              <w:t xml:space="preserve"> </w:t>
            </w:r>
            <w:r>
              <w:rPr>
                <w:sz w:val="18"/>
              </w:rPr>
              <w:t>错在何处；机器人四子系统与人体对应</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w:t>
            </w:r>
            <w:r>
              <w:rPr>
                <w:sz w:val="18"/>
              </w:rPr>
              <w:t xml:space="preserve"> </w:t>
            </w:r>
            <w:r>
              <w:rPr>
                <w:sz w:val="18"/>
              </w:rPr>
              <w:t>"</w:t>
            </w:r>
            <w:r>
              <w:rPr>
                <w:sz w:val="18"/>
              </w:rPr>
              <w:t xml:space="preserve"> </w:t>
            </w:r>
            <w:r>
              <w:rPr>
                <w:sz w:val="18"/>
              </w:rPr>
              <w:t>机器人四子系统</w:t>
            </w:r>
            <w:r>
              <w:rPr>
                <w:sz w:val="18"/>
              </w:rPr>
              <w:t xml:space="preserve"> </w:t>
            </w:r>
            <w:r>
              <w:rPr>
                <w:sz w:val="18"/>
              </w:rPr>
              <w:t>↔</w:t>
            </w:r>
            <w:r>
              <w:rPr>
                <w:sz w:val="18"/>
              </w:rPr>
              <w:t xml:space="preserve"> </w:t>
            </w:r>
            <w:r>
              <w:rPr>
                <w:sz w:val="18"/>
              </w:rPr>
              <w:t>人体系统</w:t>
            </w:r>
            <w:r>
              <w:rPr>
                <w:sz w:val="18"/>
              </w:rPr>
              <w:t xml:space="preserve"> </w:t>
            </w:r>
            <w:r>
              <w:rPr>
                <w:sz w:val="18"/>
              </w:rPr>
              <w:t>"</w:t>
            </w:r>
            <w:r>
              <w:rPr>
                <w:sz w:val="18"/>
              </w:rPr>
              <w:t xml:space="preserve"> </w:t>
            </w:r>
            <w:r>
              <w:rPr>
                <w:sz w:val="18"/>
              </w:rPr>
              <w:t>对照表，标出</w:t>
            </w:r>
            <w:r>
              <w:rPr>
                <w:sz w:val="18"/>
              </w:rPr>
              <w:t xml:space="preserve"> </w:t>
            </w:r>
            <w:r>
              <w:rPr>
                <w:sz w:val="18"/>
              </w:rPr>
              <w:t>AI</w:t>
            </w:r>
            <w:r>
              <w:rPr>
                <w:sz w:val="18"/>
              </w:rPr>
              <w:t xml:space="preserve"> </w:t>
            </w:r>
            <w:r>
              <w:rPr>
                <w:sz w:val="18"/>
              </w:rPr>
              <w:t>主要落点</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：果与花</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丰硕之果清单；五大绚烂之花的定义要点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列出</w:t>
            </w:r>
            <w:r>
              <w:rPr>
                <w:sz w:val="18"/>
              </w:rPr>
              <w:t xml:space="preserve"> </w:t>
            </w:r>
            <w:r>
              <w:rPr>
                <w:sz w:val="18"/>
              </w:rPr>
              <w:t>"</w:t>
            </w:r>
            <w:r>
              <w:rPr>
                <w:sz w:val="18"/>
              </w:rPr>
              <w:t xml:space="preserve"> </w:t>
            </w:r>
            <w:r>
              <w:rPr>
                <w:sz w:val="18"/>
              </w:rPr>
              <w:t>产品（果）</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前沿（花）</w:t>
            </w:r>
            <w:r>
              <w:rPr>
                <w:sz w:val="18"/>
              </w:rPr>
              <w:t xml:space="preserve"> </w:t>
            </w:r>
            <w:r>
              <w:rPr>
                <w:sz w:val="18"/>
              </w:rPr>
              <w:t>"</w:t>
            </w:r>
            <w:r>
              <w:rPr>
                <w:sz w:val="18"/>
              </w:rPr>
              <w:t xml:space="preserve"> </w:t>
            </w:r>
            <w:r>
              <w:rPr>
                <w:sz w:val="18"/>
              </w:rPr>
              <w:t>两栏，各写一句自己的理解</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：范式与诺奖</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科研范式五阶段、</w:t>
            </w:r>
            <w:r>
              <w:rPr>
                <w:sz w:val="18"/>
              </w:rPr>
              <w:t xml:space="preserve"> </w:t>
            </w:r>
            <w:r>
              <w:rPr>
                <w:sz w:val="18"/>
              </w:rPr>
              <w:t>2024</w:t>
            </w:r>
            <w:r>
              <w:rPr>
                <w:sz w:val="18"/>
              </w:rPr>
              <w:t xml:space="preserve"> </w:t>
            </w:r>
            <w:r>
              <w:rPr>
                <w:sz w:val="18"/>
              </w:rPr>
              <w:t>诺奖得主与贡献、</w:t>
            </w:r>
            <w:r>
              <w:rPr>
                <w:sz w:val="18"/>
              </w:rPr>
              <w:t xml:space="preserve"> </w:t>
            </w:r>
            <w:r>
              <w:rPr>
                <w:sz w:val="18"/>
              </w:rPr>
              <w:t>AI4Science</w:t>
            </w:r>
            <w:r>
              <w:rPr>
                <w:sz w:val="18"/>
              </w:rPr>
              <w:t xml:space="preserve"> </w:t>
            </w:r>
            <w:r>
              <w:rPr>
                <w:sz w:val="18"/>
              </w:rPr>
              <w:t>三方向</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画出五阶段时间轴；记录</w:t>
            </w:r>
            <w:r>
              <w:rPr>
                <w:sz w:val="18"/>
              </w:rPr>
              <w:t xml:space="preserve"> </w:t>
            </w:r>
            <w:r>
              <w:rPr>
                <w:sz w:val="18"/>
              </w:rPr>
              <w:t>AlphaFold</w:t>
            </w:r>
            <w:r>
              <w:rPr>
                <w:sz w:val="18"/>
              </w:rPr>
              <w:t xml:space="preserve"> </w:t>
            </w:r>
            <w:r>
              <w:rPr>
                <w:sz w:val="18"/>
              </w:rPr>
              <w:t>与制药关系的原句</w:t>
            </w:r>
          </w:p>
        </w:tc>
      </w:tr>
    </w:tbl>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概念辨析投票：</w:t>
            </w:r>
            <w:r>
              <w:rPr>
                <w:sz w:val="18"/>
              </w:rPr>
              <w:t xml:space="preserve"> </w:t>
            </w:r>
            <w:r>
              <w:rPr>
                <w:sz w:val="18"/>
              </w:rPr>
              <w:t>"AI</w:t>
            </w:r>
            <w:r>
              <w:rPr>
                <w:sz w:val="18"/>
              </w:rPr>
              <w:t xml:space="preserve"> </w:t>
            </w:r>
            <w:r>
              <w:rPr>
                <w:sz w:val="18"/>
              </w:rPr>
              <w:t>就是机器人吗？</w:t>
            </w:r>
            <w:r>
              <w:rPr>
                <w:sz w:val="18"/>
              </w:rPr>
              <w:t xml:space="preserve"> </w:t>
            </w:r>
            <w:r>
              <w:rPr>
                <w:sz w:val="18"/>
              </w:rPr>
              <w:t>""</w:t>
            </w:r>
            <w:r>
              <w:rPr>
                <w:sz w:val="18"/>
              </w:rPr>
              <w:t xml:space="preserve"> </w:t>
            </w:r>
            <w:r>
              <w:rPr>
                <w:sz w:val="18"/>
              </w:rPr>
              <w:t>先有机器人还是先有</w:t>
            </w:r>
            <w:r>
              <w:rPr>
                <w:sz w:val="18"/>
              </w:rPr>
              <w:t xml:space="preserve"> </w:t>
            </w:r>
            <w:r>
              <w:rPr>
                <w:sz w:val="18"/>
              </w:rPr>
              <w:t>AI</w:t>
            </w:r>
            <w:r>
              <w:rPr>
                <w:sz w:val="18"/>
              </w:rPr>
              <w:t xml:space="preserve"> </w:t>
            </w:r>
            <w:r>
              <w:rPr>
                <w:sz w:val="18"/>
              </w:rPr>
              <w:t>？</w:t>
            </w:r>
            <w:r>
              <w:rPr>
                <w:sz w:val="18"/>
              </w:rPr>
              <w:t xml:space="preserve"> </w:t>
            </w:r>
            <w:r>
              <w:rPr>
                <w:sz w:val="18"/>
              </w:rPr>
              <w:t>"</w:t>
            </w:r>
            <w:r>
              <w:rPr>
                <w:sz w:val="18"/>
              </w:rPr>
              <w:t xml:space="preserve"> </w:t>
            </w:r>
            <w:r>
              <w:rPr>
                <w:sz w:val="18"/>
              </w:rPr>
              <w:t>＋呈现学生常见误解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用错误率制造认知冲突，引出</w:t>
            </w:r>
            <w:r>
              <w:rPr>
                <w:sz w:val="18"/>
              </w:rPr>
              <w:t xml:space="preserve"> </w:t>
            </w:r>
            <w:r>
              <w:rPr>
                <w:sz w:val="18"/>
              </w:rPr>
              <w:t>"</w:t>
            </w:r>
            <w:r>
              <w:rPr>
                <w:sz w:val="18"/>
              </w:rPr>
              <w:t xml:space="preserve"> </w:t>
            </w:r>
            <w:r>
              <w:rPr>
                <w:sz w:val="18"/>
              </w:rPr>
              <w:t>机器人是</w:t>
            </w:r>
            <w:r>
              <w:rPr>
                <w:sz w:val="18"/>
              </w:rPr>
              <w:t xml:space="preserve"> </w:t>
            </w:r>
            <w:r>
              <w:rPr>
                <w:sz w:val="18"/>
              </w:rPr>
              <w:t>AI</w:t>
            </w:r>
            <w:r>
              <w:rPr>
                <w:sz w:val="18"/>
              </w:rPr>
              <w:t xml:space="preserve"> </w:t>
            </w:r>
            <w:r>
              <w:rPr>
                <w:sz w:val="18"/>
              </w:rPr>
              <w:t>载体</w:t>
            </w:r>
            <w:r>
              <w:rPr>
                <w:sz w:val="18"/>
              </w:rPr>
              <w:t xml:space="preserve"> </w:t>
            </w:r>
            <w:r>
              <w:rPr>
                <w:sz w:val="18"/>
              </w:rPr>
              <w:t>"</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18</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3</w:t>
            </w:r>
            <w:r>
              <w:rPr>
                <w:sz w:val="18"/>
              </w:rPr>
              <w:t xml:space="preserve"> </w:t>
            </w:r>
            <w:r>
              <w:rPr>
                <w:sz w:val="18"/>
              </w:rPr>
              <w:t>讲（</w:t>
            </w:r>
            <w:r>
              <w:rPr>
                <w:sz w:val="18"/>
              </w:rPr>
              <w:t xml:space="preserve"> </w:t>
            </w:r>
            <w:r>
              <w:rPr>
                <w:sz w:val="18"/>
              </w:rPr>
              <w:t>16</w:t>
            </w:r>
            <w:r>
              <w:rPr>
                <w:sz w:val="18"/>
              </w:rPr>
              <w:t xml:space="preserve"> </w:t>
            </w:r>
            <w:r>
              <w:rPr>
                <w:sz w:val="18"/>
              </w:rPr>
              <w:t>分</w:t>
            </w:r>
            <w:r>
              <w:rPr>
                <w:sz w:val="18"/>
              </w:rPr>
              <w:t xml:space="preserve"> </w:t>
            </w:r>
            <w:r>
              <w:rPr>
                <w:sz w:val="18"/>
              </w:rPr>
              <w:t>30</w:t>
            </w:r>
            <w:r>
              <w:rPr>
                <w:sz w:val="18"/>
              </w:rPr>
              <w:t xml:space="preserve"> </w:t>
            </w:r>
            <w:r>
              <w:rPr>
                <w:sz w:val="18"/>
              </w:rPr>
              <w:t>秒），同步完成任务单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重点暂停：</w:t>
            </w:r>
            <w:r>
              <w:rPr>
                <w:sz w:val="18"/>
              </w:rPr>
              <w:t xml:space="preserve"> </w:t>
            </w:r>
            <w:r>
              <w:rPr>
                <w:sz w:val="18"/>
              </w:rPr>
              <w:t>02:00</w:t>
            </w:r>
            <w:r>
              <w:rPr>
                <w:sz w:val="18"/>
              </w:rPr>
              <w:t xml:space="preserve"> </w:t>
            </w:r>
            <w:r>
              <w:rPr>
                <w:sz w:val="18"/>
              </w:rPr>
              <w:t>（机器人四系统）、</w:t>
            </w:r>
            <w:r>
              <w:rPr>
                <w:sz w:val="18"/>
              </w:rPr>
              <w:t xml:space="preserve"> </w:t>
            </w:r>
            <w:r>
              <w:rPr>
                <w:sz w:val="18"/>
              </w:rPr>
              <w:t>03:30</w:t>
            </w:r>
            <w:r>
              <w:rPr>
                <w:sz w:val="18"/>
              </w:rPr>
              <w:t xml:space="preserve"> </w:t>
            </w:r>
            <w:r>
              <w:rPr>
                <w:sz w:val="18"/>
              </w:rPr>
              <w:t>（涌现树）、</w:t>
            </w:r>
            <w:r>
              <w:rPr>
                <w:sz w:val="18"/>
              </w:rPr>
              <w:t xml:space="preserve"> </w:t>
            </w:r>
            <w:r>
              <w:rPr>
                <w:sz w:val="18"/>
              </w:rPr>
              <w:t>09:30</w:t>
            </w:r>
            <w:r>
              <w:rPr>
                <w:sz w:val="18"/>
              </w:rPr>
              <w:t xml:space="preserve"> </w:t>
            </w:r>
            <w:r>
              <w:rPr>
                <w:sz w:val="18"/>
              </w:rPr>
              <w:t>（</w:t>
            </w:r>
            <w:r>
              <w:rPr>
                <w:sz w:val="18"/>
              </w:rPr>
              <w:t xml:space="preserve"> </w:t>
            </w:r>
            <w:r>
              <w:rPr>
                <w:sz w:val="18"/>
              </w:rPr>
              <w:t>AI4Science</w:t>
            </w:r>
            <w:r>
              <w:rPr>
                <w:sz w:val="18"/>
              </w:rPr>
              <w:t xml:space="preserve"> </w:t>
            </w:r>
            <w:r>
              <w:rPr>
                <w:sz w:val="18"/>
              </w:rPr>
              <w:t>）、</w:t>
            </w:r>
            <w:r>
              <w:rPr>
                <w:sz w:val="18"/>
              </w:rPr>
              <w:t xml:space="preserve"> </w:t>
            </w:r>
            <w:r>
              <w:rPr>
                <w:sz w:val="18"/>
              </w:rPr>
              <w:t>14:20</w:t>
            </w:r>
            <w:r>
              <w:rPr>
                <w:sz w:val="18"/>
              </w:rPr>
              <w:t xml:space="preserve"> </w:t>
            </w:r>
            <w:r>
              <w:rPr>
                <w:sz w:val="18"/>
              </w:rPr>
              <w:t>（诺奖）</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分组深究</w:t>
            </w:r>
            <w:r>
              <w:rPr>
                <w:sz w:val="18"/>
              </w:rPr>
              <w:t xml:space="preserve"> </w:t>
            </w:r>
            <w:r>
              <w:rPr>
                <w:sz w:val="18"/>
              </w:rPr>
              <w:t>"</w:t>
            </w:r>
            <w:r>
              <w:rPr>
                <w:sz w:val="18"/>
              </w:rPr>
              <w:t xml:space="preserve"> </w:t>
            </w:r>
            <w:r>
              <w:rPr>
                <w:sz w:val="18"/>
              </w:rPr>
              <w:t>五大花</w:t>
            </w:r>
            <w:r>
              <w:rPr>
                <w:sz w:val="18"/>
              </w:rPr>
              <w:t xml:space="preserve"> </w:t>
            </w:r>
            <w:r>
              <w:rPr>
                <w:sz w:val="18"/>
              </w:rPr>
              <w:t>"+ "</w:t>
            </w:r>
            <w:r>
              <w:rPr>
                <w:sz w:val="18"/>
              </w:rPr>
              <w:t xml:space="preserve"> </w:t>
            </w:r>
            <w:r>
              <w:rPr>
                <w:sz w:val="18"/>
              </w:rPr>
              <w:t>五阶段</w:t>
            </w:r>
            <w:r>
              <w:rPr>
                <w:sz w:val="18"/>
              </w:rPr>
              <w:t xml:space="preserve"> </w:t>
            </w:r>
            <w:r>
              <w:rPr>
                <w:sz w:val="18"/>
              </w:rPr>
              <w:t>"</w:t>
            </w:r>
            <w:r>
              <w:rPr>
                <w:sz w:val="18"/>
              </w:rPr>
              <w:t xml:space="preserve"> </w:t>
            </w:r>
            <w:r>
              <w:rPr>
                <w:sz w:val="18"/>
              </w:rPr>
              <w:t>：理科组拆解前沿定义，人文组构想科普表达</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提供</w:t>
            </w:r>
            <w:r>
              <w:rPr>
                <w:sz w:val="18"/>
              </w:rPr>
              <w:t xml:space="preserve"> </w:t>
            </w:r>
            <w:r>
              <w:rPr>
                <w:sz w:val="18"/>
              </w:rPr>
              <w:t>"</w:t>
            </w:r>
            <w:r>
              <w:rPr>
                <w:sz w:val="18"/>
              </w:rPr>
              <w:t xml:space="preserve"> </w:t>
            </w:r>
            <w:r>
              <w:rPr>
                <w:sz w:val="18"/>
              </w:rPr>
              <w:t>花名片</w:t>
            </w:r>
            <w:r>
              <w:rPr>
                <w:sz w:val="18"/>
              </w:rPr>
              <w:t xml:space="preserve"> </w:t>
            </w:r>
            <w:r>
              <w:rPr>
                <w:sz w:val="18"/>
              </w:rPr>
              <w:t>"</w:t>
            </w:r>
            <w:r>
              <w:rPr>
                <w:sz w:val="18"/>
              </w:rPr>
              <w:t xml:space="preserve"> </w:t>
            </w:r>
            <w:r>
              <w:rPr>
                <w:sz w:val="18"/>
              </w:rPr>
              <w:t>模板（名称</w:t>
            </w:r>
            <w:r>
              <w:rPr>
                <w:sz w:val="18"/>
              </w:rPr>
              <w:t xml:space="preserve"> </w:t>
            </w:r>
            <w:r>
              <w:rPr>
                <w:sz w:val="18"/>
              </w:rPr>
              <w:t>/</w:t>
            </w:r>
            <w:r>
              <w:rPr>
                <w:sz w:val="18"/>
              </w:rPr>
              <w:t xml:space="preserve"> </w:t>
            </w:r>
            <w:r>
              <w:rPr>
                <w:sz w:val="18"/>
              </w:rPr>
              <w:t>定义</w:t>
            </w:r>
            <w:r>
              <w:rPr>
                <w:sz w:val="18"/>
              </w:rPr>
              <w:t xml:space="preserve"> </w:t>
            </w:r>
            <w:r>
              <w:rPr>
                <w:sz w:val="18"/>
              </w:rPr>
              <w:t>/</w:t>
            </w:r>
            <w:r>
              <w:rPr>
                <w:sz w:val="18"/>
              </w:rPr>
              <w:t xml:space="preserve"> </w:t>
            </w:r>
            <w:r>
              <w:rPr>
                <w:sz w:val="18"/>
              </w:rPr>
              <w:t>例子</w:t>
            </w:r>
            <w:r>
              <w:rPr>
                <w:sz w:val="18"/>
              </w:rPr>
              <w:t xml:space="preserve"> </w:t>
            </w:r>
            <w:r>
              <w:rPr>
                <w:sz w:val="18"/>
              </w:rPr>
              <w:t>/</w:t>
            </w:r>
            <w:r>
              <w:rPr>
                <w:sz w:val="18"/>
              </w:rPr>
              <w:t xml:space="preserve"> </w:t>
            </w:r>
            <w:r>
              <w:rPr>
                <w:sz w:val="18"/>
              </w:rPr>
              <w:t>与学生关联）</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"AI4Science</w:t>
            </w:r>
            <w:r>
              <w:rPr>
                <w:sz w:val="18"/>
              </w:rPr>
              <w:t xml:space="preserve"> </w:t>
            </w:r>
            <w:r>
              <w:rPr>
                <w:sz w:val="18"/>
              </w:rPr>
              <w:t>校本探究</w:t>
            </w:r>
            <w:r>
              <w:rPr>
                <w:sz w:val="18"/>
              </w:rPr>
              <w:t xml:space="preserve"> </w:t>
            </w:r>
            <w:r>
              <w:rPr>
                <w:sz w:val="18"/>
              </w:rPr>
              <w:t>"</w:t>
            </w:r>
            <w:r>
              <w:rPr>
                <w:sz w:val="18"/>
              </w:rPr>
              <w:t xml:space="preserve"> </w:t>
            </w:r>
            <w:r>
              <w:rPr>
                <w:sz w:val="18"/>
              </w:rPr>
              <w:t>设计：各组选诺奖或范式案例，设计初中生</w:t>
            </w:r>
            <w:r>
              <w:rPr>
                <w:sz w:val="18"/>
              </w:rPr>
              <w:t xml:space="preserve"> </w:t>
            </w:r>
            <w:r>
              <w:rPr>
                <w:sz w:val="18"/>
              </w:rPr>
              <w:t>/</w:t>
            </w:r>
            <w:r>
              <w:rPr>
                <w:sz w:val="18"/>
              </w:rPr>
              <w:t xml:space="preserve"> </w:t>
            </w:r>
            <w:r>
              <w:rPr>
                <w:sz w:val="18"/>
              </w:rPr>
              <w:t>高中生两版任务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完全中学须区分学段深度；产出可返校试用的任务单</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12</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展示任务单；以</w:t>
            </w:r>
            <w:r>
              <w:rPr>
                <w:sz w:val="18"/>
              </w:rPr>
              <w:t xml:space="preserve"> </w:t>
            </w:r>
            <w:r>
              <w:rPr>
                <w:sz w:val="18"/>
              </w:rPr>
              <w:t>"AI</w:t>
            </w:r>
            <w:r>
              <w:rPr>
                <w:sz w:val="18"/>
              </w:rPr>
              <w:t xml:space="preserve"> </w:t>
            </w:r>
            <w:r>
              <w:rPr>
                <w:sz w:val="18"/>
              </w:rPr>
              <w:t>真的能创造新知识吗？</w:t>
            </w:r>
            <w:r>
              <w:rPr>
                <w:sz w:val="18"/>
              </w:rPr>
              <w:t xml:space="preserve"> </w:t>
            </w:r>
            <w:r>
              <w:rPr>
                <w:sz w:val="18"/>
              </w:rPr>
              <w:t>"</w:t>
            </w:r>
            <w:r>
              <w:rPr>
                <w:sz w:val="18"/>
              </w:rPr>
              <w:t xml:space="preserve"> </w:t>
            </w:r>
            <w:r>
              <w:rPr>
                <w:sz w:val="18"/>
              </w:rPr>
              <w:t>开放问题收束，布置作业</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将</w:t>
            </w:r>
            <w:r>
              <w:rPr>
                <w:sz w:val="18"/>
              </w:rPr>
              <w:t xml:space="preserve"> </w:t>
            </w:r>
            <w:r>
              <w:rPr>
                <w:sz w:val="18"/>
              </w:rPr>
              <w:t>"</w:t>
            </w:r>
            <w:r>
              <w:rPr>
                <w:sz w:val="18"/>
              </w:rPr>
              <w:t xml:space="preserve"> </w:t>
            </w:r>
            <w:r>
              <w:rPr>
                <w:sz w:val="18"/>
              </w:rPr>
              <w:t>开放问题</w:t>
            </w:r>
            <w:r>
              <w:rPr>
                <w:sz w:val="18"/>
              </w:rPr>
              <w:t xml:space="preserve"> </w:t>
            </w:r>
            <w:r>
              <w:rPr>
                <w:sz w:val="18"/>
              </w:rPr>
              <w:t>"</w:t>
            </w:r>
            <w:r>
              <w:rPr>
                <w:sz w:val="18"/>
              </w:rPr>
              <w:t xml:space="preserve"> </w:t>
            </w:r>
            <w:r>
              <w:rPr>
                <w:sz w:val="18"/>
              </w:rPr>
              <w:t>作为下讲预习悬念，鼓励教师持续思考</w:t>
            </w:r>
          </w:p>
        </w:tc>
      </w:tr>
    </w:tbl>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：正误投票</w:t>
      </w:r>
      <w:r>
        <w:t>+</w:t>
      </w:r>
      <w:r>
        <w:rPr>
          <w:rFonts w:ascii="微软雅黑" w:eastAsia="微软雅黑" w:hAnsi="微软雅黑" w:cs="微软雅黑" w:hint="eastAsia"/>
          <w:lang w:eastAsia="zh-CN"/>
        </w:rPr>
        <w:t>误解墙</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人工智能，就是机器人。先有机器人，再有人工智能。</w:t>
      </w:r>
      <w:r>
        <w:t>"——</w:t>
      </w:r>
      <w:r>
        <w:rPr>
          <w:rFonts w:ascii="微软雅黑" w:eastAsia="微软雅黑" w:hAnsi="微软雅黑" w:cs="微软雅黑" w:hint="eastAsia"/>
          <w:lang w:eastAsia="zh-CN"/>
        </w:rPr>
        <w:t>请判断正误并说明理由。</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：现场扫码投票呈现错误率；把学生常犯的误解写在便签贴</w:t>
      </w:r>
      <w:r>
        <w:t>"</w:t>
      </w:r>
      <w:r>
        <w:rPr>
          <w:rFonts w:ascii="微软雅黑" w:eastAsia="微软雅黑" w:hAnsi="微软雅黑" w:cs="微软雅黑" w:hint="eastAsia"/>
          <w:lang w:eastAsia="zh-CN"/>
        </w:rPr>
        <w:t>误解墙</w:t>
      </w:r>
      <w:r>
        <w:t>"</w:t>
      </w:r>
      <w:r>
        <w:rPr>
          <w:rFonts w:ascii="微软雅黑" w:eastAsia="微软雅黑" w:hAnsi="微软雅黑" w:cs="微软雅黑" w:hint="eastAsia"/>
          <w:lang w:eastAsia="zh-CN"/>
        </w:rPr>
        <w:t>，观看后由教师自己撕下并修正，形成</w:t>
      </w:r>
      <w:r>
        <w:t>"</w:t>
      </w:r>
      <w:r>
        <w:rPr>
          <w:rFonts w:ascii="微软雅黑" w:eastAsia="微软雅黑" w:hAnsi="微软雅黑" w:cs="微软雅黑" w:hint="eastAsia"/>
          <w:lang w:eastAsia="zh-CN"/>
        </w:rPr>
        <w:t>认知反转</w:t>
      </w:r>
      <w:r>
        <w:t>"</w:t>
      </w:r>
      <w:r>
        <w:rPr>
          <w:rFonts w:ascii="微软雅黑" w:eastAsia="微软雅黑" w:hAnsi="微软雅黑" w:cs="微软雅黑" w:hint="eastAsia"/>
          <w:lang w:eastAsia="zh-CN"/>
        </w:rPr>
        <w:t>仪式感。</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绚烂之花</w:t>
      </w:r>
      <w:r>
        <w:t>"</w:t>
      </w:r>
      <w:r>
        <w:rPr>
          <w:rFonts w:ascii="微软雅黑" w:eastAsia="微软雅黑" w:hAnsi="微软雅黑" w:cs="微软雅黑" w:hint="eastAsia"/>
          <w:lang w:eastAsia="zh-CN"/>
        </w:rPr>
        <w:t>名片工作坊</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：把五大前沿（大模型涌现、多模态智能、世界模型、具身智能、</w:t>
      </w:r>
      <w:r>
        <w:t>AI4Science</w:t>
      </w:r>
      <w:r>
        <w:rPr>
          <w:rFonts w:ascii="微软雅黑" w:eastAsia="微软雅黑" w:hAnsi="微软雅黑" w:cs="微软雅黑" w:hint="eastAsia"/>
          <w:lang w:eastAsia="zh-CN"/>
        </w:rPr>
        <w:t>）各做一张</w:t>
      </w:r>
      <w:r>
        <w:t>"</w:t>
      </w:r>
      <w:r>
        <w:rPr>
          <w:rFonts w:ascii="微软雅黑" w:eastAsia="微软雅黑" w:hAnsi="微软雅黑" w:cs="微软雅黑" w:hint="eastAsia"/>
          <w:lang w:eastAsia="zh-CN"/>
        </w:rPr>
        <w:t>花名片</w:t>
      </w:r>
      <w:r>
        <w:t>"</w:t>
      </w:r>
      <w:r>
        <w:rPr>
          <w:rFonts w:ascii="微软雅黑" w:eastAsia="微软雅黑" w:hAnsi="微软雅黑" w:cs="微软雅黑" w:hint="eastAsia"/>
          <w:lang w:eastAsia="zh-CN"/>
        </w:rPr>
        <w:t>，含定义、生活例子、与学生的关联。</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：理科组负责精准定义，人文组负责通俗比喻（如</w:t>
      </w:r>
      <w:r>
        <w:t>"</w:t>
      </w:r>
      <w:r>
        <w:rPr>
          <w:rFonts w:ascii="微软雅黑" w:eastAsia="微软雅黑" w:hAnsi="微软雅黑" w:cs="微软雅黑" w:hint="eastAsia"/>
          <w:lang w:eastAsia="zh-CN"/>
        </w:rPr>
        <w:t>多模态</w:t>
      </w:r>
      <w:r>
        <w:t>=</w:t>
      </w:r>
      <w:r>
        <w:rPr>
          <w:rFonts w:ascii="微软雅黑" w:eastAsia="微软雅黑" w:hAnsi="微软雅黑" w:cs="微软雅黑" w:hint="eastAsia"/>
          <w:lang w:eastAsia="zh-CN"/>
        </w:rPr>
        <w:t>眼观六路耳听八方</w:t>
      </w:r>
      <w:r>
        <w:t>"</w:t>
      </w:r>
      <w:r>
        <w:rPr>
          <w:rFonts w:ascii="微软雅黑" w:eastAsia="微软雅黑" w:hAnsi="微软雅黑" w:cs="微软雅黑" w:hint="eastAsia"/>
          <w:lang w:eastAsia="zh-CN"/>
        </w:rPr>
        <w:t>），跨组拼接成完整名片，避免定义空洞。</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：学段差异化探究设计</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：以</w:t>
      </w:r>
      <w:r>
        <w:t>"2024</w:t>
      </w:r>
      <w:r>
        <w:rPr>
          <w:rFonts w:ascii="微软雅黑" w:eastAsia="微软雅黑" w:hAnsi="微软雅黑" w:cs="微软雅黑" w:hint="eastAsia"/>
          <w:lang w:eastAsia="zh-CN"/>
        </w:rPr>
        <w:t>诺奖</w:t>
      </w:r>
      <w:r>
        <w:t>+</w:t>
      </w:r>
      <w:r>
        <w:rPr>
          <w:rFonts w:ascii="微软雅黑" w:eastAsia="微软雅黑" w:hAnsi="微软雅黑" w:cs="微软雅黑" w:hint="eastAsia"/>
          <w:lang w:eastAsia="zh-CN"/>
        </w:rPr>
        <w:t>科研范式五阶段</w:t>
      </w:r>
      <w:r>
        <w:t>"</w:t>
      </w:r>
      <w:r>
        <w:rPr>
          <w:rFonts w:ascii="微软雅黑" w:eastAsia="微软雅黑" w:hAnsi="微软雅黑" w:cs="微软雅黑" w:hint="eastAsia"/>
          <w:lang w:eastAsia="zh-CN"/>
        </w:rPr>
        <w:t>为素材，设计初</w:t>
      </w:r>
      <w:r>
        <w:t>/</w:t>
      </w:r>
      <w:r>
        <w:rPr>
          <w:rFonts w:ascii="微软雅黑" w:eastAsia="微软雅黑" w:hAnsi="微软雅黑" w:cs="微软雅黑" w:hint="eastAsia"/>
          <w:lang w:eastAsia="zh-CN"/>
        </w:rPr>
        <w:t>高中两版校本探究任务。如化学组用</w:t>
      </w:r>
      <w:r>
        <w:t>AlphaFold</w:t>
      </w:r>
      <w:r>
        <w:rPr>
          <w:rFonts w:ascii="微软雅黑" w:eastAsia="微软雅黑" w:hAnsi="微软雅黑" w:cs="微软雅黑" w:hint="eastAsia"/>
          <w:lang w:eastAsia="zh-CN"/>
        </w:rPr>
        <w:t>讲</w:t>
      </w:r>
      <w:r>
        <w:t>"AI</w:t>
      </w:r>
      <w:r>
        <w:rPr>
          <w:rFonts w:ascii="微软雅黑" w:eastAsia="微软雅黑" w:hAnsi="微软雅黑" w:cs="微软雅黑" w:hint="eastAsia"/>
          <w:lang w:eastAsia="zh-CN"/>
        </w:rPr>
        <w:t>预测蛋白质结构</w:t>
      </w:r>
      <w:r>
        <w:t>"</w:t>
      </w:r>
      <w:r>
        <w:rPr>
          <w:rFonts w:ascii="微软雅黑" w:eastAsia="微软雅黑" w:hAnsi="微软雅黑" w:cs="微软雅黑" w:hint="eastAsia"/>
          <w:lang w:eastAsia="zh-CN"/>
        </w:rPr>
        <w:t>；物理组用</w:t>
      </w:r>
      <w:r>
        <w:t>Hopfield/Hinton</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神经网络</w:t>
      </w:r>
      <w:r>
        <w:t>"</w:t>
      </w:r>
      <w:r>
        <w:rPr>
          <w:rFonts w:ascii="微软雅黑" w:eastAsia="微软雅黑" w:hAnsi="微软雅黑" w:cs="微软雅黑" w:hint="eastAsia"/>
          <w:lang w:eastAsia="zh-CN"/>
        </w:rPr>
        <w:t>；语文组用</w:t>
      </w:r>
      <w:r>
        <w:t>"</w:t>
      </w:r>
      <w:r>
        <w:rPr>
          <w:rFonts w:ascii="微软雅黑" w:eastAsia="微软雅黑" w:hAnsi="微软雅黑" w:cs="微软雅黑" w:hint="eastAsia"/>
          <w:lang w:eastAsia="zh-CN"/>
        </w:rPr>
        <w:t>顿悟</w:t>
      </w:r>
      <w:r>
        <w:t>vs</w:t>
      </w:r>
      <w:r>
        <w:rPr>
          <w:rFonts w:ascii="微软雅黑" w:eastAsia="微软雅黑" w:hAnsi="微软雅黑" w:cs="微软雅黑" w:hint="eastAsia"/>
          <w:lang w:eastAsia="zh-CN"/>
        </w:rPr>
        <w:t>涌现</w:t>
      </w:r>
      <w:r>
        <w:t>"</w:t>
      </w:r>
      <w:r>
        <w:rPr>
          <w:rFonts w:ascii="微软雅黑" w:eastAsia="微软雅黑" w:hAnsi="微软雅黑" w:cs="微软雅黑" w:hint="eastAsia"/>
          <w:lang w:eastAsia="zh-CN"/>
        </w:rPr>
        <w:t>做思辨写作。</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：完全中学强调</w:t>
      </w:r>
      <w:r>
        <w:t>"</w:t>
      </w:r>
      <w:r>
        <w:rPr>
          <w:rFonts w:ascii="微软雅黑" w:eastAsia="微软雅黑" w:hAnsi="微软雅黑" w:cs="微软雅黑" w:hint="eastAsia"/>
          <w:lang w:eastAsia="zh-CN"/>
        </w:rPr>
        <w:t>同一素材、两版深度</w:t>
      </w:r>
      <w:r>
        <w:t>"</w:t>
      </w:r>
      <w:r>
        <w:rPr>
          <w:rFonts w:ascii="微软雅黑" w:eastAsia="微软雅黑" w:hAnsi="微软雅黑" w:cs="微软雅黑" w:hint="eastAsia"/>
          <w:lang w:eastAsia="zh-CN"/>
        </w:rPr>
        <w:t>；高中版可触及原理，初中版重现象与价值，产出即用型任务单。</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形式</w:t>
      </w:r>
      <w:r>
        <w:rPr>
          <w:rFonts w:ascii="微软雅黑" w:eastAsia="微软雅黑" w:hAnsi="微软雅黑" w:cs="微软雅黑" w:hint="eastAsia"/>
          <w:lang w:eastAsia="zh-CN"/>
        </w:rPr>
        <w:t>：开放问题接龙</w:t>
      </w:r>
    </w:p>
    <w:p>
      <w:pPr/>
      <w:r>
        <w:rPr>
          <w:rFonts w:ascii="微软雅黑" w:eastAsia="微软雅黑" w:hAnsi="微软雅黑" w:cs="微软雅黑" w:hint="eastAsia"/>
          <w:b/>
          <w:lang w:eastAsia="zh-CN"/>
        </w:rPr>
        <w:t>话题</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人工智能真的可以创造新知识吗？</w:t>
      </w:r>
      <w:r>
        <w:t>"——</w:t>
      </w:r>
      <w:r>
        <w:rPr>
          <w:rFonts w:ascii="微软雅黑" w:eastAsia="微软雅黑" w:hAnsi="微软雅黑" w:cs="微软雅黑" w:hint="eastAsia"/>
          <w:lang w:eastAsia="zh-CN"/>
        </w:rPr>
        <w:t>借鉴视频以爱因斯坦与相对论作比的思路，教师接力发表一句立场（能</w:t>
      </w:r>
      <w:r>
        <w:t>/</w:t>
      </w:r>
      <w:r>
        <w:rPr>
          <w:rFonts w:ascii="微软雅黑" w:eastAsia="微软雅黑" w:hAnsi="微软雅黑" w:cs="微软雅黑" w:hint="eastAsia"/>
          <w:lang w:eastAsia="zh-CN"/>
        </w:rPr>
        <w:t>不能</w:t>
      </w:r>
      <w:r>
        <w:t>/</w:t>
      </w:r>
      <w:r>
        <w:rPr>
          <w:rFonts w:ascii="微软雅黑" w:eastAsia="微软雅黑" w:hAnsi="微软雅黑" w:cs="微软雅黑" w:hint="eastAsia"/>
          <w:lang w:eastAsia="zh-CN"/>
        </w:rPr>
        <w:t>视定义而定）。</w:t>
      </w:r>
    </w:p>
    <w:p>
      <w:pPr/>
      <w:r>
        <w:rPr>
          <w:rFonts w:ascii="微软雅黑" w:eastAsia="微软雅黑" w:hAnsi="微软雅黑" w:cs="微软雅黑" w:hint="eastAsia"/>
          <w:b/>
          <w:lang w:eastAsia="zh-CN"/>
        </w:rPr>
        <w:t>组织方式</w:t>
      </w:r>
      <w:r>
        <w:rPr>
          <w:rFonts w:ascii="微软雅黑" w:eastAsia="微软雅黑" w:hAnsi="微软雅黑" w:cs="微软雅黑" w:hint="eastAsia"/>
          <w:lang w:eastAsia="zh-CN"/>
        </w:rPr>
        <w:t>：立场卡分类张贴，作为下讲预习线索；教研员点明</w:t>
      </w:r>
      <w:r>
        <w:t>"</w:t>
      </w:r>
      <w:r>
        <w:rPr>
          <w:rFonts w:ascii="微软雅黑" w:eastAsia="微软雅黑" w:hAnsi="微软雅黑" w:cs="微软雅黑" w:hint="eastAsia"/>
          <w:lang w:eastAsia="zh-CN"/>
        </w:rPr>
        <w:t>这是留给下一讲的开放问题</w:t>
      </w:r>
      <w:r>
        <w:t>"</w:t>
      </w:r>
      <w:r>
        <w:rPr>
          <w:rFonts w:ascii="微软雅黑" w:eastAsia="微软雅黑" w:hAnsi="微软雅黑" w:cs="微软雅黑" w:hint="eastAsia"/>
          <w:lang w:eastAsia="zh-CN"/>
        </w:rPr>
        <w:t>，保持研修连续性。</w:t>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为什么说</w:t>
            </w:r>
            <w:r>
              <w:rPr>
                <w:sz w:val="18"/>
              </w:rPr>
              <w:t xml:space="preserve"> </w:t>
            </w:r>
            <w:r>
              <w:rPr>
                <w:sz w:val="18"/>
              </w:rPr>
              <w:t>"AI≠</w:t>
            </w:r>
            <w:r>
              <w:rPr>
                <w:sz w:val="18"/>
              </w:rPr>
              <w:t xml:space="preserve"> </w:t>
            </w:r>
            <w:r>
              <w:rPr>
                <w:sz w:val="18"/>
              </w:rPr>
              <w:t>机器人</w:t>
            </w:r>
            <w:r>
              <w:rPr>
                <w:sz w:val="18"/>
              </w:rPr>
              <w:t xml:space="preserve"> </w:t>
            </w:r>
            <w:r>
              <w:rPr>
                <w:sz w:val="18"/>
              </w:rPr>
              <w:t>"</w:t>
            </w:r>
            <w:r>
              <w:rPr>
                <w:sz w:val="18"/>
              </w:rPr>
              <w:t xml:space="preserve"> </w:t>
            </w:r>
            <w:r>
              <w:rPr>
                <w:sz w:val="18"/>
              </w:rPr>
              <w:t>？机器人有哪四大子系统，分别对应人体的什么？</w:t>
            </w:r>
            <w:r>
              <w:rPr>
                <w:sz w:val="18"/>
              </w:rPr>
              <w:t xml:space="preserve"> </w:t>
            </w:r>
            <w:r>
              <w:rPr>
                <w:sz w:val="18"/>
              </w:rPr>
              <w:t xml:space="preserve">2. </w:t>
            </w:r>
            <w:r>
              <w:rPr>
                <w:sz w:val="18"/>
              </w:rPr>
              <w:t xml:space="preserve"> </w:t>
            </w:r>
            <w:r>
              <w:rPr>
                <w:sz w:val="18"/>
              </w:rPr>
              <w:t>本讲列举了哪些</w:t>
            </w:r>
            <w:r>
              <w:rPr>
                <w:sz w:val="18"/>
              </w:rPr>
              <w:t xml:space="preserve"> </w:t>
            </w:r>
            <w:r>
              <w:rPr>
                <w:sz w:val="18"/>
              </w:rPr>
              <w:t>"</w:t>
            </w:r>
            <w:r>
              <w:rPr>
                <w:sz w:val="18"/>
              </w:rPr>
              <w:t xml:space="preserve"> </w:t>
            </w:r>
            <w:r>
              <w:rPr>
                <w:sz w:val="18"/>
              </w:rPr>
              <w:t>丰硕之果</w:t>
            </w:r>
            <w:r>
              <w:rPr>
                <w:sz w:val="18"/>
              </w:rPr>
              <w:t xml:space="preserve"> </w:t>
            </w:r>
            <w:r>
              <w:rPr>
                <w:sz w:val="18"/>
              </w:rPr>
              <w:t>"</w:t>
            </w:r>
            <w:r>
              <w:rPr>
                <w:sz w:val="18"/>
              </w:rPr>
              <w:t xml:space="preserve"> </w:t>
            </w:r>
            <w:r>
              <w:rPr>
                <w:sz w:val="18"/>
              </w:rPr>
              <w:t>（产品）？</w:t>
            </w:r>
            <w:r>
              <w:rPr>
                <w:sz w:val="18"/>
              </w:rPr>
              <w:t xml:space="preserve"> </w:t>
            </w:r>
            <w:r>
              <w:rPr>
                <w:sz w:val="18"/>
              </w:rPr>
              <w:t>"</w:t>
            </w:r>
            <w:r>
              <w:rPr>
                <w:sz w:val="18"/>
              </w:rPr>
              <w:t xml:space="preserve"> </w:t>
            </w:r>
            <w:r>
              <w:rPr>
                <w:sz w:val="18"/>
              </w:rPr>
              <w:t>绚烂之花</w:t>
            </w:r>
            <w:r>
              <w:rPr>
                <w:sz w:val="18"/>
              </w:rPr>
              <w:t xml:space="preserve"> </w:t>
            </w:r>
            <w:r>
              <w:rPr>
                <w:sz w:val="18"/>
              </w:rPr>
              <w:t>"</w:t>
            </w:r>
            <w:r>
              <w:rPr>
                <w:sz w:val="18"/>
              </w:rPr>
              <w:t xml:space="preserve"> </w:t>
            </w:r>
            <w:r>
              <w:rPr>
                <w:sz w:val="18"/>
              </w:rPr>
              <w:t>包含哪五个前沿方向？</w:t>
            </w:r>
            <w:r>
              <w:rPr>
                <w:sz w:val="18"/>
              </w:rPr>
              <w:t xml:space="preserve"> </w:t>
            </w:r>
            <w:r>
              <w:rPr>
                <w:sz w:val="18"/>
              </w:rPr>
              <w:t xml:space="preserve">3. </w:t>
            </w:r>
            <w:r>
              <w:rPr>
                <w:sz w:val="18"/>
              </w:rPr>
              <w:t xml:space="preserve"> </w:t>
            </w:r>
            <w:r>
              <w:rPr>
                <w:sz w:val="18"/>
              </w:rPr>
              <w:t>什么是</w:t>
            </w:r>
            <w:r>
              <w:rPr>
                <w:sz w:val="18"/>
              </w:rPr>
              <w:t xml:space="preserve"> </w:t>
            </w:r>
            <w:r>
              <w:rPr>
                <w:sz w:val="18"/>
              </w:rPr>
              <w:t>"</w:t>
            </w:r>
            <w:r>
              <w:rPr>
                <w:sz w:val="18"/>
              </w:rPr>
              <w:t xml:space="preserve"> </w:t>
            </w:r>
            <w:r>
              <w:rPr>
                <w:sz w:val="18"/>
              </w:rPr>
              <w:t>涌现</w:t>
            </w:r>
            <w:r>
              <w:rPr>
                <w:sz w:val="18"/>
              </w:rPr>
              <w:t xml:space="preserve"> </w:t>
            </w:r>
            <w:r>
              <w:rPr>
                <w:sz w:val="18"/>
              </w:rPr>
              <w:t>"</w:t>
            </w:r>
            <w:r>
              <w:rPr>
                <w:sz w:val="18"/>
              </w:rPr>
              <w:t xml:space="preserve"> </w:t>
            </w:r>
            <w:r>
              <w:rPr>
                <w:sz w:val="18"/>
              </w:rPr>
              <w:t>？请说出两种典型涌现能力及其例子。</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识记概念辨析、产品清单与前沿定义，夯实事实基础</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为何说</w:t>
            </w:r>
            <w:r>
              <w:rPr>
                <w:sz w:val="18"/>
              </w:rPr>
              <w:t xml:space="preserve"> </w:t>
            </w:r>
            <w:r>
              <w:rPr>
                <w:sz w:val="18"/>
              </w:rPr>
              <w:t>"</w:t>
            </w:r>
            <w:r>
              <w:rPr>
                <w:sz w:val="18"/>
              </w:rPr>
              <w:t xml:space="preserve"> </w:t>
            </w:r>
            <w:r>
              <w:rPr>
                <w:sz w:val="18"/>
              </w:rPr>
              <w:t>能看得见的是应用，看不见的才是学科</w:t>
            </w:r>
            <w:r>
              <w:rPr>
                <w:sz w:val="18"/>
              </w:rPr>
              <w:t xml:space="preserve"> </w:t>
            </w:r>
            <w:r>
              <w:rPr>
                <w:sz w:val="18"/>
              </w:rPr>
              <w:t>"</w:t>
            </w:r>
            <w:r>
              <w:rPr>
                <w:sz w:val="18"/>
              </w:rPr>
              <w:t xml:space="preserve"> </w:t>
            </w:r>
            <w:r>
              <w:rPr>
                <w:sz w:val="18"/>
              </w:rPr>
              <w:t>？这对通识课教学有何启示？</w:t>
            </w:r>
            <w:r>
              <w:rPr>
                <w:sz w:val="18"/>
              </w:rPr>
              <w:t xml:space="preserve"> </w:t>
            </w:r>
            <w:r>
              <w:rPr>
                <w:sz w:val="18"/>
              </w:rPr>
              <w:t xml:space="preserve">2. </w:t>
            </w:r>
            <w:r>
              <w:rPr>
                <w:sz w:val="18"/>
              </w:rPr>
              <w:t xml:space="preserve"> </w:t>
            </w:r>
            <w:r>
              <w:rPr>
                <w:sz w:val="18"/>
              </w:rPr>
              <w:t>科研范式为何从</w:t>
            </w:r>
            <w:r>
              <w:rPr>
                <w:sz w:val="18"/>
              </w:rPr>
              <w:t xml:space="preserve"> </w:t>
            </w:r>
            <w:r>
              <w:rPr>
                <w:sz w:val="18"/>
              </w:rPr>
              <w:t>"</w:t>
            </w:r>
            <w:r>
              <w:rPr>
                <w:sz w:val="18"/>
              </w:rPr>
              <w:t xml:space="preserve"> </w:t>
            </w:r>
            <w:r>
              <w:rPr>
                <w:sz w:val="18"/>
              </w:rPr>
              <w:t>实验驱动</w:t>
            </w:r>
            <w:r>
              <w:rPr>
                <w:sz w:val="18"/>
              </w:rPr>
              <w:t xml:space="preserve"> </w:t>
            </w:r>
            <w:r>
              <w:rPr>
                <w:sz w:val="18"/>
              </w:rPr>
              <w:t>"</w:t>
            </w:r>
            <w:r>
              <w:rPr>
                <w:sz w:val="18"/>
              </w:rPr>
              <w:t xml:space="preserve"> </w:t>
            </w:r>
            <w:r>
              <w:rPr>
                <w:sz w:val="18"/>
              </w:rPr>
              <w:t>走向</w:t>
            </w:r>
            <w:r>
              <w:rPr>
                <w:sz w:val="18"/>
              </w:rPr>
              <w:t xml:space="preserve"> </w:t>
            </w:r>
            <w:r>
              <w:rPr>
                <w:sz w:val="18"/>
              </w:rPr>
              <w:t>"AI</w:t>
            </w:r>
            <w:r>
              <w:rPr>
                <w:sz w:val="18"/>
              </w:rPr>
              <w:t xml:space="preserve"> </w:t>
            </w:r>
            <w:r>
              <w:rPr>
                <w:sz w:val="18"/>
              </w:rPr>
              <w:t>驱动</w:t>
            </w:r>
            <w:r>
              <w:rPr>
                <w:sz w:val="18"/>
              </w:rPr>
              <w:t xml:space="preserve"> </w:t>
            </w:r>
            <w:r>
              <w:rPr>
                <w:sz w:val="18"/>
              </w:rPr>
              <w:t>"</w:t>
            </w:r>
            <w:r>
              <w:rPr>
                <w:sz w:val="18"/>
              </w:rPr>
              <w:t xml:space="preserve"> </w:t>
            </w:r>
            <w:r>
              <w:rPr>
                <w:sz w:val="18"/>
              </w:rPr>
              <w:t>？伽利略、爱因斯坦、核模拟、小世界理论各对应哪一阶段？</w:t>
            </w:r>
            <w:r>
              <w:rPr>
                <w:sz w:val="18"/>
              </w:rPr>
              <w:t xml:space="preserve"> </w:t>
            </w:r>
            <w:r>
              <w:rPr>
                <w:sz w:val="18"/>
              </w:rPr>
              <w:t>3. 2024</w:t>
            </w:r>
            <w:r>
              <w:rPr>
                <w:sz w:val="18"/>
              </w:rPr>
              <w:t xml:space="preserve"> </w:t>
            </w:r>
            <w:r>
              <w:rPr>
                <w:sz w:val="18"/>
              </w:rPr>
              <w:t>年诺贝尔物理奖与化学奖为何都颁给</w:t>
            </w:r>
            <w:r>
              <w:rPr>
                <w:sz w:val="18"/>
              </w:rPr>
              <w:t xml:space="preserve"> </w:t>
            </w:r>
            <w:r>
              <w:rPr>
                <w:sz w:val="18"/>
              </w:rPr>
              <w:t>AI</w:t>
            </w:r>
            <w:r>
              <w:rPr>
                <w:sz w:val="18"/>
              </w:rPr>
              <w:t xml:space="preserve"> </w:t>
            </w:r>
            <w:r>
              <w:rPr>
                <w:sz w:val="18"/>
              </w:rPr>
              <w:t>相关成果？</w:t>
            </w:r>
            <w:r>
              <w:rPr>
                <w:sz w:val="18"/>
              </w:rPr>
              <w:t xml:space="preserve"> </w:t>
            </w:r>
            <w:r>
              <w:rPr>
                <w:sz w:val="18"/>
              </w:rPr>
              <w:t>AlphaFold"</w:t>
            </w:r>
            <w:r>
              <w:rPr>
                <w:sz w:val="18"/>
              </w:rPr>
              <w:t xml:space="preserve"> </w:t>
            </w:r>
            <w:r>
              <w:rPr>
                <w:sz w:val="18"/>
              </w:rPr>
              <w:t>带来的改变</w:t>
            </w:r>
            <w:r>
              <w:rPr>
                <w:sz w:val="18"/>
              </w:rPr>
              <w:t xml:space="preserve"> </w:t>
            </w:r>
            <w:r>
              <w:rPr>
                <w:sz w:val="18"/>
              </w:rPr>
              <w:t>"</w:t>
            </w:r>
            <w:r>
              <w:rPr>
                <w:sz w:val="18"/>
              </w:rPr>
              <w:t xml:space="preserve"> </w:t>
            </w:r>
            <w:r>
              <w:rPr>
                <w:sz w:val="18"/>
              </w:rPr>
              <w:t>革命性在何处？</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理解应用与学科之分、范式演进逻辑与诺奖意义，把握前沿脉络</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 "</w:t>
            </w:r>
            <w:r>
              <w:rPr>
                <w:sz w:val="18"/>
              </w:rPr>
              <w:t xml:space="preserve"> </w:t>
            </w:r>
            <w:r>
              <w:rPr>
                <w:sz w:val="18"/>
              </w:rPr>
              <w:t>人类才有的顿悟，机器也会有吗？</w:t>
            </w:r>
            <w:r>
              <w:rPr>
                <w:sz w:val="18"/>
              </w:rPr>
              <w:t xml:space="preserve"> </w:t>
            </w:r>
            <w:r>
              <w:rPr>
                <w:sz w:val="18"/>
              </w:rPr>
              <w:t>"——</w:t>
            </w:r>
            <w:r>
              <w:rPr>
                <w:sz w:val="18"/>
              </w:rPr>
              <w:t xml:space="preserve"> </w:t>
            </w:r>
            <w:r>
              <w:rPr>
                <w:sz w:val="18"/>
              </w:rPr>
              <w:t>你如何向学生解释</w:t>
            </w:r>
            <w:r>
              <w:rPr>
                <w:sz w:val="18"/>
              </w:rPr>
              <w:t xml:space="preserve"> </w:t>
            </w:r>
            <w:r>
              <w:rPr>
                <w:sz w:val="18"/>
              </w:rPr>
              <w:t>"</w:t>
            </w:r>
            <w:r>
              <w:rPr>
                <w:sz w:val="18"/>
              </w:rPr>
              <w:t xml:space="preserve"> </w:t>
            </w:r>
            <w:r>
              <w:rPr>
                <w:sz w:val="18"/>
              </w:rPr>
              <w:t>机器涌现</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人类顿悟</w:t>
            </w:r>
            <w:r>
              <w:rPr>
                <w:sz w:val="18"/>
              </w:rPr>
              <w:t xml:space="preserve"> </w:t>
            </w:r>
            <w:r>
              <w:rPr>
                <w:sz w:val="18"/>
              </w:rPr>
              <w:t>"</w:t>
            </w:r>
            <w:r>
              <w:rPr>
                <w:sz w:val="18"/>
              </w:rPr>
              <w:t xml:space="preserve"> </w:t>
            </w:r>
            <w:r>
              <w:rPr>
                <w:sz w:val="18"/>
              </w:rPr>
              <w:t>的异同？</w:t>
            </w:r>
            <w:r>
              <w:rPr>
                <w:sz w:val="18"/>
              </w:rPr>
              <w:t xml:space="preserve"> </w:t>
            </w:r>
            <w:r>
              <w:rPr>
                <w:sz w:val="18"/>
              </w:rPr>
              <w:t xml:space="preserve">2. </w:t>
            </w:r>
            <w:r>
              <w:rPr>
                <w:sz w:val="18"/>
              </w:rPr>
              <w:t xml:space="preserve"> </w:t>
            </w:r>
            <w:r>
              <w:rPr>
                <w:sz w:val="18"/>
              </w:rPr>
              <w:t>泉州一中可否开设</w:t>
            </w:r>
            <w:r>
              <w:rPr>
                <w:sz w:val="18"/>
              </w:rPr>
              <w:t xml:space="preserve"> </w:t>
            </w:r>
            <w:r>
              <w:rPr>
                <w:sz w:val="18"/>
              </w:rPr>
              <w:t>"AI4Science"</w:t>
            </w:r>
            <w:r>
              <w:rPr>
                <w:sz w:val="18"/>
              </w:rPr>
              <w:t xml:space="preserve"> </w:t>
            </w:r>
            <w:r>
              <w:rPr>
                <w:sz w:val="18"/>
              </w:rPr>
              <w:t>跨学科选修？理科与人文教师如何协作设计？</w:t>
            </w:r>
            <w:r>
              <w:rPr>
                <w:sz w:val="18"/>
              </w:rPr>
              <w:t xml:space="preserve"> </w:t>
            </w:r>
            <w:r>
              <w:rPr>
                <w:sz w:val="18"/>
              </w:rPr>
              <w:t>3. "</w:t>
            </w:r>
            <w:r>
              <w:rPr>
                <w:sz w:val="18"/>
              </w:rPr>
              <w:t xml:space="preserve"> </w:t>
            </w:r>
            <w:r>
              <w:rPr>
                <w:sz w:val="18"/>
              </w:rPr>
              <w:t>人工智能真的可以创造新知识吗？</w:t>
            </w:r>
            <w:r>
              <w:rPr>
                <w:sz w:val="18"/>
              </w:rPr>
              <w:t xml:space="preserve"> </w:t>
            </w:r>
            <w:r>
              <w:rPr>
                <w:sz w:val="18"/>
              </w:rPr>
              <w:t>"</w:t>
            </w:r>
            <w:r>
              <w:rPr>
                <w:sz w:val="18"/>
              </w:rPr>
              <w:t xml:space="preserve"> </w:t>
            </w:r>
            <w:r>
              <w:rPr>
                <w:sz w:val="18"/>
              </w:rPr>
              <w:t>结合爱因斯坦与相对论，你的立场是什么？请论证。</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哲学思辨与校本课程创生，推动前沿内容的教学转化</w:t>
            </w:r>
          </w:p>
        </w:tc>
      </w:tr>
    </w:tbl>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本讲以</w:t>
      </w:r>
      <w:r>
        <w:t>"</w:t>
      </w:r>
      <w:r>
        <w:rPr>
          <w:rFonts w:ascii="微软雅黑" w:eastAsia="微软雅黑" w:hAnsi="微软雅黑" w:cs="微软雅黑" w:hint="eastAsia"/>
          <w:lang w:eastAsia="zh-CN"/>
        </w:rPr>
        <w:t>知识树</w:t>
      </w:r>
      <w:r>
        <w:t>"</w:t>
      </w:r>
      <w:r>
        <w:rPr>
          <w:rFonts w:ascii="微软雅黑" w:eastAsia="微软雅黑" w:hAnsi="微软雅黑" w:cs="微软雅黑" w:hint="eastAsia"/>
          <w:lang w:eastAsia="zh-CN"/>
        </w:rPr>
        <w:t>的果、花为线索，由华中师范大学郑旭东主讲，属学科通识模块，沿续第</w:t>
      </w:r>
      <w:r>
        <w:t>2</w:t>
      </w:r>
      <w:r>
        <w:rPr>
          <w:rFonts w:ascii="微软雅黑" w:eastAsia="微软雅黑" w:hAnsi="微软雅黑" w:cs="微软雅黑" w:hint="eastAsia"/>
          <w:lang w:eastAsia="zh-CN"/>
        </w:rPr>
        <w:t>讲的</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（前沿突破）与</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（技术产品）。从机器人概念辨析切入，系统介绍大模型涌现、多模态智能、世界模型、具身智能、</w:t>
      </w:r>
      <w:r>
        <w:t>AI4Science</w:t>
      </w:r>
      <w:r>
        <w:rPr>
          <w:rFonts w:ascii="微软雅黑" w:eastAsia="微软雅黑" w:hAnsi="微软雅黑" w:cs="微软雅黑" w:hint="eastAsia"/>
          <w:lang w:eastAsia="zh-CN"/>
        </w:rPr>
        <w:t>等前沿话题，最后落在</w:t>
      </w:r>
      <w:r>
        <w:t>"</w:t>
      </w:r>
      <w:r>
        <w:rPr>
          <w:rFonts w:ascii="微软雅黑" w:eastAsia="微软雅黑" w:hAnsi="微软雅黑" w:cs="微软雅黑" w:hint="eastAsia"/>
          <w:lang w:eastAsia="zh-CN"/>
        </w:rPr>
        <w:t>人工智能能否创造新知识</w:t>
      </w:r>
      <w:r>
        <w:t>"</w:t>
      </w:r>
      <w:r>
        <w:rPr>
          <w:rFonts w:ascii="微软雅黑" w:eastAsia="微软雅黑" w:hAnsi="微软雅黑" w:cs="微软雅黑" w:hint="eastAsia"/>
          <w:lang w:eastAsia="zh-CN"/>
        </w:rPr>
        <w:t>的哲学追问上，为中小学教师提供可直接用于课堂教学的概念与案例库。</w:t>
      </w:r>
    </w:p>
    <w:p>
      <w:pPr/>
      <w:r>
        <w:rPr>
          <w:rFonts w:ascii="微软雅黑" w:eastAsia="微软雅黑" w:hAnsi="微软雅黑" w:cs="微软雅黑" w:hint="eastAsia"/>
          <w:b/>
          <w:lang w:eastAsia="zh-CN"/>
        </w:rPr>
        <w:t>一、概念辨析：AI ≠ 机器人</w:t>
      </w:r>
    </w:p>
    <w:p>
      <w:pPr>
        <w:pStyle w:val="ListBullet"/>
        <w:spacing w:after="72"/>
      </w:pPr>
      <w:r>
        <w:rPr>
          <w:rFonts w:ascii="微软雅黑" w:eastAsia="微软雅黑" w:hAnsi="微软雅黑" w:cs="微软雅黑" w:hint="eastAsia"/>
          <w:lang w:eastAsia="zh-CN"/>
        </w:rPr>
        <w:t>常见错误说法</w:t>
      </w:r>
      <w:r>
        <w:t>"</w:t>
      </w:r>
      <w:r>
        <w:rPr>
          <w:rFonts w:ascii="微软雅黑" w:eastAsia="微软雅黑" w:hAnsi="微软雅黑" w:cs="微软雅黑" w:hint="eastAsia"/>
          <w:lang w:eastAsia="zh-CN"/>
        </w:rPr>
        <w:t>人工智能，就是机器人。先有机器人，再有人工智能</w:t>
      </w:r>
      <w:r>
        <w:t>"——</w:t>
      </w:r>
      <w:r>
        <w:rPr>
          <w:rFonts w:ascii="微软雅黑" w:eastAsia="微软雅黑" w:hAnsi="微软雅黑" w:cs="微软雅黑" w:hint="eastAsia"/>
          <w:lang w:eastAsia="zh-CN"/>
        </w:rPr>
        <w:t>这是错的。</w:t>
      </w:r>
    </w:p>
    <w:p>
      <w:pPr>
        <w:pStyle w:val="ListBullet"/>
        <w:spacing w:after="72"/>
      </w:pPr>
      <w:r>
        <w:rPr>
          <w:rFonts w:ascii="微软雅黑" w:eastAsia="微软雅黑" w:hAnsi="微软雅黑" w:cs="微软雅黑" w:hint="eastAsia"/>
          <w:lang w:eastAsia="zh-CN"/>
        </w:rPr>
        <w:t>机器人是照着人自己的样子造出来的，</w:t>
      </w:r>
      <w:r>
        <w:t>"</w:t>
      </w:r>
      <w:r>
        <w:rPr>
          <w:rFonts w:ascii="微软雅黑" w:eastAsia="微软雅黑" w:hAnsi="微软雅黑" w:cs="微软雅黑" w:hint="eastAsia"/>
          <w:lang w:eastAsia="zh-CN"/>
        </w:rPr>
        <w:t>机器人是人工智能的一个载体</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机器人的四个子系统：</w:t>
      </w:r>
      <w:r>
        <w:rPr>
          <w:rFonts w:ascii="微软雅黑" w:eastAsia="微软雅黑" w:hAnsi="微软雅黑" w:cs="微软雅黑" w:hint="eastAsia"/>
          <w:b/>
          <w:lang w:eastAsia="zh-CN"/>
        </w:rPr>
        <w:t>思维子系统、感官子系统、运动子系统、能源子系统</w:t>
      </w:r>
      <w:r>
        <w:rPr>
          <w:rFonts w:ascii="微软雅黑" w:eastAsia="微软雅黑" w:hAnsi="微软雅黑" w:cs="微软雅黑" w:hint="eastAsia"/>
          <w:lang w:eastAsia="zh-CN"/>
        </w:rPr>
        <w:t>，与人一一对应（大脑思考、感官看听、肢体运动、吃饭充电</w:t>
      </w:r>
      <w:r>
        <w:t>——"</w:t>
      </w:r>
      <w:r>
        <w:rPr>
          <w:rFonts w:ascii="微软雅黑" w:eastAsia="微软雅黑" w:hAnsi="微软雅黑" w:cs="微软雅黑" w:hint="eastAsia"/>
          <w:lang w:eastAsia="zh-CN"/>
        </w:rPr>
        <w:t>机器人得充电</w:t>
      </w:r>
      <w:r>
        <w:t>"</w:t>
      </w:r>
      <w:r>
        <w:rPr>
          <w:rFonts w:ascii="微软雅黑" w:eastAsia="微软雅黑" w:hAnsi="微软雅黑" w:cs="微软雅黑" w:hint="eastAsia"/>
          <w:lang w:eastAsia="zh-CN"/>
        </w:rPr>
        <w:t>）；人工智能主要对应其中的思维（和感官）部分。</w:t>
      </w:r>
    </w:p>
    <w:p>
      <w:pPr/>
      <w:r>
        <w:rPr>
          <w:rFonts w:ascii="微软雅黑" w:eastAsia="微软雅黑" w:hAnsi="微软雅黑" w:cs="微软雅黑" w:hint="eastAsia"/>
          <w:b/>
          <w:lang w:eastAsia="zh-CN"/>
        </w:rPr>
        <w:t>二、丰硕之果（技术产品）</w:t>
      </w:r>
    </w:p>
    <w:p>
      <w:pPr>
        <w:pStyle w:val="ListBullet"/>
        <w:spacing w:after="72"/>
      </w:pPr>
      <w:r>
        <w:rPr>
          <w:rFonts w:ascii="微软雅黑" w:eastAsia="微软雅黑" w:hAnsi="微软雅黑" w:cs="微软雅黑" w:hint="eastAsia"/>
          <w:lang w:eastAsia="zh-CN"/>
        </w:rPr>
        <w:t>代表产品：</w:t>
      </w:r>
      <w:r>
        <w:t>ChatGPT</w:t>
      </w:r>
      <w:r>
        <w:rPr>
          <w:rFonts w:ascii="微软雅黑" w:eastAsia="微软雅黑" w:hAnsi="微软雅黑" w:cs="微软雅黑" w:hint="eastAsia"/>
          <w:lang w:eastAsia="zh-CN"/>
        </w:rPr>
        <w:t>、</w:t>
      </w:r>
      <w:r>
        <w:t>DeepSeek</w:t>
      </w:r>
      <w:r>
        <w:rPr>
          <w:rFonts w:ascii="微软雅黑" w:eastAsia="微软雅黑" w:hAnsi="微软雅黑" w:cs="微软雅黑" w:hint="eastAsia"/>
          <w:lang w:eastAsia="zh-CN"/>
        </w:rPr>
        <w:t>、</w:t>
      </w:r>
      <w:r>
        <w:t>Copilot</w:t>
      </w:r>
      <w:r>
        <w:rPr>
          <w:rFonts w:ascii="微软雅黑" w:eastAsia="微软雅黑" w:hAnsi="微软雅黑" w:cs="微软雅黑" w:hint="eastAsia"/>
          <w:lang w:eastAsia="zh-CN"/>
        </w:rPr>
        <w:t>、</w:t>
      </w:r>
      <w:r>
        <w:t>Gemini</w:t>
      </w:r>
      <w:r>
        <w:rPr>
          <w:rFonts w:ascii="微软雅黑" w:eastAsia="微软雅黑" w:hAnsi="微软雅黑" w:cs="微软雅黑" w:hint="eastAsia"/>
          <w:lang w:eastAsia="zh-CN"/>
        </w:rPr>
        <w:t>、自动驾驶、</w:t>
      </w:r>
      <w:r>
        <w:t>AlphaFold</w:t>
      </w:r>
      <w:r>
        <w:rPr>
          <w:rFonts w:ascii="微软雅黑" w:eastAsia="微软雅黑" w:hAnsi="微软雅黑" w:cs="微软雅黑" w:hint="eastAsia"/>
          <w:lang w:eastAsia="zh-CN"/>
        </w:rPr>
        <w:t>、具身机器人等。</w:t>
      </w:r>
    </w:p>
    <w:p>
      <w:pPr>
        <w:pStyle w:val="ListBullet"/>
        <w:spacing w:after="72"/>
      </w:pPr>
      <w:r>
        <w:t>"</w:t>
      </w:r>
      <w:r>
        <w:rPr>
          <w:rFonts w:ascii="微软雅黑" w:eastAsia="微软雅黑" w:hAnsi="微软雅黑" w:cs="微软雅黑" w:hint="eastAsia"/>
          <w:lang w:eastAsia="zh-CN"/>
        </w:rPr>
        <w:t>这些都是我们一般社会公众能看到的那些东西</w:t>
      </w:r>
      <w:r>
        <w:t>""</w:t>
      </w:r>
      <w:r>
        <w:rPr>
          <w:rFonts w:ascii="微软雅黑" w:eastAsia="微软雅黑" w:hAnsi="微软雅黑" w:cs="微软雅黑" w:hint="eastAsia"/>
          <w:lang w:eastAsia="zh-CN"/>
        </w:rPr>
        <w:t>这些果是人工智能的技术产品</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核心区分：</w:t>
      </w:r>
      <w:r>
        <w:t>"</w:t>
      </w:r>
      <w:r>
        <w:rPr>
          <w:rFonts w:ascii="微软雅黑" w:eastAsia="微软雅黑" w:hAnsi="微软雅黑" w:cs="微软雅黑" w:hint="eastAsia"/>
          <w:lang w:eastAsia="zh-CN"/>
        </w:rPr>
        <w:t>能看得见的是人工智能的</w:t>
      </w:r>
      <w:r>
        <w:rPr>
          <w:rFonts w:ascii="微软雅黑" w:eastAsia="微软雅黑" w:hAnsi="微软雅黑" w:cs="微软雅黑" w:hint="eastAsia"/>
          <w:b/>
          <w:lang w:eastAsia="zh-CN"/>
        </w:rPr>
        <w:t>应用</w:t>
      </w:r>
      <w:r>
        <w:rPr>
          <w:rFonts w:ascii="微软雅黑" w:eastAsia="微软雅黑" w:hAnsi="微软雅黑" w:cs="微软雅黑" w:hint="eastAsia"/>
          <w:lang w:eastAsia="zh-CN"/>
        </w:rPr>
        <w:t>，看不见的才是人工智能的</w:t>
      </w:r>
      <w:r>
        <w:rPr>
          <w:rFonts w:ascii="微软雅黑" w:eastAsia="微软雅黑" w:hAnsi="微软雅黑" w:cs="微软雅黑" w:hint="eastAsia"/>
          <w:b/>
          <w:lang w:eastAsia="zh-CN"/>
        </w:rPr>
        <w:t>学科</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三、绚烂之花之一：大模型涌现（Emergence）</w:t>
      </w:r>
    </w:p>
    <w:p>
      <w:pPr>
        <w:pStyle w:val="ListBullet"/>
      </w:pPr>
      <w:r>
        <w:rPr>
          <w:rFonts w:ascii="微软雅黑" w:eastAsia="微软雅黑" w:hAnsi="微软雅黑" w:cs="微软雅黑" w:hint="eastAsia"/>
          <w:lang w:eastAsia="zh-CN"/>
        </w:rPr>
        <w:t>涌现能力随着模型参数数量增加而</w:t>
      </w:r>
      <w:r>
        <w:t>"</w:t>
      </w:r>
      <w:r>
        <w:rPr>
          <w:rFonts w:ascii="微软雅黑" w:eastAsia="微软雅黑" w:hAnsi="微软雅黑" w:cs="微软雅黑" w:hint="eastAsia"/>
          <w:lang w:eastAsia="zh-CN"/>
        </w:rPr>
        <w:t>解锁</w:t>
      </w:r>
      <w:r>
        <w:t>"</w:t>
      </w:r>
      <w:r>
        <w:rPr>
          <w:rFonts w:ascii="微软雅黑" w:eastAsia="微软雅黑" w:hAnsi="微软雅黑" w:cs="微软雅黑" w:hint="eastAsia"/>
          <w:lang w:eastAsia="zh-CN"/>
        </w:rPr>
        <w:t>（涌现树演示：</w:t>
      </w:r>
      <w:r>
        <w:t>8 billion→9→35→61→62→85→363→540 billion parameters</w:t>
      </w:r>
      <w:r>
        <w:rPr>
          <w:rFonts w:ascii="微软雅黑" w:eastAsia="微软雅黑" w:hAnsi="微软雅黑" w:cs="微软雅黑" w:hint="eastAsia"/>
          <w:lang w:eastAsia="zh-CN"/>
        </w:rPr>
        <w:t>，能力之树不断变大，出现</w:t>
      </w:r>
      <w:r>
        <w:t xml:space="preserve"> question answering</w:t>
      </w:r>
      <w:r>
        <w:rPr>
          <w:rFonts w:ascii="微软雅黑" w:eastAsia="微软雅黑" w:hAnsi="微软雅黑" w:cs="微软雅黑" w:hint="eastAsia"/>
          <w:lang w:eastAsia="zh-CN"/>
        </w:rPr>
        <w:t>、</w:t>
      </w:r>
      <w:r>
        <w:t>arithmetic</w:t>
      </w:r>
      <w:r>
        <w:rPr>
          <w:rFonts w:ascii="微软雅黑" w:eastAsia="微软雅黑" w:hAnsi="微软雅黑" w:cs="微软雅黑" w:hint="eastAsia"/>
          <w:lang w:eastAsia="zh-CN"/>
        </w:rPr>
        <w:t>、</w:t>
      </w:r>
      <w:r>
        <w:t>translation</w:t>
      </w:r>
      <w:r>
        <w:rPr>
          <w:rFonts w:ascii="微软雅黑" w:eastAsia="微软雅黑" w:hAnsi="微软雅黑" w:cs="微软雅黑" w:hint="eastAsia"/>
          <w:lang w:eastAsia="zh-CN"/>
        </w:rPr>
        <w:t>、</w:t>
      </w:r>
      <w:r>
        <w:t>language understanding</w:t>
      </w:r>
      <w:r>
        <w:rPr>
          <w:rFonts w:ascii="微软雅黑" w:eastAsia="微软雅黑" w:hAnsi="微软雅黑" w:cs="微软雅黑" w:hint="eastAsia"/>
          <w:lang w:eastAsia="zh-CN"/>
        </w:rPr>
        <w:t>、</w:t>
      </w:r>
      <w:r>
        <w:t xml:space="preserve">summarization </w:t>
      </w:r>
      <w:r>
        <w:rPr>
          <w:rFonts w:ascii="微软雅黑" w:eastAsia="微软雅黑" w:hAnsi="微软雅黑" w:cs="微软雅黑" w:hint="eastAsia"/>
          <w:lang w:eastAsia="zh-CN"/>
        </w:rPr>
        <w:t>等能力）。</w:t>
      </w:r>
    </w:p>
    <w:p>
      <w:pPr>
        <w:pStyle w:val="ListBullet2"/>
        <w:spacing w:after="72"/>
      </w:pPr>
      <w:r>
        <w:rPr>
          <w:rFonts w:ascii="微软雅黑" w:eastAsia="微软雅黑" w:hAnsi="微软雅黑" w:cs="微软雅黑" w:hint="eastAsia"/>
          <w:b/>
          <w:lang w:eastAsia="zh-CN"/>
        </w:rPr>
        <w:t>多步推理（Multi-step Reasoning）</w:t>
      </w:r>
      <w:r>
        <w:rPr>
          <w:rFonts w:ascii="微软雅黑" w:eastAsia="微软雅黑" w:hAnsi="微软雅黑" w:cs="微软雅黑" w:hint="eastAsia"/>
          <w:lang w:eastAsia="zh-CN"/>
        </w:rPr>
        <w:t>：逐字认字、把字连起来一步步推，</w:t>
      </w:r>
      <w:r>
        <w:t>"</w:t>
      </w:r>
      <w:r>
        <w:rPr>
          <w:rFonts w:ascii="微软雅黑" w:eastAsia="微软雅黑" w:hAnsi="微软雅黑" w:cs="微软雅黑" w:hint="eastAsia"/>
          <w:lang w:eastAsia="zh-CN"/>
        </w:rPr>
        <w:t>我们人有时候不是这么想的</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但这就叫多步推理</w:t>
      </w:r>
      <w:r>
        <w:t>"</w:t>
      </w:r>
      <w:r>
        <w:rPr>
          <w:rFonts w:ascii="微软雅黑" w:eastAsia="微软雅黑" w:hAnsi="微软雅黑" w:cs="微软雅黑" w:hint="eastAsia"/>
          <w:lang w:eastAsia="zh-CN"/>
        </w:rPr>
        <w:t>。</w:t>
      </w:r>
    </w:p>
    <w:p>
      <w:pPr>
        <w:pStyle w:val="ListBullet2"/>
        <w:spacing w:after="72"/>
      </w:pPr>
      <w:r>
        <w:rPr>
          <w:rFonts w:ascii="微软雅黑" w:eastAsia="微软雅黑" w:hAnsi="微软雅黑" w:cs="微软雅黑" w:hint="eastAsia"/>
          <w:b/>
          <w:lang w:eastAsia="zh-CN"/>
        </w:rPr>
        <w:t>语境学习（In-context Learning）</w:t>
      </w:r>
      <w:r>
        <w:rPr>
          <w:rFonts w:ascii="微软雅黑" w:eastAsia="微软雅黑" w:hAnsi="微软雅黑" w:cs="微软雅黑" w:hint="eastAsia"/>
          <w:lang w:eastAsia="zh-CN"/>
        </w:rPr>
        <w:t>：你不小心打错一个字儿，</w:t>
      </w:r>
      <w:r>
        <w:t>"</w:t>
      </w:r>
      <w:r>
        <w:rPr>
          <w:rFonts w:ascii="微软雅黑" w:eastAsia="微软雅黑" w:hAnsi="微软雅黑" w:cs="微软雅黑" w:hint="eastAsia"/>
          <w:lang w:eastAsia="zh-CN"/>
        </w:rPr>
        <w:t>你打错了它能自动给你改过来</w:t>
      </w:r>
      <w:r>
        <w:t>"</w:t>
      </w:r>
      <w:r>
        <w:rPr>
          <w:rFonts w:ascii="微软雅黑" w:eastAsia="微软雅黑" w:hAnsi="微软雅黑" w:cs="微软雅黑" w:hint="eastAsia"/>
          <w:lang w:eastAsia="zh-CN"/>
        </w:rPr>
        <w:t>，是不断涌现出来的。</w:t>
      </w:r>
    </w:p>
    <w:p>
      <w:pPr>
        <w:pStyle w:val="ListBullet"/>
        <w:spacing w:after="72"/>
      </w:pPr>
      <w:r>
        <w:t>"</w:t>
      </w:r>
      <w:r>
        <w:rPr>
          <w:rFonts w:ascii="微软雅黑" w:eastAsia="微软雅黑" w:hAnsi="微软雅黑" w:cs="微软雅黑" w:hint="eastAsia"/>
          <w:lang w:eastAsia="zh-CN"/>
        </w:rPr>
        <w:t>涌现</w:t>
      </w:r>
      <w:r>
        <w:t>"</w:t>
      </w:r>
      <w:r>
        <w:rPr>
          <w:rFonts w:ascii="微软雅黑" w:eastAsia="微软雅黑" w:hAnsi="微软雅黑" w:cs="微软雅黑" w:hint="eastAsia"/>
          <w:lang w:eastAsia="zh-CN"/>
        </w:rPr>
        <w:t>是复杂系统科学中的一个核心概念，指系统宏观层面的突变性变化</w:t>
      </w:r>
      <w:r>
        <w:t>——</w:t>
      </w:r>
      <w:r>
        <w:rPr>
          <w:rFonts w:ascii="微软雅黑" w:eastAsia="微软雅黑" w:hAnsi="微软雅黑" w:cs="微软雅黑" w:hint="eastAsia"/>
          <w:lang w:eastAsia="zh-CN"/>
        </w:rPr>
        <w:t>参数到某个量级</w:t>
      </w:r>
      <w:r>
        <w:t>"</w:t>
      </w:r>
      <w:r>
        <w:rPr>
          <w:rFonts w:ascii="微软雅黑" w:eastAsia="微软雅黑" w:hAnsi="微软雅黑" w:cs="微软雅黑" w:hint="eastAsia"/>
          <w:lang w:eastAsia="zh-CN"/>
        </w:rPr>
        <w:t>它一下突然就变聪明了</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两个代表性涌现能力：</w:t>
      </w:r>
    </w:p>
    <w:p>
      <w:pPr>
        <w:pStyle w:val="ListBullet"/>
        <w:spacing w:after="72"/>
      </w:pPr>
      <w:r>
        <w:rPr>
          <w:rFonts w:ascii="微软雅黑" w:eastAsia="微软雅黑" w:hAnsi="微软雅黑" w:cs="微软雅黑" w:hint="eastAsia"/>
          <w:lang w:eastAsia="zh-CN"/>
        </w:rPr>
        <w:t>引出问题：</w:t>
      </w:r>
      <w:r>
        <w:t>"</w:t>
      </w:r>
      <w:r>
        <w:rPr>
          <w:rFonts w:ascii="微软雅黑" w:eastAsia="微软雅黑" w:hAnsi="微软雅黑" w:cs="微软雅黑" w:hint="eastAsia"/>
          <w:lang w:eastAsia="zh-CN"/>
        </w:rPr>
        <w:t>人类才有的顿悟，机器也会有吗？</w:t>
      </w:r>
      <w:r>
        <w:t>"——</w:t>
      </w:r>
      <w:r>
        <w:rPr>
          <w:rFonts w:ascii="微软雅黑" w:eastAsia="微软雅黑" w:hAnsi="微软雅黑" w:cs="微软雅黑" w:hint="eastAsia"/>
          <w:lang w:eastAsia="zh-CN"/>
        </w:rPr>
        <w:t>在人身上叫顿</w:t>
      </w:r>
      <w:r>
        <w:t>ent</w:t>
      </w:r>
      <w:r>
        <w:rPr>
          <w:rFonts w:ascii="微软雅黑" w:eastAsia="微软雅黑" w:hAnsi="微软雅黑" w:cs="微软雅黑" w:hint="eastAsia"/>
          <w:lang w:eastAsia="zh-CN"/>
        </w:rPr>
        <w:t>悟（顿悟），在机器上叫涌现，</w:t>
      </w:r>
      <w:r>
        <w:t>"</w:t>
      </w:r>
      <w:r>
        <w:rPr>
          <w:rFonts w:ascii="微软雅黑" w:eastAsia="微软雅黑" w:hAnsi="微软雅黑" w:cs="微软雅黑" w:hint="eastAsia"/>
          <w:lang w:eastAsia="zh-CN"/>
        </w:rPr>
        <w:t>那我们怎么解释这件事</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四、绚烂之花之二：多模态智能（Multimodal AI）</w:t>
      </w:r>
    </w:p>
    <w:p>
      <w:pPr>
        <w:pStyle w:val="ListBullet"/>
        <w:spacing w:after="72"/>
      </w:pPr>
      <w:r>
        <w:t>"</w:t>
      </w:r>
      <w:r>
        <w:rPr>
          <w:rFonts w:ascii="微软雅黑" w:eastAsia="微软雅黑" w:hAnsi="微软雅黑" w:cs="微软雅黑" w:hint="eastAsia"/>
          <w:lang w:eastAsia="zh-CN"/>
        </w:rPr>
        <w:t>能够处理和理解多种不同类型的数据（即</w:t>
      </w:r>
      <w:r>
        <w:t>'</w:t>
      </w:r>
      <w:r>
        <w:rPr>
          <w:rFonts w:ascii="微软雅黑" w:eastAsia="微软雅黑" w:hAnsi="微软雅黑" w:cs="微软雅黑" w:hint="eastAsia"/>
          <w:lang w:eastAsia="zh-CN"/>
        </w:rPr>
        <w:t>模态</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模拟人类的感知方式，通过整合视觉、听觉、语言等多种线索来全面理解世界</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人本身就是多模态的：看、听、说、查；多模态</w:t>
      </w:r>
      <w:r>
        <w:t xml:space="preserve"> AI </w:t>
      </w:r>
      <w:r>
        <w:rPr>
          <w:rFonts w:ascii="微软雅黑" w:eastAsia="微软雅黑" w:hAnsi="微软雅黑" w:cs="微软雅黑" w:hint="eastAsia"/>
          <w:lang w:eastAsia="zh-CN"/>
        </w:rPr>
        <w:t>让机器</w:t>
      </w:r>
      <w:r>
        <w:t>"</w:t>
      </w:r>
      <w:r>
        <w:rPr>
          <w:rFonts w:ascii="微软雅黑" w:eastAsia="微软雅黑" w:hAnsi="微软雅黑" w:cs="微软雅黑" w:hint="eastAsia"/>
          <w:lang w:eastAsia="zh-CN"/>
        </w:rPr>
        <w:t>眼观六路、耳听八方</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五、绚烂之花之三：世界模型（World Models）</w:t>
      </w:r>
    </w:p>
    <w:p>
      <w:pPr>
        <w:pStyle w:val="ListBullet"/>
        <w:spacing w:after="72"/>
      </w:pPr>
      <w:r>
        <w:t xml:space="preserve">"AI </w:t>
      </w:r>
      <w:r>
        <w:rPr>
          <w:rFonts w:ascii="微软雅黑" w:eastAsia="微软雅黑" w:hAnsi="微软雅黑" w:cs="微软雅黑" w:hint="eastAsia"/>
          <w:lang w:eastAsia="zh-CN"/>
        </w:rPr>
        <w:t>系统在其内部构建的对外部物理世界的模拟表达。与只处理文字的语言模型不同，世界模型的目标是让</w:t>
      </w:r>
      <w:r>
        <w:t xml:space="preserve"> AI </w:t>
      </w:r>
      <w:r>
        <w:rPr>
          <w:rFonts w:ascii="微软雅黑" w:eastAsia="微软雅黑" w:hAnsi="微软雅黑" w:cs="微软雅黑" w:hint="eastAsia"/>
          <w:lang w:eastAsia="zh-CN"/>
        </w:rPr>
        <w:t>像人类一样理解物理规律、空间关系及因果逻辑，从而能够</w:t>
      </w:r>
      <w:r>
        <w:t>'</w:t>
      </w:r>
      <w:r>
        <w:rPr>
          <w:rFonts w:ascii="微软雅黑" w:eastAsia="微软雅黑" w:hAnsi="微软雅黑" w:cs="微软雅黑" w:hint="eastAsia"/>
          <w:lang w:eastAsia="zh-CN"/>
        </w:rPr>
        <w:t>预判</w:t>
      </w:r>
      <w:r>
        <w:t>'</w:t>
      </w:r>
      <w:r>
        <w:rPr>
          <w:rFonts w:ascii="微软雅黑" w:eastAsia="微软雅黑" w:hAnsi="微软雅黑" w:cs="微软雅黑" w:hint="eastAsia"/>
          <w:lang w:eastAsia="zh-CN"/>
        </w:rPr>
        <w:t>未来的状态。</w:t>
      </w:r>
      <w:r>
        <w:t>"</w:t>
      </w:r>
    </w:p>
    <w:p>
      <w:pPr>
        <w:pStyle w:val="ListBullet"/>
        <w:spacing w:after="72"/>
      </w:pPr>
      <w:r>
        <w:rPr>
          <w:rFonts w:ascii="微软雅黑" w:eastAsia="微软雅黑" w:hAnsi="微软雅黑" w:cs="微软雅黑" w:hint="eastAsia"/>
          <w:lang w:eastAsia="zh-CN"/>
        </w:rPr>
        <w:t>因为它能够模拟世界，才是让机器模拟人类智能的关键一步。</w:t>
      </w:r>
    </w:p>
    <w:p>
      <w:pPr/>
      <w:r>
        <w:rPr>
          <w:rFonts w:ascii="微软雅黑" w:eastAsia="微软雅黑" w:hAnsi="微软雅黑" w:cs="微软雅黑" w:hint="eastAsia"/>
          <w:b/>
          <w:lang w:eastAsia="zh-CN"/>
        </w:rPr>
        <w:t>六、绚烂之花之四：具身智能（Embodied AI, Giving Intelligence a Physical Presence）</w:t>
      </w:r>
    </w:p>
    <w:p>
      <w:pPr>
        <w:pStyle w:val="ListBullet"/>
        <w:spacing w:after="72"/>
      </w:pPr>
      <w:r>
        <w:t>"</w:t>
      </w:r>
      <w:r>
        <w:rPr>
          <w:rFonts w:ascii="微软雅黑" w:eastAsia="微软雅黑" w:hAnsi="微软雅黑" w:cs="微软雅黑" w:hint="eastAsia"/>
          <w:lang w:eastAsia="zh-CN"/>
        </w:rPr>
        <w:t>将人工智能的</w:t>
      </w:r>
      <w:r>
        <w:t>'</w:t>
      </w:r>
      <w:r>
        <w:rPr>
          <w:rFonts w:ascii="微软雅黑" w:eastAsia="微软雅黑" w:hAnsi="微软雅黑" w:cs="微软雅黑" w:hint="eastAsia"/>
          <w:lang w:eastAsia="zh-CN"/>
        </w:rPr>
        <w:t>大脑</w:t>
      </w:r>
      <w:r>
        <w:t>'</w:t>
      </w:r>
      <w:r>
        <w:rPr>
          <w:rFonts w:ascii="微软雅黑" w:eastAsia="微软雅黑" w:hAnsi="微软雅黑" w:cs="微软雅黑" w:hint="eastAsia"/>
          <w:lang w:eastAsia="zh-CN"/>
        </w:rPr>
        <w:t>与物理实体的</w:t>
      </w:r>
      <w:r>
        <w:t>'</w:t>
      </w:r>
      <w:r>
        <w:rPr>
          <w:rFonts w:ascii="微软雅黑" w:eastAsia="微软雅黑" w:hAnsi="微软雅黑" w:cs="微软雅黑" w:hint="eastAsia"/>
          <w:lang w:eastAsia="zh-CN"/>
        </w:rPr>
        <w:t>身体</w:t>
      </w:r>
      <w:r>
        <w:t>'</w:t>
      </w:r>
      <w:r>
        <w:rPr>
          <w:rFonts w:ascii="微软雅黑" w:eastAsia="微软雅黑" w:hAnsi="微软雅黑" w:cs="微软雅黑" w:hint="eastAsia"/>
          <w:lang w:eastAsia="zh-CN"/>
        </w:rPr>
        <w:t>相结合，使</w:t>
      </w:r>
      <w:r>
        <w:t xml:space="preserve"> AI </w:t>
      </w:r>
      <w:r>
        <w:rPr>
          <w:rFonts w:ascii="微软雅黑" w:eastAsia="微软雅黑" w:hAnsi="微软雅黑" w:cs="微软雅黑" w:hint="eastAsia"/>
          <w:lang w:eastAsia="zh-CN"/>
        </w:rPr>
        <w:t>能够像生物一样在物理世界中感知、理解、学习并与之交互的能力。</w:t>
      </w:r>
      <w:r>
        <w:t>"</w:t>
      </w:r>
    </w:p>
    <w:p>
      <w:pPr>
        <w:pStyle w:val="ListBullet"/>
        <w:spacing w:after="72"/>
      </w:pPr>
      <w:r>
        <w:rPr>
          <w:rFonts w:ascii="微软雅黑" w:eastAsia="微软雅黑" w:hAnsi="微软雅黑" w:cs="微软雅黑" w:hint="eastAsia"/>
          <w:lang w:eastAsia="zh-CN"/>
        </w:rPr>
        <w:t>呼应前面：只把智能装进机器人身体还不能称真正的类人智能，大脑与身体结合才完整。</w:t>
      </w:r>
    </w:p>
    <w:p>
      <w:pPr/>
      <w:r>
        <w:rPr>
          <w:rFonts w:ascii="微软雅黑" w:eastAsia="微软雅黑" w:hAnsi="微软雅黑" w:cs="微软雅黑" w:hint="eastAsia"/>
          <w:b/>
          <w:lang w:eastAsia="zh-CN"/>
        </w:rPr>
        <w:t>七、绚烂之花之五：AI4Science（AI for Science）</w:t>
      </w:r>
    </w:p>
    <w:p>
      <w:pPr>
        <w:pStyle w:val="ListBullet"/>
      </w:pPr>
      <w:r>
        <w:t>"</w:t>
      </w:r>
      <w:r>
        <w:rPr>
          <w:rFonts w:ascii="微软雅黑" w:eastAsia="微软雅黑" w:hAnsi="微软雅黑" w:cs="微软雅黑" w:hint="eastAsia"/>
          <w:lang w:eastAsia="zh-CN"/>
        </w:rPr>
        <w:t>极大地改变了科学研究的方式</w:t>
      </w:r>
      <w:r>
        <w:t>"</w:t>
      </w:r>
      <w:r>
        <w:rPr>
          <w:rFonts w:ascii="微软雅黑" w:eastAsia="微软雅黑" w:hAnsi="微软雅黑" w:cs="微软雅黑" w:hint="eastAsia"/>
          <w:lang w:eastAsia="zh-CN"/>
        </w:rPr>
        <w:t>。</w:t>
      </w:r>
    </w:p>
    <w:p>
      <w:pPr>
        <w:pStyle w:val="ListBullet2"/>
        <w:spacing w:after="72"/>
      </w:pPr>
      <w:r>
        <w:rPr>
          <w:rFonts w:ascii="微软雅黑" w:eastAsia="微软雅黑" w:hAnsi="微软雅黑" w:cs="微软雅黑" w:hint="eastAsia"/>
          <w:lang w:eastAsia="zh-CN"/>
        </w:rPr>
        <w:t>伽利略靠比萨斜塔实验（实验驱动）；</w:t>
      </w:r>
    </w:p>
    <w:p>
      <w:pPr>
        <w:pStyle w:val="ListBullet2"/>
        <w:spacing w:after="72"/>
      </w:pPr>
      <w:r>
        <w:t>"</w:t>
      </w:r>
      <w:r>
        <w:rPr>
          <w:rFonts w:ascii="微软雅黑" w:eastAsia="微软雅黑" w:hAnsi="微软雅黑" w:cs="微软雅黑" w:hint="eastAsia"/>
          <w:lang w:eastAsia="zh-CN"/>
        </w:rPr>
        <w:t>爱因斯坦一辈子没做过什么实验</w:t>
      </w:r>
      <w:r>
        <w:t>"</w:t>
      </w:r>
      <w:r>
        <w:rPr>
          <w:rFonts w:ascii="微软雅黑" w:eastAsia="微软雅黑" w:hAnsi="微软雅黑" w:cs="微软雅黑" w:hint="eastAsia"/>
          <w:lang w:eastAsia="zh-CN"/>
        </w:rPr>
        <w:t>（理论驱动）；</w:t>
      </w:r>
    </w:p>
    <w:p>
      <w:pPr>
        <w:pStyle w:val="ListBullet2"/>
        <w:spacing w:after="72"/>
      </w:pPr>
      <w:r>
        <w:rPr>
          <w:rFonts w:ascii="微软雅黑" w:eastAsia="微软雅黑" w:hAnsi="微软雅黑" w:cs="微软雅黑" w:hint="eastAsia"/>
          <w:lang w:eastAsia="zh-CN"/>
        </w:rPr>
        <w:t>如今</w:t>
      </w:r>
      <w:r>
        <w:t>"</w:t>
      </w:r>
      <w:r>
        <w:rPr>
          <w:rFonts w:ascii="微软雅黑" w:eastAsia="微软雅黑" w:hAnsi="微软雅黑" w:cs="微软雅黑" w:hint="eastAsia"/>
          <w:lang w:eastAsia="zh-CN"/>
        </w:rPr>
        <w:t>很多（研究）就不靠着做实验来解决了</w:t>
      </w:r>
      <w:r>
        <w:t>"</w:t>
      </w:r>
      <w:r>
        <w:rPr>
          <w:rFonts w:ascii="微软雅黑" w:eastAsia="微软雅黑" w:hAnsi="微软雅黑" w:cs="微软雅黑" w:hint="eastAsia"/>
          <w:lang w:eastAsia="zh-CN"/>
        </w:rPr>
        <w:t>，如原子弹研制可完全在计算机上进行、不必做地下核试验（计算驱动）；</w:t>
      </w:r>
    </w:p>
    <w:p>
      <w:pPr>
        <w:pStyle w:val="ListBullet2"/>
        <w:spacing w:after="72"/>
      </w:pPr>
      <w:r>
        <w:t>"</w:t>
      </w:r>
      <w:r>
        <w:rPr>
          <w:rFonts w:ascii="微软雅黑" w:eastAsia="微软雅黑" w:hAnsi="微软雅黑" w:cs="微软雅黑" w:hint="eastAsia"/>
          <w:lang w:eastAsia="zh-CN"/>
        </w:rPr>
        <w:t>小世界理论</w:t>
      </w:r>
      <w:r>
        <w:t>"</w:t>
      </w:r>
      <w:r>
        <w:rPr>
          <w:rFonts w:ascii="微软雅黑" w:eastAsia="微软雅黑" w:hAnsi="微软雅黑" w:cs="微软雅黑" w:hint="eastAsia"/>
          <w:lang w:eastAsia="zh-CN"/>
        </w:rPr>
        <w:t>（任意两人最多经过</w:t>
      </w:r>
      <w:r>
        <w:t xml:space="preserve"> 5 </w:t>
      </w:r>
      <w:r>
        <w:rPr>
          <w:rFonts w:ascii="微软雅黑" w:eastAsia="微软雅黑" w:hAnsi="微软雅黑" w:cs="微软雅黑" w:hint="eastAsia"/>
          <w:lang w:eastAsia="zh-CN"/>
        </w:rPr>
        <w:t>个中间人）</w:t>
      </w:r>
      <w:r>
        <w:t>"</w:t>
      </w:r>
      <w:r>
        <w:rPr>
          <w:rFonts w:ascii="微软雅黑" w:eastAsia="微软雅黑" w:hAnsi="微软雅黑" w:cs="微软雅黑" w:hint="eastAsia"/>
          <w:lang w:eastAsia="zh-CN"/>
        </w:rPr>
        <w:t>没有道理、得不到</w:t>
      </w:r>
      <w:r>
        <w:t>'</w:t>
      </w:r>
      <w:r>
        <w:rPr>
          <w:rFonts w:ascii="微软雅黑" w:eastAsia="微软雅黑" w:hAnsi="微软雅黑" w:cs="微软雅黑" w:hint="eastAsia"/>
          <w:lang w:eastAsia="zh-CN"/>
        </w:rPr>
        <w:t>一块着地</w:t>
      </w:r>
      <w:r>
        <w:t>'</w:t>
      </w:r>
      <w:r>
        <w:rPr>
          <w:rFonts w:ascii="微软雅黑" w:eastAsia="微软雅黑" w:hAnsi="微软雅黑" w:cs="微软雅黑" w:hint="eastAsia"/>
          <w:lang w:eastAsia="zh-CN"/>
        </w:rPr>
        <w:t>那样的结果</w:t>
      </w:r>
      <w:r>
        <w:t>"</w:t>
      </w:r>
      <w:r>
        <w:rPr>
          <w:rFonts w:ascii="微软雅黑" w:eastAsia="微软雅黑" w:hAnsi="微软雅黑" w:cs="微软雅黑" w:hint="eastAsia"/>
          <w:lang w:eastAsia="zh-CN"/>
        </w:rPr>
        <w:t>，是从数据中得出的（数据驱动）；</w:t>
      </w:r>
    </w:p>
    <w:p>
      <w:pPr>
        <w:pStyle w:val="ListBullet2"/>
        <w:spacing w:after="72"/>
      </w:pPr>
      <w:r>
        <w:rPr>
          <w:rFonts w:ascii="微软雅黑" w:eastAsia="微软雅黑" w:hAnsi="微软雅黑" w:cs="微软雅黑" w:hint="eastAsia"/>
          <w:lang w:eastAsia="zh-CN"/>
        </w:rPr>
        <w:t>现在</w:t>
      </w:r>
      <w:r>
        <w:t xml:space="preserve"> AI </w:t>
      </w:r>
      <w:r>
        <w:rPr>
          <w:rFonts w:ascii="微软雅黑" w:eastAsia="微软雅黑" w:hAnsi="微软雅黑" w:cs="微软雅黑" w:hint="eastAsia"/>
          <w:lang w:eastAsia="zh-CN"/>
        </w:rPr>
        <w:t>驱动的科学研究（</w:t>
      </w:r>
      <w:r>
        <w:t xml:space="preserve">AI↔Science </w:t>
      </w:r>
      <w:r>
        <w:rPr>
          <w:rFonts w:ascii="微软雅黑" w:eastAsia="微软雅黑" w:hAnsi="微软雅黑" w:cs="微软雅黑" w:hint="eastAsia"/>
          <w:lang w:eastAsia="zh-CN"/>
        </w:rPr>
        <w:t>循环）。</w:t>
      </w:r>
    </w:p>
    <w:p>
      <w:pPr>
        <w:pStyle w:val="ListBullet"/>
        <w:spacing w:after="72"/>
      </w:pPr>
      <w:r>
        <w:rPr>
          <w:rFonts w:ascii="微软雅黑" w:eastAsia="微软雅黑" w:hAnsi="微软雅黑" w:cs="微软雅黑" w:hint="eastAsia"/>
          <w:b/>
          <w:lang w:eastAsia="zh-CN"/>
        </w:rPr>
        <w:t>科学研究范式的转变</w:t>
      </w:r>
      <w:r>
        <w:rPr>
          <w:rFonts w:ascii="微软雅黑" w:eastAsia="微软雅黑" w:hAnsi="微软雅黑" w:cs="微软雅黑" w:hint="eastAsia"/>
          <w:lang w:eastAsia="zh-CN"/>
        </w:rPr>
        <w:t>：</w:t>
      </w:r>
      <w:r>
        <w:t xml:space="preserve">1600s </w:t>
      </w:r>
      <w:r>
        <w:rPr>
          <w:rFonts w:ascii="微软雅黑" w:eastAsia="微软雅黑" w:hAnsi="微软雅黑" w:cs="微软雅黑" w:hint="eastAsia"/>
          <w:lang w:eastAsia="zh-CN"/>
        </w:rPr>
        <w:t>实验驱动</w:t>
      </w:r>
      <w:r>
        <w:t xml:space="preserve">→1950s </w:t>
      </w:r>
      <w:r>
        <w:rPr>
          <w:rFonts w:ascii="微软雅黑" w:eastAsia="微软雅黑" w:hAnsi="微软雅黑" w:cs="微软雅黑" w:hint="eastAsia"/>
          <w:lang w:eastAsia="zh-CN"/>
        </w:rPr>
        <w:t>理论驱动</w:t>
      </w:r>
      <w:r>
        <w:t xml:space="preserve">→2000s </w:t>
      </w:r>
      <w:r>
        <w:rPr>
          <w:rFonts w:ascii="微软雅黑" w:eastAsia="微软雅黑" w:hAnsi="微软雅黑" w:cs="微软雅黑" w:hint="eastAsia"/>
          <w:lang w:eastAsia="zh-CN"/>
        </w:rPr>
        <w:t>计算驱动</w:t>
      </w:r>
      <w:r>
        <w:t>→</w:t>
      </w:r>
      <w:r>
        <w:rPr>
          <w:rFonts w:ascii="微软雅黑" w:eastAsia="微软雅黑" w:hAnsi="微软雅黑" w:cs="微软雅黑" w:hint="eastAsia"/>
          <w:lang w:eastAsia="zh-CN"/>
        </w:rPr>
        <w:t>数据驱动</w:t>
      </w:r>
      <w:r>
        <w:t xml:space="preserve">→2025 AI </w:t>
      </w:r>
      <w:r>
        <w:rPr>
          <w:rFonts w:ascii="微软雅黑" w:eastAsia="微软雅黑" w:hAnsi="微软雅黑" w:cs="微软雅黑" w:hint="eastAsia"/>
          <w:lang w:eastAsia="zh-CN"/>
        </w:rPr>
        <w:t>驱动（</w:t>
      </w:r>
      <w:r>
        <w:t xml:space="preserve">AI </w:t>
      </w:r>
      <w:r>
        <w:rPr>
          <w:rFonts w:ascii="微软雅黑" w:eastAsia="微软雅黑" w:hAnsi="微软雅黑" w:cs="微软雅黑" w:hint="eastAsia"/>
          <w:lang w:eastAsia="zh-CN"/>
        </w:rPr>
        <w:t>与</w:t>
      </w:r>
      <w:r>
        <w:t xml:space="preserve"> Science </w:t>
      </w:r>
      <w:r>
        <w:rPr>
          <w:rFonts w:ascii="微软雅黑" w:eastAsia="微软雅黑" w:hAnsi="微软雅黑" w:cs="微软雅黑" w:hint="eastAsia"/>
          <w:lang w:eastAsia="zh-CN"/>
        </w:rPr>
        <w:t>双向循环）。</w:t>
      </w:r>
    </w:p>
    <w:p>
      <w:pPr>
        <w:pStyle w:val="ListBullet"/>
        <w:spacing w:after="72"/>
      </w:pPr>
      <w:r>
        <w:rPr>
          <w:rFonts w:ascii="微软雅黑" w:eastAsia="微软雅黑" w:hAnsi="微软雅黑" w:cs="微软雅黑" w:hint="eastAsia"/>
          <w:lang w:eastAsia="zh-CN"/>
        </w:rPr>
        <w:t>例证：</w:t>
      </w:r>
    </w:p>
    <w:p>
      <w:pPr/>
      <w:r>
        <w:rPr>
          <w:rFonts w:ascii="微软雅黑" w:eastAsia="微软雅黑" w:hAnsi="微软雅黑" w:cs="微软雅黑" w:hint="eastAsia"/>
          <w:b/>
          <w:lang w:eastAsia="zh-CN"/>
        </w:rPr>
        <w:t>八、2024年诺贝尔奖佐证</w:t>
      </w:r>
    </w:p>
    <w:p>
      <w:pPr>
        <w:pStyle w:val="ListBullet"/>
        <w:spacing w:after="72"/>
      </w:pPr>
      <w:r>
        <w:rPr>
          <w:rFonts w:ascii="微软雅黑" w:eastAsia="微软雅黑" w:hAnsi="微软雅黑" w:cs="微软雅黑" w:hint="eastAsia"/>
          <w:b/>
          <w:lang w:eastAsia="zh-CN"/>
        </w:rPr>
        <w:t>物理学奖</w:t>
      </w:r>
      <w:r>
        <w:rPr>
          <w:rFonts w:ascii="微软雅黑" w:eastAsia="微软雅黑" w:hAnsi="微软雅黑" w:cs="微软雅黑" w:hint="eastAsia"/>
          <w:lang w:eastAsia="zh-CN"/>
        </w:rPr>
        <w:t>颁给</w:t>
      </w:r>
      <w:r>
        <w:t xml:space="preserve"> John J. Hopfield </w:t>
      </w:r>
      <w:r>
        <w:rPr>
          <w:rFonts w:ascii="微软雅黑" w:eastAsia="微软雅黑" w:hAnsi="微软雅黑" w:cs="微软雅黑" w:hint="eastAsia"/>
          <w:lang w:eastAsia="zh-CN"/>
        </w:rPr>
        <w:t>与</w:t>
      </w:r>
      <w:r>
        <w:t xml:space="preserve"> Geoffrey E. Hinton</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利用基础性发现和发明，使人工神经网络能够实现机器学习</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化学奖</w:t>
      </w:r>
      <w:r>
        <w:rPr>
          <w:rFonts w:ascii="微软雅黑" w:eastAsia="微软雅黑" w:hAnsi="微软雅黑" w:cs="微软雅黑" w:hint="eastAsia"/>
          <w:lang w:eastAsia="zh-CN"/>
        </w:rPr>
        <w:t>颁给</w:t>
      </w:r>
      <w:r>
        <w:t xml:space="preserve"> David Baker</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基于计算进行的蛋白质设计</w:t>
      </w:r>
      <w:r>
        <w:t>"</w:t>
      </w:r>
      <w:r>
        <w:rPr>
          <w:rFonts w:ascii="微软雅黑" w:eastAsia="微软雅黑" w:hAnsi="微软雅黑" w:cs="微软雅黑" w:hint="eastAsia"/>
          <w:lang w:eastAsia="zh-CN"/>
        </w:rPr>
        <w:t>）、</w:t>
      </w:r>
      <w:r>
        <w:t xml:space="preserve">Demis Hassabis </w:t>
      </w:r>
      <w:r>
        <w:rPr>
          <w:rFonts w:ascii="微软雅黑" w:eastAsia="微软雅黑" w:hAnsi="微软雅黑" w:cs="微软雅黑" w:hint="eastAsia"/>
          <w:lang w:eastAsia="zh-CN"/>
        </w:rPr>
        <w:t>与</w:t>
      </w:r>
      <w:r>
        <w:t xml:space="preserve"> John M. Jumper</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基于氨基酸序列的蛋白质结构预测</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他们就做出了</w:t>
      </w:r>
      <w:r>
        <w:t xml:space="preserve"> AlphaFold</w:t>
      </w:r>
      <w:r>
        <w:rPr>
          <w:rFonts w:ascii="微软雅黑" w:eastAsia="微软雅黑" w:hAnsi="微软雅黑" w:cs="微软雅黑" w:hint="eastAsia"/>
          <w:lang w:eastAsia="zh-CN"/>
        </w:rPr>
        <w:t>。</w:t>
      </w:r>
    </w:p>
    <w:p>
      <w:pPr>
        <w:pStyle w:val="ListBullet"/>
        <w:spacing w:after="72"/>
      </w:pPr>
      <w:r>
        <w:t xml:space="preserve">AlphaFold </w:t>
      </w:r>
      <w:r>
        <w:rPr>
          <w:rFonts w:ascii="微软雅黑" w:eastAsia="微软雅黑" w:hAnsi="微软雅黑" w:cs="微软雅黑" w:hint="eastAsia"/>
          <w:lang w:eastAsia="zh-CN"/>
        </w:rPr>
        <w:t>与制药有很大关系：传统化学实验室方法</w:t>
      </w:r>
      <w:r>
        <w:t>"</w:t>
      </w:r>
      <w:r>
        <w:rPr>
          <w:rFonts w:ascii="微软雅黑" w:eastAsia="微软雅黑" w:hAnsi="微软雅黑" w:cs="微软雅黑" w:hint="eastAsia"/>
          <w:lang w:eastAsia="zh-CN"/>
        </w:rPr>
        <w:t>才能找到一个有用的分子</w:t>
      </w:r>
      <w:r>
        <w:t>"</w:t>
      </w:r>
      <w:r>
        <w:rPr>
          <w:rFonts w:ascii="微软雅黑" w:eastAsia="微软雅黑" w:hAnsi="微软雅黑" w:cs="微软雅黑" w:hint="eastAsia"/>
          <w:lang w:eastAsia="zh-CN"/>
        </w:rPr>
        <w:t>且</w:t>
      </w:r>
      <w:r>
        <w:t>"</w:t>
      </w:r>
      <w:r>
        <w:rPr>
          <w:rFonts w:ascii="微软雅黑" w:eastAsia="微软雅黑" w:hAnsi="微软雅黑" w:cs="微软雅黑" w:hint="eastAsia"/>
          <w:lang w:eastAsia="zh-CN"/>
        </w:rPr>
        <w:t>运气好</w:t>
      </w:r>
      <w:r>
        <w:t>"</w:t>
      </w:r>
      <w:r>
        <w:rPr>
          <w:rFonts w:ascii="微软雅黑" w:eastAsia="微软雅黑" w:hAnsi="微软雅黑" w:cs="微软雅黑" w:hint="eastAsia"/>
          <w:lang w:eastAsia="zh-CN"/>
        </w:rPr>
        <w:t>才行，</w:t>
      </w:r>
      <w:r>
        <w:t>"</w:t>
      </w:r>
      <w:r>
        <w:rPr>
          <w:rFonts w:ascii="微软雅黑" w:eastAsia="微软雅黑" w:hAnsi="微软雅黑" w:cs="微软雅黑" w:hint="eastAsia"/>
          <w:lang w:eastAsia="zh-CN"/>
        </w:rPr>
        <w:t>它只是用</w:t>
      </w:r>
      <w:r>
        <w:t xml:space="preserve"> AI </w:t>
      </w:r>
      <w:r>
        <w:rPr>
          <w:rFonts w:ascii="微软雅黑" w:eastAsia="微软雅黑" w:hAnsi="微软雅黑" w:cs="微软雅黑" w:hint="eastAsia"/>
          <w:lang w:eastAsia="zh-CN"/>
        </w:rPr>
        <w:t>帮你费点电</w:t>
      </w:r>
      <w:r>
        <w:t>"</w:t>
      </w:r>
      <w:r>
        <w:rPr>
          <w:rFonts w:ascii="微软雅黑" w:eastAsia="微软雅黑" w:hAnsi="微软雅黑" w:cs="微软雅黑" w:hint="eastAsia"/>
          <w:lang w:eastAsia="zh-CN"/>
        </w:rPr>
        <w:t>就能在计算机上完成筛选，</w:t>
      </w:r>
      <w:r>
        <w:t>"</w:t>
      </w:r>
      <w:r>
        <w:rPr>
          <w:rFonts w:ascii="微软雅黑" w:eastAsia="微软雅黑" w:hAnsi="微软雅黑" w:cs="微软雅黑" w:hint="eastAsia"/>
          <w:lang w:eastAsia="zh-CN"/>
        </w:rPr>
        <w:t>带来的改变</w:t>
      </w:r>
      <w:r>
        <w:t>"</w:t>
      </w:r>
      <w:r>
        <w:rPr>
          <w:rFonts w:ascii="微软雅黑" w:eastAsia="微软雅黑" w:hAnsi="微软雅黑" w:cs="微软雅黑" w:hint="eastAsia"/>
          <w:lang w:eastAsia="zh-CN"/>
        </w:rPr>
        <w:t>是革命性的。</w:t>
      </w:r>
    </w:p>
    <w:p>
      <w:pPr/>
      <w:r>
        <w:rPr>
          <w:rFonts w:ascii="微软雅黑" w:eastAsia="微软雅黑" w:hAnsi="微软雅黑" w:cs="微软雅黑" w:hint="eastAsia"/>
          <w:b/>
          <w:lang w:eastAsia="zh-CN"/>
        </w:rPr>
        <w:t>九、AI for Science 三大方向</w:t>
      </w:r>
    </w:p>
    <w:p>
      <w:pPr>
        <w:pStyle w:val="ListBullet"/>
        <w:spacing w:after="72"/>
      </w:pPr>
      <w:r>
        <w:rPr>
          <w:rFonts w:ascii="微软雅黑" w:eastAsia="微软雅黑" w:hAnsi="微软雅黑" w:cs="微软雅黑" w:hint="eastAsia"/>
          <w:b/>
          <w:lang w:eastAsia="zh-CN"/>
        </w:rPr>
        <w:t>科学大模型</w:t>
      </w:r>
      <w:r>
        <w:rPr>
          <w:rFonts w:ascii="微软雅黑" w:eastAsia="微软雅黑" w:hAnsi="微软雅黑" w:cs="微软雅黑" w:hint="eastAsia"/>
          <w:lang w:eastAsia="zh-CN"/>
        </w:rPr>
        <w:t>：给各学科都装上</w:t>
      </w:r>
      <w:r>
        <w:t xml:space="preserve"> AI</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几何深度学习</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相当于我换个马甲</w:t>
      </w:r>
      <w:r>
        <w:t>"</w:t>
      </w:r>
      <w:r>
        <w:rPr>
          <w:rFonts w:ascii="微软雅黑" w:eastAsia="微软雅黑" w:hAnsi="微软雅黑" w:cs="微软雅黑" w:hint="eastAsia"/>
          <w:lang w:eastAsia="zh-CN"/>
        </w:rPr>
        <w:t>、对有几何结构的数据很重要。</w:t>
      </w:r>
    </w:p>
    <w:p>
      <w:pPr>
        <w:pStyle w:val="ListBullet"/>
        <w:spacing w:after="72"/>
      </w:pPr>
      <w:r>
        <w:rPr>
          <w:rFonts w:ascii="微软雅黑" w:eastAsia="微软雅黑" w:hAnsi="微软雅黑" w:cs="微软雅黑" w:hint="eastAsia"/>
          <w:b/>
          <w:lang w:eastAsia="zh-CN"/>
        </w:rPr>
        <w:t>自动实验室</w:t>
      </w:r>
      <w:r>
        <w:rPr>
          <w:rFonts w:ascii="微软雅黑" w:eastAsia="微软雅黑" w:hAnsi="微软雅黑" w:cs="微软雅黑" w:hint="eastAsia"/>
          <w:lang w:eastAsia="zh-CN"/>
        </w:rPr>
        <w:t>：让</w:t>
      </w:r>
      <w:r>
        <w:t>"</w:t>
      </w:r>
      <w:r>
        <w:rPr>
          <w:rFonts w:ascii="微软雅黑" w:eastAsia="微软雅黑" w:hAnsi="微软雅黑" w:cs="微软雅黑" w:hint="eastAsia"/>
          <w:lang w:eastAsia="zh-CN"/>
        </w:rPr>
        <w:t>搞研究、写文章</w:t>
      </w:r>
      <w:r>
        <w:t>"</w:t>
      </w:r>
      <w:r>
        <w:rPr>
          <w:rFonts w:ascii="微软雅黑" w:eastAsia="微软雅黑" w:hAnsi="微软雅黑" w:cs="微软雅黑" w:hint="eastAsia"/>
          <w:lang w:eastAsia="zh-CN"/>
        </w:rPr>
        <w:t>自动化。</w:t>
      </w:r>
    </w:p>
    <w:p>
      <w:pPr>
        <w:pStyle w:val="ListBullet"/>
        <w:spacing w:after="72"/>
      </w:pPr>
      <w:r>
        <w:t>"</w:t>
      </w:r>
      <w:r>
        <w:rPr>
          <w:rFonts w:ascii="微软雅黑" w:eastAsia="微软雅黑" w:hAnsi="微软雅黑" w:cs="微软雅黑" w:hint="eastAsia"/>
          <w:lang w:eastAsia="zh-CN"/>
        </w:rPr>
        <w:t>科学家现在搞这个</w:t>
      </w:r>
      <w:r>
        <w:t xml:space="preserve"> AI for Science</w:t>
      </w:r>
      <w:r>
        <w:rPr>
          <w:rFonts w:ascii="微软雅黑" w:eastAsia="微软雅黑" w:hAnsi="微软雅黑" w:cs="微软雅黑" w:hint="eastAsia"/>
          <w:lang w:eastAsia="zh-CN"/>
        </w:rPr>
        <w:t>，能发现人类从来没有发现的那些东西。</w:t>
      </w:r>
      <w:r>
        <w:t>"</w:t>
      </w:r>
    </w:p>
    <w:p>
      <w:pPr/>
      <w:r>
        <w:rPr>
          <w:rFonts w:ascii="微软雅黑" w:eastAsia="微软雅黑" w:hAnsi="微软雅黑" w:cs="微软雅黑" w:hint="eastAsia"/>
          <w:b/>
          <w:lang w:eastAsia="zh-CN"/>
        </w:rPr>
        <w:t>十、结尾追问</w:t>
      </w:r>
    </w:p>
    <w:p>
      <w:pPr>
        <w:pStyle w:val="ListBullet"/>
        <w:spacing w:after="72"/>
      </w:pPr>
      <w:r>
        <w:t>"</w:t>
      </w:r>
      <w:r>
        <w:rPr>
          <w:rFonts w:ascii="微软雅黑" w:eastAsia="微软雅黑" w:hAnsi="微软雅黑" w:cs="微软雅黑" w:hint="eastAsia"/>
          <w:b/>
          <w:lang w:eastAsia="zh-CN"/>
        </w:rPr>
        <w:t>人工智能真的可以创造新知识吗？</w:t>
      </w:r>
      <w:r>
        <w:rPr>
          <w:rFonts w:ascii="微软雅黑" w:eastAsia="微软雅黑" w:hAnsi="微软雅黑" w:cs="微软雅黑" w:hint="eastAsia"/>
          <w:lang w:eastAsia="zh-CN"/>
        </w:rPr>
        <w:t>我们可以让时光退回到</w:t>
      </w:r>
      <w:r>
        <w:t>100</w:t>
      </w:r>
      <w:r>
        <w:rPr>
          <w:rFonts w:ascii="微软雅黑" w:eastAsia="微软雅黑" w:hAnsi="微软雅黑" w:cs="微软雅黑" w:hint="eastAsia"/>
          <w:lang w:eastAsia="zh-CN"/>
        </w:rPr>
        <w:t>多年前</w:t>
      </w:r>
      <w:r>
        <w:t>"</w:t>
      </w:r>
      <w:r>
        <w:rPr>
          <w:rFonts w:ascii="微软雅黑" w:eastAsia="微软雅黑" w:hAnsi="微软雅黑" w:cs="微软雅黑" w:hint="eastAsia"/>
          <w:lang w:eastAsia="zh-CN"/>
        </w:rPr>
        <w:t>，以爱因斯坦与相对论作比</w:t>
      </w:r>
      <w:r>
        <w:t>——</w:t>
      </w:r>
      <w:r>
        <w:rPr>
          <w:rFonts w:ascii="微软雅黑" w:eastAsia="微软雅黑" w:hAnsi="微软雅黑" w:cs="微软雅黑" w:hint="eastAsia"/>
          <w:lang w:eastAsia="zh-CN"/>
        </w:rPr>
        <w:t>这是留给下一讲的开放问题。</w:t>
      </w:r>
    </w:p>
    <w:p>
      <w:pPr/>
      <w:r>
        <w:rPr>
          <w:rFonts w:ascii="微软雅黑" w:eastAsia="微软雅黑" w:hAnsi="微软雅黑" w:cs="微软雅黑" w:hint="eastAsia"/>
          <w:b/>
          <w:lang w:eastAsia="zh-CN"/>
        </w:rPr>
        <w:t>十一、金句汇编</w:t>
      </w:r>
    </w:p>
    <w:p>
      <w:pPr>
        <w:pStyle w:val="ListBullet"/>
        <w:spacing w:after="72"/>
      </w:pPr>
      <w:r>
        <w:t>"</w:t>
      </w:r>
      <w:r>
        <w:rPr>
          <w:rFonts w:ascii="微软雅黑" w:eastAsia="微软雅黑" w:hAnsi="微软雅黑" w:cs="微软雅黑" w:hint="eastAsia"/>
          <w:lang w:eastAsia="zh-CN"/>
        </w:rPr>
        <w:t>能看得见的是人工智能的应用，看不见的才是人工智能的学科。</w:t>
      </w:r>
      <w:r>
        <w:t>"</w:t>
      </w:r>
    </w:p>
    <w:p>
      <w:pPr>
        <w:pStyle w:val="ListBullet"/>
        <w:spacing w:after="72"/>
      </w:pPr>
      <w:r>
        <w:t>"</w:t>
      </w:r>
      <w:r>
        <w:rPr>
          <w:rFonts w:ascii="微软雅黑" w:eastAsia="微软雅黑" w:hAnsi="微软雅黑" w:cs="微软雅黑" w:hint="eastAsia"/>
          <w:lang w:eastAsia="zh-CN"/>
        </w:rPr>
        <w:t>机器人是照着人（自己）造出来的</w:t>
      </w:r>
      <w:r>
        <w:t>"——</w:t>
      </w:r>
      <w:r>
        <w:rPr>
          <w:rFonts w:ascii="微软雅黑" w:eastAsia="微软雅黑" w:hAnsi="微软雅黑" w:cs="微软雅黑" w:hint="eastAsia"/>
          <w:lang w:eastAsia="zh-CN"/>
        </w:rPr>
        <w:t>机器人是人工智能的一个载体。</w:t>
      </w:r>
    </w:p>
    <w:p>
      <w:pPr>
        <w:pStyle w:val="ListBullet"/>
        <w:spacing w:after="72"/>
      </w:pPr>
      <w:r>
        <w:t>"</w:t>
      </w:r>
      <w:r>
        <w:rPr>
          <w:rFonts w:ascii="微软雅黑" w:eastAsia="微软雅黑" w:hAnsi="微软雅黑" w:cs="微软雅黑" w:hint="eastAsia"/>
          <w:lang w:eastAsia="zh-CN"/>
        </w:rPr>
        <w:t>涌现能力随着模型参数数量增加而</w:t>
      </w:r>
      <w:r>
        <w:t>'</w:t>
      </w:r>
      <w:r>
        <w:rPr>
          <w:rFonts w:ascii="微软雅黑" w:eastAsia="微软雅黑" w:hAnsi="微软雅黑" w:cs="微软雅黑" w:hint="eastAsia"/>
          <w:lang w:eastAsia="zh-CN"/>
        </w:rPr>
        <w:t>解锁</w:t>
      </w:r>
      <w:r>
        <w:t>'</w:t>
      </w:r>
      <w:r>
        <w:rPr>
          <w:rFonts w:ascii="微软雅黑" w:eastAsia="微软雅黑" w:hAnsi="微软雅黑" w:cs="微软雅黑" w:hint="eastAsia"/>
          <w:lang w:eastAsia="zh-CN"/>
        </w:rPr>
        <w:t>。</w:t>
      </w:r>
      <w:r>
        <w:t>"</w:t>
      </w:r>
    </w:p>
    <w:p>
      <w:pPr>
        <w:pStyle w:val="ListBullet"/>
        <w:spacing w:after="72"/>
      </w:pPr>
      <w:r>
        <w:t>"</w:t>
      </w:r>
      <w:r>
        <w:rPr>
          <w:rFonts w:ascii="微软雅黑" w:eastAsia="微软雅黑" w:hAnsi="微软雅黑" w:cs="微软雅黑" w:hint="eastAsia"/>
          <w:lang w:eastAsia="zh-CN"/>
        </w:rPr>
        <w:t>人类才有的顿悟，机器也会有吗？</w:t>
      </w:r>
      <w:r>
        <w:t>"</w:t>
      </w:r>
    </w:p>
    <w:p>
      <w:pPr>
        <w:pStyle w:val="ListBullet"/>
        <w:spacing w:after="72"/>
      </w:pPr>
      <w:r>
        <w:t>"</w:t>
      </w:r>
      <w:r>
        <w:rPr>
          <w:rFonts w:ascii="微软雅黑" w:eastAsia="微软雅黑" w:hAnsi="微软雅黑" w:cs="微软雅黑" w:hint="eastAsia"/>
          <w:lang w:eastAsia="zh-CN"/>
        </w:rPr>
        <w:t>模拟人类的感知方式，通过整合视觉、听觉、语言等多种线索来全面理解世界。</w:t>
      </w:r>
      <w:r>
        <w:t>"</w:t>
      </w:r>
      <w:r>
        <w:rPr>
          <w:rFonts w:ascii="微软雅黑" w:eastAsia="微软雅黑" w:hAnsi="微软雅黑" w:cs="微软雅黑" w:hint="eastAsia"/>
          <w:lang w:eastAsia="zh-CN"/>
        </w:rPr>
        <w:t>（多模态）</w:t>
      </w:r>
    </w:p>
    <w:p>
      <w:pPr>
        <w:pStyle w:val="ListBullet"/>
        <w:spacing w:after="72"/>
      </w:pPr>
      <w:r>
        <w:t>"</w:t>
      </w:r>
      <w:r>
        <w:rPr>
          <w:rFonts w:ascii="微软雅黑" w:eastAsia="微软雅黑" w:hAnsi="微软雅黑" w:cs="微软雅黑" w:hint="eastAsia"/>
          <w:lang w:eastAsia="zh-CN"/>
        </w:rPr>
        <w:t>让人工智能的</w:t>
      </w:r>
      <w:r>
        <w:t>'</w:t>
      </w:r>
      <w:r>
        <w:rPr>
          <w:rFonts w:ascii="微软雅黑" w:eastAsia="微软雅黑" w:hAnsi="微软雅黑" w:cs="微软雅黑" w:hint="eastAsia"/>
          <w:lang w:eastAsia="zh-CN"/>
        </w:rPr>
        <w:t>大脑</w:t>
      </w:r>
      <w:r>
        <w:t>'</w:t>
      </w:r>
      <w:r>
        <w:rPr>
          <w:rFonts w:ascii="微软雅黑" w:eastAsia="微软雅黑" w:hAnsi="微软雅黑" w:cs="微软雅黑" w:hint="eastAsia"/>
          <w:lang w:eastAsia="zh-CN"/>
        </w:rPr>
        <w:t>与物理实体的</w:t>
      </w:r>
      <w:r>
        <w:t>'</w:t>
      </w:r>
      <w:r>
        <w:rPr>
          <w:rFonts w:ascii="微软雅黑" w:eastAsia="微软雅黑" w:hAnsi="微软雅黑" w:cs="微软雅黑" w:hint="eastAsia"/>
          <w:lang w:eastAsia="zh-CN"/>
        </w:rPr>
        <w:t>身体</w:t>
      </w:r>
      <w:r>
        <w:t>'</w:t>
      </w:r>
      <w:r>
        <w:rPr>
          <w:rFonts w:ascii="微软雅黑" w:eastAsia="微软雅黑" w:hAnsi="微软雅黑" w:cs="微软雅黑" w:hint="eastAsia"/>
          <w:lang w:eastAsia="zh-CN"/>
        </w:rPr>
        <w:t>相结合。</w:t>
      </w:r>
      <w:r>
        <w:t>"</w:t>
      </w:r>
      <w:r>
        <w:rPr>
          <w:rFonts w:ascii="微软雅黑" w:eastAsia="微软雅黑" w:hAnsi="微软雅黑" w:cs="微软雅黑" w:hint="eastAsia"/>
          <w:lang w:eastAsia="zh-CN"/>
        </w:rPr>
        <w:t>（具身智能）</w:t>
      </w:r>
    </w:p>
    <w:p>
      <w:pPr>
        <w:pStyle w:val="ListBullet"/>
        <w:spacing w:after="72"/>
      </w:pPr>
      <w:r>
        <w:t>"</w:t>
      </w:r>
      <w:r>
        <w:rPr>
          <w:rFonts w:ascii="微软雅黑" w:eastAsia="微软雅黑" w:hAnsi="微软雅黑" w:cs="微软雅黑" w:hint="eastAsia"/>
          <w:lang w:eastAsia="zh-CN"/>
        </w:rPr>
        <w:t>人工智能真的可以创造新知识吗？</w:t>
      </w:r>
      <w:r>
        <w:t>"</w:t>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16"/>
        </w:numPr>
        <w:spacing w:after="72"/>
      </w:pPr>
      <w:r>
        <w:rPr>
          <w:rFonts w:ascii="微软雅黑" w:eastAsia="微软雅黑" w:hAnsi="微软雅黑" w:cs="微软雅黑" w:hint="eastAsia"/>
          <w:b/>
          <w:lang w:eastAsia="zh-CN"/>
        </w:rPr>
        <w:t>"机器人四子系统"课堂活动设计（个人）</w:t>
      </w:r>
      <w:r>
        <w:rPr>
          <w:rFonts w:ascii="微软雅黑" w:eastAsia="微软雅黑" w:hAnsi="微软雅黑" w:cs="微软雅黑" w:hint="eastAsia"/>
          <w:lang w:eastAsia="zh-CN"/>
        </w:rPr>
        <w:t>：基于</w:t>
      </w:r>
      <w:r>
        <w:t>"</w:t>
      </w:r>
      <w:r>
        <w:rPr>
          <w:rFonts w:ascii="微软雅黑" w:eastAsia="微软雅黑" w:hAnsi="微软雅黑" w:cs="微软雅黑" w:hint="eastAsia"/>
          <w:lang w:eastAsia="zh-CN"/>
        </w:rPr>
        <w:t>思维</w:t>
      </w:r>
      <w:r>
        <w:t>/</w:t>
      </w:r>
      <w:r>
        <w:rPr>
          <w:rFonts w:ascii="微软雅黑" w:eastAsia="微软雅黑" w:hAnsi="微软雅黑" w:cs="微软雅黑" w:hint="eastAsia"/>
          <w:lang w:eastAsia="zh-CN"/>
        </w:rPr>
        <w:t>感官</w:t>
      </w:r>
      <w:r>
        <w:t>/</w:t>
      </w:r>
      <w:r>
        <w:rPr>
          <w:rFonts w:ascii="微软雅黑" w:eastAsia="微软雅黑" w:hAnsi="微软雅黑" w:cs="微软雅黑" w:hint="eastAsia"/>
          <w:lang w:eastAsia="zh-CN"/>
        </w:rPr>
        <w:t>运动</w:t>
      </w:r>
      <w:r>
        <w:t>/</w:t>
      </w:r>
      <w:r>
        <w:rPr>
          <w:rFonts w:ascii="微软雅黑" w:eastAsia="微软雅黑" w:hAnsi="微软雅黑" w:cs="微软雅黑" w:hint="eastAsia"/>
          <w:lang w:eastAsia="zh-CN"/>
        </w:rPr>
        <w:t>能源</w:t>
      </w:r>
      <w:r>
        <w:t>"</w:t>
      </w:r>
      <w:r>
        <w:rPr>
          <w:rFonts w:ascii="微软雅黑" w:eastAsia="微软雅黑" w:hAnsi="微软雅黑" w:cs="微软雅黑" w:hint="eastAsia"/>
          <w:lang w:eastAsia="zh-CN"/>
        </w:rPr>
        <w:t>四子系统与人体对应，设计一份小学或初中段绘图</w:t>
      </w:r>
      <w:r>
        <w:t>/</w:t>
      </w:r>
      <w:r>
        <w:rPr>
          <w:rFonts w:ascii="微软雅黑" w:eastAsia="微软雅黑" w:hAnsi="微软雅黑" w:cs="微软雅黑" w:hint="eastAsia"/>
          <w:lang w:eastAsia="zh-CN"/>
        </w:rPr>
        <w:t>连线活动单（可参考视频对照图），下周提交教研室共享。</w:t>
      </w:r>
    </w:p>
    <w:p>
      <w:pPr>
        <w:pStyle w:val="ListNumber"/>
        <w:numPr>
          <w:ilvl w:val="0"/>
          <w:numId w:val="16"/>
        </w:numPr>
        <w:spacing w:after="72"/>
      </w:pPr>
      <w:r>
        <w:rPr>
          <w:rFonts w:ascii="微软雅黑" w:eastAsia="微软雅黑" w:hAnsi="微软雅黑" w:cs="微软雅黑" w:hint="eastAsia"/>
          <w:b/>
          <w:lang w:eastAsia="zh-CN"/>
        </w:rPr>
        <w:t>"科研范式五阶段"排序与探究任务（小组）</w:t>
      </w:r>
      <w:r>
        <w:rPr>
          <w:rFonts w:ascii="微软雅黑" w:eastAsia="微软雅黑" w:hAnsi="微软雅黑" w:cs="微软雅黑" w:hint="eastAsia"/>
          <w:lang w:eastAsia="zh-CN"/>
        </w:rPr>
        <w:t>：把伽利略、爱因斯坦、核模拟、小世界理论、</w:t>
      </w:r>
      <w:r>
        <w:t xml:space="preserve">AlphaFold </w:t>
      </w:r>
      <w:r>
        <w:rPr>
          <w:rFonts w:ascii="微软雅黑" w:eastAsia="微软雅黑" w:hAnsi="微软雅黑" w:cs="微软雅黑" w:hint="eastAsia"/>
          <w:lang w:eastAsia="zh-CN"/>
        </w:rPr>
        <w:t>对号入座到五阶段，并设计一项高中版</w:t>
      </w:r>
      <w:r>
        <w:t>"AI4Science"</w:t>
      </w:r>
      <w:r>
        <w:rPr>
          <w:rFonts w:ascii="微软雅黑" w:eastAsia="微软雅黑" w:hAnsi="微软雅黑" w:cs="微软雅黑" w:hint="eastAsia"/>
          <w:lang w:eastAsia="zh-CN"/>
        </w:rPr>
        <w:t>跨学科探究任务（如用</w:t>
      </w:r>
      <w:r>
        <w:t>AlphaFold</w:t>
      </w:r>
      <w:r>
        <w:rPr>
          <w:rFonts w:ascii="微软雅黑" w:eastAsia="微软雅黑" w:hAnsi="微软雅黑" w:cs="微软雅黑" w:hint="eastAsia"/>
          <w:lang w:eastAsia="zh-CN"/>
        </w:rPr>
        <w:t>案例讲蛋白质预测），于教研组例会试讲</w:t>
      </w:r>
      <w:r>
        <w:t>5</w:t>
      </w:r>
      <w:r>
        <w:rPr>
          <w:rFonts w:ascii="微软雅黑" w:eastAsia="微软雅黑" w:hAnsi="微软雅黑" w:cs="微软雅黑" w:hint="eastAsia"/>
          <w:lang w:eastAsia="zh-CN"/>
        </w:rPr>
        <w:t>分钟。</w:t>
      </w:r>
    </w:p>
    <w:p>
      <w:pPr>
        <w:pStyle w:val="ListNumber"/>
        <w:numPr>
          <w:ilvl w:val="0"/>
          <w:numId w:val="16"/>
        </w:numPr>
        <w:spacing w:after="72"/>
      </w:pPr>
      <w:r>
        <w:rPr>
          <w:rFonts w:ascii="微软雅黑" w:eastAsia="微软雅黑" w:hAnsi="微软雅黑" w:cs="微软雅黑" w:hint="eastAsia"/>
          <w:b/>
          <w:lang w:eastAsia="zh-CN"/>
        </w:rPr>
        <w:t>"顿悟vs涌现"思辨写作题（跨学科）</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人类才有的顿悟，机器也会有吗？</w:t>
      </w:r>
      <w:r>
        <w:t>"</w:t>
      </w:r>
      <w:r>
        <w:rPr>
          <w:rFonts w:ascii="微软雅黑" w:eastAsia="微软雅黑" w:hAnsi="微软雅黑" w:cs="微软雅黑" w:hint="eastAsia"/>
          <w:lang w:eastAsia="zh-CN"/>
        </w:rPr>
        <w:t>为题，设计一道适合理科或人文班级的辩论</w:t>
      </w:r>
      <w:r>
        <w:t>/</w:t>
      </w:r>
      <w:r>
        <w:rPr>
          <w:rFonts w:ascii="微软雅黑" w:eastAsia="微软雅黑" w:hAnsi="微软雅黑" w:cs="微软雅黑" w:hint="eastAsia"/>
          <w:lang w:eastAsia="zh-CN"/>
        </w:rPr>
        <w:t>写作任务，并附评分要点，汇入校本《</w:t>
      </w:r>
      <w:r>
        <w:t>AI</w:t>
      </w:r>
      <w:r>
        <w:rPr>
          <w:rFonts w:ascii="微软雅黑" w:eastAsia="微软雅黑" w:hAnsi="微软雅黑" w:cs="微软雅黑" w:hint="eastAsia"/>
          <w:lang w:eastAsia="zh-CN"/>
        </w:rPr>
        <w:t>通识思辨题库》。</w:t>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 AI 视频生成工具）</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画面中心是一枚缓缓旋转的发光明亮神经网络球体，外层环绕</w:t>
      </w:r>
      <w:r>
        <w:t>ChatGPT</w:t>
      </w:r>
      <w:r>
        <w:rPr>
          <w:rFonts w:ascii="微软雅黑" w:eastAsia="微软雅黑" w:hAnsi="微软雅黑" w:cs="微软雅黑" w:hint="eastAsia"/>
          <w:lang w:eastAsia="zh-CN"/>
        </w:rPr>
        <w:t>对话窗、自动驾驶汽车、</w:t>
      </w:r>
      <w:r>
        <w:t>AlphaFold</w:t>
      </w:r>
      <w:r>
        <w:rPr>
          <w:rFonts w:ascii="微软雅黑" w:eastAsia="微软雅黑" w:hAnsi="微软雅黑" w:cs="微软雅黑" w:hint="eastAsia"/>
          <w:lang w:eastAsia="zh-CN"/>
        </w:rPr>
        <w:t>蛋白质折叠链、具身机器人行走于实验室的四组悬浮意象（丰硕之果）；球体向外绽放出五片流光花瓣，分别铭刻</w:t>
      </w:r>
      <w:r>
        <w:t>"</w:t>
      </w:r>
      <w:r>
        <w:rPr>
          <w:rFonts w:ascii="微软雅黑" w:eastAsia="微软雅黑" w:hAnsi="微软雅黑" w:cs="微软雅黑" w:hint="eastAsia"/>
          <w:lang w:eastAsia="zh-CN"/>
        </w:rPr>
        <w:t>涌现</w:t>
      </w:r>
      <w:r>
        <w:t>/</w:t>
      </w:r>
      <w:r>
        <w:rPr>
          <w:rFonts w:ascii="微软雅黑" w:eastAsia="微软雅黑" w:hAnsi="微软雅黑" w:cs="微软雅黑" w:hint="eastAsia"/>
          <w:lang w:eastAsia="zh-CN"/>
        </w:rPr>
        <w:t>多模态</w:t>
      </w:r>
      <w:r>
        <w:t>/</w:t>
      </w:r>
      <w:r>
        <w:rPr>
          <w:rFonts w:ascii="微软雅黑" w:eastAsia="微软雅黑" w:hAnsi="微软雅黑" w:cs="微软雅黑" w:hint="eastAsia"/>
          <w:lang w:eastAsia="zh-CN"/>
        </w:rPr>
        <w:t>世界模型</w:t>
      </w:r>
      <w:r>
        <w:t>/</w:t>
      </w:r>
      <w:r>
        <w:rPr>
          <w:rFonts w:ascii="微软雅黑" w:eastAsia="微软雅黑" w:hAnsi="微软雅黑" w:cs="微软雅黑" w:hint="eastAsia"/>
          <w:lang w:eastAsia="zh-CN"/>
        </w:rPr>
        <w:t>具身智能</w:t>
      </w:r>
      <w:r>
        <w:t>/AI4Science"</w:t>
      </w:r>
      <w:r>
        <w:rPr>
          <w:rFonts w:ascii="微软雅黑" w:eastAsia="微软雅黑" w:hAnsi="微软雅黑" w:cs="微软雅黑" w:hint="eastAsia"/>
          <w:lang w:eastAsia="zh-CN"/>
        </w:rPr>
        <w:t>字样（绚烂之花）；背景为深蓝宇宙与漂浮的公式星尘，一束冷调侧光勾勒球体轮廓，摄影机由微观神经元特写缓慢拉远（</w:t>
      </w:r>
      <w:r>
        <w:t>pull back</w:t>
      </w:r>
      <w:r>
        <w:rPr>
          <w:rFonts w:ascii="微软雅黑" w:eastAsia="微软雅黑" w:hAnsi="微软雅黑" w:cs="微软雅黑" w:hint="eastAsia"/>
          <w:lang w:eastAsia="zh-CN"/>
        </w:rPr>
        <w:t>）至全景再轻微环绕（</w:t>
      </w:r>
      <w:r>
        <w:t>orbit</w:t>
      </w:r>
      <w:r>
        <w:rPr>
          <w:rFonts w:ascii="微软雅黑" w:eastAsia="微软雅黑" w:hAnsi="微软雅黑" w:cs="微软雅黑" w:hint="eastAsia"/>
          <w:lang w:eastAsia="zh-CN"/>
        </w:rPr>
        <w:t>），风格为科幻教育短片质感、霓虹蓝紫渐变，配空灵电子音与轻微心跳节拍，情绪未来感、求知、震撼，时长约</w:t>
      </w:r>
      <w:r>
        <w:t>20</w:t>
      </w:r>
      <w:r>
        <w:rPr>
          <w:rFonts w:ascii="微软雅黑" w:eastAsia="微软雅黑" w:hAnsi="微软雅黑" w:cs="微软雅黑" w:hint="eastAsia"/>
          <w:lang w:eastAsia="zh-CN"/>
        </w:rPr>
        <w:t>秒，用于本讲导入或</w:t>
      </w:r>
      <w:r>
        <w:t>AI4Science</w:t>
      </w:r>
      <w:r>
        <w:rPr>
          <w:rFonts w:ascii="微软雅黑" w:eastAsia="微软雅黑" w:hAnsi="微软雅黑" w:cs="微软雅黑" w:hint="eastAsia"/>
          <w:lang w:eastAsia="zh-CN"/>
        </w:rPr>
        <w:t>校本宣传短片。</w:t>
      </w:r>
      <w:r/>
    </w:p>
    <w:p>
      <w:bookmarkStart w:id="26" w:name="_Toc_section_5"/>
      <w:bookmarkStart w:id="4" w:name="section-5"/>
      <w:pPr>
        <w:pStyle w:val="Heading2"/>
        <w:pageBreakBefore/>
      </w:pPr>
      <w:bookmarkEnd w:id="4"/>
      <w:r>
        <w:rPr>
          <w:rFonts w:ascii="微软雅黑" w:hAnsi="微软雅黑" w:eastAsia="微软雅黑" w:cs="微软雅黑" w:hint="eastAsia"/>
          <w:b w:val="0"/>
          <w:color w:val="1A237E"/>
          <w:sz w:val="22"/>
          <w:lang w:eastAsia="zh-CN"/>
        </w:rPr>
        <w:t xml:space="preserve">  研修方案 4：《人工智能的繁茂之叶与茁壮之枝》</w:t>
      </w:r>
      <w:bookmarkEnd w:id="26"/>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4</w:t>
      </w:r>
      <w:r>
        <w:rPr>
          <w:rFonts w:ascii="微软雅黑" w:eastAsia="微软雅黑" w:hAnsi="微软雅黑" w:cs="微软雅黑" w:hint="eastAsia"/>
          <w:color w:val="212121"/>
          <w:lang w:eastAsia="zh-CN"/>
        </w:rPr>
        <w:t>讲《人工智能的繁茂之叶与茁壮之枝》｜时长约</w:t>
      </w:r>
      <w:r>
        <w:rPr>
          <w:color w:val="212121"/>
        </w:rPr>
        <w:t>16</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：理论奠基（学科通识</w:t>
      </w:r>
      <w:r>
        <w:t>·</w:t>
      </w:r>
      <w:r>
        <w:rPr>
          <w:rFonts w:ascii="微软雅黑" w:eastAsia="微软雅黑" w:hAnsi="微软雅黑" w:cs="微软雅黑" w:hint="eastAsia"/>
          <w:lang w:eastAsia="zh-CN"/>
        </w:rPr>
        <w:t>知识体系认知）</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：全体学科教师（侧重信息科技、通用技术、科学、语文、生物等学科），本讲为通识导入，无需技术基础</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17"/>
        </w:numPr>
        <w:spacing w:after="72"/>
      </w:pPr>
      <w:r>
        <w:rPr>
          <w:rFonts w:ascii="微软雅黑" w:eastAsia="微软雅黑" w:hAnsi="微软雅黑" w:cs="微软雅黑" w:hint="eastAsia"/>
          <w:b/>
          <w:lang w:eastAsia="zh-CN"/>
        </w:rPr>
        <w:t>理解内容</w:t>
      </w:r>
      <w:r>
        <w:rPr>
          <w:rFonts w:ascii="微软雅黑" w:eastAsia="微软雅黑" w:hAnsi="微软雅黑" w:cs="微软雅黑" w:hint="eastAsia"/>
          <w:lang w:eastAsia="zh-CN"/>
        </w:rPr>
        <w:t>：能准确复述</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的隐喻框架</w:t>
      </w:r>
      <w:r>
        <w:t>——"</w:t>
      </w:r>
      <w:r>
        <w:rPr>
          <w:rFonts w:ascii="微软雅黑" w:eastAsia="微软雅黑" w:hAnsi="微软雅黑" w:cs="微软雅黑" w:hint="eastAsia"/>
          <w:lang w:eastAsia="zh-CN"/>
        </w:rPr>
        <w:t>叶＝应用领域、枝＝支撑技术</w:t>
      </w:r>
      <w:r>
        <w:t>"</w:t>
      </w:r>
      <w:r>
        <w:rPr>
          <w:rFonts w:ascii="微软雅黑" w:eastAsia="微软雅黑" w:hAnsi="微软雅黑" w:cs="微软雅黑" w:hint="eastAsia"/>
          <w:lang w:eastAsia="zh-CN"/>
        </w:rPr>
        <w:t>，并列举本讲覆盖的五大应用领域与三项底层支撑技术。</w:t>
      </w:r>
    </w:p>
    <w:p>
      <w:pPr>
        <w:pStyle w:val="ListNumber"/>
        <w:numPr>
          <w:ilvl w:val="0"/>
          <w:numId w:val="17"/>
        </w:numPr>
        <w:spacing w:after="72"/>
      </w:pPr>
      <w:r>
        <w:rPr>
          <w:rFonts w:ascii="微软雅黑" w:eastAsia="微软雅黑" w:hAnsi="微软雅黑" w:cs="微软雅黑" w:hint="eastAsia"/>
          <w:b/>
          <w:lang w:eastAsia="zh-CN"/>
        </w:rPr>
        <w:t>掌握方法</w:t>
      </w:r>
      <w:r>
        <w:rPr>
          <w:rFonts w:ascii="微软雅黑" w:eastAsia="微软雅黑" w:hAnsi="微软雅黑" w:cs="微软雅黑" w:hint="eastAsia"/>
          <w:lang w:eastAsia="zh-CN"/>
        </w:rPr>
        <w:t>：能运用</w:t>
      </w:r>
      <w:r>
        <w:t>"</w:t>
      </w:r>
      <w:r>
        <w:rPr>
          <w:rFonts w:ascii="微软雅黑" w:eastAsia="微软雅黑" w:hAnsi="微软雅黑" w:cs="微软雅黑" w:hint="eastAsia"/>
          <w:lang w:eastAsia="zh-CN"/>
        </w:rPr>
        <w:t>生理</w:t>
      </w:r>
      <w:r>
        <w:t>—</w:t>
      </w:r>
      <w:r>
        <w:rPr>
          <w:rFonts w:ascii="微软雅黑" w:eastAsia="微软雅黑" w:hAnsi="微软雅黑" w:cs="微软雅黑" w:hint="eastAsia"/>
          <w:lang w:eastAsia="zh-CN"/>
        </w:rPr>
        <w:t>机器</w:t>
      </w:r>
      <w:r>
        <w:t>"</w:t>
      </w:r>
      <w:r>
        <w:rPr>
          <w:rFonts w:ascii="微软雅黑" w:eastAsia="微软雅黑" w:hAnsi="微软雅黑" w:cs="微软雅黑" w:hint="eastAsia"/>
          <w:lang w:eastAsia="zh-CN"/>
        </w:rPr>
        <w:t>类比法（人眼</w:t>
      </w:r>
      <w:r>
        <w:t>→</w:t>
      </w:r>
      <w:r>
        <w:rPr>
          <w:rFonts w:ascii="微软雅黑" w:eastAsia="微软雅黑" w:hAnsi="微软雅黑" w:cs="微软雅黑" w:hint="eastAsia"/>
          <w:lang w:eastAsia="zh-CN"/>
        </w:rPr>
        <w:t>摄像头、人脑</w:t>
      </w:r>
      <w:r>
        <w:t>→</w:t>
      </w:r>
      <w:r>
        <w:rPr>
          <w:rFonts w:ascii="微软雅黑" w:eastAsia="微软雅黑" w:hAnsi="微软雅黑" w:cs="微软雅黑" w:hint="eastAsia"/>
          <w:lang w:eastAsia="zh-CN"/>
        </w:rPr>
        <w:t>电脑、黑箱</w:t>
      </w:r>
      <w:r>
        <w:t>→</w:t>
      </w:r>
      <w:r>
        <w:rPr>
          <w:rFonts w:ascii="微软雅黑" w:eastAsia="微软雅黑" w:hAnsi="微软雅黑" w:cs="微软雅黑" w:hint="eastAsia"/>
          <w:lang w:eastAsia="zh-CN"/>
        </w:rPr>
        <w:t>语音识别）向中小学生通俗解释人工智能的原理，理解</w:t>
      </w:r>
      <w:r>
        <w:t>"</w:t>
      </w:r>
      <w:r>
        <w:rPr>
          <w:rFonts w:ascii="微软雅黑" w:eastAsia="微软雅黑" w:hAnsi="微软雅黑" w:cs="微软雅黑" w:hint="eastAsia"/>
          <w:lang w:eastAsia="zh-CN"/>
        </w:rPr>
        <w:t>机器输出的是概率而非确定判断</w:t>
      </w:r>
      <w:r>
        <w:t>"</w:t>
      </w:r>
      <w:r>
        <w:rPr>
          <w:rFonts w:ascii="微软雅黑" w:eastAsia="微软雅黑" w:hAnsi="微软雅黑" w:cs="微软雅黑" w:hint="eastAsia"/>
          <w:lang w:eastAsia="zh-CN"/>
        </w:rPr>
        <w:t>。</w:t>
      </w:r>
    </w:p>
    <w:p>
      <w:pPr>
        <w:pStyle w:val="ListNumber"/>
        <w:numPr>
          <w:ilvl w:val="0"/>
          <w:numId w:val="17"/>
        </w:numPr>
        <w:spacing w:after="72"/>
      </w:pPr>
      <w:r>
        <w:rPr>
          <w:rFonts w:ascii="微软雅黑" w:eastAsia="微软雅黑" w:hAnsi="微软雅黑" w:cs="微软雅黑" w:hint="eastAsia"/>
          <w:b/>
          <w:lang w:eastAsia="zh-CN"/>
        </w:rPr>
        <w:t>辨析案例</w:t>
      </w:r>
      <w:r>
        <w:rPr>
          <w:rFonts w:ascii="微软雅黑" w:eastAsia="微软雅黑" w:hAnsi="微软雅黑" w:cs="微软雅黑" w:hint="eastAsia"/>
          <w:lang w:eastAsia="zh-CN"/>
        </w:rPr>
        <w:t>：能结合</w:t>
      </w:r>
      <w:r>
        <w:t>"</w:t>
      </w:r>
      <w:r>
        <w:rPr>
          <w:rFonts w:ascii="微软雅黑" w:eastAsia="微软雅黑" w:hAnsi="微软雅黑" w:cs="微软雅黑" w:hint="eastAsia"/>
          <w:lang w:eastAsia="zh-CN"/>
        </w:rPr>
        <w:t>海神喷泉</w:t>
      </w:r>
      <w:r>
        <w:t>84%/15%/1%</w:t>
      </w:r>
      <w:r>
        <w:rPr>
          <w:rFonts w:ascii="微软雅黑" w:eastAsia="微软雅黑" w:hAnsi="微软雅黑" w:cs="微软雅黑" w:hint="eastAsia"/>
          <w:lang w:eastAsia="zh-CN"/>
        </w:rPr>
        <w:t>概率识别</w:t>
      </w:r>
      <w:r>
        <w:t>""</w:t>
      </w:r>
      <w:r>
        <w:rPr>
          <w:rFonts w:ascii="微软雅黑" w:eastAsia="微软雅黑" w:hAnsi="微软雅黑" w:cs="微软雅黑" w:hint="eastAsia"/>
          <w:lang w:eastAsia="zh-CN"/>
        </w:rPr>
        <w:t>汉字乱序阅读实验</w:t>
      </w:r>
      <w:r>
        <w:t>"</w:t>
      </w:r>
      <w:r>
        <w:rPr>
          <w:rFonts w:ascii="微软雅黑" w:eastAsia="微软雅黑" w:hAnsi="微软雅黑" w:cs="微软雅黑" w:hint="eastAsia"/>
          <w:lang w:eastAsia="zh-CN"/>
        </w:rPr>
        <w:t>等具体案例，说明计算机视觉、自然语言处理与自注意力机制的核心差异。</w:t>
      </w:r>
    </w:p>
    <w:p>
      <w:pPr>
        <w:pStyle w:val="ListNumber"/>
        <w:numPr>
          <w:ilvl w:val="0"/>
          <w:numId w:val="17"/>
        </w:numPr>
        <w:spacing w:after="72"/>
      </w:pPr>
      <w:r>
        <w:rPr>
          <w:rFonts w:ascii="微软雅黑" w:eastAsia="微软雅黑" w:hAnsi="微软雅黑" w:cs="微软雅黑" w:hint="eastAsia"/>
          <w:b/>
          <w:lang w:eastAsia="zh-CN"/>
        </w:rPr>
        <w:t>迁移教学</w:t>
      </w:r>
      <w:r>
        <w:rPr>
          <w:rFonts w:ascii="微软雅黑" w:eastAsia="微软雅黑" w:hAnsi="微软雅黑" w:cs="微软雅黑" w:hint="eastAsia"/>
          <w:lang w:eastAsia="zh-CN"/>
        </w:rPr>
        <w:t>：能在本校</w:t>
      </w:r>
      <w:r>
        <w:t>/</w:t>
      </w:r>
      <w:r>
        <w:rPr>
          <w:rFonts w:ascii="微软雅黑" w:eastAsia="微软雅黑" w:hAnsi="微软雅黑" w:cs="微软雅黑" w:hint="eastAsia"/>
          <w:lang w:eastAsia="zh-CN"/>
        </w:rPr>
        <w:t>本学科中设计一项</w:t>
      </w:r>
      <w:r>
        <w:t>"</w:t>
      </w:r>
      <w:r>
        <w:rPr>
          <w:rFonts w:ascii="微软雅黑" w:eastAsia="微软雅黑" w:hAnsi="微软雅黑" w:cs="微软雅黑" w:hint="eastAsia"/>
          <w:lang w:eastAsia="zh-CN"/>
        </w:rPr>
        <w:t>叶与枝</w:t>
      </w:r>
      <w:r>
        <w:t>"</w:t>
      </w:r>
      <w:r>
        <w:rPr>
          <w:rFonts w:ascii="微软雅黑" w:eastAsia="微软雅黑" w:hAnsi="微软雅黑" w:cs="微软雅黑" w:hint="eastAsia"/>
          <w:lang w:eastAsia="zh-CN"/>
        </w:rPr>
        <w:t>类比教学活动（如人机对比、乱序汉字实验），为后续第</w:t>
      </w:r>
      <w:r>
        <w:t>5</w:t>
      </w:r>
      <w:r>
        <w:rPr>
          <w:rFonts w:ascii="微软雅黑" w:eastAsia="微软雅黑" w:hAnsi="微软雅黑" w:cs="微软雅黑" w:hint="eastAsia"/>
          <w:lang w:eastAsia="zh-CN"/>
        </w:rPr>
        <w:t>、</w:t>
      </w:r>
      <w:r>
        <w:t>6</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干与根</w:t>
      </w:r>
      <w:r>
        <w:t>"</w:t>
      </w:r>
      <w:r>
        <w:rPr>
          <w:rFonts w:ascii="微软雅黑" w:eastAsia="微软雅黑" w:hAnsi="微软雅黑" w:cs="微软雅黑" w:hint="eastAsia"/>
          <w:lang w:eastAsia="zh-CN"/>
        </w:rPr>
        <w:t>的学习建立概念锚点。</w:t>
      </w:r>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：画出知识树</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讲者如何用</w:t>
            </w:r>
            <w:r>
              <w:rPr>
                <w:sz w:val="18"/>
              </w:rPr>
              <w:t xml:space="preserve"> </w:t>
            </w:r>
            <w:r>
              <w:rPr>
                <w:sz w:val="18"/>
              </w:rPr>
              <w:t>"</w:t>
            </w:r>
            <w:r>
              <w:rPr>
                <w:sz w:val="18"/>
              </w:rPr>
              <w:t xml:space="preserve"> </w:t>
            </w:r>
            <w:r>
              <w:rPr>
                <w:sz w:val="18"/>
              </w:rPr>
              <w:t>一棵树</w:t>
            </w:r>
            <w:r>
              <w:rPr>
                <w:sz w:val="18"/>
              </w:rPr>
              <w:t xml:space="preserve"> </w:t>
            </w:r>
            <w:r>
              <w:rPr>
                <w:sz w:val="18"/>
              </w:rPr>
              <w:t>"</w:t>
            </w:r>
            <w:r>
              <w:rPr>
                <w:sz w:val="18"/>
              </w:rPr>
              <w:t xml:space="preserve"> </w:t>
            </w:r>
            <w:r>
              <w:rPr>
                <w:sz w:val="18"/>
              </w:rPr>
              <w:t>组织全部内容，叶与枝分别对应什么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在笔记本画出</w:t>
            </w:r>
            <w:r>
              <w:rPr>
                <w:sz w:val="18"/>
              </w:rPr>
              <w:t xml:space="preserve"> </w:t>
            </w:r>
            <w:r>
              <w:rPr>
                <w:sz w:val="18"/>
              </w:rPr>
              <w:t>"</w:t>
            </w:r>
            <w:r>
              <w:rPr>
                <w:sz w:val="18"/>
              </w:rPr>
              <w:t xml:space="preserve"> </w:t>
            </w:r>
            <w:r>
              <w:rPr>
                <w:sz w:val="18"/>
              </w:rPr>
              <w:t>叶（应用领域）</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枝（支撑技术）</w:t>
            </w:r>
            <w:r>
              <w:rPr>
                <w:sz w:val="18"/>
              </w:rPr>
              <w:t xml:space="preserve"> </w:t>
            </w:r>
            <w:r>
              <w:rPr>
                <w:sz w:val="18"/>
              </w:rPr>
              <w:t>"</w:t>
            </w:r>
            <w:r>
              <w:rPr>
                <w:sz w:val="18"/>
              </w:rPr>
              <w:t xml:space="preserve"> </w:t>
            </w:r>
            <w:r>
              <w:rPr>
                <w:sz w:val="18"/>
              </w:rPr>
              <w:t>两层，并标注本讲涉及的名称</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：人机对照笔记</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同一张</w:t>
            </w:r>
            <w:r>
              <w:rPr>
                <w:sz w:val="18"/>
              </w:rPr>
              <w:t xml:space="preserve"> </w:t>
            </w:r>
            <w:r>
              <w:rPr>
                <w:sz w:val="18"/>
              </w:rPr>
              <w:t>"</w:t>
            </w:r>
            <w:r>
              <w:rPr>
                <w:sz w:val="18"/>
              </w:rPr>
              <w:t xml:space="preserve"> </w:t>
            </w:r>
            <w:r>
              <w:rPr>
                <w:sz w:val="18"/>
              </w:rPr>
              <w:t>海神喷泉</w:t>
            </w:r>
            <w:r>
              <w:rPr>
                <w:sz w:val="18"/>
              </w:rPr>
              <w:t xml:space="preserve"> </w:t>
            </w:r>
            <w:r>
              <w:rPr>
                <w:sz w:val="18"/>
              </w:rPr>
              <w:t>"</w:t>
            </w:r>
            <w:r>
              <w:rPr>
                <w:sz w:val="18"/>
              </w:rPr>
              <w:t xml:space="preserve"> </w:t>
            </w:r>
            <w:r>
              <w:rPr>
                <w:sz w:val="18"/>
              </w:rPr>
              <w:t>图，人与机器的识别路径与输出有何不同</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记录机器输出的三个概率值（</w:t>
            </w:r>
            <w:r>
              <w:rPr>
                <w:sz w:val="18"/>
              </w:rPr>
              <w:t xml:space="preserve"> </w:t>
            </w:r>
            <w:r>
              <w:rPr>
                <w:sz w:val="18"/>
              </w:rPr>
              <w:t>84%</w:t>
            </w:r>
            <w:r>
              <w:rPr>
                <w:sz w:val="18"/>
              </w:rPr>
              <w:t xml:space="preserve"> </w:t>
            </w:r>
            <w:r>
              <w:rPr>
                <w:sz w:val="18"/>
              </w:rPr>
              <w:t>／</w:t>
            </w:r>
            <w:r>
              <w:rPr>
                <w:sz w:val="18"/>
              </w:rPr>
              <w:t xml:space="preserve"> </w:t>
            </w:r>
            <w:r>
              <w:rPr>
                <w:sz w:val="18"/>
              </w:rPr>
              <w:t>15%</w:t>
            </w:r>
            <w:r>
              <w:rPr>
                <w:sz w:val="18"/>
              </w:rPr>
              <w:t xml:space="preserve"> </w:t>
            </w:r>
            <w:r>
              <w:rPr>
                <w:sz w:val="18"/>
              </w:rPr>
              <w:t>／</w:t>
            </w:r>
            <w:r>
              <w:rPr>
                <w:sz w:val="18"/>
              </w:rPr>
              <w:t xml:space="preserve"> </w:t>
            </w:r>
            <w:r>
              <w:rPr>
                <w:sz w:val="18"/>
              </w:rPr>
              <w:t>1%</w:t>
            </w:r>
            <w:r>
              <w:rPr>
                <w:sz w:val="18"/>
              </w:rPr>
              <w:t xml:space="preserve"> </w:t>
            </w:r>
            <w:r>
              <w:rPr>
                <w:sz w:val="18"/>
              </w:rPr>
              <w:t>），并写下</w:t>
            </w:r>
            <w:r>
              <w:rPr>
                <w:sz w:val="18"/>
              </w:rPr>
              <w:t xml:space="preserve"> </w:t>
            </w:r>
            <w:r>
              <w:rPr>
                <w:sz w:val="18"/>
              </w:rPr>
              <w:t>"</w:t>
            </w:r>
            <w:r>
              <w:rPr>
                <w:sz w:val="18"/>
              </w:rPr>
              <w:t xml:space="preserve"> </w:t>
            </w:r>
            <w:r>
              <w:rPr>
                <w:sz w:val="18"/>
              </w:rPr>
              <w:t>概率</w:t>
            </w:r>
            <w:r>
              <w:rPr>
                <w:sz w:val="18"/>
              </w:rPr>
              <w:t xml:space="preserve"> </w:t>
            </w:r>
            <w:r>
              <w:rPr>
                <w:sz w:val="18"/>
              </w:rPr>
              <w:t xml:space="preserve"> vs </w:t>
            </w:r>
            <w:r>
              <w:rPr>
                <w:sz w:val="18"/>
              </w:rPr>
              <w:t xml:space="preserve"> </w:t>
            </w:r>
            <w:r>
              <w:rPr>
                <w:sz w:val="18"/>
              </w:rPr>
              <w:t>确定判断</w:t>
            </w:r>
            <w:r>
              <w:rPr>
                <w:sz w:val="18"/>
              </w:rPr>
              <w:t xml:space="preserve"> </w:t>
            </w:r>
            <w:r>
              <w:rPr>
                <w:sz w:val="18"/>
              </w:rPr>
              <w:t>"</w:t>
            </w:r>
            <w:r>
              <w:rPr>
                <w:sz w:val="18"/>
              </w:rPr>
              <w:t xml:space="preserve"> </w:t>
            </w:r>
            <w:r>
              <w:rPr>
                <w:sz w:val="18"/>
              </w:rPr>
              <w:t>的理解</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：五大领域速记</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计算机视觉、</w:t>
            </w:r>
            <w:r>
              <w:rPr>
                <w:sz w:val="18"/>
              </w:rPr>
              <w:t xml:space="preserve"> </w:t>
            </w:r>
            <w:r>
              <w:rPr>
                <w:sz w:val="18"/>
              </w:rPr>
              <w:t>NLP</w:t>
            </w:r>
            <w:r>
              <w:rPr>
                <w:sz w:val="18"/>
              </w:rPr>
              <w:t xml:space="preserve"> </w:t>
            </w:r>
            <w:r>
              <w:rPr>
                <w:sz w:val="18"/>
              </w:rPr>
              <w:t>、机器人学、语音、计算生物学各自的核心问题</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用一句话概括每个领域的</w:t>
            </w:r>
            <w:r>
              <w:rPr>
                <w:sz w:val="18"/>
              </w:rPr>
              <w:t xml:space="preserve"> </w:t>
            </w:r>
            <w:r>
              <w:rPr>
                <w:sz w:val="18"/>
              </w:rPr>
              <w:t>"</w:t>
            </w:r>
            <w:r>
              <w:rPr>
                <w:sz w:val="18"/>
              </w:rPr>
              <w:t xml:space="preserve"> </w:t>
            </w:r>
            <w:r>
              <w:rPr>
                <w:sz w:val="18"/>
              </w:rPr>
              <w:t>它解决什么问题</w:t>
            </w:r>
            <w:r>
              <w:rPr>
                <w:sz w:val="18"/>
              </w:rPr>
              <w:t xml:space="preserve"> </w:t>
            </w:r>
            <w:r>
              <w:rPr>
                <w:sz w:val="18"/>
              </w:rPr>
              <w:t>"</w:t>
            </w:r>
            <w:r>
              <w:rPr>
                <w:sz w:val="18"/>
              </w:rPr>
              <w:t xml:space="preserve"> </w:t>
            </w:r>
            <w:r>
              <w:rPr>
                <w:sz w:val="18"/>
              </w:rPr>
              <w:t>，标注是否提及具体模型</w:t>
            </w:r>
            <w:r>
              <w:rPr>
                <w:sz w:val="18"/>
              </w:rPr>
              <w:t xml:space="preserve"> </w:t>
            </w:r>
            <w:r>
              <w:rPr>
                <w:sz w:val="18"/>
              </w:rPr>
              <w:t>/</w:t>
            </w:r>
            <w:r>
              <w:rPr>
                <w:sz w:val="18"/>
              </w:rPr>
              <w:t xml:space="preserve"> </w:t>
            </w:r>
            <w:r>
              <w:rPr>
                <w:sz w:val="18"/>
              </w:rPr>
              <w:t>公司（如</w:t>
            </w:r>
            <w:r>
              <w:rPr>
                <w:sz w:val="18"/>
              </w:rPr>
              <w:t xml:space="preserve"> </w:t>
            </w:r>
            <w:r>
              <w:rPr>
                <w:sz w:val="18"/>
              </w:rPr>
              <w:t>DeepSeek</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：底层技术追问</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CNN</w:t>
            </w:r>
            <w:r>
              <w:rPr>
                <w:sz w:val="18"/>
              </w:rPr>
              <w:t xml:space="preserve"> </w:t>
            </w:r>
            <w:r>
              <w:rPr>
                <w:sz w:val="18"/>
              </w:rPr>
              <w:t>、生成模型、</w:t>
            </w:r>
            <w:r>
              <w:rPr>
                <w:sz w:val="18"/>
              </w:rPr>
              <w:t xml:space="preserve"> </w:t>
            </w:r>
            <w:r>
              <w:rPr>
                <w:sz w:val="18"/>
              </w:rPr>
              <w:t>Transformer</w:t>
            </w:r>
            <w:r>
              <w:rPr>
                <w:sz w:val="18"/>
              </w:rPr>
              <w:t xml:space="preserve"> </w:t>
            </w:r>
            <w:r>
              <w:rPr>
                <w:sz w:val="18"/>
              </w:rPr>
              <w:t>分别</w:t>
            </w:r>
            <w:r>
              <w:rPr>
                <w:sz w:val="18"/>
              </w:rPr>
              <w:t xml:space="preserve"> </w:t>
            </w:r>
            <w:r>
              <w:rPr>
                <w:sz w:val="18"/>
              </w:rPr>
              <w:t>"</w:t>
            </w:r>
            <w:r>
              <w:rPr>
                <w:sz w:val="18"/>
              </w:rPr>
              <w:t xml:space="preserve"> </w:t>
            </w:r>
            <w:r>
              <w:rPr>
                <w:sz w:val="18"/>
              </w:rPr>
              <w:t>让机器能</w:t>
            </w:r>
            <w:r>
              <w:rPr>
                <w:sz w:val="18"/>
              </w:rPr>
              <w:t xml:space="preserve"> </w:t>
            </w:r>
            <w:r>
              <w:rPr>
                <w:sz w:val="18"/>
              </w:rPr>
              <w:t>……"</w:t>
            </w:r>
            <w:r>
              <w:rPr>
                <w:sz w:val="18"/>
              </w:rPr>
              <w:t xml:space="preserve"> </w:t>
            </w:r>
            <w:r>
              <w:rPr>
                <w:sz w:val="18"/>
              </w:rPr>
              <w:t>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记录三句话：</w:t>
            </w:r>
            <w:r>
              <w:rPr>
                <w:sz w:val="18"/>
              </w:rPr>
              <w:t xml:space="preserve"> </w:t>
            </w:r>
            <w:r>
              <w:rPr>
                <w:sz w:val="18"/>
              </w:rPr>
              <w:t>"</w:t>
            </w:r>
            <w:r>
              <w:rPr>
                <w:sz w:val="18"/>
              </w:rPr>
              <w:t xml:space="preserve"> </w:t>
            </w:r>
            <w:r>
              <w:rPr>
                <w:sz w:val="18"/>
              </w:rPr>
              <w:t>卷积神经网络让机器能看见</w:t>
            </w:r>
            <w:r>
              <w:rPr>
                <w:sz w:val="18"/>
              </w:rPr>
              <w:t xml:space="preserve"> </w:t>
            </w:r>
            <w:r>
              <w:rPr>
                <w:sz w:val="18"/>
              </w:rPr>
              <w:t>""</w:t>
            </w:r>
            <w:r>
              <w:rPr>
                <w:sz w:val="18"/>
              </w:rPr>
              <w:t xml:space="preserve"> </w:t>
            </w:r>
            <w:r>
              <w:rPr>
                <w:sz w:val="18"/>
              </w:rPr>
              <w:t>生成模型</w:t>
            </w:r>
            <w:r>
              <w:rPr>
                <w:sz w:val="18"/>
              </w:rPr>
              <w:t xml:space="preserve"> </w:t>
            </w:r>
            <w:r>
              <w:rPr>
                <w:sz w:val="18"/>
              </w:rPr>
              <w:t>……""</w:t>
            </w:r>
            <w:r>
              <w:rPr>
                <w:sz w:val="18"/>
              </w:rPr>
              <w:t xml:space="preserve"> </w:t>
            </w:r>
            <w:r>
              <w:rPr>
                <w:sz w:val="18"/>
              </w:rPr>
              <w:t>自注意力架构让机器能懂</w:t>
            </w:r>
            <w:r>
              <w:rPr>
                <w:sz w:val="18"/>
              </w:rPr>
              <w:t xml:space="preserve"> </w:t>
            </w:r>
            <w:r>
              <w:rPr>
                <w:sz w:val="18"/>
              </w:rPr>
              <w:t>"</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抛出</w:t>
            </w:r>
            <w:r>
              <w:rPr>
                <w:sz w:val="18"/>
              </w:rPr>
              <w:t xml:space="preserve"> </w:t>
            </w:r>
            <w:r>
              <w:rPr>
                <w:sz w:val="18"/>
              </w:rPr>
              <w:t>"</w:t>
            </w:r>
            <w:r>
              <w:rPr>
                <w:sz w:val="18"/>
              </w:rPr>
              <w:t xml:space="preserve"> </w:t>
            </w:r>
            <w:r>
              <w:rPr>
                <w:sz w:val="18"/>
              </w:rPr>
              <w:t>看见是什么意思？</w:t>
            </w:r>
            <w:r>
              <w:rPr>
                <w:sz w:val="18"/>
              </w:rPr>
              <w:t xml:space="preserve"> </w:t>
            </w:r>
            <w:r>
              <w:rPr>
                <w:sz w:val="18"/>
              </w:rPr>
              <w:t>"</w:t>
            </w:r>
            <w:r>
              <w:rPr>
                <w:sz w:val="18"/>
              </w:rPr>
              <w:t xml:space="preserve"> </w:t>
            </w:r>
            <w:r>
              <w:rPr>
                <w:sz w:val="18"/>
              </w:rPr>
              <w:t>，请教师用粉笔在黑板画一棵</w:t>
            </w:r>
            <w:r>
              <w:rPr>
                <w:sz w:val="18"/>
              </w:rPr>
              <w:t xml:space="preserve"> </w:t>
            </w:r>
            <w:r>
              <w:rPr>
                <w:sz w:val="18"/>
              </w:rPr>
              <w:t>"</w:t>
            </w:r>
            <w:r>
              <w:rPr>
                <w:sz w:val="18"/>
              </w:rPr>
              <w:t xml:space="preserve"> </w:t>
            </w:r>
            <w:r>
              <w:rPr>
                <w:sz w:val="18"/>
              </w:rPr>
              <w:t>想象中的</w:t>
            </w:r>
            <w:r>
              <w:rPr>
                <w:sz w:val="18"/>
              </w:rPr>
              <w:t xml:space="preserve"> </w:t>
            </w:r>
            <w:r>
              <w:rPr>
                <w:sz w:val="18"/>
              </w:rPr>
              <w:t>AI</w:t>
            </w:r>
            <w:r>
              <w:rPr>
                <w:sz w:val="18"/>
              </w:rPr>
              <w:t xml:space="preserve"> </w:t>
            </w:r>
            <w:r>
              <w:rPr>
                <w:sz w:val="18"/>
              </w:rPr>
              <w:t>树</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不设标准答案，激发动机；收集不同学科教师对</w:t>
            </w:r>
            <w:r>
              <w:rPr>
                <w:sz w:val="18"/>
              </w:rPr>
              <w:t xml:space="preserve"> </w:t>
            </w:r>
            <w:r>
              <w:rPr>
                <w:sz w:val="18"/>
              </w:rPr>
              <w:t>AI</w:t>
            </w:r>
            <w:r>
              <w:rPr>
                <w:sz w:val="18"/>
              </w:rPr>
              <w:t xml:space="preserve"> </w:t>
            </w:r>
            <w:r>
              <w:rPr>
                <w:sz w:val="18"/>
              </w:rPr>
              <w:t>的朴素认知</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4</w:t>
            </w:r>
            <w:r>
              <w:rPr>
                <w:sz w:val="18"/>
              </w:rPr>
              <w:t xml:space="preserve"> </w:t>
            </w:r>
            <w:r>
              <w:rPr>
                <w:sz w:val="18"/>
              </w:rPr>
              <w:t>讲视频（</w:t>
            </w:r>
            <w:r>
              <w:rPr>
                <w:sz w:val="18"/>
              </w:rPr>
              <w:t xml:space="preserve"> </w:t>
            </w:r>
            <w:r>
              <w:rPr>
                <w:sz w:val="18"/>
              </w:rPr>
              <w:t>16</w:t>
            </w:r>
            <w:r>
              <w:rPr>
                <w:sz w:val="18"/>
              </w:rPr>
              <w:t xml:space="preserve"> </w:t>
            </w:r>
            <w:r>
              <w:rPr>
                <w:sz w:val="18"/>
              </w:rPr>
              <w:t>分钟），同步填写</w:t>
            </w:r>
            <w:r>
              <w:rPr>
                <w:sz w:val="18"/>
              </w:rPr>
              <w:t xml:space="preserve"> </w:t>
            </w:r>
            <w:r>
              <w:rPr>
                <w:sz w:val="18"/>
              </w:rPr>
              <w:t>"</w:t>
            </w:r>
            <w:r>
              <w:rPr>
                <w:sz w:val="18"/>
              </w:rPr>
              <w:t xml:space="preserve"> </w:t>
            </w:r>
            <w:r>
              <w:rPr>
                <w:sz w:val="18"/>
              </w:rPr>
              <w:t>观看任务单</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提醒教师边看边记概率值、模型名；暂停两次做要点确认</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分组研讨：</w:t>
            </w:r>
            <w:r>
              <w:rPr>
                <w:sz w:val="18"/>
              </w:rPr>
              <w:t xml:space="preserve"> </w:t>
            </w:r>
            <w:r>
              <w:rPr>
                <w:sz w:val="18"/>
              </w:rPr>
              <w:t>①</w:t>
            </w:r>
            <w:r>
              <w:rPr>
                <w:sz w:val="18"/>
              </w:rPr>
              <w:t xml:space="preserve"> </w:t>
            </w:r>
            <w:r>
              <w:rPr>
                <w:sz w:val="18"/>
              </w:rPr>
              <w:t>人机识别差异；</w:t>
            </w:r>
            <w:r>
              <w:rPr>
                <w:sz w:val="18"/>
              </w:rPr>
              <w:t xml:space="preserve"> </w:t>
            </w:r>
            <w:r>
              <w:rPr>
                <w:sz w:val="18"/>
              </w:rPr>
              <w:t>②</w:t>
            </w:r>
            <w:r>
              <w:rPr>
                <w:sz w:val="18"/>
              </w:rPr>
              <w:t xml:space="preserve"> </w:t>
            </w:r>
            <w:r>
              <w:rPr>
                <w:sz w:val="18"/>
              </w:rPr>
              <w:t>汉字乱序实验说明了什么；</w:t>
            </w:r>
            <w:r>
              <w:rPr>
                <w:sz w:val="18"/>
              </w:rPr>
              <w:t xml:space="preserve"> </w:t>
            </w:r>
            <w:r>
              <w:rPr>
                <w:sz w:val="18"/>
              </w:rPr>
              <w:t>③</w:t>
            </w:r>
            <w:r>
              <w:rPr>
                <w:sz w:val="18"/>
              </w:rPr>
              <w:t xml:space="preserve"> </w:t>
            </w:r>
            <w:r>
              <w:rPr>
                <w:sz w:val="18"/>
              </w:rPr>
              <w:t>五大领域与本学科关联</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每组分配一个领域深入，再跨组交流；教研员把控</w:t>
            </w:r>
            <w:r>
              <w:rPr>
                <w:sz w:val="18"/>
              </w:rPr>
              <w:t xml:space="preserve"> </w:t>
            </w:r>
            <w:r>
              <w:rPr>
                <w:sz w:val="18"/>
              </w:rPr>
              <w:t>"</w:t>
            </w:r>
            <w:r>
              <w:rPr>
                <w:sz w:val="18"/>
              </w:rPr>
              <w:t xml:space="preserve"> </w:t>
            </w:r>
            <w:r>
              <w:rPr>
                <w:sz w:val="18"/>
              </w:rPr>
              <w:t>概率思维</w:t>
            </w:r>
            <w:r>
              <w:rPr>
                <w:sz w:val="18"/>
              </w:rPr>
              <w:t xml:space="preserve"> </w:t>
            </w:r>
            <w:r>
              <w:rPr>
                <w:sz w:val="18"/>
              </w:rPr>
              <w:t>"</w:t>
            </w:r>
            <w:r>
              <w:rPr>
                <w:sz w:val="18"/>
              </w:rPr>
              <w:t xml:space="preserve"> </w:t>
            </w:r>
            <w:r>
              <w:rPr>
                <w:sz w:val="18"/>
              </w:rPr>
              <w:t>这一难点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以学科组为单位，设计一节</w:t>
            </w:r>
            <w:r>
              <w:rPr>
                <w:sz w:val="18"/>
              </w:rPr>
              <w:t xml:space="preserve"> </w:t>
            </w:r>
            <w:r>
              <w:rPr>
                <w:sz w:val="18"/>
              </w:rPr>
              <w:t>"</w:t>
            </w:r>
            <w:r>
              <w:rPr>
                <w:sz w:val="18"/>
              </w:rPr>
              <w:t xml:space="preserve"> </w:t>
            </w:r>
            <w:r>
              <w:rPr>
                <w:sz w:val="18"/>
              </w:rPr>
              <w:t>叶与枝</w:t>
            </w:r>
            <w:r>
              <w:rPr>
                <w:sz w:val="18"/>
              </w:rPr>
              <w:t xml:space="preserve"> </w:t>
            </w:r>
            <w:r>
              <w:rPr>
                <w:sz w:val="18"/>
              </w:rPr>
              <w:t>"</w:t>
            </w:r>
            <w:r>
              <w:rPr>
                <w:sz w:val="18"/>
              </w:rPr>
              <w:t xml:space="preserve"> </w:t>
            </w:r>
            <w:r>
              <w:rPr>
                <w:sz w:val="18"/>
              </w:rPr>
              <w:t>导入课的一个</w:t>
            </w:r>
            <w:r>
              <w:rPr>
                <w:sz w:val="18"/>
              </w:rPr>
              <w:t xml:space="preserve"> </w:t>
            </w:r>
            <w:r>
              <w:rPr>
                <w:sz w:val="18"/>
              </w:rPr>
              <w:t>5</w:t>
            </w:r>
            <w:r>
              <w:rPr>
                <w:sz w:val="18"/>
              </w:rPr>
              <w:t xml:space="preserve"> </w:t>
            </w:r>
            <w:r>
              <w:rPr>
                <w:sz w:val="18"/>
              </w:rPr>
              <w:t>分钟活动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w:t>
            </w:r>
            <w:r>
              <w:rPr>
                <w:sz w:val="18"/>
              </w:rPr>
              <w:t xml:space="preserve"> </w:t>
            </w:r>
            <w:r>
              <w:rPr>
                <w:sz w:val="18"/>
              </w:rPr>
              <w:t>"</w:t>
            </w:r>
            <w:r>
              <w:rPr>
                <w:sz w:val="18"/>
              </w:rPr>
              <w:t xml:space="preserve"> </w:t>
            </w:r>
            <w:r>
              <w:rPr>
                <w:sz w:val="18"/>
              </w:rPr>
              <w:t>生理</w:t>
            </w:r>
            <w:r>
              <w:rPr>
                <w:sz w:val="18"/>
              </w:rPr>
              <w:t xml:space="preserve"> </w:t>
            </w:r>
            <w:r>
              <w:rPr>
                <w:sz w:val="18"/>
              </w:rPr>
              <w:t>—</w:t>
            </w:r>
            <w:r>
              <w:rPr>
                <w:sz w:val="18"/>
              </w:rPr>
              <w:t xml:space="preserve"> </w:t>
            </w:r>
            <w:r>
              <w:rPr>
                <w:sz w:val="18"/>
              </w:rPr>
              <w:t>机器类比</w:t>
            </w:r>
            <w:r>
              <w:rPr>
                <w:sz w:val="18"/>
              </w:rPr>
              <w:t xml:space="preserve"> </w:t>
            </w:r>
            <w:r>
              <w:rPr>
                <w:sz w:val="18"/>
              </w:rPr>
              <w:t>"</w:t>
            </w:r>
            <w:r>
              <w:rPr>
                <w:sz w:val="18"/>
              </w:rPr>
              <w:t xml:space="preserve"> </w:t>
            </w:r>
            <w:r>
              <w:rPr>
                <w:sz w:val="18"/>
              </w:rPr>
              <w:t>双轨讲法；产出可贴入校本资源库</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回扣知识树，留悬念</w:t>
            </w:r>
            <w:r>
              <w:rPr>
                <w:sz w:val="18"/>
              </w:rPr>
              <w:t xml:space="preserve"> </w:t>
            </w:r>
            <w:r>
              <w:rPr>
                <w:sz w:val="18"/>
              </w:rPr>
              <w:t>"</w:t>
            </w:r>
            <w:r>
              <w:rPr>
                <w:sz w:val="18"/>
              </w:rPr>
              <w:t xml:space="preserve"> </w:t>
            </w:r>
            <w:r>
              <w:rPr>
                <w:sz w:val="18"/>
              </w:rPr>
              <w:t>叶与枝从何而来</w:t>
            </w:r>
            <w:r>
              <w:rPr>
                <w:sz w:val="18"/>
              </w:rPr>
              <w:t xml:space="preserve"> </w:t>
            </w:r>
            <w:r>
              <w:rPr>
                <w:sz w:val="18"/>
              </w:rPr>
              <w:t>"</w:t>
            </w:r>
            <w:r>
              <w:rPr>
                <w:sz w:val="18"/>
              </w:rPr>
              <w:t xml:space="preserve"> </w:t>
            </w:r>
            <w:r>
              <w:rPr>
                <w:sz w:val="18"/>
              </w:rPr>
              <w:t>，布置迁移作业</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明确第</w:t>
            </w:r>
            <w:r>
              <w:rPr>
                <w:sz w:val="18"/>
              </w:rPr>
              <w:t xml:space="preserve"> </w:t>
            </w:r>
            <w:r>
              <w:rPr>
                <w:sz w:val="18"/>
              </w:rPr>
              <w:t>5</w:t>
            </w:r>
            <w:r>
              <w:rPr>
                <w:sz w:val="18"/>
              </w:rPr>
              <w:t xml:space="preserve"> </w:t>
            </w:r>
            <w:r>
              <w:rPr>
                <w:sz w:val="18"/>
              </w:rPr>
              <w:t>讲将讲</w:t>
            </w:r>
            <w:r>
              <w:rPr>
                <w:sz w:val="18"/>
              </w:rPr>
              <w:t xml:space="preserve"> </w:t>
            </w:r>
            <w:r>
              <w:rPr>
                <w:sz w:val="18"/>
              </w:rPr>
              <w:t>"</w:t>
            </w:r>
            <w:r>
              <w:rPr>
                <w:sz w:val="18"/>
              </w:rPr>
              <w:t xml:space="preserve"> </w:t>
            </w:r>
            <w:r>
              <w:rPr>
                <w:sz w:val="18"/>
              </w:rPr>
              <w:t>干与根</w:t>
            </w:r>
            <w:r>
              <w:rPr>
                <w:sz w:val="18"/>
              </w:rPr>
              <w:t xml:space="preserve"> </w:t>
            </w:r>
            <w:r>
              <w:rPr>
                <w:sz w:val="18"/>
              </w:rPr>
              <w:t>"</w:t>
            </w:r>
            <w:r>
              <w:rPr>
                <w:sz w:val="18"/>
              </w:rPr>
              <w:t xml:space="preserve"> </w:t>
            </w:r>
            <w:r>
              <w:rPr>
                <w:sz w:val="18"/>
              </w:rPr>
              <w:t>，要求教师预习</w:t>
            </w:r>
            <w:r>
              <w:rPr>
                <w:sz w:val="18"/>
              </w:rPr>
              <w:t xml:space="preserve"> </w:t>
            </w:r>
            <w:r>
              <w:rPr>
                <w:sz w:val="18"/>
              </w:rPr>
              <w:t>"</w:t>
            </w:r>
            <w:r>
              <w:rPr>
                <w:sz w:val="18"/>
              </w:rPr>
              <w:t xml:space="preserve"> </w:t>
            </w:r>
            <w:r>
              <w:rPr>
                <w:sz w:val="18"/>
              </w:rPr>
              <w:t>机器学习</w:t>
            </w:r>
            <w:r>
              <w:rPr>
                <w:sz w:val="18"/>
              </w:rPr>
              <w:t xml:space="preserve"> </w:t>
            </w:r>
            <w:r>
              <w:rPr>
                <w:sz w:val="18"/>
              </w:rPr>
              <w:t>"</w:t>
            </w:r>
            <w:r>
              <w:rPr>
                <w:sz w:val="18"/>
              </w:rPr>
              <w:t xml:space="preserve"> </w:t>
            </w:r>
            <w:r>
              <w:rPr>
                <w:sz w:val="18"/>
              </w:rPr>
              <w:t>一词</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活动："一棵AI树"头脑风暴。</w:t>
      </w:r>
      <w:r>
        <w:t xml:space="preserve"> </w:t>
      </w:r>
      <w:r>
        <w:rPr>
          <w:rFonts w:ascii="微软雅黑" w:eastAsia="微软雅黑" w:hAnsi="微软雅黑" w:cs="微软雅黑" w:hint="eastAsia"/>
          <w:lang w:eastAsia="zh-CN"/>
        </w:rPr>
        <w:t>黑板中央写</w:t>
      </w:r>
      <w:r>
        <w:t>"</w:t>
      </w:r>
      <w:r>
        <w:rPr>
          <w:rFonts w:ascii="微软雅黑" w:eastAsia="微软雅黑" w:hAnsi="微软雅黑" w:cs="微软雅黑" w:hint="eastAsia"/>
          <w:lang w:eastAsia="zh-CN"/>
        </w:rPr>
        <w:t>人工智能</w:t>
      </w:r>
      <w:r>
        <w:t>"</w:t>
      </w:r>
      <w:r>
        <w:rPr>
          <w:rFonts w:ascii="微软雅黑" w:eastAsia="微软雅黑" w:hAnsi="微软雅黑" w:cs="微软雅黑" w:hint="eastAsia"/>
          <w:lang w:eastAsia="zh-CN"/>
        </w:rPr>
        <w:t>，请不同学科教师用便利贴写出</w:t>
      </w:r>
      <w:r>
        <w:t>"</w:t>
      </w:r>
      <w:r>
        <w:rPr>
          <w:rFonts w:ascii="微软雅黑" w:eastAsia="微软雅黑" w:hAnsi="微软雅黑" w:cs="微软雅黑" w:hint="eastAsia"/>
          <w:lang w:eastAsia="zh-CN"/>
        </w:rPr>
        <w:t>你觉得</w:t>
      </w:r>
      <w:r>
        <w:t>AI</w:t>
      </w:r>
      <w:r>
        <w:rPr>
          <w:rFonts w:ascii="微软雅黑" w:eastAsia="微软雅黑" w:hAnsi="微软雅黑" w:cs="微软雅黑" w:hint="eastAsia"/>
          <w:lang w:eastAsia="zh-CN"/>
        </w:rPr>
        <w:t>能做什么</w:t>
      </w:r>
      <w:r>
        <w:t>"</w:t>
      </w:r>
      <w:r>
        <w:rPr>
          <w:rFonts w:ascii="微软雅黑" w:eastAsia="微软雅黑" w:hAnsi="微软雅黑" w:cs="微软雅黑" w:hint="eastAsia"/>
          <w:lang w:eastAsia="zh-CN"/>
        </w:rPr>
        <w:t>（叶）和</w:t>
      </w:r>
      <w:r>
        <w:t>"</w:t>
      </w:r>
      <w:r>
        <w:rPr>
          <w:rFonts w:ascii="微软雅黑" w:eastAsia="微软雅黑" w:hAnsi="微软雅黑" w:cs="微软雅黑" w:hint="eastAsia"/>
          <w:lang w:eastAsia="zh-CN"/>
        </w:rPr>
        <w:t>你觉得</w:t>
      </w:r>
      <w:r>
        <w:t>AI</w:t>
      </w:r>
      <w:r>
        <w:rPr>
          <w:rFonts w:ascii="微软雅黑" w:eastAsia="微软雅黑" w:hAnsi="微软雅黑" w:cs="微软雅黑" w:hint="eastAsia"/>
          <w:lang w:eastAsia="zh-CN"/>
        </w:rPr>
        <w:t>靠什么实现</w:t>
      </w:r>
      <w:r>
        <w:t>"</w:t>
      </w:r>
      <w:r>
        <w:rPr>
          <w:rFonts w:ascii="微软雅黑" w:eastAsia="微软雅黑" w:hAnsi="微软雅黑" w:cs="微软雅黑" w:hint="eastAsia"/>
          <w:lang w:eastAsia="zh-CN"/>
        </w:rPr>
        <w:t>（枝）。语文教师可能写</w:t>
      </w:r>
      <w:r>
        <w:t>"</w:t>
      </w:r>
      <w:r>
        <w:rPr>
          <w:rFonts w:ascii="微软雅黑" w:eastAsia="微软雅黑" w:hAnsi="微软雅黑" w:cs="微软雅黑" w:hint="eastAsia"/>
          <w:lang w:eastAsia="zh-CN"/>
        </w:rPr>
        <w:t>写作文</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语言模型</w:t>
      </w:r>
      <w:r>
        <w:t>"</w:t>
      </w:r>
      <w:r>
        <w:rPr>
          <w:rFonts w:ascii="微软雅黑" w:eastAsia="微软雅黑" w:hAnsi="微软雅黑" w:cs="微软雅黑" w:hint="eastAsia"/>
          <w:lang w:eastAsia="zh-CN"/>
        </w:rPr>
        <w:t>（枝）；生物教师写</w:t>
      </w:r>
      <w:r>
        <w:t>"</w:t>
      </w:r>
      <w:r>
        <w:rPr>
          <w:rFonts w:ascii="微软雅黑" w:eastAsia="微软雅黑" w:hAnsi="微软雅黑" w:cs="微软雅黑" w:hint="eastAsia"/>
          <w:lang w:eastAsia="zh-CN"/>
        </w:rPr>
        <w:t>解读基因</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计算生物学</w:t>
      </w:r>
      <w:r>
        <w:t>"</w:t>
      </w:r>
      <w:r>
        <w:rPr>
          <w:rFonts w:ascii="微软雅黑" w:eastAsia="微软雅黑" w:hAnsi="微软雅黑" w:cs="微软雅黑" w:hint="eastAsia"/>
          <w:lang w:eastAsia="zh-CN"/>
        </w:rPr>
        <w:t>（枝）。通过发散，自然引出讲者</w:t>
      </w:r>
      <w:r>
        <w:t>"</w:t>
      </w:r>
      <w:r>
        <w:rPr>
          <w:rFonts w:ascii="微软雅黑" w:eastAsia="微软雅黑" w:hAnsi="微软雅黑" w:cs="微软雅黑" w:hint="eastAsia"/>
          <w:lang w:eastAsia="zh-CN"/>
        </w:rPr>
        <w:t>叶＝应用领域、枝＝支撑技术</w:t>
      </w:r>
      <w:r>
        <w:t>"</w:t>
      </w:r>
      <w:r>
        <w:rPr>
          <w:rFonts w:ascii="微软雅黑" w:eastAsia="微软雅黑" w:hAnsi="微软雅黑" w:cs="微软雅黑" w:hint="eastAsia"/>
          <w:lang w:eastAsia="zh-CN"/>
        </w:rPr>
        <w:t>的框架，并点明本讲</w:t>
      </w:r>
      <w:r>
        <w:t>"</w:t>
      </w:r>
      <w:r>
        <w:rPr>
          <w:rFonts w:ascii="微软雅黑" w:eastAsia="微软雅黑" w:hAnsi="微软雅黑" w:cs="微软雅黑" w:hint="eastAsia"/>
          <w:lang w:eastAsia="zh-CN"/>
        </w:rPr>
        <w:t>不用公式、靠图示与生活类比</w:t>
      </w:r>
      <w:r>
        <w:t>"</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活动1：海神喷泉人机对照。</w:t>
      </w:r>
      <w:r>
        <w:t xml:space="preserve"> </w:t>
      </w:r>
      <w:r>
        <w:rPr>
          <w:rFonts w:ascii="微软雅黑" w:eastAsia="微软雅黑" w:hAnsi="微软雅黑" w:cs="微软雅黑" w:hint="eastAsia"/>
          <w:lang w:eastAsia="zh-CN"/>
        </w:rPr>
        <w:t>重现视频案例</w:t>
      </w:r>
      <w:r>
        <w:t>——</w:t>
      </w:r>
      <w:r>
        <w:rPr>
          <w:rFonts w:ascii="微软雅黑" w:eastAsia="微软雅黑" w:hAnsi="微软雅黑" w:cs="微软雅黑" w:hint="eastAsia"/>
          <w:lang w:eastAsia="zh-CN"/>
        </w:rPr>
        <w:t>同一张</w:t>
      </w:r>
      <w:r>
        <w:t>"</w:t>
      </w:r>
      <w:r>
        <w:rPr>
          <w:rFonts w:ascii="微软雅黑" w:eastAsia="微软雅黑" w:hAnsi="微软雅黑" w:cs="微软雅黑" w:hint="eastAsia"/>
          <w:lang w:eastAsia="zh-CN"/>
        </w:rPr>
        <w:t>海神喷泉</w:t>
      </w:r>
      <w:r>
        <w:t>"</w:t>
      </w:r>
      <w:r>
        <w:rPr>
          <w:rFonts w:ascii="微软雅黑" w:eastAsia="微软雅黑" w:hAnsi="微软雅黑" w:cs="微软雅黑" w:hint="eastAsia"/>
          <w:lang w:eastAsia="zh-CN"/>
        </w:rPr>
        <w:t>图，人走</w:t>
      </w:r>
      <w:r>
        <w:t>"</w:t>
      </w:r>
      <w:r>
        <w:rPr>
          <w:rFonts w:ascii="微软雅黑" w:eastAsia="微软雅黑" w:hAnsi="微软雅黑" w:cs="微软雅黑" w:hint="eastAsia"/>
          <w:lang w:eastAsia="zh-CN"/>
        </w:rPr>
        <w:t>眼睛</w:t>
      </w:r>
      <w:r>
        <w:t>→</w:t>
      </w:r>
      <w:r>
        <w:rPr>
          <w:rFonts w:ascii="微软雅黑" w:eastAsia="微软雅黑" w:hAnsi="微软雅黑" w:cs="微软雅黑" w:hint="eastAsia"/>
          <w:lang w:eastAsia="zh-CN"/>
        </w:rPr>
        <w:t>大脑</w:t>
      </w:r>
      <w:r>
        <w:t>→</w:t>
      </w:r>
      <w:r>
        <w:rPr>
          <w:rFonts w:ascii="微软雅黑" w:eastAsia="微软雅黑" w:hAnsi="微软雅黑" w:cs="微软雅黑" w:hint="eastAsia"/>
          <w:lang w:eastAsia="zh-CN"/>
        </w:rPr>
        <w:t>结果</w:t>
      </w:r>
      <w:r>
        <w:t>"</w:t>
      </w:r>
      <w:r>
        <w:rPr>
          <w:rFonts w:ascii="微软雅黑" w:eastAsia="微软雅黑" w:hAnsi="微软雅黑" w:cs="微软雅黑" w:hint="eastAsia"/>
          <w:lang w:eastAsia="zh-CN"/>
        </w:rPr>
        <w:t>路径，机器走</w:t>
      </w:r>
      <w:r>
        <w:t>"</w:t>
      </w:r>
      <w:r>
        <w:rPr>
          <w:rFonts w:ascii="微软雅黑" w:eastAsia="微软雅黑" w:hAnsi="微软雅黑" w:cs="微软雅黑" w:hint="eastAsia"/>
          <w:lang w:eastAsia="zh-CN"/>
        </w:rPr>
        <w:t>摄像头</w:t>
      </w:r>
      <w:r>
        <w:t>→</w:t>
      </w:r>
      <w:r>
        <w:rPr>
          <w:rFonts w:ascii="微软雅黑" w:eastAsia="微软雅黑" w:hAnsi="微软雅黑" w:cs="微软雅黑" w:hint="eastAsia"/>
          <w:lang w:eastAsia="zh-CN"/>
        </w:rPr>
        <w:t>电脑</w:t>
      </w:r>
      <w:r>
        <w:t>→</w:t>
      </w:r>
      <w:r>
        <w:rPr>
          <w:rFonts w:ascii="微软雅黑" w:eastAsia="微软雅黑" w:hAnsi="微软雅黑" w:cs="微软雅黑" w:hint="eastAsia"/>
          <w:lang w:eastAsia="zh-CN"/>
        </w:rPr>
        <w:t>结果</w:t>
      </w:r>
      <w:r>
        <w:t>"</w:t>
      </w:r>
      <w:r>
        <w:rPr>
          <w:rFonts w:ascii="微软雅黑" w:eastAsia="微软雅黑" w:hAnsi="微软雅黑" w:cs="微软雅黑" w:hint="eastAsia"/>
          <w:lang w:eastAsia="zh-CN"/>
        </w:rPr>
        <w:t>路径，机器输出</w:t>
      </w:r>
      <w:r>
        <w:t>"84%</w:t>
      </w:r>
      <w:r>
        <w:rPr>
          <w:rFonts w:ascii="微软雅黑" w:eastAsia="微软雅黑" w:hAnsi="微软雅黑" w:cs="微软雅黑" w:hint="eastAsia"/>
          <w:lang w:eastAsia="zh-CN"/>
        </w:rPr>
        <w:t>是喷泉、</w:t>
      </w:r>
      <w:r>
        <w:t>15%</w:t>
      </w:r>
      <w:r>
        <w:rPr>
          <w:rFonts w:ascii="微软雅黑" w:eastAsia="微软雅黑" w:hAnsi="微软雅黑" w:cs="微软雅黑" w:hint="eastAsia"/>
          <w:lang w:eastAsia="zh-CN"/>
        </w:rPr>
        <w:t>巴洛克、</w:t>
      </w:r>
      <w:r>
        <w:t>1%</w:t>
      </w:r>
      <w:r>
        <w:rPr>
          <w:rFonts w:ascii="微软雅黑" w:eastAsia="微软雅黑" w:hAnsi="微软雅黑" w:cs="微软雅黑" w:hint="eastAsia"/>
          <w:lang w:eastAsia="zh-CN"/>
        </w:rPr>
        <w:t>不太确定</w:t>
      </w:r>
      <w:r>
        <w:t>"</w:t>
      </w:r>
      <w:r>
        <w:rPr>
          <w:rFonts w:ascii="微软雅黑" w:eastAsia="微软雅黑" w:hAnsi="微软雅黑" w:cs="微软雅黑" w:hint="eastAsia"/>
          <w:lang w:eastAsia="zh-CN"/>
        </w:rPr>
        <w:t>。引导教师讨论：为什么机器给的是概率而非确定判断？这给我们的学生什么启示？（培养</w:t>
      </w:r>
      <w:r>
        <w:t>"AI</w:t>
      </w:r>
      <w:r>
        <w:rPr>
          <w:rFonts w:ascii="微软雅黑" w:eastAsia="微软雅黑" w:hAnsi="微软雅黑" w:cs="微软雅黑" w:hint="eastAsia"/>
          <w:lang w:eastAsia="zh-CN"/>
        </w:rPr>
        <w:t>结果需审慎验证</w:t>
      </w:r>
      <w:r>
        <w:t>"</w:t>
      </w:r>
      <w:r>
        <w:rPr>
          <w:rFonts w:ascii="微软雅黑" w:eastAsia="微软雅黑" w:hAnsi="微软雅黑" w:cs="微软雅黑" w:hint="eastAsia"/>
          <w:lang w:eastAsia="zh-CN"/>
        </w:rPr>
        <w:t>的意识）</w:t>
      </w:r>
    </w:p>
    <w:p>
      <w:pPr/>
      <w:r>
        <w:rPr>
          <w:rFonts w:ascii="微软雅黑" w:eastAsia="微软雅黑" w:hAnsi="微软雅黑" w:cs="微软雅黑" w:hint="eastAsia"/>
          <w:b/>
          <w:lang w:eastAsia="zh-CN"/>
        </w:rPr>
        <w:t>活动2：汉字乱序实验。</w:t>
      </w:r>
      <w:r>
        <w:t xml:space="preserve"> </w:t>
      </w:r>
      <w:r>
        <w:rPr>
          <w:rFonts w:ascii="微软雅黑" w:eastAsia="微软雅黑" w:hAnsi="微软雅黑" w:cs="微软雅黑" w:hint="eastAsia"/>
          <w:lang w:eastAsia="zh-CN"/>
        </w:rPr>
        <w:t>展示</w:t>
      </w:r>
      <w:r>
        <w:t>"</w:t>
      </w:r>
      <w:r>
        <w:rPr>
          <w:rFonts w:ascii="微软雅黑" w:eastAsia="微软雅黑" w:hAnsi="微软雅黑" w:cs="微软雅黑" w:hint="eastAsia"/>
          <w:lang w:eastAsia="zh-CN"/>
        </w:rPr>
        <w:t>汉字序顺并不定一影阅响读</w:t>
      </w:r>
      <w:r>
        <w:t>……</w:t>
      </w:r>
      <w:r>
        <w:rPr>
          <w:rFonts w:ascii="微软雅黑" w:eastAsia="微软雅黑" w:hAnsi="微软雅黑" w:cs="微软雅黑" w:hint="eastAsia"/>
          <w:lang w:eastAsia="zh-CN"/>
        </w:rPr>
        <w:t>字发都现是乱的</w:t>
      </w:r>
      <w:r>
        <w:t>"</w:t>
      </w:r>
      <w:r>
        <w:rPr>
          <w:rFonts w:ascii="微软雅黑" w:eastAsia="微软雅黑" w:hAnsi="微软雅黑" w:cs="微软雅黑" w:hint="eastAsia"/>
          <w:lang w:eastAsia="zh-CN"/>
        </w:rPr>
        <w:t>，请教师先默读体会</w:t>
      </w:r>
      <w:r>
        <w:t>"</w:t>
      </w:r>
      <w:r>
        <w:rPr>
          <w:rFonts w:ascii="微软雅黑" w:eastAsia="微软雅黑" w:hAnsi="微软雅黑" w:cs="微软雅黑" w:hint="eastAsia"/>
          <w:lang w:eastAsia="zh-CN"/>
        </w:rPr>
        <w:t>人靠整体结构读懂</w:t>
      </w:r>
      <w:r>
        <w:t>"</w:t>
      </w:r>
      <w:r>
        <w:rPr>
          <w:rFonts w:ascii="微软雅黑" w:eastAsia="微软雅黑" w:hAnsi="微软雅黑" w:cs="微软雅黑" w:hint="eastAsia"/>
          <w:lang w:eastAsia="zh-CN"/>
        </w:rPr>
        <w:t>，再对比</w:t>
      </w:r>
      <w:r>
        <w:t>AI"</w:t>
      </w:r>
      <w:r>
        <w:rPr>
          <w:rFonts w:ascii="微软雅黑" w:eastAsia="微软雅黑" w:hAnsi="微软雅黑" w:cs="微软雅黑" w:hint="eastAsia"/>
          <w:lang w:eastAsia="zh-CN"/>
        </w:rPr>
        <w:t>按整串关系理解（自注意力）</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逐字理解</w:t>
      </w:r>
      <w:r>
        <w:t>"</w:t>
      </w:r>
      <w:r>
        <w:rPr>
          <w:rFonts w:ascii="微软雅黑" w:eastAsia="微软雅黑" w:hAnsi="微软雅黑" w:cs="微软雅黑" w:hint="eastAsia"/>
          <w:lang w:eastAsia="zh-CN"/>
        </w:rPr>
        <w:t>的差异，引出自注意力架构</w:t>
      </w:r>
      <w:r>
        <w:t>"</w:t>
      </w:r>
      <w:r>
        <w:rPr>
          <w:rFonts w:ascii="微软雅黑" w:eastAsia="微软雅黑" w:hAnsi="微软雅黑" w:cs="微软雅黑" w:hint="eastAsia"/>
          <w:lang w:eastAsia="zh-CN"/>
        </w:rPr>
        <w:t>让机器能懂</w:t>
      </w:r>
      <w:r>
        <w:t>"</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r>
        <w:rPr>
          <w:rFonts w:ascii="微软雅黑" w:eastAsia="微软雅黑" w:hAnsi="微软雅黑" w:cs="微软雅黑" w:hint="eastAsia"/>
          <w:b/>
          <w:lang w:eastAsia="zh-CN"/>
        </w:rPr>
        <w:t>分学科设计：</w:t>
      </w:r>
    </w:p>
    <w:p>
      <w:pPr>
        <w:pStyle w:val="ListBullet"/>
        <w:spacing w:after="72"/>
      </w:pPr>
      <w:r>
        <w:rPr>
          <w:rFonts w:ascii="微软雅黑" w:eastAsia="微软雅黑" w:hAnsi="微软雅黑" w:cs="微软雅黑" w:hint="eastAsia"/>
          <w:lang w:eastAsia="zh-CN"/>
        </w:rPr>
        <w:t>信息科技</w:t>
      </w:r>
      <w:r>
        <w:t>/</w:t>
      </w:r>
      <w:r>
        <w:rPr>
          <w:rFonts w:ascii="微软雅黑" w:eastAsia="微软雅黑" w:hAnsi="微软雅黑" w:cs="微软雅黑" w:hint="eastAsia"/>
          <w:lang w:eastAsia="zh-CN"/>
        </w:rPr>
        <w:t>通用技术：用</w:t>
      </w:r>
      <w:r>
        <w:t>"</w:t>
      </w:r>
      <w:r>
        <w:rPr>
          <w:rFonts w:ascii="微软雅黑" w:eastAsia="微软雅黑" w:hAnsi="微软雅黑" w:cs="微软雅黑" w:hint="eastAsia"/>
          <w:lang w:eastAsia="zh-CN"/>
        </w:rPr>
        <w:t>摄像头</w:t>
      </w:r>
      <w:r>
        <w:t>→</w:t>
      </w:r>
      <w:r>
        <w:rPr>
          <w:rFonts w:ascii="微软雅黑" w:eastAsia="微软雅黑" w:hAnsi="微软雅黑" w:cs="微软雅黑" w:hint="eastAsia"/>
          <w:lang w:eastAsia="zh-CN"/>
        </w:rPr>
        <w:t>电脑</w:t>
      </w:r>
      <w:r>
        <w:t>→</w:t>
      </w:r>
      <w:r>
        <w:rPr>
          <w:rFonts w:ascii="微软雅黑" w:eastAsia="微软雅黑" w:hAnsi="微软雅黑" w:cs="微软雅黑" w:hint="eastAsia"/>
          <w:lang w:eastAsia="zh-CN"/>
        </w:rPr>
        <w:t>概率输出</w:t>
      </w:r>
      <w:r>
        <w:t>"</w:t>
      </w:r>
      <w:r>
        <w:rPr>
          <w:rFonts w:ascii="微软雅黑" w:eastAsia="微软雅黑" w:hAnsi="微软雅黑" w:cs="微软雅黑" w:hint="eastAsia"/>
          <w:lang w:eastAsia="zh-CN"/>
        </w:rPr>
        <w:t>类比，设计</w:t>
      </w:r>
      <w:r>
        <w:t>"</w:t>
      </w:r>
      <w:r>
        <w:rPr>
          <w:rFonts w:ascii="微软雅黑" w:eastAsia="微软雅黑" w:hAnsi="微软雅黑" w:cs="微软雅黑" w:hint="eastAsia"/>
          <w:lang w:eastAsia="zh-CN"/>
        </w:rPr>
        <w:t>识别校园植物</w:t>
      </w:r>
      <w:r>
        <w:t>"</w:t>
      </w:r>
      <w:r>
        <w:rPr>
          <w:rFonts w:ascii="微软雅黑" w:eastAsia="微软雅黑" w:hAnsi="微软雅黑" w:cs="微软雅黑" w:hint="eastAsia"/>
          <w:lang w:eastAsia="zh-CN"/>
        </w:rPr>
        <w:t>项目，让学生理解计算机视觉流程。</w:t>
      </w:r>
    </w:p>
    <w:p>
      <w:pPr>
        <w:pStyle w:val="ListBullet"/>
        <w:spacing w:after="72"/>
      </w:pPr>
      <w:r>
        <w:rPr>
          <w:rFonts w:ascii="微软雅黑" w:eastAsia="微软雅黑" w:hAnsi="微软雅黑" w:cs="微软雅黑" w:hint="eastAsia"/>
          <w:lang w:eastAsia="zh-CN"/>
        </w:rPr>
        <w:t>语文：以</w:t>
      </w:r>
      <w:r>
        <w:t>"</w:t>
      </w:r>
      <w:r>
        <w:rPr>
          <w:rFonts w:ascii="微软雅黑" w:eastAsia="微软雅黑" w:hAnsi="微软雅黑" w:cs="微软雅黑" w:hint="eastAsia"/>
          <w:lang w:eastAsia="zh-CN"/>
        </w:rPr>
        <w:t>汉字乱序实验</w:t>
      </w:r>
      <w:r>
        <w:t>"</w:t>
      </w:r>
      <w:r>
        <w:rPr>
          <w:rFonts w:ascii="微软雅黑" w:eastAsia="微软雅黑" w:hAnsi="微软雅黑" w:cs="微软雅黑" w:hint="eastAsia"/>
          <w:lang w:eastAsia="zh-CN"/>
        </w:rPr>
        <w:t>为素材，做阅读心理学小探究，再过渡到</w:t>
      </w:r>
      <w:r>
        <w:t>NLP"</w:t>
      </w:r>
      <w:r>
        <w:rPr>
          <w:rFonts w:ascii="微软雅黑" w:eastAsia="微软雅黑" w:hAnsi="微软雅黑" w:cs="微软雅黑" w:hint="eastAsia"/>
          <w:lang w:eastAsia="zh-CN"/>
        </w:rPr>
        <w:t>听懂人话、会说话</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生物：以</w:t>
      </w:r>
      <w:r>
        <w:t>"</w:t>
      </w:r>
      <w:r>
        <w:rPr>
          <w:rFonts w:ascii="微软雅黑" w:eastAsia="微软雅黑" w:hAnsi="微软雅黑" w:cs="微软雅黑" w:hint="eastAsia"/>
          <w:lang w:eastAsia="zh-CN"/>
        </w:rPr>
        <w:t>计算生物学五大任务</w:t>
      </w:r>
      <w:r>
        <w:t>"</w:t>
      </w:r>
      <w:r>
        <w:rPr>
          <w:rFonts w:ascii="微软雅黑" w:eastAsia="微软雅黑" w:hAnsi="微软雅黑" w:cs="微软雅黑" w:hint="eastAsia"/>
          <w:lang w:eastAsia="zh-CN"/>
        </w:rPr>
        <w:t>（解读生命密码、预测生命形状等）为例，说明</w:t>
      </w:r>
      <w:r>
        <w:t>AI</w:t>
      </w:r>
      <w:r>
        <w:rPr>
          <w:rFonts w:ascii="微软雅黑" w:eastAsia="微软雅黑" w:hAnsi="微软雅黑" w:cs="微软雅黑" w:hint="eastAsia"/>
          <w:lang w:eastAsia="zh-CN"/>
        </w:rPr>
        <w:t>如何服务生命科学。</w:t>
      </w:r>
    </w:p>
    <w:p>
      <w:pPr>
        <w:pStyle w:val="ListBullet"/>
        <w:spacing w:after="72"/>
      </w:pPr>
      <w:r>
        <w:rPr>
          <w:rFonts w:ascii="微软雅黑" w:eastAsia="微软雅黑" w:hAnsi="微软雅黑" w:cs="微软雅黑" w:hint="eastAsia"/>
          <w:lang w:eastAsia="zh-CN"/>
        </w:rPr>
        <w:t>通用：以</w:t>
      </w:r>
      <w:r>
        <w:t>"</w:t>
      </w:r>
      <w:r>
        <w:rPr>
          <w:rFonts w:ascii="微软雅黑" w:eastAsia="微软雅黑" w:hAnsi="微软雅黑" w:cs="微软雅黑" w:hint="eastAsia"/>
          <w:lang w:eastAsia="zh-CN"/>
        </w:rPr>
        <w:t>具身智能</w:t>
      </w:r>
      <w:r>
        <w:t>"</w:t>
      </w:r>
      <w:r>
        <w:rPr>
          <w:rFonts w:ascii="微软雅黑" w:eastAsia="微软雅黑" w:hAnsi="微软雅黑" w:cs="微软雅黑" w:hint="eastAsia"/>
          <w:lang w:eastAsia="zh-CN"/>
        </w:rPr>
        <w:t>（机器人学</w:t>
      </w:r>
      <w:r>
        <w:t>+</w:t>
      </w:r>
      <w:r>
        <w:rPr>
          <w:rFonts w:ascii="微软雅黑" w:eastAsia="微软雅黑" w:hAnsi="微软雅黑" w:cs="微软雅黑" w:hint="eastAsia"/>
          <w:lang w:eastAsia="zh-CN"/>
        </w:rPr>
        <w:t>多模态</w:t>
      </w:r>
      <w:r>
        <w:t>AI</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要能动，还要能懂</w:t>
      </w:r>
      <w:r>
        <w:t>"</w:t>
      </w:r>
      <w:r>
        <w:rPr>
          <w:rFonts w:ascii="微软雅黑" w:eastAsia="微软雅黑" w:hAnsi="微软雅黑" w:cs="微软雅黑" w:hint="eastAsia"/>
          <w:lang w:eastAsia="zh-CN"/>
        </w:rPr>
        <w:t>）讨论校园机器人社团方向。</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活动："我的知识树卡片"。</w:t>
      </w:r>
      <w:r>
        <w:t xml:space="preserve"> </w:t>
      </w:r>
      <w:r>
        <w:rPr>
          <w:rFonts w:ascii="微软雅黑" w:eastAsia="微软雅黑" w:hAnsi="微软雅黑" w:cs="微软雅黑" w:hint="eastAsia"/>
          <w:lang w:eastAsia="zh-CN"/>
        </w:rPr>
        <w:t>每位教师领取一张</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双栏卡片，左侧写本讲印象最深的</w:t>
      </w:r>
      <w:r>
        <w:t>1</w:t>
      </w:r>
      <w:r>
        <w:rPr>
          <w:rFonts w:ascii="微软雅黑" w:eastAsia="微软雅黑" w:hAnsi="微软雅黑" w:cs="微软雅黑" w:hint="eastAsia"/>
          <w:lang w:eastAsia="zh-CN"/>
        </w:rPr>
        <w:t>个应用领域，右侧写对应的</w:t>
      </w:r>
      <w:r>
        <w:t>1</w:t>
      </w:r>
      <w:r>
        <w:rPr>
          <w:rFonts w:ascii="微软雅黑" w:eastAsia="微软雅黑" w:hAnsi="微软雅黑" w:cs="微软雅黑" w:hint="eastAsia"/>
          <w:lang w:eastAsia="zh-CN"/>
        </w:rPr>
        <w:t>项支撑技术，并写一句</w:t>
      </w:r>
      <w:r>
        <w:t>"</w:t>
      </w:r>
      <w:r>
        <w:rPr>
          <w:rFonts w:ascii="微软雅黑" w:eastAsia="微软雅黑" w:hAnsi="微软雅黑" w:cs="微软雅黑" w:hint="eastAsia"/>
          <w:lang w:eastAsia="zh-CN"/>
        </w:rPr>
        <w:t>我打算怎么教给学生</w:t>
      </w:r>
      <w:r>
        <w:t>"</w:t>
      </w:r>
      <w:r>
        <w:rPr>
          <w:rFonts w:ascii="微软雅黑" w:eastAsia="微软雅黑" w:hAnsi="微软雅黑" w:cs="微软雅黑" w:hint="eastAsia"/>
          <w:lang w:eastAsia="zh-CN"/>
        </w:rPr>
        <w:t>。收齐后形成校本</w:t>
      </w:r>
      <w:r>
        <w:t>"AI</w:t>
      </w:r>
      <w:r>
        <w:rPr>
          <w:rFonts w:ascii="微软雅黑" w:eastAsia="微软雅黑" w:hAnsi="微软雅黑" w:cs="微软雅黑" w:hint="eastAsia"/>
          <w:lang w:eastAsia="zh-CN"/>
        </w:rPr>
        <w:t>知识树墙</w:t>
      </w:r>
      <w:r>
        <w:t>"</w:t>
      </w:r>
      <w:r>
        <w:rPr>
          <w:rFonts w:ascii="微软雅黑" w:eastAsia="微软雅黑" w:hAnsi="微软雅黑" w:cs="微软雅黑" w:hint="eastAsia"/>
          <w:lang w:eastAsia="zh-CN"/>
        </w:rPr>
        <w:t>，作为第</w:t>
      </w:r>
      <w:r>
        <w:t>5</w:t>
      </w:r>
      <w:r>
        <w:rPr>
          <w:rFonts w:ascii="微软雅黑" w:eastAsia="微软雅黑" w:hAnsi="微软雅黑" w:cs="微软雅黑" w:hint="eastAsia"/>
          <w:lang w:eastAsia="zh-CN"/>
        </w:rPr>
        <w:t>、</w:t>
      </w:r>
      <w:r>
        <w:t>6</w:t>
      </w:r>
      <w:r>
        <w:rPr>
          <w:rFonts w:ascii="微软雅黑" w:eastAsia="微软雅黑" w:hAnsi="微软雅黑" w:cs="微软雅黑" w:hint="eastAsia"/>
          <w:lang w:eastAsia="zh-CN"/>
        </w:rPr>
        <w:t>讲复盘素材。</w:t>
      </w:r>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本讲用</w:t>
            </w:r>
            <w:r>
              <w:rPr>
                <w:sz w:val="18"/>
              </w:rPr>
              <w:t xml:space="preserve"> </w:t>
            </w:r>
            <w:r>
              <w:rPr>
                <w:sz w:val="18"/>
              </w:rPr>
              <w:t>"</w:t>
            </w:r>
            <w:r>
              <w:rPr>
                <w:sz w:val="18"/>
              </w:rPr>
              <w:t xml:space="preserve"> </w:t>
            </w:r>
            <w:r>
              <w:rPr>
                <w:sz w:val="18"/>
              </w:rPr>
              <w:t>一棵树</w:t>
            </w:r>
            <w:r>
              <w:rPr>
                <w:sz w:val="18"/>
              </w:rPr>
              <w:t xml:space="preserve"> </w:t>
            </w:r>
            <w:r>
              <w:rPr>
                <w:sz w:val="18"/>
              </w:rPr>
              <w:t>"</w:t>
            </w:r>
            <w:r>
              <w:rPr>
                <w:sz w:val="18"/>
              </w:rPr>
              <w:t xml:space="preserve"> </w:t>
            </w:r>
            <w:r>
              <w:rPr>
                <w:sz w:val="18"/>
              </w:rPr>
              <w:t>比喻人工智能，</w:t>
            </w:r>
            <w:r>
              <w:rPr>
                <w:sz w:val="18"/>
              </w:rPr>
              <w:t xml:space="preserve"> </w:t>
            </w:r>
            <w:r>
              <w:rPr>
                <w:sz w:val="18"/>
              </w:rPr>
              <w:t>"</w:t>
            </w:r>
            <w:r>
              <w:rPr>
                <w:sz w:val="18"/>
              </w:rPr>
              <w:t xml:space="preserve"> </w:t>
            </w:r>
            <w:r>
              <w:rPr>
                <w:sz w:val="18"/>
              </w:rPr>
              <w:t>叶</w:t>
            </w:r>
            <w:r>
              <w:rPr>
                <w:sz w:val="18"/>
              </w:rPr>
              <w:t xml:space="preserve"> </w:t>
            </w:r>
            <w:r>
              <w:rPr>
                <w:sz w:val="18"/>
              </w:rPr>
              <w:t>"</w:t>
            </w:r>
            <w:r>
              <w:rPr>
                <w:sz w:val="18"/>
              </w:rPr>
              <w:t xml:space="preserve"> </w:t>
            </w:r>
            <w:r>
              <w:rPr>
                <w:sz w:val="18"/>
              </w:rPr>
              <w:t>和</w:t>
            </w:r>
            <w:r>
              <w:rPr>
                <w:sz w:val="18"/>
              </w:rPr>
              <w:t xml:space="preserve"> </w:t>
            </w:r>
            <w:r>
              <w:rPr>
                <w:sz w:val="18"/>
              </w:rPr>
              <w:t>"</w:t>
            </w:r>
            <w:r>
              <w:rPr>
                <w:sz w:val="18"/>
              </w:rPr>
              <w:t xml:space="preserve"> </w:t>
            </w:r>
            <w:r>
              <w:rPr>
                <w:sz w:val="18"/>
              </w:rPr>
              <w:t>枝</w:t>
            </w:r>
            <w:r>
              <w:rPr>
                <w:sz w:val="18"/>
              </w:rPr>
              <w:t xml:space="preserve"> </w:t>
            </w:r>
            <w:r>
              <w:rPr>
                <w:sz w:val="18"/>
              </w:rPr>
              <w:t>"</w:t>
            </w:r>
            <w:r>
              <w:rPr>
                <w:sz w:val="18"/>
              </w:rPr>
              <w:t xml:space="preserve"> </w:t>
            </w:r>
            <w:r>
              <w:rPr>
                <w:sz w:val="18"/>
              </w:rPr>
              <w:t>分别指什么？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准确提取核心隐喻，建立领域</w:t>
            </w:r>
            <w:r>
              <w:rPr>
                <w:sz w:val="18"/>
              </w:rPr>
              <w:t xml:space="preserve"> </w:t>
            </w:r>
            <w:r>
              <w:rPr>
                <w:sz w:val="18"/>
              </w:rPr>
              <w:t>/</w:t>
            </w:r>
            <w:r>
              <w:rPr>
                <w:sz w:val="18"/>
              </w:rPr>
              <w:t xml:space="preserve"> </w:t>
            </w:r>
            <w:r>
              <w:rPr>
                <w:sz w:val="18"/>
              </w:rPr>
              <w:t>技术二分框架</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视频中机器识别</w:t>
            </w:r>
            <w:r>
              <w:rPr>
                <w:sz w:val="18"/>
              </w:rPr>
              <w:t xml:space="preserve"> </w:t>
            </w:r>
            <w:r>
              <w:rPr>
                <w:sz w:val="18"/>
              </w:rPr>
              <w:t>"</w:t>
            </w:r>
            <w:r>
              <w:rPr>
                <w:sz w:val="18"/>
              </w:rPr>
              <w:t xml:space="preserve"> </w:t>
            </w:r>
            <w:r>
              <w:rPr>
                <w:sz w:val="18"/>
              </w:rPr>
              <w:t>海神喷泉</w:t>
            </w:r>
            <w:r>
              <w:rPr>
                <w:sz w:val="18"/>
              </w:rPr>
              <w:t xml:space="preserve"> </w:t>
            </w:r>
            <w:r>
              <w:rPr>
                <w:sz w:val="18"/>
              </w:rPr>
              <w:t>"</w:t>
            </w:r>
            <w:r>
              <w:rPr>
                <w:sz w:val="18"/>
              </w:rPr>
              <w:t xml:space="preserve"> </w:t>
            </w:r>
            <w:r>
              <w:rPr>
                <w:sz w:val="18"/>
              </w:rPr>
              <w:t>给出了哪三个概率值？</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关注关键数据，理解机器输出的是概率</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卷积神经网络（</w:t>
            </w:r>
            <w:r>
              <w:rPr>
                <w:sz w:val="18"/>
              </w:rPr>
              <w:t xml:space="preserve"> </w:t>
            </w:r>
            <w:r>
              <w:rPr>
                <w:sz w:val="18"/>
              </w:rPr>
              <w:t>CNN</w:t>
            </w:r>
            <w:r>
              <w:rPr>
                <w:sz w:val="18"/>
              </w:rPr>
              <w:t xml:space="preserve"> </w:t>
            </w:r>
            <w:r>
              <w:rPr>
                <w:sz w:val="18"/>
              </w:rPr>
              <w:t>）、生成模型、</w:t>
            </w:r>
            <w:r>
              <w:rPr>
                <w:sz w:val="18"/>
              </w:rPr>
              <w:t xml:space="preserve"> </w:t>
            </w:r>
            <w:r>
              <w:rPr>
                <w:sz w:val="18"/>
              </w:rPr>
              <w:t>Transformer</w:t>
            </w:r>
            <w:r>
              <w:rPr>
                <w:sz w:val="18"/>
              </w:rPr>
              <w:t xml:space="preserve"> </w:t>
            </w:r>
            <w:r>
              <w:rPr>
                <w:sz w:val="18"/>
              </w:rPr>
              <w:t>自注意力架构，各自让机器</w:t>
            </w:r>
            <w:r>
              <w:rPr>
                <w:sz w:val="18"/>
              </w:rPr>
              <w:t xml:space="preserve"> </w:t>
            </w:r>
            <w:r>
              <w:rPr>
                <w:sz w:val="18"/>
              </w:rPr>
              <w:t>"</w:t>
            </w:r>
            <w:r>
              <w:rPr>
                <w:sz w:val="18"/>
              </w:rPr>
              <w:t xml:space="preserve"> </w:t>
            </w:r>
            <w:r>
              <w:rPr>
                <w:sz w:val="18"/>
              </w:rPr>
              <w:t>能</w:t>
            </w:r>
            <w:r>
              <w:rPr>
                <w:sz w:val="18"/>
              </w:rPr>
              <w:t xml:space="preserve"> </w:t>
            </w:r>
            <w:r>
              <w:rPr>
                <w:sz w:val="18"/>
              </w:rPr>
              <w:t>"</w:t>
            </w:r>
            <w:r>
              <w:rPr>
                <w:sz w:val="18"/>
              </w:rPr>
              <w:t xml:space="preserve"> </w:t>
            </w:r>
            <w:r>
              <w:rPr>
                <w:sz w:val="18"/>
              </w:rPr>
              <w:t>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区分三项底层技术的功能定位</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为什么讲者把语音识别称为</w:t>
            </w:r>
            <w:r>
              <w:rPr>
                <w:sz w:val="18"/>
              </w:rPr>
              <w:t xml:space="preserve"> </w:t>
            </w:r>
            <w:r>
              <w:rPr>
                <w:sz w:val="18"/>
              </w:rPr>
              <w:t>"</w:t>
            </w:r>
            <w:r>
              <w:rPr>
                <w:sz w:val="18"/>
              </w:rPr>
              <w:t xml:space="preserve"> </w:t>
            </w:r>
            <w:r>
              <w:rPr>
                <w:sz w:val="18"/>
              </w:rPr>
              <w:t>黑箱</w:t>
            </w:r>
            <w:r>
              <w:rPr>
                <w:sz w:val="18"/>
              </w:rPr>
              <w:t xml:space="preserve"> </w:t>
            </w:r>
            <w:r>
              <w:rPr>
                <w:sz w:val="18"/>
              </w:rPr>
              <w:t>"</w:t>
            </w:r>
            <w:r>
              <w:rPr>
                <w:sz w:val="18"/>
              </w:rPr>
              <w:t xml:space="preserve"> </w:t>
            </w:r>
            <w:r>
              <w:rPr>
                <w:sz w:val="18"/>
              </w:rPr>
              <w:t>？这种</w:t>
            </w:r>
            <w:r>
              <w:rPr>
                <w:sz w:val="18"/>
              </w:rPr>
              <w:t xml:space="preserve"> </w:t>
            </w:r>
            <w:r>
              <w:rPr>
                <w:sz w:val="18"/>
              </w:rPr>
              <w:t>"</w:t>
            </w:r>
            <w:r>
              <w:rPr>
                <w:sz w:val="18"/>
              </w:rPr>
              <w:t xml:space="preserve"> </w:t>
            </w:r>
            <w:r>
              <w:rPr>
                <w:sz w:val="18"/>
              </w:rPr>
              <w:t>黑箱思维</w:t>
            </w:r>
            <w:r>
              <w:rPr>
                <w:sz w:val="18"/>
              </w:rPr>
              <w:t xml:space="preserve"> </w:t>
            </w:r>
            <w:r>
              <w:rPr>
                <w:sz w:val="18"/>
              </w:rPr>
              <w:t>"</w:t>
            </w:r>
            <w:r>
              <w:rPr>
                <w:sz w:val="18"/>
              </w:rPr>
              <w:t xml:space="preserve"> </w:t>
            </w:r>
            <w:r>
              <w:rPr>
                <w:sz w:val="18"/>
              </w:rPr>
              <w:t>对中小学教学有何利弊？</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理解抽象封装的必要性及教学边界</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汉字序顺并不定一影阅响读</w:t>
            </w:r>
            <w:r>
              <w:rPr>
                <w:sz w:val="18"/>
              </w:rPr>
              <w:t xml:space="preserve"> </w:t>
            </w:r>
            <w:r>
              <w:rPr>
                <w:sz w:val="18"/>
              </w:rPr>
              <w:t>"</w:t>
            </w:r>
            <w:r>
              <w:rPr>
                <w:sz w:val="18"/>
              </w:rPr>
              <w:t xml:space="preserve"> </w:t>
            </w:r>
            <w:r>
              <w:rPr>
                <w:sz w:val="18"/>
              </w:rPr>
              <w:t>实验说明了人类阅读的什么特点？它如何类比自注意力机制？</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由人类认知类比机器认知，深化机制理解</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计算生物学体现了</w:t>
            </w:r>
            <w:r>
              <w:rPr>
                <w:sz w:val="18"/>
              </w:rPr>
              <w:t xml:space="preserve"> </w:t>
            </w:r>
            <w:r>
              <w:rPr>
                <w:sz w:val="18"/>
              </w:rPr>
              <w:t>AI</w:t>
            </w:r>
            <w:r>
              <w:rPr>
                <w:sz w:val="18"/>
              </w:rPr>
              <w:t xml:space="preserve"> </w:t>
            </w:r>
            <w:r>
              <w:rPr>
                <w:sz w:val="18"/>
              </w:rPr>
              <w:t>与生命科学的交叉，你认为贵校</w:t>
            </w:r>
            <w:r>
              <w:rPr>
                <w:sz w:val="18"/>
              </w:rPr>
              <w:t xml:space="preserve"> </w:t>
            </w:r>
            <w:r>
              <w:rPr>
                <w:sz w:val="18"/>
              </w:rPr>
              <w:t>STEAM/</w:t>
            </w:r>
            <w:r>
              <w:rPr>
                <w:sz w:val="18"/>
              </w:rPr>
              <w:t xml:space="preserve"> </w:t>
            </w:r>
            <w:r>
              <w:rPr>
                <w:sz w:val="18"/>
              </w:rPr>
              <w:t>项目式学习中可如何借力这一交叉？</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结合校本实际，提出跨学科课程设想</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讲者说</w:t>
            </w:r>
            <w:r>
              <w:rPr>
                <w:sz w:val="18"/>
              </w:rPr>
              <w:t xml:space="preserve"> </w:t>
            </w:r>
            <w:r>
              <w:rPr>
                <w:sz w:val="18"/>
              </w:rPr>
              <w:t>"</w:t>
            </w:r>
            <w:r>
              <w:rPr>
                <w:sz w:val="18"/>
              </w:rPr>
              <w:t xml:space="preserve"> </w:t>
            </w:r>
            <w:r>
              <w:rPr>
                <w:sz w:val="18"/>
              </w:rPr>
              <w:t>光有见不行</w:t>
            </w:r>
            <w:r>
              <w:rPr>
                <w:sz w:val="18"/>
              </w:rPr>
              <w:t xml:space="preserve"> </w:t>
            </w:r>
            <w:r>
              <w:rPr>
                <w:sz w:val="18"/>
              </w:rPr>
              <w:t>""</w:t>
            </w:r>
            <w:r>
              <w:rPr>
                <w:sz w:val="18"/>
              </w:rPr>
              <w:t xml:space="preserve"> </w:t>
            </w:r>
            <w:r>
              <w:rPr>
                <w:sz w:val="18"/>
              </w:rPr>
              <w:t>我们想让机器能够眼观六路</w:t>
            </w:r>
            <w:r>
              <w:rPr>
                <w:sz w:val="18"/>
              </w:rPr>
              <w:t xml:space="preserve"> </w:t>
            </w:r>
            <w:r>
              <w:rPr>
                <w:sz w:val="18"/>
              </w:rPr>
              <w:t>"</w:t>
            </w:r>
            <w:r>
              <w:rPr>
                <w:sz w:val="18"/>
              </w:rPr>
              <w:t xml:space="preserve"> </w:t>
            </w:r>
            <w:r>
              <w:rPr>
                <w:sz w:val="18"/>
              </w:rPr>
              <w:t>，你如何看待</w:t>
            </w:r>
            <w:r>
              <w:rPr>
                <w:sz w:val="18"/>
              </w:rPr>
              <w:t xml:space="preserve"> </w:t>
            </w:r>
            <w:r>
              <w:rPr>
                <w:sz w:val="18"/>
              </w:rPr>
              <w:t>AI"</w:t>
            </w:r>
            <w:r>
              <w:rPr>
                <w:sz w:val="18"/>
              </w:rPr>
              <w:t xml:space="preserve"> </w:t>
            </w:r>
            <w:r>
              <w:rPr>
                <w:sz w:val="18"/>
              </w:rPr>
              <w:t>感知</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理解</w:t>
            </w:r>
            <w:r>
              <w:rPr>
                <w:sz w:val="18"/>
              </w:rPr>
              <w:t xml:space="preserve"> </w:t>
            </w:r>
            <w:r>
              <w:rPr>
                <w:sz w:val="18"/>
              </w:rPr>
              <w:t>"</w:t>
            </w:r>
            <w:r>
              <w:rPr>
                <w:sz w:val="18"/>
              </w:rPr>
              <w:t xml:space="preserve"> </w:t>
            </w:r>
            <w:r>
              <w:rPr>
                <w:sz w:val="18"/>
              </w:rPr>
              <w:t>的差距？这对培养学生</w:t>
            </w:r>
            <w:r>
              <w:rPr>
                <w:sz w:val="18"/>
              </w:rPr>
              <w:t xml:space="preserve"> </w:t>
            </w:r>
            <w:r>
              <w:rPr>
                <w:sz w:val="18"/>
              </w:rPr>
              <w:t>AI</w:t>
            </w:r>
            <w:r>
              <w:rPr>
                <w:sz w:val="18"/>
              </w:rPr>
              <w:t xml:space="preserve"> </w:t>
            </w:r>
            <w:r>
              <w:rPr>
                <w:sz w:val="18"/>
              </w:rPr>
              <w:t>素养有何启发？</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形成对</w:t>
            </w:r>
            <w:r>
              <w:rPr>
                <w:sz w:val="18"/>
              </w:rPr>
              <w:t xml:space="preserve"> </w:t>
            </w:r>
            <w:r>
              <w:rPr>
                <w:sz w:val="18"/>
              </w:rPr>
              <w:t>AI</w:t>
            </w:r>
            <w:r>
              <w:rPr>
                <w:sz w:val="18"/>
              </w:rPr>
              <w:t xml:space="preserve"> </w:t>
            </w:r>
            <w:r>
              <w:rPr>
                <w:sz w:val="18"/>
              </w:rPr>
              <w:t>能力边界的批判性认识</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本讲由华中师范大学郑旭东主讲，时长约</w:t>
      </w:r>
      <w:r>
        <w:t>16</w:t>
      </w:r>
      <w:r>
        <w:rPr>
          <w:rFonts w:ascii="微软雅黑" w:eastAsia="微软雅黑" w:hAnsi="微软雅黑" w:cs="微软雅黑" w:hint="eastAsia"/>
          <w:lang w:eastAsia="zh-CN"/>
        </w:rPr>
        <w:t>分钟，隶属国家智慧教育平台教师发展中心</w:t>
      </w:r>
      <w:r>
        <w:t xml:space="preserve">"2 </w:t>
      </w:r>
      <w:r>
        <w:rPr>
          <w:rFonts w:ascii="微软雅黑" w:eastAsia="微软雅黑" w:hAnsi="微软雅黑" w:cs="微软雅黑" w:hint="eastAsia"/>
          <w:lang w:eastAsia="zh-CN"/>
        </w:rPr>
        <w:t>学科通识</w:t>
      </w:r>
      <w:r>
        <w:t>"</w:t>
      </w:r>
      <w:r>
        <w:rPr>
          <w:rFonts w:ascii="微软雅黑" w:eastAsia="微软雅黑" w:hAnsi="微软雅黑" w:cs="微软雅黑" w:hint="eastAsia"/>
          <w:lang w:eastAsia="zh-CN"/>
        </w:rPr>
        <w:t>模块。全讲以</w:t>
      </w:r>
      <w:r>
        <w:t>"</w:t>
      </w:r>
      <w:r>
        <w:rPr>
          <w:rFonts w:ascii="微软雅黑" w:eastAsia="微软雅黑" w:hAnsi="微软雅黑" w:cs="微软雅黑" w:hint="eastAsia"/>
          <w:lang w:eastAsia="zh-CN"/>
        </w:rPr>
        <w:t>一棵树</w:t>
      </w:r>
      <w:r>
        <w:t>"</w:t>
      </w:r>
      <w:r>
        <w:rPr>
          <w:rFonts w:ascii="微软雅黑" w:eastAsia="微软雅黑" w:hAnsi="微软雅黑" w:cs="微软雅黑" w:hint="eastAsia"/>
          <w:lang w:eastAsia="zh-CN"/>
        </w:rPr>
        <w:t>为人工智能的知识地图：</w:t>
      </w:r>
      <w:r>
        <w:rPr>
          <w:rFonts w:ascii="微软雅黑" w:eastAsia="微软雅黑" w:hAnsi="微软雅黑" w:cs="微软雅黑" w:hint="eastAsia"/>
          <w:b/>
          <w:lang w:eastAsia="zh-CN"/>
        </w:rPr>
        <w:t>「叶」＝应用领域，「枝」＝支撑技术</w:t>
      </w:r>
      <w:r>
        <w:rPr>
          <w:rFonts w:ascii="微软雅黑" w:eastAsia="微软雅黑" w:hAnsi="微软雅黑" w:cs="微软雅黑" w:hint="eastAsia"/>
          <w:lang w:eastAsia="zh-CN"/>
        </w:rPr>
        <w:t>。前半段（</w:t>
      </w:r>
      <w:r>
        <w:t>00:10–06:00</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繁茂之叶</w:t>
      </w:r>
      <w:r>
        <w:t>"——</w:t>
      </w:r>
      <w:r>
        <w:rPr>
          <w:rFonts w:ascii="微软雅黑" w:eastAsia="微软雅黑" w:hAnsi="微软雅黑" w:cs="微软雅黑" w:hint="eastAsia"/>
          <w:lang w:eastAsia="zh-CN"/>
        </w:rPr>
        <w:t>计算机视觉、自然语言处理、机器人学、语音识别与合成、计算生物学；后半段（</w:t>
      </w:r>
      <w:r>
        <w:t>06:00–16:00</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茁壮之枝</w:t>
      </w:r>
      <w:r>
        <w:t>"——</w:t>
      </w:r>
      <w:r>
        <w:rPr>
          <w:rFonts w:ascii="微软雅黑" w:eastAsia="微软雅黑" w:hAnsi="微软雅黑" w:cs="微软雅黑" w:hint="eastAsia"/>
          <w:lang w:eastAsia="zh-CN"/>
        </w:rPr>
        <w:t>卷积神经网络（</w:t>
      </w:r>
      <w:r>
        <w:t>CNN</w:t>
      </w:r>
      <w:r>
        <w:rPr>
          <w:rFonts w:ascii="微软雅黑" w:eastAsia="微软雅黑" w:hAnsi="微软雅黑" w:cs="微软雅黑" w:hint="eastAsia"/>
          <w:lang w:eastAsia="zh-CN"/>
        </w:rPr>
        <w:t>）、自注意力架构（</w:t>
      </w:r>
      <w:r>
        <w:t>Transformer</w:t>
      </w:r>
      <w:r>
        <w:rPr>
          <w:rFonts w:ascii="微软雅黑" w:eastAsia="微软雅黑" w:hAnsi="微软雅黑" w:cs="微软雅黑" w:hint="eastAsia"/>
          <w:lang w:eastAsia="zh-CN"/>
        </w:rPr>
        <w:t>）、生成模型。面向中小学教师，全程不用公式，靠图示与生活类比建立总体认知。</w:t>
      </w:r>
    </w:p>
    <w:p>
      <w:pPr/>
      <w:r>
        <w:rPr>
          <w:rFonts w:ascii="微软雅黑" w:eastAsia="微软雅黑" w:hAnsi="微软雅黑" w:cs="微软雅黑" w:hint="eastAsia"/>
          <w:b/>
          <w:lang w:eastAsia="zh-CN"/>
        </w:rPr>
        <w:t>一、五大应用领域（叶）</w:t>
      </w:r>
    </w:p>
    <w:p>
      <w:pPr>
        <w:pStyle w:val="ListNumber"/>
        <w:numPr>
          <w:ilvl w:val="0"/>
          <w:numId w:val="18"/>
        </w:numPr>
        <w:spacing w:after="72"/>
      </w:pPr>
      <w:r>
        <w:rPr>
          <w:rFonts w:ascii="微软雅黑" w:eastAsia="微软雅黑" w:hAnsi="微软雅黑" w:cs="微软雅黑" w:hint="eastAsia"/>
          <w:b/>
          <w:lang w:eastAsia="zh-CN"/>
        </w:rPr>
        <w:t>计算机视觉 Computer Vision</w:t>
      </w:r>
      <w:r>
        <w:t>——"</w:t>
      </w:r>
      <w:r>
        <w:rPr>
          <w:rFonts w:ascii="微软雅黑" w:eastAsia="微软雅黑" w:hAnsi="微软雅黑" w:cs="微软雅黑" w:hint="eastAsia"/>
          <w:lang w:eastAsia="zh-CN"/>
        </w:rPr>
        <w:t>让机器能看得见</w:t>
      </w:r>
      <w:r>
        <w:t>"</w:t>
      </w:r>
      <w:r>
        <w:rPr>
          <w:rFonts w:ascii="微软雅黑" w:eastAsia="微软雅黑" w:hAnsi="微软雅黑" w:cs="微软雅黑" w:hint="eastAsia"/>
          <w:lang w:eastAsia="zh-CN"/>
        </w:rPr>
        <w:t>。讲者以</w:t>
      </w:r>
      <w:r>
        <w:t>"</w:t>
      </w:r>
      <w:r>
        <w:rPr>
          <w:rFonts w:ascii="微软雅黑" w:eastAsia="微软雅黑" w:hAnsi="微软雅黑" w:cs="微软雅黑" w:hint="eastAsia"/>
          <w:lang w:eastAsia="zh-CN"/>
        </w:rPr>
        <w:t>看见是什么意思？</w:t>
      </w:r>
      <w:r>
        <w:t>"</w:t>
      </w:r>
      <w:r>
        <w:rPr>
          <w:rFonts w:ascii="微软雅黑" w:eastAsia="微软雅黑" w:hAnsi="微软雅黑" w:cs="微软雅黑" w:hint="eastAsia"/>
          <w:lang w:eastAsia="zh-CN"/>
        </w:rPr>
        <w:t>发问；借助人眼成像图讲解角膜（</w:t>
      </w:r>
      <w:r>
        <w:t>cornea</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晶状体（</w:t>
      </w:r>
      <w:r>
        <w:t>lens</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视网膜（</w:t>
      </w:r>
      <w:r>
        <w:t>retina</w:t>
      </w:r>
      <w:r>
        <w:rPr>
          <w:rFonts w:ascii="微软雅黑" w:eastAsia="微软雅黑" w:hAnsi="微软雅黑" w:cs="微软雅黑" w:hint="eastAsia"/>
          <w:lang w:eastAsia="zh-CN"/>
        </w:rPr>
        <w:t>）的成像过程；引入颜色理论，提到三棱镜分光、</w:t>
      </w:r>
      <w:r>
        <w:t>RGB/CMY</w:t>
      </w:r>
      <w:r>
        <w:rPr>
          <w:rFonts w:ascii="微软雅黑" w:eastAsia="微软雅黑" w:hAnsi="微软雅黑" w:cs="微软雅黑" w:hint="eastAsia"/>
          <w:lang w:eastAsia="zh-CN"/>
        </w:rPr>
        <w:t>色环，并点出关键人物</w:t>
      </w:r>
      <w:r>
        <w:rPr>
          <w:rFonts w:ascii="微软雅黑" w:eastAsia="微软雅黑" w:hAnsi="微软雅黑" w:cs="微软雅黑" w:hint="eastAsia"/>
          <w:b/>
          <w:lang w:eastAsia="zh-CN"/>
        </w:rPr>
        <w:t>牛顿</w:t>
      </w:r>
      <w:r>
        <w:rPr>
          <w:rFonts w:ascii="微软雅黑" w:eastAsia="微软雅黑" w:hAnsi="微软雅黑" w:cs="微软雅黑" w:hint="eastAsia"/>
          <w:lang w:eastAsia="zh-CN"/>
        </w:rPr>
        <w:t>，用三原色</w:t>
      </w:r>
      <w:r>
        <w:t>"</w:t>
      </w:r>
      <w:r>
        <w:rPr>
          <w:rFonts w:ascii="微软雅黑" w:eastAsia="微软雅黑" w:hAnsi="微软雅黑" w:cs="微软雅黑" w:hint="eastAsia"/>
          <w:lang w:eastAsia="zh-CN"/>
        </w:rPr>
        <w:t>可以构造出所有的颜色</w:t>
      </w:r>
      <w:r>
        <w:t>"</w:t>
      </w:r>
      <w:r>
        <w:rPr>
          <w:rFonts w:ascii="微软雅黑" w:eastAsia="微软雅黑" w:hAnsi="微软雅黑" w:cs="微软雅黑" w:hint="eastAsia"/>
          <w:lang w:eastAsia="zh-CN"/>
        </w:rPr>
        <w:t>。</w:t>
      </w:r>
    </w:p>
    <w:p>
      <w:pPr>
        <w:pStyle w:val="ListNumber"/>
        <w:numPr>
          <w:ilvl w:val="0"/>
          <w:numId w:val="18"/>
        </w:numPr>
        <w:spacing w:after="72"/>
      </w:pPr>
      <w:r>
        <w:rPr>
          <w:rFonts w:ascii="微软雅黑" w:eastAsia="微软雅黑" w:hAnsi="微软雅黑" w:cs="微软雅黑" w:hint="eastAsia"/>
          <w:b/>
          <w:lang w:eastAsia="zh-CN"/>
        </w:rPr>
        <w:t>自然语言处理 NLP</w:t>
      </w:r>
      <w:r>
        <w:t>——"</w:t>
      </w:r>
      <w:r>
        <w:rPr>
          <w:rFonts w:ascii="微软雅黑" w:eastAsia="微软雅黑" w:hAnsi="微软雅黑" w:cs="微软雅黑" w:hint="eastAsia"/>
          <w:lang w:eastAsia="zh-CN"/>
        </w:rPr>
        <w:t>听懂人话，会说话</w:t>
      </w:r>
      <w:r>
        <w:t>"</w:t>
      </w:r>
      <w:r>
        <w:rPr>
          <w:rFonts w:ascii="微软雅黑" w:eastAsia="微软雅黑" w:hAnsi="微软雅黑" w:cs="微软雅黑" w:hint="eastAsia"/>
          <w:lang w:eastAsia="zh-CN"/>
        </w:rPr>
        <w:t>。视频给出八步流程图与模块构成，并明确提及国产大模型</w:t>
      </w:r>
      <w:r>
        <w:rPr>
          <w:b/>
        </w:rPr>
        <w:t>DeepSeek</w:t>
      </w:r>
      <w:r>
        <w:rPr>
          <w:rFonts w:ascii="微软雅黑" w:eastAsia="微软雅黑" w:hAnsi="微软雅黑" w:cs="微软雅黑" w:hint="eastAsia"/>
          <w:lang w:eastAsia="zh-CN"/>
        </w:rPr>
        <w:t>；其工作流程为：原始数据</w:t>
      </w:r>
      <w:r>
        <w:t>→</w:t>
      </w:r>
      <w:r>
        <w:rPr>
          <w:rFonts w:ascii="微软雅黑" w:eastAsia="微软雅黑" w:hAnsi="微软雅黑" w:cs="微软雅黑" w:hint="eastAsia"/>
          <w:lang w:eastAsia="zh-CN"/>
        </w:rPr>
        <w:t>数据预处理</w:t>
      </w:r>
      <w:r>
        <w:t>→</w:t>
      </w:r>
      <w:r>
        <w:rPr>
          <w:rFonts w:ascii="微软雅黑" w:eastAsia="微软雅黑" w:hAnsi="微软雅黑" w:cs="微软雅黑" w:hint="eastAsia"/>
          <w:lang w:eastAsia="zh-CN"/>
        </w:rPr>
        <w:t>特征提取</w:t>
      </w:r>
      <w:r>
        <w:t>→</w:t>
      </w:r>
      <w:r>
        <w:rPr>
          <w:rFonts w:ascii="微软雅黑" w:eastAsia="微软雅黑" w:hAnsi="微软雅黑" w:cs="微软雅黑" w:hint="eastAsia"/>
          <w:lang w:eastAsia="zh-CN"/>
        </w:rPr>
        <w:t>模型训练</w:t>
      </w:r>
      <w:r>
        <w:t>→</w:t>
      </w:r>
      <w:r>
        <w:rPr>
          <w:rFonts w:ascii="微软雅黑" w:eastAsia="微软雅黑" w:hAnsi="微软雅黑" w:cs="微软雅黑" w:hint="eastAsia"/>
          <w:lang w:eastAsia="zh-CN"/>
        </w:rPr>
        <w:t>语义解析</w:t>
      </w:r>
      <w:r>
        <w:t>→</w:t>
      </w:r>
      <w:r>
        <w:rPr>
          <w:rFonts w:ascii="微软雅黑" w:eastAsia="微软雅黑" w:hAnsi="微软雅黑" w:cs="微软雅黑" w:hint="eastAsia"/>
          <w:lang w:eastAsia="zh-CN"/>
        </w:rPr>
        <w:t>输出生成</w:t>
      </w:r>
      <w:r>
        <w:t>→</w:t>
      </w:r>
      <w:r>
        <w:rPr>
          <w:rFonts w:ascii="微软雅黑" w:eastAsia="微软雅黑" w:hAnsi="微软雅黑" w:cs="微软雅黑" w:hint="eastAsia"/>
          <w:lang w:eastAsia="zh-CN"/>
        </w:rPr>
        <w:t>任务执行。</w:t>
      </w:r>
    </w:p>
    <w:p>
      <w:pPr>
        <w:pStyle w:val="ListNumber"/>
        <w:numPr>
          <w:ilvl w:val="0"/>
          <w:numId w:val="18"/>
        </w:numPr>
        <w:spacing w:after="72"/>
      </w:pPr>
      <w:r>
        <w:rPr>
          <w:rFonts w:ascii="微软雅黑" w:eastAsia="微软雅黑" w:hAnsi="微软雅黑" w:cs="微软雅黑" w:hint="eastAsia"/>
          <w:b/>
          <w:lang w:eastAsia="zh-CN"/>
        </w:rPr>
        <w:t>机器人学</w:t>
      </w:r>
      <w:r>
        <w:t>——</w:t>
      </w:r>
      <w:r>
        <w:rPr>
          <w:rFonts w:ascii="微软雅黑" w:eastAsia="微软雅黑" w:hAnsi="微软雅黑" w:cs="微软雅黑" w:hint="eastAsia"/>
          <w:lang w:eastAsia="zh-CN"/>
        </w:rPr>
        <w:t>与多模态</w:t>
      </w:r>
      <w:r>
        <w:t>AI</w:t>
      </w:r>
      <w:r>
        <w:rPr>
          <w:rFonts w:ascii="微软雅黑" w:eastAsia="微软雅黑" w:hAnsi="微软雅黑" w:cs="微软雅黑" w:hint="eastAsia"/>
          <w:lang w:eastAsia="zh-CN"/>
        </w:rPr>
        <w:t>结合称为</w:t>
      </w:r>
      <w:r>
        <w:rPr>
          <w:rFonts w:ascii="微软雅黑" w:eastAsia="微软雅黑" w:hAnsi="微软雅黑" w:cs="微软雅黑" w:hint="eastAsia"/>
          <w:b/>
          <w:lang w:eastAsia="zh-CN"/>
        </w:rPr>
        <w:t>具身智能</w:t>
      </w:r>
      <w:r>
        <w:rPr>
          <w:rFonts w:ascii="微软雅黑" w:eastAsia="微软雅黑" w:hAnsi="微软雅黑" w:cs="微软雅黑" w:hint="eastAsia"/>
          <w:lang w:eastAsia="zh-CN"/>
        </w:rPr>
        <w:t>（前沿研究方向），强调</w:t>
      </w:r>
      <w:r>
        <w:t>"</w:t>
      </w:r>
      <w:r>
        <w:rPr>
          <w:rFonts w:ascii="微软雅黑" w:eastAsia="微软雅黑" w:hAnsi="微软雅黑" w:cs="微软雅黑" w:hint="eastAsia"/>
          <w:lang w:eastAsia="zh-CN"/>
        </w:rPr>
        <w:t>要能动，还要能懂</w:t>
      </w:r>
      <w:r>
        <w:t>"</w:t>
      </w:r>
      <w:r>
        <w:rPr>
          <w:rFonts w:ascii="微软雅黑" w:eastAsia="微软雅黑" w:hAnsi="微软雅黑" w:cs="微软雅黑" w:hint="eastAsia"/>
          <w:lang w:eastAsia="zh-CN"/>
        </w:rPr>
        <w:t>。</w:t>
      </w:r>
    </w:p>
    <w:p>
      <w:pPr>
        <w:pStyle w:val="ListNumber"/>
        <w:numPr>
          <w:ilvl w:val="0"/>
          <w:numId w:val="18"/>
        </w:numPr>
        <w:spacing w:after="72"/>
      </w:pPr>
      <w:r>
        <w:rPr>
          <w:rFonts w:ascii="微软雅黑" w:eastAsia="微软雅黑" w:hAnsi="微软雅黑" w:cs="微软雅黑" w:hint="eastAsia"/>
          <w:b/>
          <w:lang w:eastAsia="zh-CN"/>
        </w:rPr>
        <w:t>语音识别与合成</w:t>
      </w:r>
      <w:r>
        <w:t>——Speech to Text</w:t>
      </w:r>
      <w:r>
        <w:rPr>
          <w:rFonts w:ascii="微软雅黑" w:eastAsia="微软雅黑" w:hAnsi="微软雅黑" w:cs="微软雅黑" w:hint="eastAsia"/>
          <w:lang w:eastAsia="zh-CN"/>
        </w:rPr>
        <w:t>；讲者追问</w:t>
      </w:r>
      <w:r>
        <w:t>"</w:t>
      </w:r>
      <w:r>
        <w:rPr>
          <w:rFonts w:ascii="微软雅黑" w:eastAsia="微软雅黑" w:hAnsi="微软雅黑" w:cs="微软雅黑" w:hint="eastAsia"/>
          <w:lang w:eastAsia="zh-CN"/>
        </w:rPr>
        <w:t>黑箱内部发生了什么？</w:t>
      </w:r>
      <w:r>
        <w:t>"</w:t>
      </w:r>
      <w:r>
        <w:rPr>
          <w:rFonts w:ascii="微软雅黑" w:eastAsia="微软雅黑" w:hAnsi="微软雅黑" w:cs="微软雅黑" w:hint="eastAsia"/>
          <w:lang w:eastAsia="zh-CN"/>
        </w:rPr>
        <w:t>，并以人脑处理链作类比，把语音识别视作黑箱（语言</w:t>
      </w:r>
      <w:r>
        <w:t>→</w:t>
      </w:r>
      <w:r>
        <w:rPr>
          <w:rFonts w:ascii="微软雅黑" w:eastAsia="微软雅黑" w:hAnsi="微软雅黑" w:cs="微软雅黑" w:hint="eastAsia"/>
          <w:lang w:eastAsia="zh-CN"/>
        </w:rPr>
        <w:t>输入</w:t>
      </w:r>
      <w:r>
        <w:t>→</w:t>
      </w:r>
      <w:r>
        <w:rPr>
          <w:rFonts w:ascii="微软雅黑" w:eastAsia="微软雅黑" w:hAnsi="微软雅黑" w:cs="微软雅黑" w:hint="eastAsia"/>
          <w:lang w:eastAsia="zh-CN"/>
        </w:rPr>
        <w:t>黑箱</w:t>
      </w:r>
      <w:r>
        <w:t>→</w:t>
      </w:r>
      <w:r>
        <w:rPr>
          <w:rFonts w:ascii="微软雅黑" w:eastAsia="微软雅黑" w:hAnsi="微软雅黑" w:cs="微软雅黑" w:hint="eastAsia"/>
          <w:lang w:eastAsia="zh-CN"/>
        </w:rPr>
        <w:t>输出</w:t>
      </w:r>
      <w:r>
        <w:t>→</w:t>
      </w:r>
      <w:r>
        <w:rPr>
          <w:rFonts w:ascii="微软雅黑" w:eastAsia="微软雅黑" w:hAnsi="微软雅黑" w:cs="微软雅黑" w:hint="eastAsia"/>
          <w:lang w:eastAsia="zh-CN"/>
        </w:rPr>
        <w:t>文字），</w:t>
      </w:r>
      <w:r>
        <w:t>"</w:t>
      </w:r>
      <w:r>
        <w:rPr>
          <w:rFonts w:ascii="微软雅黑" w:eastAsia="微软雅黑" w:hAnsi="微软雅黑" w:cs="微软雅黑" w:hint="eastAsia"/>
          <w:lang w:eastAsia="zh-CN"/>
        </w:rPr>
        <w:t>是在懂的基础上把它变成文字</w:t>
      </w:r>
      <w:r>
        <w:t>"</w:t>
      </w:r>
      <w:r>
        <w:rPr>
          <w:rFonts w:ascii="微软雅黑" w:eastAsia="微软雅黑" w:hAnsi="微软雅黑" w:cs="微软雅黑" w:hint="eastAsia"/>
          <w:lang w:eastAsia="zh-CN"/>
        </w:rPr>
        <w:t>。</w:t>
      </w:r>
    </w:p>
    <w:p>
      <w:pPr>
        <w:pStyle w:val="ListNumber"/>
        <w:numPr>
          <w:ilvl w:val="0"/>
          <w:numId w:val="18"/>
        </w:numPr>
        <w:spacing w:after="72"/>
      </w:pPr>
      <w:r>
        <w:rPr>
          <w:rFonts w:ascii="微软雅黑" w:eastAsia="微软雅黑" w:hAnsi="微软雅黑" w:cs="微软雅黑" w:hint="eastAsia"/>
          <w:b/>
          <w:lang w:eastAsia="zh-CN"/>
        </w:rPr>
        <w:t>计算生物学</w:t>
      </w:r>
      <w:r>
        <w:t>——</w:t>
      </w:r>
      <w:r>
        <w:rPr>
          <w:rFonts w:ascii="微软雅黑" w:eastAsia="微软雅黑" w:hAnsi="微软雅黑" w:cs="微软雅黑" w:hint="eastAsia"/>
          <w:lang w:eastAsia="zh-CN"/>
        </w:rPr>
        <w:t>涵盖五大任务与五组学科交叉。五大任务为：解读生命密码、预测生命形状、创造生命应用、理解生命网络、追溯生命历程；五组交叉为：</w:t>
      </w:r>
      <w:r>
        <w:t>GENETICS AND DATA</w:t>
      </w:r>
      <w:r>
        <w:rPr>
          <w:rFonts w:ascii="微软雅黑" w:eastAsia="微软雅黑" w:hAnsi="微软雅黑" w:cs="微软雅黑" w:hint="eastAsia"/>
          <w:lang w:eastAsia="zh-CN"/>
        </w:rPr>
        <w:t>／</w:t>
      </w:r>
      <w:r>
        <w:t>TECHNOLOGY AND BIOLOGY</w:t>
      </w:r>
      <w:r>
        <w:rPr>
          <w:rFonts w:ascii="微软雅黑" w:eastAsia="微软雅黑" w:hAnsi="微软雅黑" w:cs="微软雅黑" w:hint="eastAsia"/>
          <w:lang w:eastAsia="zh-CN"/>
        </w:rPr>
        <w:t>／</w:t>
      </w:r>
      <w:r>
        <w:t>CELLULAR AND COMPUTATION</w:t>
      </w:r>
      <w:r>
        <w:rPr>
          <w:rFonts w:ascii="微软雅黑" w:eastAsia="微软雅黑" w:hAnsi="微软雅黑" w:cs="微软雅黑" w:hint="eastAsia"/>
          <w:lang w:eastAsia="zh-CN"/>
        </w:rPr>
        <w:t>／</w:t>
      </w:r>
      <w:r>
        <w:t>MOLECULAR AND ANALYSIS</w:t>
      </w:r>
      <w:r>
        <w:rPr>
          <w:rFonts w:ascii="微软雅黑" w:eastAsia="微软雅黑" w:hAnsi="微软雅黑" w:cs="微软雅黑" w:hint="eastAsia"/>
          <w:lang w:eastAsia="zh-CN"/>
        </w:rPr>
        <w:t>／</w:t>
      </w:r>
      <w:r>
        <w:t>EVOLUTION AND DATA</w:t>
      </w:r>
      <w:r>
        <w:rPr>
          <w:rFonts w:ascii="微软雅黑" w:eastAsia="微软雅黑" w:hAnsi="微软雅黑" w:cs="微软雅黑" w:hint="eastAsia"/>
          <w:lang w:eastAsia="zh-CN"/>
        </w:rPr>
        <w:t>。生命</w:t>
      </w:r>
      <w:r>
        <w:t>"</w:t>
      </w:r>
      <w:r>
        <w:rPr>
          <w:rFonts w:ascii="微软雅黑" w:eastAsia="微软雅黑" w:hAnsi="微软雅黑" w:cs="微软雅黑" w:hint="eastAsia"/>
          <w:lang w:eastAsia="zh-CN"/>
        </w:rPr>
        <w:t>主要是蛋白质构造的</w:t>
      </w:r>
      <w:r>
        <w:t>"</w:t>
      </w:r>
      <w:r>
        <w:rPr>
          <w:rFonts w:ascii="微软雅黑" w:eastAsia="微软雅黑" w:hAnsi="微软雅黑" w:cs="微软雅黑" w:hint="eastAsia"/>
          <w:lang w:eastAsia="zh-CN"/>
        </w:rPr>
        <w:t>，研究系统生物学与网络分析，用于设计新药与医学诊疗。</w:t>
      </w:r>
    </w:p>
    <w:p>
      <w:pPr/>
      <w:r>
        <w:rPr>
          <w:rFonts w:ascii="微软雅黑" w:eastAsia="微软雅黑" w:hAnsi="微软雅黑" w:cs="微软雅黑" w:hint="eastAsia"/>
          <w:b/>
          <w:lang w:eastAsia="zh-CN"/>
        </w:rPr>
        <w:t>二、人机视觉对照（关键案例）</w:t>
      </w:r>
    </w:p>
    <w:p>
      <w:pPr/>
      <w:r>
        <w:rPr>
          <w:rFonts w:ascii="微软雅黑" w:eastAsia="微软雅黑" w:hAnsi="微软雅黑" w:cs="微软雅黑" w:hint="eastAsia"/>
          <w:lang w:eastAsia="zh-CN"/>
        </w:rPr>
        <w:t>同一张</w:t>
      </w:r>
      <w:r>
        <w:t>"</w:t>
      </w:r>
      <w:r>
        <w:rPr>
          <w:rFonts w:ascii="微软雅黑" w:eastAsia="微软雅黑" w:hAnsi="微软雅黑" w:cs="微软雅黑" w:hint="eastAsia"/>
          <w:lang w:eastAsia="zh-CN"/>
        </w:rPr>
        <w:t>海神喷泉</w:t>
      </w:r>
      <w:r>
        <w:t>"</w:t>
      </w:r>
      <w:r>
        <w:rPr>
          <w:rFonts w:ascii="微软雅黑" w:eastAsia="微软雅黑" w:hAnsi="微软雅黑" w:cs="微软雅黑" w:hint="eastAsia"/>
          <w:lang w:eastAsia="zh-CN"/>
        </w:rPr>
        <w:t>图，人的识别路径是</w:t>
      </w:r>
      <w:r>
        <w:t>"</w:t>
      </w:r>
      <w:r>
        <w:rPr>
          <w:rFonts w:ascii="微软雅黑" w:eastAsia="微软雅黑" w:hAnsi="微软雅黑" w:cs="微软雅黑" w:hint="eastAsia"/>
          <w:lang w:eastAsia="zh-CN"/>
        </w:rPr>
        <w:t>眼睛</w:t>
      </w:r>
      <w:r>
        <w:t>→</w:t>
      </w:r>
      <w:r>
        <w:rPr>
          <w:rFonts w:ascii="微软雅黑" w:eastAsia="微软雅黑" w:hAnsi="微软雅黑" w:cs="微软雅黑" w:hint="eastAsia"/>
          <w:lang w:eastAsia="zh-CN"/>
        </w:rPr>
        <w:t>大脑</w:t>
      </w:r>
      <w:r>
        <w:t>→</w:t>
      </w:r>
      <w:r>
        <w:rPr>
          <w:rFonts w:ascii="微软雅黑" w:eastAsia="微软雅黑" w:hAnsi="微软雅黑" w:cs="微软雅黑" w:hint="eastAsia"/>
          <w:lang w:eastAsia="zh-CN"/>
        </w:rPr>
        <w:t>结果</w:t>
      </w:r>
      <w:r>
        <w:t>"</w:t>
      </w:r>
      <w:r>
        <w:rPr>
          <w:rFonts w:ascii="微软雅黑" w:eastAsia="微软雅黑" w:hAnsi="微软雅黑" w:cs="微软雅黑" w:hint="eastAsia"/>
          <w:lang w:eastAsia="zh-CN"/>
        </w:rPr>
        <w:t>，机器是</w:t>
      </w:r>
      <w:r>
        <w:t>"</w:t>
      </w:r>
      <w:r>
        <w:rPr>
          <w:rFonts w:ascii="微软雅黑" w:eastAsia="微软雅黑" w:hAnsi="微软雅黑" w:cs="微软雅黑" w:hint="eastAsia"/>
          <w:lang w:eastAsia="zh-CN"/>
        </w:rPr>
        <w:t>摄像头</w:t>
      </w:r>
      <w:r>
        <w:t>→</w:t>
      </w:r>
      <w:r>
        <w:rPr>
          <w:rFonts w:ascii="微软雅黑" w:eastAsia="微软雅黑" w:hAnsi="微软雅黑" w:cs="微软雅黑" w:hint="eastAsia"/>
          <w:lang w:eastAsia="zh-CN"/>
        </w:rPr>
        <w:t>电脑</w:t>
      </w:r>
      <w:r>
        <w:t>→</w:t>
      </w:r>
      <w:r>
        <w:rPr>
          <w:rFonts w:ascii="微软雅黑" w:eastAsia="微软雅黑" w:hAnsi="微软雅黑" w:cs="微软雅黑" w:hint="eastAsia"/>
          <w:lang w:eastAsia="zh-CN"/>
        </w:rPr>
        <w:t>结果</w:t>
      </w:r>
      <w:r>
        <w:t>"</w:t>
      </w:r>
      <w:r>
        <w:rPr>
          <w:rFonts w:ascii="微软雅黑" w:eastAsia="微软雅黑" w:hAnsi="微软雅黑" w:cs="微软雅黑" w:hint="eastAsia"/>
          <w:lang w:eastAsia="zh-CN"/>
        </w:rPr>
        <w:t>，机器输出带概率：</w:t>
      </w:r>
      <w:r>
        <w:rPr>
          <w:rFonts w:ascii="微软雅黑" w:eastAsia="微软雅黑" w:hAnsi="微软雅黑" w:cs="微软雅黑" w:hint="eastAsia"/>
          <w:b/>
          <w:lang w:eastAsia="zh-CN"/>
        </w:rPr>
        <w:t>84%是喷泉、15%巴洛克、1%不太确定</w:t>
      </w:r>
      <w:r>
        <w:t>——</w:t>
      </w:r>
      <w:r>
        <w:rPr>
          <w:rFonts w:ascii="微软雅黑" w:eastAsia="微软雅黑" w:hAnsi="微软雅黑" w:cs="微软雅黑" w:hint="eastAsia"/>
          <w:lang w:eastAsia="zh-CN"/>
        </w:rPr>
        <w:t>机器给的是概率而非确定判断。视觉技术完整流程链为：图像输入</w:t>
      </w:r>
      <w:r>
        <w:t>→</w:t>
      </w:r>
      <w:r>
        <w:rPr>
          <w:rFonts w:ascii="微软雅黑" w:eastAsia="微软雅黑" w:hAnsi="微软雅黑" w:cs="微软雅黑" w:hint="eastAsia"/>
          <w:lang w:eastAsia="zh-CN"/>
        </w:rPr>
        <w:t>转换为数值</w:t>
      </w:r>
      <w:r>
        <w:t>→</w:t>
      </w:r>
      <w:r>
        <w:rPr>
          <w:rFonts w:ascii="微软雅黑" w:eastAsia="微软雅黑" w:hAnsi="微软雅黑" w:cs="微软雅黑" w:hint="eastAsia"/>
          <w:lang w:eastAsia="zh-CN"/>
        </w:rPr>
        <w:t>模式识别</w:t>
      </w:r>
      <w:r>
        <w:t>→</w:t>
      </w:r>
      <w:r>
        <w:rPr>
          <w:rFonts w:ascii="微软雅黑" w:eastAsia="微软雅黑" w:hAnsi="微软雅黑" w:cs="微软雅黑" w:hint="eastAsia"/>
          <w:lang w:eastAsia="zh-CN"/>
        </w:rPr>
        <w:t>带标签的训练集</w:t>
      </w:r>
      <w:r>
        <w:t>→</w:t>
      </w:r>
      <w:r>
        <w:rPr>
          <w:rFonts w:ascii="微软雅黑" w:eastAsia="微软雅黑" w:hAnsi="微软雅黑" w:cs="微软雅黑" w:hint="eastAsia"/>
          <w:lang w:eastAsia="zh-CN"/>
        </w:rPr>
        <w:t>特征提取</w:t>
      </w:r>
      <w:r>
        <w:t>→</w:t>
      </w:r>
      <w:r>
        <w:rPr>
          <w:rFonts w:ascii="微软雅黑" w:eastAsia="微软雅黑" w:hAnsi="微软雅黑" w:cs="微软雅黑" w:hint="eastAsia"/>
          <w:lang w:eastAsia="zh-CN"/>
        </w:rPr>
        <w:t>图像识别与精度监测</w:t>
      </w:r>
      <w:r>
        <w:t>→</w:t>
      </w:r>
      <w:r>
        <w:rPr>
          <w:rFonts w:ascii="微软雅黑" w:eastAsia="微软雅黑" w:hAnsi="微软雅黑" w:cs="微软雅黑" w:hint="eastAsia"/>
          <w:lang w:eastAsia="zh-CN"/>
        </w:rPr>
        <w:t>重新训练模型以提升精度。主流模型包括：</w:t>
      </w:r>
      <w:r>
        <w:t>CNN</w:t>
      </w:r>
      <w:r>
        <w:rPr>
          <w:rFonts w:ascii="微软雅黑" w:eastAsia="微软雅黑" w:hAnsi="微软雅黑" w:cs="微软雅黑" w:hint="eastAsia"/>
          <w:lang w:eastAsia="zh-CN"/>
        </w:rPr>
        <w:t>、</w:t>
      </w:r>
      <w:r>
        <w:t>ViT</w:t>
      </w:r>
      <w:r>
        <w:rPr>
          <w:rFonts w:ascii="微软雅黑" w:eastAsia="微软雅黑" w:hAnsi="微软雅黑" w:cs="微软雅黑" w:hint="eastAsia"/>
          <w:lang w:eastAsia="zh-CN"/>
        </w:rPr>
        <w:t>、</w:t>
      </w:r>
      <w:r>
        <w:t>R-CNN</w:t>
      </w:r>
      <w:r>
        <w:rPr>
          <w:rFonts w:ascii="微软雅黑" w:eastAsia="微软雅黑" w:hAnsi="微软雅黑" w:cs="微软雅黑" w:hint="eastAsia"/>
          <w:lang w:eastAsia="zh-CN"/>
        </w:rPr>
        <w:t>、</w:t>
      </w:r>
      <w:r>
        <w:t>EfficientNet</w:t>
      </w:r>
      <w:r>
        <w:rPr>
          <w:rFonts w:ascii="微软雅黑" w:eastAsia="微软雅黑" w:hAnsi="微软雅黑" w:cs="微软雅黑" w:hint="eastAsia"/>
          <w:lang w:eastAsia="zh-CN"/>
        </w:rPr>
        <w:t>、</w:t>
      </w:r>
      <w:r>
        <w:t>YOLO</w:t>
      </w:r>
      <w:r>
        <w:rPr>
          <w:rFonts w:ascii="微软雅黑" w:eastAsia="微软雅黑" w:hAnsi="微软雅黑" w:cs="微软雅黑" w:hint="eastAsia"/>
          <w:lang w:eastAsia="zh-CN"/>
        </w:rPr>
        <w:t>、</w:t>
      </w:r>
      <w:r>
        <w:t>CLIP</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三、自然语言处理（NLP）细解</w:t>
      </w:r>
    </w:p>
    <w:p>
      <w:pPr/>
      <w:r>
        <w:t>①</w:t>
      </w:r>
      <w:r>
        <w:rPr>
          <w:rFonts w:ascii="微软雅黑" w:eastAsia="微软雅黑" w:hAnsi="微软雅黑" w:cs="微软雅黑" w:hint="eastAsia"/>
          <w:lang w:eastAsia="zh-CN"/>
        </w:rPr>
        <w:t>八步流程：文本输入与数据收集、文本预处理、文本表示、特征选择、模型选择与训练、模型部署与推理、评估与优化、迭代与改进；</w:t>
      </w:r>
      <w:r>
        <w:t>②</w:t>
      </w:r>
      <w:r>
        <w:rPr>
          <w:rFonts w:ascii="微软雅黑" w:eastAsia="微软雅黑" w:hAnsi="微软雅黑" w:cs="微软雅黑" w:hint="eastAsia"/>
          <w:lang w:eastAsia="zh-CN"/>
        </w:rPr>
        <w:t>模块构成：人机对话管理系统、机器感知、自然语言分类器、自然语言理解、自然语言生成；</w:t>
      </w:r>
      <w:r>
        <w:t>③</w:t>
      </w:r>
      <w:r>
        <w:rPr>
          <w:rFonts w:ascii="微软雅黑" w:eastAsia="微软雅黑" w:hAnsi="微软雅黑" w:cs="微软雅黑" w:hint="eastAsia"/>
          <w:lang w:eastAsia="zh-CN"/>
        </w:rPr>
        <w:t>关键动作包括</w:t>
      </w:r>
      <w:r>
        <w:t>"</w:t>
      </w:r>
      <w:r>
        <w:rPr>
          <w:rFonts w:ascii="微软雅黑" w:eastAsia="微软雅黑" w:hAnsi="微软雅黑" w:cs="微软雅黑" w:hint="eastAsia"/>
          <w:lang w:eastAsia="zh-CN"/>
        </w:rPr>
        <w:t>去掉用词等规范化操作</w:t>
      </w:r>
      <w:r>
        <w:t>""</w:t>
      </w:r>
      <w:r>
        <w:rPr>
          <w:rFonts w:ascii="微软雅黑" w:eastAsia="微软雅黑" w:hAnsi="微软雅黑" w:cs="微软雅黑" w:hint="eastAsia"/>
          <w:lang w:eastAsia="zh-CN"/>
        </w:rPr>
        <w:t>转化为计算机可理解的数值向量</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四、语音识别的人机类比</w:t>
      </w:r>
    </w:p>
    <w:p>
      <w:pPr/>
      <w:r>
        <w:rPr>
          <w:rFonts w:ascii="微软雅黑" w:eastAsia="微软雅黑" w:hAnsi="微软雅黑" w:cs="微软雅黑" w:hint="eastAsia"/>
          <w:lang w:eastAsia="zh-CN"/>
        </w:rPr>
        <w:t>耳朵听到声音</w:t>
      </w:r>
      <w:r>
        <w:t>→</w:t>
      </w:r>
      <w:r>
        <w:rPr>
          <w:rFonts w:ascii="微软雅黑" w:eastAsia="微软雅黑" w:hAnsi="微软雅黑" w:cs="微软雅黑" w:hint="eastAsia"/>
          <w:lang w:eastAsia="zh-CN"/>
        </w:rPr>
        <w:t>大脑处理声音信息</w:t>
      </w:r>
      <w:r>
        <w:t>→</w:t>
      </w:r>
      <w:r>
        <w:rPr>
          <w:rFonts w:ascii="微软雅黑" w:eastAsia="微软雅黑" w:hAnsi="微软雅黑" w:cs="微软雅黑" w:hint="eastAsia"/>
          <w:lang w:eastAsia="zh-CN"/>
        </w:rPr>
        <w:t>声音转拼音</w:t>
      </w:r>
      <w:r>
        <w:t>→</w:t>
      </w:r>
      <w:r>
        <w:rPr>
          <w:rFonts w:ascii="微软雅黑" w:eastAsia="微软雅黑" w:hAnsi="微软雅黑" w:cs="微软雅黑" w:hint="eastAsia"/>
          <w:lang w:eastAsia="zh-CN"/>
        </w:rPr>
        <w:t>拼写转汉字</w:t>
      </w:r>
      <w:r>
        <w:t>→</w:t>
      </w:r>
      <w:r>
        <w:rPr>
          <w:rFonts w:ascii="微软雅黑" w:eastAsia="微软雅黑" w:hAnsi="微软雅黑" w:cs="微软雅黑" w:hint="eastAsia"/>
          <w:lang w:eastAsia="zh-CN"/>
        </w:rPr>
        <w:t>汉字组词</w:t>
      </w:r>
      <w:r>
        <w:t>→</w:t>
      </w:r>
      <w:r>
        <w:rPr>
          <w:rFonts w:ascii="微软雅黑" w:eastAsia="微软雅黑" w:hAnsi="微软雅黑" w:cs="微软雅黑" w:hint="eastAsia"/>
          <w:lang w:eastAsia="zh-CN"/>
        </w:rPr>
        <w:t>呈现汉字；讲者把语音识别视作黑箱，强调</w:t>
      </w:r>
      <w:r>
        <w:t>"</w:t>
      </w:r>
      <w:r>
        <w:rPr>
          <w:rFonts w:ascii="微软雅黑" w:eastAsia="微软雅黑" w:hAnsi="微软雅黑" w:cs="微软雅黑" w:hint="eastAsia"/>
          <w:lang w:eastAsia="zh-CN"/>
        </w:rPr>
        <w:t>它就把你说的话变成文字了</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五、底层支撑技术（枝）</w:t>
      </w:r>
    </w:p>
    <w:p>
      <w:pPr>
        <w:pStyle w:val="ListNumber"/>
        <w:numPr>
          <w:ilvl w:val="0"/>
          <w:numId w:val="19"/>
        </w:numPr>
        <w:spacing w:after="72"/>
      </w:pPr>
      <w:r>
        <w:rPr>
          <w:rFonts w:ascii="微软雅黑" w:eastAsia="微软雅黑" w:hAnsi="微软雅黑" w:cs="微软雅黑" w:hint="eastAsia"/>
          <w:b/>
          <w:lang w:eastAsia="zh-CN"/>
        </w:rPr>
        <w:t>卷积神经网络 CNN</w:t>
      </w:r>
      <w:r>
        <w:t>——"</w:t>
      </w:r>
      <w:r>
        <w:rPr>
          <w:rFonts w:ascii="微软雅黑" w:eastAsia="微软雅黑" w:hAnsi="微软雅黑" w:cs="微软雅黑" w:hint="eastAsia"/>
          <w:lang w:eastAsia="zh-CN"/>
        </w:rPr>
        <w:t>深度学习中专用来处理具有网络结构数据（如图像、视频）的一种神经网络</w:t>
      </w:r>
      <w:r>
        <w:t>"</w:t>
      </w:r>
      <w:r>
        <w:rPr>
          <w:rFonts w:ascii="微软雅黑" w:eastAsia="微软雅黑" w:hAnsi="微软雅黑" w:cs="微软雅黑" w:hint="eastAsia"/>
          <w:lang w:eastAsia="zh-CN"/>
        </w:rPr>
        <w:t>，即</w:t>
      </w:r>
      <w:r>
        <w:t>"</w:t>
      </w:r>
      <w:r>
        <w:rPr>
          <w:rFonts w:ascii="微软雅黑" w:eastAsia="微软雅黑" w:hAnsi="微软雅黑" w:cs="微软雅黑" w:hint="eastAsia"/>
          <w:lang w:eastAsia="zh-CN"/>
        </w:rPr>
        <w:t>让机器能看见</w:t>
      </w:r>
      <w:r>
        <w:t>"</w:t>
      </w:r>
      <w:r>
        <w:rPr>
          <w:rFonts w:ascii="微软雅黑" w:eastAsia="微软雅黑" w:hAnsi="微软雅黑" w:cs="微软雅黑" w:hint="eastAsia"/>
          <w:lang w:eastAsia="zh-CN"/>
        </w:rPr>
        <w:t>。</w:t>
      </w:r>
    </w:p>
    <w:p>
      <w:pPr>
        <w:pStyle w:val="ListNumber"/>
        <w:numPr>
          <w:ilvl w:val="0"/>
          <w:numId w:val="19"/>
        </w:numPr>
        <w:spacing w:after="72"/>
      </w:pPr>
      <w:r>
        <w:rPr>
          <w:rFonts w:ascii="微软雅黑" w:eastAsia="微软雅黑" w:hAnsi="微软雅黑" w:cs="微软雅黑" w:hint="eastAsia"/>
          <w:b/>
          <w:lang w:eastAsia="zh-CN"/>
        </w:rPr>
        <w:t>生成模型</w:t>
      </w:r>
      <w:r>
        <w:t>——</w:t>
      </w:r>
      <w:r>
        <w:rPr>
          <w:rFonts w:ascii="微软雅黑" w:eastAsia="微软雅黑" w:hAnsi="微软雅黑" w:cs="微软雅黑" w:hint="eastAsia"/>
          <w:lang w:eastAsia="zh-CN"/>
        </w:rPr>
        <w:t>包括</w:t>
      </w:r>
      <w:r>
        <w:t>GANs</w:t>
      </w:r>
      <w:r>
        <w:rPr>
          <w:rFonts w:ascii="微软雅黑" w:eastAsia="微软雅黑" w:hAnsi="微软雅黑" w:cs="微软雅黑" w:hint="eastAsia"/>
          <w:lang w:eastAsia="zh-CN"/>
        </w:rPr>
        <w:t>／</w:t>
      </w:r>
      <w:r>
        <w:t>Diffusion Models</w:t>
      </w:r>
      <w:r>
        <w:rPr>
          <w:rFonts w:ascii="微软雅黑" w:eastAsia="微软雅黑" w:hAnsi="微软雅黑" w:cs="微软雅黑" w:hint="eastAsia"/>
          <w:lang w:eastAsia="zh-CN"/>
        </w:rPr>
        <w:t>／</w:t>
      </w:r>
      <w:r>
        <w:t>VAEs</w:t>
      </w:r>
      <w:r>
        <w:rPr>
          <w:rFonts w:ascii="微软雅黑" w:eastAsia="微软雅黑" w:hAnsi="微软雅黑" w:cs="微软雅黑" w:hint="eastAsia"/>
          <w:lang w:eastAsia="zh-CN"/>
        </w:rPr>
        <w:t>，特点是</w:t>
      </w:r>
      <w:r>
        <w:t>"</w:t>
      </w:r>
      <w:r>
        <w:rPr>
          <w:rFonts w:ascii="微软雅黑" w:eastAsia="微软雅黑" w:hAnsi="微软雅黑" w:cs="微软雅黑" w:hint="eastAsia"/>
          <w:lang w:eastAsia="zh-CN"/>
        </w:rPr>
        <w:t>看大量真实照片后自己画出以假乱真的新照片</w:t>
      </w:r>
      <w:r>
        <w:t>"</w:t>
      </w:r>
      <w:r>
        <w:rPr>
          <w:rFonts w:ascii="微软雅黑" w:eastAsia="微软雅黑" w:hAnsi="微软雅黑" w:cs="微软雅黑" w:hint="eastAsia"/>
          <w:lang w:eastAsia="zh-CN"/>
        </w:rPr>
        <w:t>。</w:t>
      </w:r>
    </w:p>
    <w:p>
      <w:pPr>
        <w:pStyle w:val="ListNumber"/>
        <w:numPr>
          <w:ilvl w:val="0"/>
          <w:numId w:val="19"/>
        </w:numPr>
        <w:spacing w:after="72"/>
      </w:pPr>
      <w:r>
        <w:rPr>
          <w:rFonts w:ascii="微软雅黑" w:eastAsia="微软雅黑" w:hAnsi="微软雅黑" w:cs="微软雅黑" w:hint="eastAsia"/>
          <w:b/>
          <w:lang w:eastAsia="zh-CN"/>
        </w:rPr>
        <w:t>Transformer 自注意力架构</w:t>
      </w:r>
      <w:r>
        <w:t>——</w:t>
      </w:r>
      <w:r>
        <w:rPr>
          <w:rFonts w:ascii="微软雅黑" w:eastAsia="微软雅黑" w:hAnsi="微软雅黑" w:cs="微软雅黑" w:hint="eastAsia"/>
          <w:lang w:eastAsia="zh-CN"/>
        </w:rPr>
        <w:t>让机器</w:t>
      </w:r>
      <w:r>
        <w:t>"</w:t>
      </w:r>
      <w:r>
        <w:rPr>
          <w:rFonts w:ascii="微软雅黑" w:eastAsia="微软雅黑" w:hAnsi="微软雅黑" w:cs="微软雅黑" w:hint="eastAsia"/>
          <w:lang w:eastAsia="zh-CN"/>
        </w:rPr>
        <w:t>能懂</w:t>
      </w:r>
      <w:r>
        <w:t>"</w:t>
      </w:r>
      <w:r>
        <w:rPr>
          <w:rFonts w:ascii="微软雅黑" w:eastAsia="微软雅黑" w:hAnsi="微软雅黑" w:cs="微软雅黑" w:hint="eastAsia"/>
          <w:lang w:eastAsia="zh-CN"/>
        </w:rPr>
        <w:t>。配套</w:t>
      </w:r>
      <w:r>
        <w:rPr>
          <w:rFonts w:ascii="微软雅黑" w:eastAsia="微软雅黑" w:hAnsi="微软雅黑" w:cs="微软雅黑" w:hint="eastAsia"/>
          <w:b/>
          <w:lang w:eastAsia="zh-CN"/>
        </w:rPr>
        <w:t>汉字乱序实验</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汉字序顺并不定一影阅响读</w:t>
      </w:r>
      <w:r>
        <w:t>……</w:t>
      </w:r>
      <w:r>
        <w:rPr>
          <w:rFonts w:ascii="微软雅黑" w:eastAsia="微软雅黑" w:hAnsi="微软雅黑" w:cs="微软雅黑" w:hint="eastAsia"/>
          <w:lang w:eastAsia="zh-CN"/>
        </w:rPr>
        <w:t>字发都现是乱的</w:t>
      </w:r>
      <w:r>
        <w:t>"——</w:t>
      </w:r>
      <w:r>
        <w:rPr>
          <w:rFonts w:ascii="微软雅黑" w:eastAsia="微软雅黑" w:hAnsi="微软雅黑" w:cs="微软雅黑" w:hint="eastAsia"/>
          <w:lang w:eastAsia="zh-CN"/>
        </w:rPr>
        <w:t>人靠整体结构读懂，</w:t>
      </w:r>
      <w:r>
        <w:t>AI</w:t>
      </w:r>
      <w:r>
        <w:rPr>
          <w:rFonts w:ascii="微软雅黑" w:eastAsia="微软雅黑" w:hAnsi="微软雅黑" w:cs="微软雅黑" w:hint="eastAsia"/>
          <w:lang w:eastAsia="zh-CN"/>
        </w:rPr>
        <w:t>也能按整串关系理解，与</w:t>
      </w:r>
      <w:r>
        <w:t>"</w:t>
      </w:r>
      <w:r>
        <w:rPr>
          <w:rFonts w:ascii="微软雅黑" w:eastAsia="微软雅黑" w:hAnsi="微软雅黑" w:cs="微软雅黑" w:hint="eastAsia"/>
          <w:lang w:eastAsia="zh-CN"/>
        </w:rPr>
        <w:t>一串一串认</w:t>
      </w:r>
      <w:r>
        <w:t>"</w:t>
      </w:r>
      <w:r>
        <w:rPr>
          <w:rFonts w:ascii="微软雅黑" w:eastAsia="微软雅黑" w:hAnsi="微软雅黑" w:cs="微软雅黑" w:hint="eastAsia"/>
          <w:lang w:eastAsia="zh-CN"/>
        </w:rPr>
        <w:t>不同。</w:t>
      </w:r>
    </w:p>
    <w:p>
      <w:pPr/>
      <w:r>
        <w:rPr>
          <w:rFonts w:ascii="微软雅黑" w:eastAsia="微软雅黑" w:hAnsi="微软雅黑" w:cs="微软雅黑" w:hint="eastAsia"/>
          <w:b/>
          <w:lang w:eastAsia="zh-CN"/>
        </w:rPr>
        <w:t>六、金句与结构留白</w:t>
      </w:r>
    </w:p>
    <w:p>
      <w:pPr/>
      <w:r>
        <w:rPr>
          <w:rFonts w:ascii="微软雅黑" w:eastAsia="微软雅黑" w:hAnsi="微软雅黑" w:cs="微软雅黑" w:hint="eastAsia"/>
          <w:lang w:eastAsia="zh-CN"/>
        </w:rPr>
        <w:t>金句包括：</w:t>
      </w:r>
      <w:r>
        <w:t>"</w:t>
      </w:r>
      <w:r>
        <w:rPr>
          <w:rFonts w:ascii="微软雅黑" w:eastAsia="微软雅黑" w:hAnsi="微软雅黑" w:cs="微软雅黑" w:hint="eastAsia"/>
          <w:lang w:eastAsia="zh-CN"/>
        </w:rPr>
        <w:t>人工智能的繁茂之叶，就是人工智能。</w:t>
      </w:r>
      <w:r>
        <w:t>""</w:t>
      </w:r>
      <w:r>
        <w:rPr>
          <w:rFonts w:ascii="微软雅黑" w:eastAsia="微软雅黑" w:hAnsi="微软雅黑" w:cs="微软雅黑" w:hint="eastAsia"/>
          <w:lang w:eastAsia="zh-CN"/>
        </w:rPr>
        <w:t>光有见不行</w:t>
      </w:r>
      <w:r>
        <w:t>""</w:t>
      </w:r>
      <w:r>
        <w:rPr>
          <w:rFonts w:ascii="微软雅黑" w:eastAsia="微软雅黑" w:hAnsi="微软雅黑" w:cs="微软雅黑" w:hint="eastAsia"/>
          <w:lang w:eastAsia="zh-CN"/>
        </w:rPr>
        <w:t>我们想让机器能够眼观六路。</w:t>
      </w:r>
      <w:r>
        <w:t>""</w:t>
      </w:r>
      <w:r>
        <w:rPr>
          <w:rFonts w:ascii="微软雅黑" w:eastAsia="微软雅黑" w:hAnsi="微软雅黑" w:cs="微软雅黑" w:hint="eastAsia"/>
          <w:lang w:eastAsia="zh-CN"/>
        </w:rPr>
        <w:t>看见是什么意思？</w:t>
      </w:r>
      <w:r>
        <w:t>""</w:t>
      </w:r>
      <w:r>
        <w:rPr>
          <w:rFonts w:ascii="微软雅黑" w:eastAsia="微软雅黑" w:hAnsi="微软雅黑" w:cs="微软雅黑" w:hint="eastAsia"/>
          <w:lang w:eastAsia="zh-CN"/>
        </w:rPr>
        <w:t>晶状体就相当于一个透镜</w:t>
      </w:r>
      <w:r>
        <w:t>""</w:t>
      </w:r>
      <w:r>
        <w:rPr>
          <w:rFonts w:ascii="微软雅黑" w:eastAsia="微软雅黑" w:hAnsi="微软雅黑" w:cs="微软雅黑" w:hint="eastAsia"/>
          <w:lang w:eastAsia="zh-CN"/>
        </w:rPr>
        <w:t>这就相当于人眼。</w:t>
      </w:r>
      <w:r>
        <w:t>""</w:t>
      </w:r>
      <w:r>
        <w:rPr>
          <w:rFonts w:ascii="微软雅黑" w:eastAsia="微软雅黑" w:hAnsi="微软雅黑" w:cs="微软雅黑" w:hint="eastAsia"/>
          <w:lang w:eastAsia="zh-CN"/>
        </w:rPr>
        <w:t>它算出来</w:t>
      </w:r>
      <w:r>
        <w:t>84%</w:t>
      </w:r>
      <w:r>
        <w:rPr>
          <w:rFonts w:ascii="微软雅黑" w:eastAsia="微软雅黑" w:hAnsi="微软雅黑" w:cs="微软雅黑" w:hint="eastAsia"/>
          <w:lang w:eastAsia="zh-CN"/>
        </w:rPr>
        <w:t>的可能是喷泉。</w:t>
      </w:r>
      <w:r>
        <w:t>""</w:t>
      </w:r>
      <w:r>
        <w:rPr>
          <w:rFonts w:ascii="微软雅黑" w:eastAsia="微软雅黑" w:hAnsi="微软雅黑" w:cs="微软雅黑" w:hint="eastAsia"/>
          <w:lang w:eastAsia="zh-CN"/>
        </w:rPr>
        <w:t>其实我们就可以把它当成一个黑箱。</w:t>
      </w:r>
      <w:r>
        <w:t>""</w:t>
      </w:r>
      <w:r>
        <w:rPr>
          <w:rFonts w:ascii="微软雅黑" w:eastAsia="微软雅黑" w:hAnsi="微软雅黑" w:cs="微软雅黑" w:hint="eastAsia"/>
          <w:lang w:eastAsia="zh-CN"/>
        </w:rPr>
        <w:t>它就把你说的话变成文字了。</w:t>
      </w:r>
      <w:r>
        <w:t>""</w:t>
      </w:r>
      <w:r>
        <w:rPr>
          <w:rFonts w:ascii="微软雅黑" w:eastAsia="微软雅黑" w:hAnsi="微软雅黑" w:cs="微软雅黑" w:hint="eastAsia"/>
          <w:lang w:eastAsia="zh-CN"/>
        </w:rPr>
        <w:t>卷积神经网络就是让机器能看见。</w:t>
      </w:r>
      <w:r>
        <w:t>""</w:t>
      </w:r>
      <w:r>
        <w:rPr>
          <w:rFonts w:ascii="微软雅黑" w:eastAsia="微软雅黑" w:hAnsi="微软雅黑" w:cs="微软雅黑" w:hint="eastAsia"/>
          <w:lang w:eastAsia="zh-CN"/>
        </w:rPr>
        <w:t>让机器能懂：自注意力架构。</w:t>
      </w:r>
      <w:r>
        <w:t>"</w:t>
      </w:r>
    </w:p>
    <w:p>
      <w:pPr/>
      <w:r>
        <w:rPr>
          <w:rFonts w:ascii="微软雅黑" w:eastAsia="微软雅黑" w:hAnsi="微软雅黑" w:cs="微软雅黑" w:hint="eastAsia"/>
          <w:lang w:eastAsia="zh-CN"/>
        </w:rPr>
        <w:t>结构提示：以</w:t>
      </w:r>
      <w:r>
        <w:t>"</w:t>
      </w:r>
      <w:r>
        <w:rPr>
          <w:rFonts w:ascii="微软雅黑" w:eastAsia="微软雅黑" w:hAnsi="微软雅黑" w:cs="微软雅黑" w:hint="eastAsia"/>
          <w:lang w:eastAsia="zh-CN"/>
        </w:rPr>
        <w:t>一棵树</w:t>
      </w:r>
      <w:r>
        <w:t>"</w:t>
      </w:r>
      <w:r>
        <w:rPr>
          <w:rFonts w:ascii="微软雅黑" w:eastAsia="微软雅黑" w:hAnsi="微软雅黑" w:cs="微软雅黑" w:hint="eastAsia"/>
          <w:lang w:eastAsia="zh-CN"/>
        </w:rPr>
        <w:t>贯穿板书（叶</w:t>
      </w:r>
      <w:r>
        <w:t>→</w:t>
      </w:r>
      <w:r>
        <w:rPr>
          <w:rFonts w:ascii="微软雅黑" w:eastAsia="微软雅黑" w:hAnsi="微软雅黑" w:cs="微软雅黑" w:hint="eastAsia"/>
          <w:lang w:eastAsia="zh-CN"/>
        </w:rPr>
        <w:t>枝），结尾留悬念</w:t>
      </w:r>
      <w:r>
        <w:t>"</w:t>
      </w:r>
      <w:r>
        <w:rPr>
          <w:rFonts w:ascii="微软雅黑" w:eastAsia="微软雅黑" w:hAnsi="微软雅黑" w:cs="微软雅黑" w:hint="eastAsia"/>
          <w:lang w:eastAsia="zh-CN"/>
        </w:rPr>
        <w:t>叶与枝从何而来</w:t>
      </w:r>
      <w:r>
        <w:t>"</w:t>
      </w:r>
      <w:r>
        <w:rPr>
          <w:rFonts w:ascii="微软雅黑" w:eastAsia="微软雅黑" w:hAnsi="微软雅黑" w:cs="微软雅黑" w:hint="eastAsia"/>
          <w:lang w:eastAsia="zh-CN"/>
        </w:rPr>
        <w:t>，为第</w:t>
      </w:r>
      <w:r>
        <w:t>5</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干与根</w:t>
      </w:r>
      <w:r>
        <w:t>"</w:t>
      </w:r>
      <w:r>
        <w:rPr>
          <w:rFonts w:ascii="微软雅黑" w:eastAsia="微软雅黑" w:hAnsi="微软雅黑" w:cs="微软雅黑" w:hint="eastAsia"/>
          <w:lang w:eastAsia="zh-CN"/>
        </w:rPr>
        <w:t>铺垫；</w:t>
      </w:r>
      <w:r>
        <w:t>"</w:t>
      </w:r>
      <w:r>
        <w:rPr>
          <w:rFonts w:ascii="微软雅黑" w:eastAsia="微软雅黑" w:hAnsi="微软雅黑" w:cs="微软雅黑" w:hint="eastAsia"/>
          <w:lang w:eastAsia="zh-CN"/>
        </w:rPr>
        <w:t>生理</w:t>
      </w:r>
      <w:r>
        <w:t>—</w:t>
      </w:r>
      <w:r>
        <w:rPr>
          <w:rFonts w:ascii="微软雅黑" w:eastAsia="微软雅黑" w:hAnsi="微软雅黑" w:cs="微软雅黑" w:hint="eastAsia"/>
          <w:lang w:eastAsia="zh-CN"/>
        </w:rPr>
        <w:t>机器</w:t>
      </w:r>
      <w:r>
        <w:t>"</w:t>
      </w:r>
      <w:r>
        <w:rPr>
          <w:rFonts w:ascii="微软雅黑" w:eastAsia="微软雅黑" w:hAnsi="微软雅黑" w:cs="微软雅黑" w:hint="eastAsia"/>
          <w:lang w:eastAsia="zh-CN"/>
        </w:rPr>
        <w:t>类比（眼</w:t>
      </w:r>
      <w:r>
        <w:t>→</w:t>
      </w:r>
      <w:r>
        <w:rPr>
          <w:rFonts w:ascii="微软雅黑" w:eastAsia="微软雅黑" w:hAnsi="微软雅黑" w:cs="微软雅黑" w:hint="eastAsia"/>
          <w:lang w:eastAsia="zh-CN"/>
        </w:rPr>
        <w:t>摄像头、脑</w:t>
      </w:r>
      <w:r>
        <w:t>→</w:t>
      </w:r>
      <w:r>
        <w:rPr>
          <w:rFonts w:ascii="微软雅黑" w:eastAsia="微软雅黑" w:hAnsi="微软雅黑" w:cs="微软雅黑" w:hint="eastAsia"/>
          <w:lang w:eastAsia="zh-CN"/>
        </w:rPr>
        <w:t>电脑、黑箱</w:t>
      </w:r>
      <w:r>
        <w:t>→</w:t>
      </w:r>
      <w:r>
        <w:rPr>
          <w:rFonts w:ascii="微软雅黑" w:eastAsia="微软雅黑" w:hAnsi="微软雅黑" w:cs="微软雅黑" w:hint="eastAsia"/>
          <w:lang w:eastAsia="zh-CN"/>
        </w:rPr>
        <w:t>语音识别）可直接复用于课堂。</w:t>
      </w:r>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20"/>
        </w:numPr>
        <w:spacing w:after="72"/>
      </w:pPr>
      <w:r>
        <w:rPr>
          <w:rFonts w:ascii="微软雅黑" w:eastAsia="微软雅黑" w:hAnsi="微软雅黑" w:cs="微软雅黑" w:hint="eastAsia"/>
          <w:b/>
          <w:lang w:eastAsia="zh-CN"/>
        </w:rPr>
        <w:t>学科映射卡（必做）</w:t>
      </w:r>
      <w:r>
        <w:rPr>
          <w:rFonts w:ascii="微软雅黑" w:eastAsia="微软雅黑" w:hAnsi="微软雅黑" w:cs="微软雅黑" w:hint="eastAsia"/>
          <w:lang w:eastAsia="zh-CN"/>
        </w:rPr>
        <w:t>：选择本学科一个真实知识点（如生物</w:t>
      </w:r>
      <w:r>
        <w:t>"</w:t>
      </w:r>
      <w:r>
        <w:rPr>
          <w:rFonts w:ascii="微软雅黑" w:eastAsia="微软雅黑" w:hAnsi="微软雅黑" w:cs="微软雅黑" w:hint="eastAsia"/>
          <w:lang w:eastAsia="zh-CN"/>
        </w:rPr>
        <w:t>蛋白质结构</w:t>
      </w:r>
      <w:r>
        <w:t>"</w:t>
      </w:r>
      <w:r>
        <w:rPr>
          <w:rFonts w:ascii="微软雅黑" w:eastAsia="微软雅黑" w:hAnsi="微软雅黑" w:cs="微软雅黑" w:hint="eastAsia"/>
          <w:lang w:eastAsia="zh-CN"/>
        </w:rPr>
        <w:t>、语文</w:t>
      </w:r>
      <w:r>
        <w:t>"</w:t>
      </w:r>
      <w:r>
        <w:rPr>
          <w:rFonts w:ascii="微软雅黑" w:eastAsia="微软雅黑" w:hAnsi="微软雅黑" w:cs="微软雅黑" w:hint="eastAsia"/>
          <w:lang w:eastAsia="zh-CN"/>
        </w:rPr>
        <w:t>阅读理解</w:t>
      </w:r>
      <w:r>
        <w:t>"</w:t>
      </w:r>
      <w:r>
        <w:rPr>
          <w:rFonts w:ascii="微软雅黑" w:eastAsia="微软雅黑" w:hAnsi="微软雅黑" w:cs="微软雅黑" w:hint="eastAsia"/>
          <w:lang w:eastAsia="zh-CN"/>
        </w:rPr>
        <w:t>、地理</w:t>
      </w:r>
      <w:r>
        <w:t>"</w:t>
      </w:r>
      <w:r>
        <w:rPr>
          <w:rFonts w:ascii="微软雅黑" w:eastAsia="微软雅黑" w:hAnsi="微软雅黑" w:cs="微软雅黑" w:hint="eastAsia"/>
          <w:lang w:eastAsia="zh-CN"/>
        </w:rPr>
        <w:t>遥感影像</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叶（</w:t>
      </w:r>
      <w:r>
        <w:t>AI</w:t>
      </w:r>
      <w:r>
        <w:rPr>
          <w:rFonts w:ascii="微软雅黑" w:eastAsia="微软雅黑" w:hAnsi="微软雅黑" w:cs="微软雅黑" w:hint="eastAsia"/>
          <w:lang w:eastAsia="zh-CN"/>
        </w:rPr>
        <w:t>能做什么）＋枝（靠什么技术）</w:t>
      </w:r>
      <w:r>
        <w:t>"</w:t>
      </w:r>
      <w:r>
        <w:rPr>
          <w:rFonts w:ascii="微软雅黑" w:eastAsia="微软雅黑" w:hAnsi="微软雅黑" w:cs="微软雅黑" w:hint="eastAsia"/>
          <w:lang w:eastAsia="zh-CN"/>
        </w:rPr>
        <w:t>的格式写一张</w:t>
      </w:r>
      <w:r>
        <w:t>A5</w:t>
      </w:r>
      <w:r>
        <w:rPr>
          <w:rFonts w:ascii="微软雅黑" w:eastAsia="微软雅黑" w:hAnsi="微软雅黑" w:cs="微软雅黑" w:hint="eastAsia"/>
          <w:lang w:eastAsia="zh-CN"/>
        </w:rPr>
        <w:t>卡片，下周三前交教研室，择优上墙。</w:t>
      </w:r>
    </w:p>
    <w:p>
      <w:pPr>
        <w:pStyle w:val="ListNumber"/>
        <w:numPr>
          <w:ilvl w:val="0"/>
          <w:numId w:val="20"/>
        </w:numPr>
        <w:spacing w:after="72"/>
      </w:pPr>
      <w:r>
        <w:rPr>
          <w:rFonts w:ascii="微软雅黑" w:eastAsia="微软雅黑" w:hAnsi="微软雅黑" w:cs="微软雅黑" w:hint="eastAsia"/>
          <w:b/>
          <w:lang w:eastAsia="zh-CN"/>
        </w:rPr>
        <w:t>一节课的导入设计（必做）</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生理</w:t>
      </w:r>
      <w:r>
        <w:t>—</w:t>
      </w:r>
      <w:r>
        <w:rPr>
          <w:rFonts w:ascii="微软雅黑" w:eastAsia="微软雅黑" w:hAnsi="微软雅黑" w:cs="微软雅黑" w:hint="eastAsia"/>
          <w:lang w:eastAsia="zh-CN"/>
        </w:rPr>
        <w:t>机器类比</w:t>
      </w:r>
      <w:r>
        <w:t>"</w:t>
      </w:r>
      <w:r>
        <w:rPr>
          <w:rFonts w:ascii="微软雅黑" w:eastAsia="微软雅黑" w:hAnsi="微软雅黑" w:cs="微软雅黑" w:hint="eastAsia"/>
          <w:lang w:eastAsia="zh-CN"/>
        </w:rPr>
        <w:t>为方法，设计一段</w:t>
      </w:r>
      <w:r>
        <w:t>5</w:t>
      </w:r>
      <w:r>
        <w:rPr>
          <w:rFonts w:ascii="微软雅黑" w:eastAsia="微软雅黑" w:hAnsi="微软雅黑" w:cs="微软雅黑" w:hint="eastAsia"/>
          <w:lang w:eastAsia="zh-CN"/>
        </w:rPr>
        <w:t>分钟课堂导入，目标让学生理解</w:t>
      </w:r>
      <w:r>
        <w:t>"</w:t>
      </w:r>
      <w:r>
        <w:rPr>
          <w:rFonts w:ascii="微软雅黑" w:eastAsia="微软雅黑" w:hAnsi="微软雅黑" w:cs="微软雅黑" w:hint="eastAsia"/>
          <w:lang w:eastAsia="zh-CN"/>
        </w:rPr>
        <w:t>计算机视觉</w:t>
      </w:r>
      <w:r>
        <w:t>/</w:t>
      </w:r>
      <w:r>
        <w:rPr>
          <w:rFonts w:ascii="微软雅黑" w:eastAsia="微软雅黑" w:hAnsi="微软雅黑" w:cs="微软雅黑" w:hint="eastAsia"/>
          <w:lang w:eastAsia="zh-CN"/>
        </w:rPr>
        <w:t>语音识别的基本原理</w:t>
      </w:r>
      <w:r>
        <w:t>"</w:t>
      </w:r>
      <w:r>
        <w:rPr>
          <w:rFonts w:ascii="微软雅黑" w:eastAsia="微软雅黑" w:hAnsi="微软雅黑" w:cs="微软雅黑" w:hint="eastAsia"/>
          <w:lang w:eastAsia="zh-CN"/>
        </w:rPr>
        <w:t>。提交教案片段。</w:t>
      </w:r>
    </w:p>
    <w:p>
      <w:pPr>
        <w:pStyle w:val="ListNumber"/>
        <w:numPr>
          <w:ilvl w:val="0"/>
          <w:numId w:val="20"/>
        </w:numPr>
        <w:spacing w:after="72"/>
      </w:pPr>
      <w:r>
        <w:rPr>
          <w:rFonts w:ascii="微软雅黑" w:eastAsia="微软雅黑" w:hAnsi="微软雅黑" w:cs="微软雅黑" w:hint="eastAsia"/>
          <w:b/>
          <w:lang w:eastAsia="zh-CN"/>
        </w:rPr>
        <w:t>校本资源征集（选做）</w:t>
      </w:r>
      <w:r>
        <w:rPr>
          <w:rFonts w:ascii="微软雅黑" w:eastAsia="微软雅黑" w:hAnsi="微软雅黑" w:cs="微软雅黑" w:hint="eastAsia"/>
          <w:lang w:eastAsia="zh-CN"/>
        </w:rPr>
        <w:t>：收集本校已有的</w:t>
      </w:r>
      <w:r>
        <w:t>AI</w:t>
      </w:r>
      <w:r>
        <w:rPr>
          <w:rFonts w:ascii="微软雅黑" w:eastAsia="微软雅黑" w:hAnsi="微软雅黑" w:cs="微软雅黑" w:hint="eastAsia"/>
          <w:lang w:eastAsia="zh-CN"/>
        </w:rPr>
        <w:t>应用案例（如校园人脸识别门禁、智能阅卷、社团机器人），标注其对应的</w:t>
      </w:r>
      <w:r>
        <w:t>"</w:t>
      </w:r>
      <w:r>
        <w:rPr>
          <w:rFonts w:ascii="微软雅黑" w:eastAsia="微软雅黑" w:hAnsi="微软雅黑" w:cs="微软雅黑" w:hint="eastAsia"/>
          <w:lang w:eastAsia="zh-CN"/>
        </w:rPr>
        <w:t>叶与枝</w:t>
      </w:r>
      <w:r>
        <w:t>"</w:t>
      </w:r>
      <w:r>
        <w:rPr>
          <w:rFonts w:ascii="微软雅黑" w:eastAsia="微软雅黑" w:hAnsi="微软雅黑" w:cs="微软雅黑" w:hint="eastAsia"/>
          <w:lang w:eastAsia="zh-CN"/>
        </w:rPr>
        <w:t>，汇入学校</w:t>
      </w:r>
      <w:r>
        <w:t>AI</w:t>
      </w:r>
      <w:r>
        <w:rPr>
          <w:rFonts w:ascii="微软雅黑" w:eastAsia="微软雅黑" w:hAnsi="微软雅黑" w:cs="微软雅黑" w:hint="eastAsia"/>
          <w:lang w:eastAsia="zh-CN"/>
        </w:rPr>
        <w:t>通识资源库，为第</w:t>
      </w:r>
      <w:r>
        <w:t>6</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知识树全貌</w:t>
      </w:r>
      <w:r>
        <w:t>"</w:t>
      </w:r>
      <w:r>
        <w:rPr>
          <w:rFonts w:ascii="微软雅黑" w:eastAsia="微软雅黑" w:hAnsi="微软雅黑" w:cs="微软雅黑" w:hint="eastAsia"/>
          <w:lang w:eastAsia="zh-CN"/>
        </w:rPr>
        <w:t>做准备。</w:t>
      </w:r>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提示词（可直接粘贴至AI视频工具）：</w:t>
      </w:r>
    </w:p>
    <w:p>
      <w:pPr/>
      <w:r>
        <w:rPr>
          <w:rFonts w:ascii="微软雅黑" w:eastAsia="微软雅黑" w:hAnsi="微软雅黑" w:cs="微软雅黑" w:hint="eastAsia"/>
          <w:lang w:eastAsia="zh-CN"/>
        </w:rPr>
        <w:t>主体：一棵发光的半透明</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，左侧枝头栖落一只由摄像头与晶状体构成的</w:t>
      </w:r>
      <w:r>
        <w:t>"</w:t>
      </w:r>
      <w:r>
        <w:rPr>
          <w:rFonts w:ascii="微软雅黑" w:eastAsia="微软雅黑" w:hAnsi="微软雅黑" w:cs="微软雅黑" w:hint="eastAsia"/>
          <w:lang w:eastAsia="zh-CN"/>
        </w:rPr>
        <w:t>机器之眼</w:t>
      </w:r>
      <w:r>
        <w:t>"</w:t>
      </w:r>
      <w:r>
        <w:rPr>
          <w:rFonts w:ascii="微软雅黑" w:eastAsia="微软雅黑" w:hAnsi="微软雅黑" w:cs="微软雅黑" w:hint="eastAsia"/>
          <w:lang w:eastAsia="zh-CN"/>
        </w:rPr>
        <w:t>，正凝视前方；动作：机器之眼缓缓眨动，将一束光线投射到树下</w:t>
      </w:r>
      <w:r>
        <w:t>"</w:t>
      </w:r>
      <w:r>
        <w:rPr>
          <w:rFonts w:ascii="微软雅黑" w:eastAsia="微软雅黑" w:hAnsi="微软雅黑" w:cs="微软雅黑" w:hint="eastAsia"/>
          <w:lang w:eastAsia="zh-CN"/>
        </w:rPr>
        <w:t>海神喷泉</w:t>
      </w:r>
      <w:r>
        <w:t>"</w:t>
      </w:r>
      <w:r>
        <w:rPr>
          <w:rFonts w:ascii="微软雅黑" w:eastAsia="微软雅黑" w:hAnsi="微软雅黑" w:cs="微软雅黑" w:hint="eastAsia"/>
          <w:lang w:eastAsia="zh-CN"/>
        </w:rPr>
        <w:t>石雕上并完成扫描，喷泉上方浮现半透明的</w:t>
      </w:r>
      <w:r>
        <w:t>"84%</w:t>
      </w:r>
      <w:r>
        <w:rPr>
          <w:rFonts w:ascii="微软雅黑" w:eastAsia="微软雅黑" w:hAnsi="微软雅黑" w:cs="微软雅黑" w:hint="eastAsia"/>
          <w:lang w:eastAsia="zh-CN"/>
        </w:rPr>
        <w:t>喷泉</w:t>
      </w:r>
      <w:r>
        <w:t xml:space="preserve"> / 15%</w:t>
      </w:r>
      <w:r>
        <w:rPr>
          <w:rFonts w:ascii="微软雅黑" w:eastAsia="微软雅黑" w:hAnsi="微软雅黑" w:cs="微软雅黑" w:hint="eastAsia"/>
          <w:lang w:eastAsia="zh-CN"/>
        </w:rPr>
        <w:t>巴洛克</w:t>
      </w:r>
      <w:r>
        <w:t xml:space="preserve"> / 1%</w:t>
      </w:r>
      <w:r>
        <w:rPr>
          <w:rFonts w:ascii="微软雅黑" w:eastAsia="微软雅黑" w:hAnsi="微软雅黑" w:cs="微软雅黑" w:hint="eastAsia"/>
          <w:lang w:eastAsia="zh-CN"/>
        </w:rPr>
        <w:t>不确定</w:t>
      </w:r>
      <w:r>
        <w:t>"</w:t>
      </w:r>
      <w:r>
        <w:rPr>
          <w:rFonts w:ascii="微软雅黑" w:eastAsia="微软雅黑" w:hAnsi="微软雅黑" w:cs="微软雅黑" w:hint="eastAsia"/>
          <w:lang w:eastAsia="zh-CN"/>
        </w:rPr>
        <w:t>概率标签；场景：静谧的图书馆与数字数据流交织的虚空间，地面漂浮牛顿三棱镜分出的</w:t>
      </w:r>
      <w:r>
        <w:t>RGB</w:t>
      </w:r>
      <w:r>
        <w:rPr>
          <w:rFonts w:ascii="微软雅黑" w:eastAsia="微软雅黑" w:hAnsi="微软雅黑" w:cs="微软雅黑" w:hint="eastAsia"/>
          <w:lang w:eastAsia="zh-CN"/>
        </w:rPr>
        <w:t>色环；光影：冷蓝色主调辅以暖金色高光，体积光从树冠缝隙洒下；镜头运动：从树根低角度缓慢上摇至树冠，再推近机器之眼特写；风格：科幻教育动画、低多边形</w:t>
      </w:r>
      <w:r>
        <w:t>+</w:t>
      </w:r>
      <w:r>
        <w:rPr>
          <w:rFonts w:ascii="微软雅黑" w:eastAsia="微软雅黑" w:hAnsi="微软雅黑" w:cs="微软雅黑" w:hint="eastAsia"/>
          <w:lang w:eastAsia="zh-CN"/>
        </w:rPr>
        <w:t>轻微发光描边；情绪：好奇、思辨、温柔的未来感。</w:t>
      </w:r>
      <w:r/>
    </w:p>
    <w:p>
      <w:bookmarkStart w:id="27" w:name="_Toc_section_6"/>
      <w:bookmarkStart w:id="5" w:name="section-6"/>
      <w:pPr>
        <w:pStyle w:val="Heading2"/>
        <w:pageBreakBefore/>
      </w:pPr>
      <w:bookmarkEnd w:id="5"/>
      <w:r>
        <w:rPr>
          <w:rFonts w:ascii="微软雅黑" w:hAnsi="微软雅黑" w:eastAsia="微软雅黑" w:cs="微软雅黑" w:hint="eastAsia"/>
          <w:b w:val="0"/>
          <w:color w:val="1A237E"/>
          <w:sz w:val="22"/>
          <w:lang w:eastAsia="zh-CN"/>
        </w:rPr>
        <w:t xml:space="preserve">  研修方案 5：《人工智能的遒劲之干与深厚之根》</w:t>
      </w:r>
      <w:bookmarkEnd w:id="27"/>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5</w:t>
      </w:r>
      <w:r>
        <w:rPr>
          <w:rFonts w:ascii="微软雅黑" w:eastAsia="微软雅黑" w:hAnsi="微软雅黑" w:cs="微软雅黑" w:hint="eastAsia"/>
          <w:color w:val="212121"/>
          <w:lang w:eastAsia="zh-CN"/>
        </w:rPr>
        <w:t>讲《人工智能的遒劲之干与深厚之根》｜时长约</w:t>
      </w:r>
      <w:r>
        <w:rPr>
          <w:color w:val="212121"/>
        </w:rPr>
        <w:t>20</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：理论奠基（学科通识</w:t>
      </w:r>
      <w:r>
        <w:t>·</w:t>
      </w:r>
      <w:r>
        <w:rPr>
          <w:rFonts w:ascii="微软雅黑" w:eastAsia="微软雅黑" w:hAnsi="微软雅黑" w:cs="微软雅黑" w:hint="eastAsia"/>
          <w:lang w:eastAsia="zh-CN"/>
        </w:rPr>
        <w:t>知识体系认知）</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：全体学科教师（侧重信息科技、通用技术、数学、科学教师），本讲仍以生活类比为主，无需数学推导基础</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21"/>
        </w:numPr>
        <w:spacing w:after="72"/>
      </w:pPr>
      <w:r>
        <w:rPr>
          <w:rFonts w:ascii="微软雅黑" w:eastAsia="微软雅黑" w:hAnsi="微软雅黑" w:cs="微软雅黑" w:hint="eastAsia"/>
          <w:b/>
          <w:lang w:eastAsia="zh-CN"/>
        </w:rPr>
        <w:t>理解内容</w:t>
      </w:r>
      <w:r>
        <w:rPr>
          <w:rFonts w:ascii="微软雅黑" w:eastAsia="微软雅黑" w:hAnsi="微软雅黑" w:cs="微软雅黑" w:hint="eastAsia"/>
          <w:lang w:eastAsia="zh-CN"/>
        </w:rPr>
        <w:t>：能准确复述</w:t>
      </w:r>
      <w:r>
        <w:t>"</w:t>
      </w:r>
      <w:r>
        <w:rPr>
          <w:rFonts w:ascii="微软雅黑" w:eastAsia="微软雅黑" w:hAnsi="微软雅黑" w:cs="微软雅黑" w:hint="eastAsia"/>
          <w:lang w:eastAsia="zh-CN"/>
        </w:rPr>
        <w:t>知识树</w:t>
      </w:r>
      <w:r>
        <w:t>"</w:t>
      </w:r>
      <w:r>
        <w:rPr>
          <w:rFonts w:ascii="微软雅黑" w:eastAsia="微软雅黑" w:hAnsi="微软雅黑" w:cs="微软雅黑" w:hint="eastAsia"/>
          <w:lang w:eastAsia="zh-CN"/>
        </w:rPr>
        <w:t>向下追溯的两层</w:t>
      </w:r>
      <w:r>
        <w:t>——"</w:t>
      </w:r>
      <w:r>
        <w:rPr>
          <w:rFonts w:ascii="微软雅黑" w:eastAsia="微软雅黑" w:hAnsi="微软雅黑" w:cs="微软雅黑" w:hint="eastAsia"/>
          <w:lang w:eastAsia="zh-CN"/>
        </w:rPr>
        <w:t>干＝机器学习与深度学习</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根＝数学、哲学、逻辑学、信息论、认知科学</w:t>
      </w:r>
      <w:r>
        <w:t>"</w:t>
      </w:r>
      <w:r>
        <w:rPr>
          <w:rFonts w:ascii="微软雅黑" w:eastAsia="微软雅黑" w:hAnsi="微软雅黑" w:cs="微软雅黑" w:hint="eastAsia"/>
          <w:lang w:eastAsia="zh-CN"/>
        </w:rPr>
        <w:t>，并说明机器学习三大支柱（监督</w:t>
      </w:r>
      <w:r>
        <w:t>/</w:t>
      </w:r>
      <w:r>
        <w:rPr>
          <w:rFonts w:ascii="微软雅黑" w:eastAsia="微软雅黑" w:hAnsi="微软雅黑" w:cs="微软雅黑" w:hint="eastAsia"/>
          <w:lang w:eastAsia="zh-CN"/>
        </w:rPr>
        <w:t>无监督</w:t>
      </w:r>
      <w:r>
        <w:t>/</w:t>
      </w:r>
      <w:r>
        <w:rPr>
          <w:rFonts w:ascii="微软雅黑" w:eastAsia="微软雅黑" w:hAnsi="微软雅黑" w:cs="微软雅黑" w:hint="eastAsia"/>
          <w:lang w:eastAsia="zh-CN"/>
        </w:rPr>
        <w:t>强化学习）的区别。</w:t>
      </w:r>
    </w:p>
    <w:p>
      <w:pPr>
        <w:pStyle w:val="ListNumber"/>
        <w:numPr>
          <w:ilvl w:val="0"/>
          <w:numId w:val="21"/>
        </w:numPr>
        <w:spacing w:after="72"/>
      </w:pPr>
      <w:r>
        <w:rPr>
          <w:rFonts w:ascii="微软雅黑" w:eastAsia="微软雅黑" w:hAnsi="微软雅黑" w:cs="微软雅黑" w:hint="eastAsia"/>
          <w:b/>
          <w:lang w:eastAsia="zh-CN"/>
        </w:rPr>
        <w:t>掌握方法</w:t>
      </w:r>
      <w:r>
        <w:rPr>
          <w:rFonts w:ascii="微软雅黑" w:eastAsia="微软雅黑" w:hAnsi="微软雅黑" w:cs="微软雅黑" w:hint="eastAsia"/>
          <w:lang w:eastAsia="zh-CN"/>
        </w:rPr>
        <w:t>：能运用</w:t>
      </w:r>
      <w:r>
        <w:t>"</w:t>
      </w:r>
      <w:r>
        <w:rPr>
          <w:rFonts w:ascii="微软雅黑" w:eastAsia="微软雅黑" w:hAnsi="微软雅黑" w:cs="微软雅黑" w:hint="eastAsia"/>
          <w:lang w:eastAsia="zh-CN"/>
        </w:rPr>
        <w:t>土豆丝类比</w:t>
      </w:r>
      <w:r>
        <w:t>"</w:t>
      </w:r>
      <w:r>
        <w:rPr>
          <w:rFonts w:ascii="微软雅黑" w:eastAsia="微软雅黑" w:hAnsi="微软雅黑" w:cs="微软雅黑" w:hint="eastAsia"/>
          <w:lang w:eastAsia="zh-CN"/>
        </w:rPr>
        <w:t>（土豆＝数据、厨师手艺＝算法、锅＝算力）向学生解释</w:t>
      </w:r>
      <w:r>
        <w:t>AI</w:t>
      </w:r>
      <w:r>
        <w:rPr>
          <w:rFonts w:ascii="微软雅黑" w:eastAsia="微软雅黑" w:hAnsi="微软雅黑" w:cs="微软雅黑" w:hint="eastAsia"/>
          <w:lang w:eastAsia="zh-CN"/>
        </w:rPr>
        <w:t>三要素缺一不可，并理解</w:t>
      </w:r>
      <w:r>
        <w:t>"</w:t>
      </w:r>
      <w:r>
        <w:rPr>
          <w:rFonts w:ascii="微软雅黑" w:eastAsia="微软雅黑" w:hAnsi="微软雅黑" w:cs="微软雅黑" w:hint="eastAsia"/>
          <w:lang w:eastAsia="zh-CN"/>
        </w:rPr>
        <w:t>深度学习对算力需求呈指数级增长</w:t>
      </w:r>
      <w:r>
        <w:t>"</w:t>
      </w:r>
      <w:r>
        <w:rPr>
          <w:rFonts w:ascii="微软雅黑" w:eastAsia="微软雅黑" w:hAnsi="微软雅黑" w:cs="微软雅黑" w:hint="eastAsia"/>
          <w:lang w:eastAsia="zh-CN"/>
        </w:rPr>
        <w:t>为何要从</w:t>
      </w:r>
      <w:r>
        <w:t>CPU</w:t>
      </w:r>
      <w:r>
        <w:rPr>
          <w:rFonts w:ascii="微软雅黑" w:eastAsia="微软雅黑" w:hAnsi="微软雅黑" w:cs="微软雅黑" w:hint="eastAsia"/>
          <w:lang w:eastAsia="zh-CN"/>
        </w:rPr>
        <w:t>转向</w:t>
      </w:r>
      <w:r>
        <w:t>GPU</w:t>
      </w:r>
      <w:r>
        <w:rPr>
          <w:rFonts w:ascii="微软雅黑" w:eastAsia="微软雅黑" w:hAnsi="微软雅黑" w:cs="微软雅黑" w:hint="eastAsia"/>
          <w:lang w:eastAsia="zh-CN"/>
        </w:rPr>
        <w:t>。</w:t>
      </w:r>
    </w:p>
    <w:p>
      <w:pPr>
        <w:pStyle w:val="ListNumber"/>
        <w:numPr>
          <w:ilvl w:val="0"/>
          <w:numId w:val="21"/>
        </w:numPr>
        <w:spacing w:after="72"/>
      </w:pPr>
      <w:r>
        <w:rPr>
          <w:rFonts w:ascii="微软雅黑" w:eastAsia="微软雅黑" w:hAnsi="微软雅黑" w:cs="微软雅黑" w:hint="eastAsia"/>
          <w:b/>
          <w:lang w:eastAsia="zh-CN"/>
        </w:rPr>
        <w:t>辨析观点</w:t>
      </w:r>
      <w:r>
        <w:rPr>
          <w:rFonts w:ascii="微软雅黑" w:eastAsia="微软雅黑" w:hAnsi="微软雅黑" w:cs="微软雅黑" w:hint="eastAsia"/>
          <w:lang w:eastAsia="zh-CN"/>
        </w:rPr>
        <w:t>：能结合斯金纳箱、甲壳虫机械模型、罗杰</w:t>
      </w:r>
      <w:r>
        <w:t>·</w:t>
      </w:r>
      <w:r>
        <w:rPr>
          <w:rFonts w:ascii="微软雅黑" w:eastAsia="微软雅黑" w:hAnsi="微软雅黑" w:cs="微软雅黑" w:hint="eastAsia"/>
          <w:lang w:eastAsia="zh-CN"/>
        </w:rPr>
        <w:t>尚克与约翰</w:t>
      </w:r>
      <w:r>
        <w:t>·</w:t>
      </w:r>
      <w:r>
        <w:rPr>
          <w:rFonts w:ascii="微软雅黑" w:eastAsia="微软雅黑" w:hAnsi="微软雅黑" w:cs="微软雅黑" w:hint="eastAsia"/>
          <w:lang w:eastAsia="zh-CN"/>
        </w:rPr>
        <w:t>塞尔的观点，讨论</w:t>
      </w:r>
      <w:r>
        <w:t>"</w:t>
      </w:r>
      <w:r>
        <w:rPr>
          <w:rFonts w:ascii="微软雅黑" w:eastAsia="微软雅黑" w:hAnsi="微软雅黑" w:cs="微软雅黑" w:hint="eastAsia"/>
          <w:lang w:eastAsia="zh-CN"/>
        </w:rPr>
        <w:t>什么是智能</w:t>
      </w:r>
      <w:r>
        <w:t>""AI</w:t>
      </w:r>
      <w:r>
        <w:rPr>
          <w:rFonts w:ascii="微软雅黑" w:eastAsia="微软雅黑" w:hAnsi="微软雅黑" w:cs="微软雅黑" w:hint="eastAsia"/>
          <w:lang w:eastAsia="zh-CN"/>
        </w:rPr>
        <w:t>是教育的技术还是学习的科学</w:t>
      </w:r>
      <w:r>
        <w:t>"</w:t>
      </w:r>
      <w:r>
        <w:rPr>
          <w:rFonts w:ascii="微软雅黑" w:eastAsia="微软雅黑" w:hAnsi="微软雅黑" w:cs="微软雅黑" w:hint="eastAsia"/>
          <w:lang w:eastAsia="zh-CN"/>
        </w:rPr>
        <w:t>等本质问题。</w:t>
      </w:r>
    </w:p>
    <w:p>
      <w:pPr>
        <w:pStyle w:val="ListNumber"/>
        <w:numPr>
          <w:ilvl w:val="0"/>
          <w:numId w:val="21"/>
        </w:numPr>
        <w:spacing w:after="72"/>
      </w:pPr>
      <w:r>
        <w:rPr>
          <w:rFonts w:ascii="微软雅黑" w:eastAsia="微软雅黑" w:hAnsi="微软雅黑" w:cs="微软雅黑" w:hint="eastAsia"/>
          <w:b/>
          <w:lang w:eastAsia="zh-CN"/>
        </w:rPr>
        <w:t>迁移教学</w:t>
      </w:r>
      <w:r>
        <w:rPr>
          <w:rFonts w:ascii="微软雅黑" w:eastAsia="微软雅黑" w:hAnsi="微软雅黑" w:cs="微软雅黑" w:hint="eastAsia"/>
          <w:lang w:eastAsia="zh-CN"/>
        </w:rPr>
        <w:t>：能在本校</w:t>
      </w:r>
      <w:r>
        <w:t>/</w:t>
      </w:r>
      <w:r>
        <w:rPr>
          <w:rFonts w:ascii="微软雅黑" w:eastAsia="微软雅黑" w:hAnsi="微软雅黑" w:cs="微软雅黑" w:hint="eastAsia"/>
          <w:lang w:eastAsia="zh-CN"/>
        </w:rPr>
        <w:t>本学科设计一项</w:t>
      </w:r>
      <w:r>
        <w:t>"</w:t>
      </w:r>
      <w:r>
        <w:rPr>
          <w:rFonts w:ascii="微软雅黑" w:eastAsia="微软雅黑" w:hAnsi="微软雅黑" w:cs="微软雅黑" w:hint="eastAsia"/>
          <w:lang w:eastAsia="zh-CN"/>
        </w:rPr>
        <w:t>干与根</w:t>
      </w:r>
      <w:r>
        <w:t>"</w:t>
      </w:r>
      <w:r>
        <w:rPr>
          <w:rFonts w:ascii="微软雅黑" w:eastAsia="微软雅黑" w:hAnsi="微软雅黑" w:cs="微软雅黑" w:hint="eastAsia"/>
          <w:lang w:eastAsia="zh-CN"/>
        </w:rPr>
        <w:t>类比教学活动（如三要素连线、连续统排序、中文屋辩论），并与第</w:t>
      </w:r>
      <w:r>
        <w:t>4</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叶与枝</w:t>
      </w:r>
      <w:r>
        <w:t>"</w:t>
      </w:r>
      <w:r>
        <w:rPr>
          <w:rFonts w:ascii="微软雅黑" w:eastAsia="微软雅黑" w:hAnsi="微软雅黑" w:cs="微软雅黑" w:hint="eastAsia"/>
          <w:lang w:eastAsia="zh-CN"/>
        </w:rPr>
        <w:t>拼成完整知识树。</w:t>
      </w:r>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：主干定位</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机器学习是主干、深度学习是子集</w:t>
            </w:r>
            <w:r>
              <w:rPr>
                <w:sz w:val="18"/>
              </w:rPr>
              <w:t xml:space="preserve"> </w:t>
            </w:r>
            <w:r>
              <w:rPr>
                <w:sz w:val="18"/>
              </w:rPr>
              <w:t>"</w:t>
            </w:r>
            <w:r>
              <w:rPr>
                <w:sz w:val="18"/>
              </w:rPr>
              <w:t xml:space="preserve"> </w:t>
            </w:r>
            <w:r>
              <w:rPr>
                <w:sz w:val="18"/>
              </w:rPr>
              <w:t>这句话的完整表述</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记下原句，并标注三大支柱英文缩写</w:t>
            </w:r>
            <w:r>
              <w:rPr>
                <w:sz w:val="18"/>
              </w:rPr>
              <w:t xml:space="preserve"> </w:t>
            </w:r>
            <w:r>
              <w:rPr>
                <w:sz w:val="18"/>
              </w:rPr>
              <w:t>SL/UL/RL</w:t>
            </w:r>
            <w:r>
              <w:rPr>
                <w:sz w:val="18"/>
              </w:rPr>
              <w:t xml:space="preserve"> </w:t>
            </w:r>
            <w:r>
              <w:rPr>
                <w:sz w:val="18"/>
              </w:rPr>
              <w:t>及其核心区别</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：三要素笔记</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讲者用</w:t>
            </w:r>
            <w:r>
              <w:rPr>
                <w:sz w:val="18"/>
              </w:rPr>
              <w:t xml:space="preserve"> </w:t>
            </w:r>
            <w:r>
              <w:rPr>
                <w:sz w:val="18"/>
              </w:rPr>
              <w:t>"</w:t>
            </w:r>
            <w:r>
              <w:rPr>
                <w:sz w:val="18"/>
              </w:rPr>
              <w:t xml:space="preserve"> </w:t>
            </w:r>
            <w:r>
              <w:rPr>
                <w:sz w:val="18"/>
              </w:rPr>
              <w:t>做土豆丝</w:t>
            </w:r>
            <w:r>
              <w:rPr>
                <w:sz w:val="18"/>
              </w:rPr>
              <w:t xml:space="preserve"> </w:t>
            </w:r>
            <w:r>
              <w:rPr>
                <w:sz w:val="18"/>
              </w:rPr>
              <w:t>"</w:t>
            </w:r>
            <w:r>
              <w:rPr>
                <w:sz w:val="18"/>
              </w:rPr>
              <w:t xml:space="preserve"> </w:t>
            </w:r>
            <w:r>
              <w:rPr>
                <w:sz w:val="18"/>
              </w:rPr>
              <w:t>类比了哪三要素</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记录：土豆＝？厨师＝？锅＝？并写</w:t>
            </w:r>
            <w:r>
              <w:rPr>
                <w:sz w:val="18"/>
              </w:rPr>
              <w:t xml:space="preserve"> </w:t>
            </w:r>
            <w:r>
              <w:rPr>
                <w:sz w:val="18"/>
              </w:rPr>
              <w:t>"</w:t>
            </w:r>
            <w:r>
              <w:rPr>
                <w:sz w:val="18"/>
              </w:rPr>
              <w:t xml:space="preserve"> </w:t>
            </w:r>
            <w:r>
              <w:rPr>
                <w:sz w:val="18"/>
              </w:rPr>
              <w:t>光有土豆和厨师也做不出来</w:t>
            </w:r>
            <w:r>
              <w:rPr>
                <w:sz w:val="18"/>
              </w:rPr>
              <w:t xml:space="preserve"> </w:t>
            </w:r>
            <w:r>
              <w:rPr>
                <w:sz w:val="18"/>
              </w:rPr>
              <w:t>"</w:t>
            </w:r>
            <w:r>
              <w:rPr>
                <w:sz w:val="18"/>
              </w:rPr>
              <w:t xml:space="preserve"> </w:t>
            </w:r>
            <w:r>
              <w:rPr>
                <w:sz w:val="18"/>
              </w:rPr>
              <w:t>的启示</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：深厚之根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根包含哪五个学科，各领域最高奖是什么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列出数学</w:t>
            </w:r>
            <w:r>
              <w:rPr>
                <w:sz w:val="18"/>
              </w:rPr>
              <w:t xml:space="preserve"> </w:t>
            </w:r>
            <w:r>
              <w:rPr>
                <w:sz w:val="18"/>
              </w:rPr>
              <w:t>/</w:t>
            </w:r>
            <w:r>
              <w:rPr>
                <w:sz w:val="18"/>
              </w:rPr>
              <w:t xml:space="preserve"> </w:t>
            </w:r>
            <w:r>
              <w:rPr>
                <w:sz w:val="18"/>
              </w:rPr>
              <w:t>哲学</w:t>
            </w:r>
            <w:r>
              <w:rPr>
                <w:sz w:val="18"/>
              </w:rPr>
              <w:t xml:space="preserve"> </w:t>
            </w:r>
            <w:r>
              <w:rPr>
                <w:sz w:val="18"/>
              </w:rPr>
              <w:t>/</w:t>
            </w:r>
            <w:r>
              <w:rPr>
                <w:sz w:val="18"/>
              </w:rPr>
              <w:t xml:space="preserve"> </w:t>
            </w:r>
            <w:r>
              <w:rPr>
                <w:sz w:val="18"/>
              </w:rPr>
              <w:t>逻辑学</w:t>
            </w:r>
            <w:r>
              <w:rPr>
                <w:sz w:val="18"/>
              </w:rPr>
              <w:t xml:space="preserve"> </w:t>
            </w:r>
            <w:r>
              <w:rPr>
                <w:sz w:val="18"/>
              </w:rPr>
              <w:t>/</w:t>
            </w:r>
            <w:r>
              <w:rPr>
                <w:sz w:val="18"/>
              </w:rPr>
              <w:t xml:space="preserve"> </w:t>
            </w:r>
            <w:r>
              <w:rPr>
                <w:sz w:val="18"/>
              </w:rPr>
              <w:t>信息论</w:t>
            </w:r>
            <w:r>
              <w:rPr>
                <w:sz w:val="18"/>
              </w:rPr>
              <w:t xml:space="preserve"> </w:t>
            </w:r>
            <w:r>
              <w:rPr>
                <w:sz w:val="18"/>
              </w:rPr>
              <w:t>/</w:t>
            </w:r>
            <w:r>
              <w:rPr>
                <w:sz w:val="18"/>
              </w:rPr>
              <w:t xml:space="preserve"> </w:t>
            </w:r>
            <w:r>
              <w:rPr>
                <w:sz w:val="18"/>
              </w:rPr>
              <w:t>认知科学；记下</w:t>
            </w:r>
            <w:r>
              <w:rPr>
                <w:sz w:val="18"/>
              </w:rPr>
              <w:t xml:space="preserve"> </w:t>
            </w:r>
            <w:r>
              <w:rPr>
                <w:sz w:val="18"/>
              </w:rPr>
              <w:t>"</w:t>
            </w:r>
            <w:r>
              <w:rPr>
                <w:sz w:val="18"/>
              </w:rPr>
              <w:t xml:space="preserve"> </w:t>
            </w:r>
            <w:r>
              <w:rPr>
                <w:sz w:val="18"/>
              </w:rPr>
              <w:t>图灵奖</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克劳德</w:t>
            </w:r>
            <w:r>
              <w:rPr>
                <w:sz w:val="18"/>
              </w:rPr>
              <w:t xml:space="preserve"> </w:t>
            </w:r>
            <w:r>
              <w:rPr>
                <w:sz w:val="18"/>
              </w:rPr>
              <w:t>·</w:t>
            </w:r>
            <w:r>
              <w:rPr>
                <w:sz w:val="18"/>
              </w:rPr>
              <w:t xml:space="preserve"> </w:t>
            </w:r>
            <w:r>
              <w:rPr>
                <w:sz w:val="18"/>
              </w:rPr>
              <w:t>香农</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：落点金句</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讲者最后如何定义</w:t>
            </w:r>
            <w:r>
              <w:rPr>
                <w:sz w:val="18"/>
              </w:rPr>
              <w:t xml:space="preserve"> </w:t>
            </w:r>
            <w:r>
              <w:rPr>
                <w:sz w:val="18"/>
              </w:rPr>
              <w:t>AI</w:t>
            </w:r>
            <w:r>
              <w:rPr>
                <w:sz w:val="18"/>
              </w:rPr>
              <w:t xml:space="preserve"> </w:t>
            </w:r>
            <w:r>
              <w:rPr>
                <w:sz w:val="18"/>
              </w:rPr>
              <w:t>与教育的关系</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记录罗杰</w:t>
            </w:r>
            <w:r>
              <w:rPr>
                <w:sz w:val="18"/>
              </w:rPr>
              <w:t xml:space="preserve"> </w:t>
            </w:r>
            <w:r>
              <w:rPr>
                <w:sz w:val="18"/>
              </w:rPr>
              <w:t>·</w:t>
            </w:r>
            <w:r>
              <w:rPr>
                <w:sz w:val="18"/>
              </w:rPr>
              <w:t xml:space="preserve"> </w:t>
            </w:r>
            <w:r>
              <w:rPr>
                <w:sz w:val="18"/>
              </w:rPr>
              <w:t>尚克</w:t>
            </w:r>
            <w:r>
              <w:rPr>
                <w:sz w:val="18"/>
              </w:rPr>
              <w:t xml:space="preserve"> </w:t>
            </w:r>
            <w:r>
              <w:rPr>
                <w:sz w:val="18"/>
              </w:rPr>
              <w:t>"</w:t>
            </w:r>
            <w:r>
              <w:rPr>
                <w:sz w:val="18"/>
              </w:rPr>
              <w:t xml:space="preserve"> </w:t>
            </w:r>
            <w:r>
              <w:rPr>
                <w:sz w:val="18"/>
              </w:rPr>
              <w:t>它既是学习的科学又是教育的技术</w:t>
            </w:r>
            <w:r>
              <w:rPr>
                <w:sz w:val="18"/>
              </w:rPr>
              <w:t xml:space="preserve"> </w:t>
            </w:r>
            <w:r>
              <w:rPr>
                <w:sz w:val="18"/>
              </w:rPr>
              <w:t>"</w:t>
            </w:r>
            <w:r>
              <w:rPr>
                <w:sz w:val="18"/>
              </w:rPr>
              <w:t xml:space="preserve"> </w:t>
            </w:r>
            <w:r>
              <w:rPr>
                <w:sz w:val="18"/>
              </w:rPr>
              <w:t>及连续统</w:t>
            </w:r>
            <w:r>
              <w:rPr>
                <w:sz w:val="18"/>
              </w:rPr>
              <w:t xml:space="preserve"> </w:t>
            </w:r>
            <w:r>
              <w:rPr>
                <w:sz w:val="18"/>
              </w:rPr>
              <w:t>ANI/AGI/ASI</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三连问板贴：</w:t>
            </w:r>
            <w:r>
              <w:rPr>
                <w:sz w:val="18"/>
              </w:rPr>
              <w:t xml:space="preserve"> </w:t>
            </w:r>
            <w:r>
              <w:rPr>
                <w:sz w:val="18"/>
              </w:rPr>
              <w:t>"</w:t>
            </w:r>
            <w:r>
              <w:rPr>
                <w:sz w:val="18"/>
              </w:rPr>
              <w:t xml:space="preserve"> </w:t>
            </w:r>
            <w:r>
              <w:rPr>
                <w:sz w:val="18"/>
              </w:rPr>
              <w:t>主干是什么？</w:t>
            </w:r>
            <w:r>
              <w:rPr>
                <w:sz w:val="18"/>
              </w:rPr>
              <w:t xml:space="preserve"> </w:t>
            </w:r>
            <w:r>
              <w:rPr>
                <w:sz w:val="18"/>
              </w:rPr>
              <w:t>→</w:t>
            </w:r>
            <w:r>
              <w:rPr>
                <w:sz w:val="18"/>
              </w:rPr>
              <w:t xml:space="preserve"> </w:t>
            </w:r>
            <w:r>
              <w:rPr>
                <w:sz w:val="18"/>
              </w:rPr>
              <w:t>主干靠什么长？</w:t>
            </w:r>
            <w:r>
              <w:rPr>
                <w:sz w:val="18"/>
              </w:rPr>
              <w:t xml:space="preserve"> </w:t>
            </w:r>
            <w:r>
              <w:rPr>
                <w:sz w:val="18"/>
              </w:rPr>
              <w:t>→</w:t>
            </w:r>
            <w:r>
              <w:rPr>
                <w:sz w:val="18"/>
              </w:rPr>
              <w:t xml:space="preserve"> </w:t>
            </w:r>
            <w:r>
              <w:rPr>
                <w:sz w:val="18"/>
              </w:rPr>
              <w:t>根扎在哪里？</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承接第</w:t>
            </w:r>
            <w:r>
              <w:rPr>
                <w:sz w:val="18"/>
              </w:rPr>
              <w:t xml:space="preserve"> </w:t>
            </w:r>
            <w:r>
              <w:rPr>
                <w:sz w:val="18"/>
              </w:rPr>
              <w:t>4</w:t>
            </w:r>
            <w:r>
              <w:rPr>
                <w:sz w:val="18"/>
              </w:rPr>
              <w:t xml:space="preserve"> </w:t>
            </w:r>
            <w:r>
              <w:rPr>
                <w:sz w:val="18"/>
              </w:rPr>
              <w:t>讲</w:t>
            </w:r>
            <w:r>
              <w:rPr>
                <w:sz w:val="18"/>
              </w:rPr>
              <w:t xml:space="preserve"> </w:t>
            </w:r>
            <w:r>
              <w:rPr>
                <w:sz w:val="18"/>
              </w:rPr>
              <w:t>"</w:t>
            </w:r>
            <w:r>
              <w:rPr>
                <w:sz w:val="18"/>
              </w:rPr>
              <w:t xml:space="preserve"> </w:t>
            </w:r>
            <w:r>
              <w:rPr>
                <w:sz w:val="18"/>
              </w:rPr>
              <w:t>叶与枝从何而来</w:t>
            </w:r>
            <w:r>
              <w:rPr>
                <w:sz w:val="18"/>
              </w:rPr>
              <w:t xml:space="preserve"> </w:t>
            </w:r>
            <w:r>
              <w:rPr>
                <w:sz w:val="18"/>
              </w:rPr>
              <w:t>"</w:t>
            </w:r>
            <w:r>
              <w:rPr>
                <w:sz w:val="18"/>
              </w:rPr>
              <w:t xml:space="preserve"> </w:t>
            </w:r>
            <w:r>
              <w:rPr>
                <w:sz w:val="18"/>
              </w:rPr>
              <w:t>的悬念，自然过渡到本讲</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5</w:t>
            </w:r>
            <w:r>
              <w:rPr>
                <w:sz w:val="18"/>
              </w:rPr>
              <w:t xml:space="preserve"> </w:t>
            </w:r>
            <w:r>
              <w:rPr>
                <w:sz w:val="18"/>
              </w:rPr>
              <w:t>讲视频（</w:t>
            </w:r>
            <w:r>
              <w:rPr>
                <w:sz w:val="18"/>
              </w:rPr>
              <w:t xml:space="preserve"> </w:t>
            </w:r>
            <w:r>
              <w:rPr>
                <w:sz w:val="18"/>
              </w:rPr>
              <w:t>20</w:t>
            </w:r>
            <w:r>
              <w:rPr>
                <w:sz w:val="18"/>
              </w:rPr>
              <w:t xml:space="preserve"> </w:t>
            </w:r>
            <w:r>
              <w:rPr>
                <w:sz w:val="18"/>
              </w:rPr>
              <w:t>分钟），同步填写任务单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提醒关注</w:t>
            </w:r>
            <w:r>
              <w:rPr>
                <w:sz w:val="18"/>
              </w:rPr>
              <w:t xml:space="preserve"> </w:t>
            </w:r>
            <w:r>
              <w:rPr>
                <w:sz w:val="18"/>
              </w:rPr>
              <w:t>"</w:t>
            </w:r>
            <w:r>
              <w:rPr>
                <w:sz w:val="18"/>
              </w:rPr>
              <w:t xml:space="preserve"> </w:t>
            </w:r>
            <w:r>
              <w:rPr>
                <w:sz w:val="18"/>
              </w:rPr>
              <w:t>学开车</w:t>
            </w:r>
            <w:r>
              <w:rPr>
                <w:sz w:val="18"/>
              </w:rPr>
              <w:t xml:space="preserve"> </w:t>
            </w:r>
            <w:r>
              <w:rPr>
                <w:sz w:val="18"/>
              </w:rPr>
              <w:t>/</w:t>
            </w:r>
            <w:r>
              <w:rPr>
                <w:sz w:val="18"/>
              </w:rPr>
              <w:t xml:space="preserve"> </w:t>
            </w:r>
            <w:r>
              <w:rPr>
                <w:sz w:val="18"/>
              </w:rPr>
              <w:t>土豆丝</w:t>
            </w:r>
            <w:r>
              <w:rPr>
                <w:sz w:val="18"/>
              </w:rPr>
              <w:t xml:space="preserve"> </w:t>
            </w:r>
            <w:r>
              <w:rPr>
                <w:sz w:val="18"/>
              </w:rPr>
              <w:t>/</w:t>
            </w:r>
            <w:r>
              <w:rPr>
                <w:sz w:val="18"/>
              </w:rPr>
              <w:t xml:space="preserve"> </w:t>
            </w:r>
            <w:r>
              <w:rPr>
                <w:sz w:val="18"/>
              </w:rPr>
              <w:t>长矛</w:t>
            </w:r>
            <w:r>
              <w:rPr>
                <w:sz w:val="18"/>
              </w:rPr>
              <w:t xml:space="preserve"> </w:t>
            </w:r>
            <w:r>
              <w:rPr>
                <w:sz w:val="18"/>
              </w:rPr>
              <w:t>/</w:t>
            </w:r>
            <w:r>
              <w:rPr>
                <w:sz w:val="18"/>
              </w:rPr>
              <w:t xml:space="preserve"> </w:t>
            </w:r>
            <w:r>
              <w:rPr>
                <w:sz w:val="18"/>
              </w:rPr>
              <w:t>甲壳虫</w:t>
            </w:r>
            <w:r>
              <w:rPr>
                <w:sz w:val="18"/>
              </w:rPr>
              <w:t xml:space="preserve"> </w:t>
            </w:r>
            <w:r>
              <w:rPr>
                <w:sz w:val="18"/>
              </w:rPr>
              <w:t>"</w:t>
            </w:r>
            <w:r>
              <w:rPr>
                <w:sz w:val="18"/>
              </w:rPr>
              <w:t xml:space="preserve"> </w:t>
            </w:r>
            <w:r>
              <w:rPr>
                <w:sz w:val="18"/>
              </w:rPr>
              <w:t>四组生活类比</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w:t>
            </w:r>
            <w:r>
              <w:rPr>
                <w:sz w:val="18"/>
              </w:rPr>
              <w:t xml:space="preserve"> </w:t>
            </w:r>
            <w:r>
              <w:rPr>
                <w:sz w:val="18"/>
              </w:rPr>
              <w:t>①</w:t>
            </w:r>
            <w:r>
              <w:rPr>
                <w:sz w:val="18"/>
              </w:rPr>
              <w:t xml:space="preserve"> </w:t>
            </w:r>
            <w:r>
              <w:rPr>
                <w:sz w:val="18"/>
              </w:rPr>
              <w:t>三大支柱对应</w:t>
            </w:r>
            <w:r>
              <w:rPr>
                <w:sz w:val="18"/>
              </w:rPr>
              <w:t xml:space="preserve"> </w:t>
            </w:r>
            <w:r>
              <w:rPr>
                <w:sz w:val="18"/>
              </w:rPr>
              <w:t>"</w:t>
            </w:r>
            <w:r>
              <w:rPr>
                <w:sz w:val="18"/>
              </w:rPr>
              <w:t xml:space="preserve"> </w:t>
            </w:r>
            <w:r>
              <w:rPr>
                <w:sz w:val="18"/>
              </w:rPr>
              <w:t>学开车</w:t>
            </w:r>
            <w:r>
              <w:rPr>
                <w:sz w:val="18"/>
              </w:rPr>
              <w:t xml:space="preserve"> </w:t>
            </w:r>
            <w:r>
              <w:rPr>
                <w:sz w:val="18"/>
              </w:rPr>
              <w:t>"</w:t>
            </w:r>
            <w:r>
              <w:rPr>
                <w:sz w:val="18"/>
              </w:rPr>
              <w:t xml:space="preserve"> </w:t>
            </w:r>
            <w:r>
              <w:rPr>
                <w:sz w:val="18"/>
              </w:rPr>
              <w:t>三情境；</w:t>
            </w:r>
            <w:r>
              <w:rPr>
                <w:sz w:val="18"/>
              </w:rPr>
              <w:t xml:space="preserve"> </w:t>
            </w:r>
            <w:r>
              <w:rPr>
                <w:sz w:val="18"/>
              </w:rPr>
              <w:t>②</w:t>
            </w:r>
            <w:r>
              <w:rPr>
                <w:sz w:val="18"/>
              </w:rPr>
              <w:t xml:space="preserve"> </w:t>
            </w:r>
            <w:r>
              <w:rPr>
                <w:sz w:val="18"/>
              </w:rPr>
              <w:t>三要素连线；</w:t>
            </w:r>
            <w:r>
              <w:rPr>
                <w:sz w:val="18"/>
              </w:rPr>
              <w:t xml:space="preserve"> </w:t>
            </w:r>
            <w:r>
              <w:rPr>
                <w:sz w:val="18"/>
              </w:rPr>
              <w:t>③</w:t>
            </w:r>
            <w:r>
              <w:rPr>
                <w:sz w:val="18"/>
              </w:rPr>
              <w:t xml:space="preserve"> </w:t>
            </w:r>
            <w:r>
              <w:rPr>
                <w:sz w:val="18"/>
              </w:rPr>
              <w:t>连续统排序</w:t>
            </w:r>
            <w:r>
              <w:rPr>
                <w:sz w:val="18"/>
              </w:rPr>
              <w:t xml:space="preserve"> </w:t>
            </w:r>
            <w:r>
              <w:rPr>
                <w:sz w:val="18"/>
              </w:rPr>
              <w:t>ANI/AGI/ASI</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用板书梳理</w:t>
            </w:r>
            <w:r>
              <w:rPr>
                <w:sz w:val="18"/>
              </w:rPr>
              <w:t xml:space="preserve"> </w:t>
            </w:r>
            <w:r>
              <w:rPr>
                <w:sz w:val="18"/>
              </w:rPr>
              <w:t>"</w:t>
            </w:r>
            <w:r>
              <w:rPr>
                <w:sz w:val="18"/>
              </w:rPr>
              <w:t xml:space="preserve"> </w:t>
            </w:r>
            <w:r>
              <w:rPr>
                <w:sz w:val="18"/>
              </w:rPr>
              <w:t>生活类比</w:t>
            </w:r>
            <w:r>
              <w:rPr>
                <w:sz w:val="18"/>
              </w:rPr>
              <w:t xml:space="preserve"> </w:t>
            </w:r>
            <w:r>
              <w:rPr>
                <w:sz w:val="18"/>
              </w:rPr>
              <w:t>↔</w:t>
            </w:r>
            <w:r>
              <w:rPr>
                <w:sz w:val="18"/>
              </w:rPr>
              <w:t xml:space="preserve"> </w:t>
            </w:r>
            <w:r>
              <w:rPr>
                <w:sz w:val="18"/>
              </w:rPr>
              <w:t>专业术语</w:t>
            </w:r>
            <w:r>
              <w:rPr>
                <w:sz w:val="18"/>
              </w:rPr>
              <w:t xml:space="preserve"> </w:t>
            </w:r>
            <w:r>
              <w:rPr>
                <w:sz w:val="18"/>
              </w:rPr>
              <w:t>"</w:t>
            </w:r>
            <w:r>
              <w:rPr>
                <w:sz w:val="18"/>
              </w:rPr>
              <w:t xml:space="preserve"> </w:t>
            </w:r>
            <w:r>
              <w:rPr>
                <w:sz w:val="18"/>
              </w:rPr>
              <w:t>双轨，避免陷入公式</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学科组设计一节</w:t>
            </w:r>
            <w:r>
              <w:rPr>
                <w:sz w:val="18"/>
              </w:rPr>
              <w:t xml:space="preserve"> </w:t>
            </w:r>
            <w:r>
              <w:rPr>
                <w:sz w:val="18"/>
              </w:rPr>
              <w:t>"</w:t>
            </w:r>
            <w:r>
              <w:rPr>
                <w:sz w:val="18"/>
              </w:rPr>
              <w:t xml:space="preserve"> </w:t>
            </w:r>
            <w:r>
              <w:rPr>
                <w:sz w:val="18"/>
              </w:rPr>
              <w:t>三要素</w:t>
            </w:r>
            <w:r>
              <w:rPr>
                <w:sz w:val="18"/>
              </w:rPr>
              <w:t xml:space="preserve"> </w:t>
            </w:r>
            <w:r>
              <w:rPr>
                <w:sz w:val="18"/>
              </w:rPr>
              <w:t>"</w:t>
            </w:r>
            <w:r>
              <w:rPr>
                <w:sz w:val="18"/>
              </w:rPr>
              <w:t xml:space="preserve"> </w:t>
            </w:r>
            <w:r>
              <w:rPr>
                <w:sz w:val="18"/>
              </w:rPr>
              <w:t>或</w:t>
            </w:r>
            <w:r>
              <w:rPr>
                <w:sz w:val="18"/>
              </w:rPr>
              <w:t xml:space="preserve"> </w:t>
            </w:r>
            <w:r>
              <w:rPr>
                <w:sz w:val="18"/>
              </w:rPr>
              <w:t>"</w:t>
            </w:r>
            <w:r>
              <w:rPr>
                <w:sz w:val="18"/>
              </w:rPr>
              <w:t xml:space="preserve"> </w:t>
            </w:r>
            <w:r>
              <w:rPr>
                <w:sz w:val="18"/>
              </w:rPr>
              <w:t>智能定义</w:t>
            </w:r>
            <w:r>
              <w:rPr>
                <w:sz w:val="18"/>
              </w:rPr>
              <w:t xml:space="preserve"> </w:t>
            </w:r>
            <w:r>
              <w:rPr>
                <w:sz w:val="18"/>
              </w:rPr>
              <w:t>"</w:t>
            </w:r>
            <w:r>
              <w:rPr>
                <w:sz w:val="18"/>
              </w:rPr>
              <w:t xml:space="preserve"> </w:t>
            </w:r>
            <w:r>
              <w:rPr>
                <w:sz w:val="18"/>
              </w:rPr>
              <w:t>微型活动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重点产出可直接用于课堂的类比素材</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拼合第</w:t>
            </w:r>
            <w:r>
              <w:rPr>
                <w:sz w:val="18"/>
              </w:rPr>
              <w:t xml:space="preserve"> </w:t>
            </w:r>
            <w:r>
              <w:rPr>
                <w:sz w:val="18"/>
              </w:rPr>
              <w:t>4+5</w:t>
            </w:r>
            <w:r>
              <w:rPr>
                <w:sz w:val="18"/>
              </w:rPr>
              <w:t xml:space="preserve"> </w:t>
            </w:r>
            <w:r>
              <w:rPr>
                <w:sz w:val="18"/>
              </w:rPr>
              <w:t>讲知识树（叶</w:t>
            </w:r>
            <w:r>
              <w:rPr>
                <w:sz w:val="18"/>
              </w:rPr>
              <w:t xml:space="preserve"> </w:t>
            </w:r>
            <w:r>
              <w:rPr>
                <w:sz w:val="18"/>
              </w:rPr>
              <w:t>/</w:t>
            </w:r>
            <w:r>
              <w:rPr>
                <w:sz w:val="18"/>
              </w:rPr>
              <w:t xml:space="preserve"> </w:t>
            </w:r>
            <w:r>
              <w:rPr>
                <w:sz w:val="18"/>
              </w:rPr>
              <w:t>枝</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根），预告第</w:t>
            </w:r>
            <w:r>
              <w:rPr>
                <w:sz w:val="18"/>
              </w:rPr>
              <w:t xml:space="preserve"> </w:t>
            </w:r>
            <w:r>
              <w:rPr>
                <w:sz w:val="18"/>
              </w:rPr>
              <w:t>6</w:t>
            </w:r>
            <w:r>
              <w:rPr>
                <w:sz w:val="18"/>
              </w:rPr>
              <w:t xml:space="preserve"> </w:t>
            </w:r>
            <w:r>
              <w:rPr>
                <w:sz w:val="18"/>
              </w:rPr>
              <w:t>讲</w:t>
            </w:r>
            <w:r>
              <w:rPr>
                <w:sz w:val="18"/>
              </w:rPr>
              <w:t xml:space="preserve"> </w:t>
            </w:r>
            <w:r>
              <w:rPr>
                <w:sz w:val="18"/>
              </w:rPr>
              <w:t>"</w:t>
            </w:r>
            <w:r>
              <w:rPr>
                <w:sz w:val="18"/>
              </w:rPr>
              <w:t xml:space="preserve"> </w:t>
            </w:r>
            <w:r>
              <w:rPr>
                <w:sz w:val="18"/>
              </w:rPr>
              <w:t>全貌与怎么教</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强调落点：</w:t>
            </w:r>
            <w:r>
              <w:rPr>
                <w:sz w:val="18"/>
              </w:rPr>
              <w:t xml:space="preserve"> </w:t>
            </w:r>
            <w:r>
              <w:rPr>
                <w:sz w:val="18"/>
              </w:rPr>
              <w:t>AI</w:t>
            </w:r>
            <w:r>
              <w:rPr>
                <w:sz w:val="18"/>
              </w:rPr>
              <w:t xml:space="preserve"> </w:t>
            </w:r>
            <w:r>
              <w:rPr>
                <w:sz w:val="18"/>
              </w:rPr>
              <w:t>是</w:t>
            </w:r>
            <w:r>
              <w:rPr>
                <w:sz w:val="18"/>
              </w:rPr>
              <w:t xml:space="preserve"> </w:t>
            </w:r>
            <w:r>
              <w:rPr>
                <w:sz w:val="18"/>
              </w:rPr>
              <w:t>"</w:t>
            </w:r>
            <w:r>
              <w:rPr>
                <w:sz w:val="18"/>
              </w:rPr>
              <w:t xml:space="preserve"> </w:t>
            </w:r>
            <w:r>
              <w:rPr>
                <w:sz w:val="18"/>
              </w:rPr>
              <w:t>学习的科学</w:t>
            </w:r>
            <w:r>
              <w:rPr>
                <w:sz w:val="18"/>
              </w:rPr>
              <w:t xml:space="preserve"> </w:t>
            </w:r>
            <w:r>
              <w:rPr>
                <w:sz w:val="18"/>
              </w:rPr>
              <w:t>"</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活动："三连问"接龙。</w:t>
      </w:r>
      <w:r>
        <w:rPr>
          <w:rFonts w:ascii="微软雅黑" w:eastAsia="微软雅黑" w:hAnsi="微软雅黑" w:cs="微软雅黑" w:hint="eastAsia"/>
          <w:lang w:eastAsia="zh-CN"/>
        </w:rPr>
        <w:t xml:space="preserve"> 黑板写三连问：</w:t>
      </w:r>
      <w:r>
        <w:rPr>
          <w:rFonts w:ascii="微软雅黑" w:eastAsia="微软雅黑" w:hAnsi="微软雅黑" w:cs="微软雅黑" w:hint="eastAsia"/>
          <w:b/>
          <w:lang w:eastAsia="zh-CN"/>
        </w:rPr>
        <w:t>主干是什么？→主干靠什么长？→根扎在哪里？</w:t>
      </w:r>
      <w:r>
        <w:t xml:space="preserve"> </w:t>
      </w:r>
      <w:r>
        <w:rPr>
          <w:rFonts w:ascii="微软雅黑" w:eastAsia="微软雅黑" w:hAnsi="微软雅黑" w:cs="微软雅黑" w:hint="eastAsia"/>
          <w:lang w:eastAsia="zh-CN"/>
        </w:rPr>
        <w:t>请教师用第</w:t>
      </w:r>
      <w:r>
        <w:t>4</w:t>
      </w:r>
      <w:r>
        <w:rPr>
          <w:rFonts w:ascii="微软雅黑" w:eastAsia="微软雅黑" w:hAnsi="微软雅黑" w:cs="微软雅黑" w:hint="eastAsia"/>
          <w:lang w:eastAsia="zh-CN"/>
        </w:rPr>
        <w:t>讲学过的</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知识先做预测（叶靠什么枝？枝靠什么干？），再揭示本讲将回答</w:t>
      </w:r>
      <w:r>
        <w:t>"</w:t>
      </w:r>
      <w:r>
        <w:rPr>
          <w:rFonts w:ascii="微软雅黑" w:eastAsia="微软雅黑" w:hAnsi="微软雅黑" w:cs="微软雅黑" w:hint="eastAsia"/>
          <w:lang w:eastAsia="zh-CN"/>
        </w:rPr>
        <w:t>干与根</w:t>
      </w:r>
      <w:r>
        <w:t>"</w:t>
      </w:r>
      <w:r>
        <w:rPr>
          <w:rFonts w:ascii="微软雅黑" w:eastAsia="微软雅黑" w:hAnsi="微软雅黑" w:cs="微软雅黑" w:hint="eastAsia"/>
          <w:lang w:eastAsia="zh-CN"/>
        </w:rPr>
        <w:t>。动机点：为什么一棵</w:t>
      </w:r>
      <w:r>
        <w:t>"</w:t>
      </w:r>
      <w:r>
        <w:rPr>
          <w:rFonts w:ascii="微软雅黑" w:eastAsia="微软雅黑" w:hAnsi="微软雅黑" w:cs="微软雅黑" w:hint="eastAsia"/>
          <w:lang w:eastAsia="zh-CN"/>
        </w:rPr>
        <w:t>知识树</w:t>
      </w:r>
      <w:r>
        <w:t>"</w:t>
      </w:r>
      <w:r>
        <w:rPr>
          <w:rFonts w:ascii="微软雅黑" w:eastAsia="微软雅黑" w:hAnsi="微软雅黑" w:cs="微软雅黑" w:hint="eastAsia"/>
          <w:lang w:eastAsia="zh-CN"/>
        </w:rPr>
        <w:t>必须先讲叶枝、再讲干根，而不是反过来？</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活动1：学开车类比三大支柱。</w:t>
      </w:r>
      <w:r>
        <w:t xml:space="preserve"> </w:t>
      </w:r>
      <w:r>
        <w:rPr>
          <w:rFonts w:ascii="微软雅黑" w:eastAsia="微软雅黑" w:hAnsi="微软雅黑" w:cs="微软雅黑" w:hint="eastAsia"/>
          <w:lang w:eastAsia="zh-CN"/>
        </w:rPr>
        <w:t>重现视频</w:t>
      </w:r>
      <w:r>
        <w:t>——"</w:t>
      </w:r>
      <w:r>
        <w:rPr>
          <w:rFonts w:ascii="微软雅黑" w:eastAsia="微软雅黑" w:hAnsi="微软雅黑" w:cs="微软雅黑" w:hint="eastAsia"/>
          <w:lang w:eastAsia="zh-CN"/>
        </w:rPr>
        <w:t>有人教</w:t>
      </w:r>
      <w:r>
        <w:t>"</w:t>
      </w:r>
      <w:r>
        <w:rPr>
          <w:rFonts w:ascii="微软雅黑" w:eastAsia="微软雅黑" w:hAnsi="微软雅黑" w:cs="微软雅黑" w:hint="eastAsia"/>
          <w:lang w:eastAsia="zh-CN"/>
        </w:rPr>
        <w:t>对应监督学习（</w:t>
      </w:r>
      <w:r>
        <w:t>SL</w:t>
      </w:r>
      <w:r>
        <w:rPr>
          <w:rFonts w:ascii="微软雅黑" w:eastAsia="微软雅黑" w:hAnsi="微软雅黑" w:cs="微软雅黑" w:hint="eastAsia"/>
          <w:lang w:eastAsia="zh-CN"/>
        </w:rPr>
        <w:t>，有标签，</w:t>
      </w:r>
      <w:r>
        <w:t>"</w:t>
      </w:r>
      <w:r>
        <w:rPr>
          <w:rFonts w:ascii="微软雅黑" w:eastAsia="微软雅黑" w:hAnsi="微软雅黑" w:cs="微软雅黑" w:hint="eastAsia"/>
          <w:lang w:eastAsia="zh-CN"/>
        </w:rPr>
        <w:t>你得对准才能射到那个靶</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自己摸索</w:t>
      </w:r>
      <w:r>
        <w:t>"</w:t>
      </w:r>
      <w:r>
        <w:rPr>
          <w:rFonts w:ascii="微软雅黑" w:eastAsia="微软雅黑" w:hAnsi="微软雅黑" w:cs="微软雅黑" w:hint="eastAsia"/>
          <w:lang w:eastAsia="zh-CN"/>
        </w:rPr>
        <w:t>对应无监督学习（</w:t>
      </w:r>
      <w:r>
        <w:t>UL</w:t>
      </w:r>
      <w:r>
        <w:rPr>
          <w:rFonts w:ascii="微软雅黑" w:eastAsia="微软雅黑" w:hAnsi="微软雅黑" w:cs="微软雅黑" w:hint="eastAsia"/>
          <w:lang w:eastAsia="zh-CN"/>
        </w:rPr>
        <w:t>，无标签，</w:t>
      </w:r>
      <w:r>
        <w:t>"</w:t>
      </w:r>
      <w:r>
        <w:rPr>
          <w:rFonts w:ascii="微软雅黑" w:eastAsia="微软雅黑" w:hAnsi="微软雅黑" w:cs="微软雅黑" w:hint="eastAsia"/>
          <w:lang w:eastAsia="zh-CN"/>
        </w:rPr>
        <w:t>得有大量的时间去摸索</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试错得奖励</w:t>
      </w:r>
      <w:r>
        <w:t>"</w:t>
      </w:r>
      <w:r>
        <w:rPr>
          <w:rFonts w:ascii="微软雅黑" w:eastAsia="微软雅黑" w:hAnsi="微软雅黑" w:cs="微软雅黑" w:hint="eastAsia"/>
          <w:lang w:eastAsia="zh-CN"/>
        </w:rPr>
        <w:t>对应强化学习（</w:t>
      </w:r>
      <w:r>
        <w:t>RL</w:t>
      </w:r>
      <w:r>
        <w:rPr>
          <w:rFonts w:ascii="微软雅黑" w:eastAsia="微软雅黑" w:hAnsi="微软雅黑" w:cs="微软雅黑" w:hint="eastAsia"/>
          <w:lang w:eastAsia="zh-CN"/>
        </w:rPr>
        <w:t>，靠奖励</w:t>
      </w:r>
      <w:r>
        <w:t>/</w:t>
      </w:r>
      <w:r>
        <w:rPr>
          <w:rFonts w:ascii="微软雅黑" w:eastAsia="微软雅黑" w:hAnsi="微软雅黑" w:cs="微软雅黑" w:hint="eastAsia"/>
          <w:lang w:eastAsia="zh-CN"/>
        </w:rPr>
        <w:t>惩罚习得策略，被称为具身智能的</w:t>
      </w:r>
      <w:r>
        <w:t>"</w:t>
      </w:r>
      <w:r>
        <w:rPr>
          <w:rFonts w:ascii="微软雅黑" w:eastAsia="微软雅黑" w:hAnsi="微软雅黑" w:cs="微软雅黑" w:hint="eastAsia"/>
          <w:lang w:eastAsia="zh-CN"/>
        </w:rPr>
        <w:t>灵魂</w:t>
      </w:r>
      <w:r>
        <w:t>"</w:t>
      </w:r>
      <w:r>
        <w:rPr>
          <w:rFonts w:ascii="微软雅黑" w:eastAsia="微软雅黑" w:hAnsi="微软雅黑" w:cs="微软雅黑" w:hint="eastAsia"/>
          <w:lang w:eastAsia="zh-CN"/>
        </w:rPr>
        <w:t>）。分组将</w:t>
      </w:r>
      <w:r>
        <w:t>"</w:t>
      </w:r>
      <w:r>
        <w:rPr>
          <w:rFonts w:ascii="微软雅黑" w:eastAsia="微软雅黑" w:hAnsi="微软雅黑" w:cs="微软雅黑" w:hint="eastAsia"/>
          <w:lang w:eastAsia="zh-CN"/>
        </w:rPr>
        <w:t>学开车</w:t>
      </w:r>
      <w:r>
        <w:t>"</w:t>
      </w:r>
      <w:r>
        <w:rPr>
          <w:rFonts w:ascii="微软雅黑" w:eastAsia="微软雅黑" w:hAnsi="微软雅黑" w:cs="微软雅黑" w:hint="eastAsia"/>
          <w:lang w:eastAsia="zh-CN"/>
        </w:rPr>
        <w:t>三情境匹配到</w:t>
      </w:r>
      <w:r>
        <w:t>SL/UL/RL</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活动2：斯金纳箱与甲壳虫。</w:t>
      </w:r>
      <w:r>
        <w:t xml:space="preserve"> </w:t>
      </w:r>
      <w:r>
        <w:rPr>
          <w:rFonts w:ascii="微软雅黑" w:eastAsia="微软雅黑" w:hAnsi="微软雅黑" w:cs="微软雅黑" w:hint="eastAsia"/>
          <w:lang w:eastAsia="zh-CN"/>
        </w:rPr>
        <w:t>呈现斯金纳老鼠按杠杆实验（</w:t>
      </w:r>
      <w:r>
        <w:t>Rewards introduced to increase a behavior</w:t>
      </w:r>
      <w:r>
        <w:rPr>
          <w:rFonts w:ascii="微软雅黑" w:eastAsia="微软雅黑" w:hAnsi="微软雅黑" w:cs="微软雅黑" w:hint="eastAsia"/>
          <w:lang w:eastAsia="zh-CN"/>
        </w:rPr>
        <w:t>／</w:t>
      </w:r>
      <w:r>
        <w:t>Punishment introduced to decrease a behavior</w:t>
      </w:r>
      <w:r>
        <w:rPr>
          <w:rFonts w:ascii="微软雅黑" w:eastAsia="微软雅黑" w:hAnsi="微软雅黑" w:cs="微软雅黑" w:hint="eastAsia"/>
          <w:lang w:eastAsia="zh-CN"/>
        </w:rPr>
        <w:t>），讨论</w:t>
      </w:r>
      <w:r>
        <w:t>"</w:t>
      </w:r>
      <w:r>
        <w:rPr>
          <w:rFonts w:ascii="微软雅黑" w:eastAsia="微软雅黑" w:hAnsi="微软雅黑" w:cs="微软雅黑" w:hint="eastAsia"/>
          <w:lang w:eastAsia="zh-CN"/>
        </w:rPr>
        <w:t>打怪得分</w:t>
      </w:r>
      <w:r>
        <w:t>"</w:t>
      </w:r>
      <w:r>
        <w:rPr>
          <w:rFonts w:ascii="微软雅黑" w:eastAsia="微软雅黑" w:hAnsi="微软雅黑" w:cs="微软雅黑" w:hint="eastAsia"/>
          <w:lang w:eastAsia="zh-CN"/>
        </w:rPr>
        <w:t>是否也是强化学习；再展示甲壳虫机械模型（圆球形万向轮、轮前一根杆子，遇阻即拐弯、能在桌上跑来跑去不掉下），追问</w:t>
      </w:r>
      <w:r>
        <w:t>"</w:t>
      </w:r>
      <w:r>
        <w:rPr>
          <w:rFonts w:ascii="微软雅黑" w:eastAsia="微软雅黑" w:hAnsi="微软雅黑" w:cs="微软雅黑" w:hint="eastAsia"/>
          <w:lang w:eastAsia="zh-CN"/>
        </w:rPr>
        <w:t>这算不算智能</w:t>
      </w:r>
      <w:r>
        <w:t>"——</w:t>
      </w:r>
      <w:r>
        <w:rPr>
          <w:rFonts w:ascii="微软雅黑" w:eastAsia="微软雅黑" w:hAnsi="微软雅黑" w:cs="微软雅黑" w:hint="eastAsia"/>
          <w:lang w:eastAsia="zh-CN"/>
        </w:rPr>
        <w:t>引出约翰</w:t>
      </w:r>
      <w:r>
        <w:t>·</w:t>
      </w:r>
      <w:r>
        <w:rPr>
          <w:rFonts w:ascii="微软雅黑" w:eastAsia="微软雅黑" w:hAnsi="微软雅黑" w:cs="微软雅黑" w:hint="eastAsia"/>
          <w:lang w:eastAsia="zh-CN"/>
        </w:rPr>
        <w:t>塞尔</w:t>
      </w:r>
      <w:r>
        <w:t>"</w:t>
      </w:r>
      <w:r>
        <w:rPr>
          <w:rFonts w:ascii="微软雅黑" w:eastAsia="微软雅黑" w:hAnsi="微软雅黑" w:cs="微软雅黑" w:hint="eastAsia"/>
          <w:lang w:eastAsia="zh-CN"/>
        </w:rPr>
        <w:t>计算机能拥有像人一样的心智吗？</w:t>
      </w:r>
      <w:r>
        <w:t>"</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pStyle w:val="ListBullet"/>
        <w:spacing w:after="72"/>
      </w:pPr>
      <w:r>
        <w:rPr>
          <w:rFonts w:ascii="微软雅黑" w:eastAsia="微软雅黑" w:hAnsi="微软雅黑" w:cs="微软雅黑" w:hint="eastAsia"/>
          <w:lang w:eastAsia="zh-CN"/>
        </w:rPr>
        <w:t>数学教师：用</w:t>
      </w:r>
      <w:r>
        <w:t>"</w:t>
      </w:r>
      <w:r>
        <w:rPr>
          <w:rFonts w:ascii="微软雅黑" w:eastAsia="微软雅黑" w:hAnsi="微软雅黑" w:cs="微软雅黑" w:hint="eastAsia"/>
          <w:lang w:eastAsia="zh-CN"/>
        </w:rPr>
        <w:t>土豆丝类比</w:t>
      </w:r>
      <w:r>
        <w:t>"</w:t>
      </w:r>
      <w:r>
        <w:rPr>
          <w:rFonts w:ascii="微软雅黑" w:eastAsia="微软雅黑" w:hAnsi="微软雅黑" w:cs="微软雅黑" w:hint="eastAsia"/>
          <w:lang w:eastAsia="zh-CN"/>
        </w:rPr>
        <w:t>讲解</w:t>
      </w:r>
      <w:r>
        <w:t>"</w:t>
      </w:r>
      <w:r>
        <w:rPr>
          <w:rFonts w:ascii="微软雅黑" w:eastAsia="微软雅黑" w:hAnsi="微软雅黑" w:cs="微软雅黑" w:hint="eastAsia"/>
          <w:lang w:eastAsia="zh-CN"/>
        </w:rPr>
        <w:t>数据</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算力</w:t>
      </w:r>
      <w:r>
        <w:t>"</w:t>
      </w:r>
      <w:r>
        <w:rPr>
          <w:rFonts w:ascii="微软雅黑" w:eastAsia="微软雅黑" w:hAnsi="微软雅黑" w:cs="微软雅黑" w:hint="eastAsia"/>
          <w:lang w:eastAsia="zh-CN"/>
        </w:rPr>
        <w:t>，并延伸</w:t>
      </w:r>
      <w:r>
        <w:t>"</w:t>
      </w:r>
      <w:r>
        <w:rPr>
          <w:rFonts w:ascii="微软雅黑" w:eastAsia="微软雅黑" w:hAnsi="微软雅黑" w:cs="微软雅黑" w:hint="eastAsia"/>
          <w:lang w:eastAsia="zh-CN"/>
        </w:rPr>
        <w:t>矩阵运算</w:t>
      </w:r>
      <w:r>
        <w:t>→GPU"</w:t>
      </w:r>
      <w:r>
        <w:rPr>
          <w:rFonts w:ascii="微软雅黑" w:eastAsia="微软雅黑" w:hAnsi="微软雅黑" w:cs="微软雅黑" w:hint="eastAsia"/>
          <w:lang w:eastAsia="zh-CN"/>
        </w:rPr>
        <w:t>的算力逻辑。</w:t>
      </w:r>
    </w:p>
    <w:p>
      <w:pPr>
        <w:pStyle w:val="ListBullet"/>
        <w:spacing w:after="72"/>
      </w:pPr>
      <w:r>
        <w:rPr>
          <w:rFonts w:ascii="微软雅黑" w:eastAsia="微软雅黑" w:hAnsi="微软雅黑" w:cs="微软雅黑" w:hint="eastAsia"/>
          <w:lang w:eastAsia="zh-CN"/>
        </w:rPr>
        <w:t>信息科技教师：以</w:t>
      </w:r>
      <w:r>
        <w:t>"</w:t>
      </w:r>
      <w:r>
        <w:rPr>
          <w:rFonts w:ascii="微软雅黑" w:eastAsia="微软雅黑" w:hAnsi="微软雅黑" w:cs="微软雅黑" w:hint="eastAsia"/>
          <w:lang w:eastAsia="zh-CN"/>
        </w:rPr>
        <w:t>连续统</w:t>
      </w:r>
      <w:r>
        <w:t>ANI→AGI→ASI"</w:t>
      </w:r>
      <w:r>
        <w:rPr>
          <w:rFonts w:ascii="微软雅黑" w:eastAsia="微软雅黑" w:hAnsi="微软雅黑" w:cs="微软雅黑" w:hint="eastAsia"/>
          <w:lang w:eastAsia="zh-CN"/>
        </w:rPr>
        <w:t>让学生给身边</w:t>
      </w:r>
      <w:r>
        <w:t>AI</w:t>
      </w:r>
      <w:r>
        <w:rPr>
          <w:rFonts w:ascii="微软雅黑" w:eastAsia="微软雅黑" w:hAnsi="微软雅黑" w:cs="微软雅黑" w:hint="eastAsia"/>
          <w:lang w:eastAsia="zh-CN"/>
        </w:rPr>
        <w:t>分类（如人脸识别</w:t>
      </w:r>
      <w:r>
        <w:t>=ANI</w:t>
      </w:r>
      <w:r>
        <w:rPr>
          <w:rFonts w:ascii="微软雅黑" w:eastAsia="微软雅黑" w:hAnsi="微软雅黑" w:cs="微软雅黑" w:hint="eastAsia"/>
          <w:lang w:eastAsia="zh-CN"/>
        </w:rPr>
        <w:t>），配合</w:t>
      </w:r>
      <w:r>
        <w:t>"</w:t>
      </w:r>
      <w:r>
        <w:rPr>
          <w:rFonts w:ascii="微软雅黑" w:eastAsia="微软雅黑" w:hAnsi="微软雅黑" w:cs="微软雅黑" w:hint="eastAsia"/>
          <w:lang w:eastAsia="zh-CN"/>
        </w:rPr>
        <w:t>长矛是延伸了我们的胳膊</w:t>
      </w:r>
      <w:r>
        <w:t>"</w:t>
      </w:r>
      <w:r>
        <w:rPr>
          <w:rFonts w:ascii="微软雅黑" w:eastAsia="微软雅黑" w:hAnsi="微软雅黑" w:cs="微软雅黑" w:hint="eastAsia"/>
          <w:lang w:eastAsia="zh-CN"/>
        </w:rPr>
        <w:t>理解弱人工智能。</w:t>
      </w:r>
    </w:p>
    <w:p>
      <w:pPr>
        <w:pStyle w:val="ListBullet"/>
        <w:spacing w:after="72"/>
      </w:pPr>
      <w:r>
        <w:rPr>
          <w:rFonts w:ascii="微软雅黑" w:eastAsia="微软雅黑" w:hAnsi="微软雅黑" w:cs="微软雅黑" w:hint="eastAsia"/>
          <w:lang w:eastAsia="zh-CN"/>
        </w:rPr>
        <w:t>通用技术</w:t>
      </w:r>
      <w:r>
        <w:t>/</w:t>
      </w:r>
      <w:r>
        <w:rPr>
          <w:rFonts w:ascii="微软雅黑" w:eastAsia="微软雅黑" w:hAnsi="微软雅黑" w:cs="微软雅黑" w:hint="eastAsia"/>
          <w:lang w:eastAsia="zh-CN"/>
        </w:rPr>
        <w:t>科学：以甲壳虫模型组织</w:t>
      </w:r>
      <w:r>
        <w:t>"</w:t>
      </w:r>
      <w:r>
        <w:rPr>
          <w:rFonts w:ascii="微软雅黑" w:eastAsia="微软雅黑" w:hAnsi="微软雅黑" w:cs="微软雅黑" w:hint="eastAsia"/>
          <w:lang w:eastAsia="zh-CN"/>
        </w:rPr>
        <w:t>智能定义</w:t>
      </w:r>
      <w:r>
        <w:t>"</w:t>
      </w:r>
      <w:r>
        <w:rPr>
          <w:rFonts w:ascii="微软雅黑" w:eastAsia="微软雅黑" w:hAnsi="微软雅黑" w:cs="微软雅黑" w:hint="eastAsia"/>
          <w:lang w:eastAsia="zh-CN"/>
        </w:rPr>
        <w:t>辩论，培养学生的技术哲学思辨。</w:t>
      </w:r>
    </w:p>
    <w:p>
      <w:pPr>
        <w:pStyle w:val="ListBullet"/>
        <w:spacing w:after="72"/>
      </w:pPr>
      <w:r>
        <w:rPr>
          <w:rFonts w:ascii="微软雅黑" w:eastAsia="微软雅黑" w:hAnsi="微软雅黑" w:cs="微软雅黑" w:hint="eastAsia"/>
          <w:lang w:eastAsia="zh-CN"/>
        </w:rPr>
        <w:t>跨学科：以罗杰</w:t>
      </w:r>
      <w:r>
        <w:t>·</w:t>
      </w:r>
      <w:r>
        <w:rPr>
          <w:rFonts w:ascii="微软雅黑" w:eastAsia="微软雅黑" w:hAnsi="微软雅黑" w:cs="微软雅黑" w:hint="eastAsia"/>
          <w:lang w:eastAsia="zh-CN"/>
        </w:rPr>
        <w:t>尚克</w:t>
      </w:r>
      <w:r>
        <w:t>"case based reasoning</w:t>
      </w:r>
      <w:r>
        <w:rPr>
          <w:rFonts w:ascii="微软雅黑" w:eastAsia="微软雅黑" w:hAnsi="微软雅黑" w:cs="微软雅黑" w:hint="eastAsia"/>
          <w:lang w:eastAsia="zh-CN"/>
        </w:rPr>
        <w:t>（基于案例的推理）</w:t>
      </w:r>
      <w:r>
        <w:t>"</w:t>
      </w:r>
      <w:r>
        <w:rPr>
          <w:rFonts w:ascii="微软雅黑" w:eastAsia="微软雅黑" w:hAnsi="微软雅黑" w:cs="微软雅黑" w:hint="eastAsia"/>
          <w:lang w:eastAsia="zh-CN"/>
        </w:rPr>
        <w:t>讨论</w:t>
      </w:r>
      <w:r>
        <w:t>"</w:t>
      </w:r>
      <w:r>
        <w:rPr>
          <w:rFonts w:ascii="微软雅黑" w:eastAsia="微软雅黑" w:hAnsi="微软雅黑" w:cs="微软雅黑" w:hint="eastAsia"/>
          <w:lang w:eastAsia="zh-CN"/>
        </w:rPr>
        <w:t>项目式学习为何要以案例为载体</w:t>
      </w:r>
      <w:r>
        <w:t>"</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活动："双环反思"。</w:t>
      </w:r>
      <w:r>
        <w:t xml:space="preserve"> </w:t>
      </w:r>
      <w:r>
        <w:rPr>
          <w:rFonts w:ascii="微软雅黑" w:eastAsia="微软雅黑" w:hAnsi="微软雅黑" w:cs="微软雅黑" w:hint="eastAsia"/>
          <w:lang w:eastAsia="zh-CN"/>
        </w:rPr>
        <w:t>请教师就一句话发表感受</w:t>
      </w:r>
      <w:r>
        <w:t>——"</w:t>
      </w:r>
      <w:r>
        <w:rPr>
          <w:rFonts w:ascii="微软雅黑" w:eastAsia="微软雅黑" w:hAnsi="微软雅黑" w:cs="微软雅黑" w:hint="eastAsia"/>
          <w:lang w:eastAsia="zh-CN"/>
        </w:rPr>
        <w:t>它既是学习的科学，又是教育的技术</w:t>
      </w:r>
      <w:r>
        <w:t>"</w:t>
      </w:r>
      <w:r>
        <w:rPr>
          <w:rFonts w:ascii="微软雅黑" w:eastAsia="微软雅黑" w:hAnsi="微软雅黑" w:cs="微软雅黑" w:hint="eastAsia"/>
          <w:lang w:eastAsia="zh-CN"/>
        </w:rPr>
        <w:t>。引导反思：过去我们把</w:t>
      </w:r>
      <w:r>
        <w:t>AI</w:t>
      </w:r>
      <w:r>
        <w:rPr>
          <w:rFonts w:ascii="微软雅黑" w:eastAsia="微软雅黑" w:hAnsi="微软雅黑" w:cs="微软雅黑" w:hint="eastAsia"/>
          <w:lang w:eastAsia="zh-CN"/>
        </w:rPr>
        <w:t>当</w:t>
      </w:r>
      <w:r>
        <w:t>"</w:t>
      </w:r>
      <w:r>
        <w:rPr>
          <w:rFonts w:ascii="微软雅黑" w:eastAsia="微软雅黑" w:hAnsi="微软雅黑" w:cs="微软雅黑" w:hint="eastAsia"/>
          <w:lang w:eastAsia="zh-CN"/>
        </w:rPr>
        <w:t>促进人类学习的技术</w:t>
      </w:r>
      <w:r>
        <w:t>"</w:t>
      </w:r>
      <w:r>
        <w:rPr>
          <w:rFonts w:ascii="微软雅黑" w:eastAsia="微软雅黑" w:hAnsi="微软雅黑" w:cs="微软雅黑" w:hint="eastAsia"/>
          <w:lang w:eastAsia="zh-CN"/>
        </w:rPr>
        <w:t>，而讲者指出</w:t>
      </w:r>
      <w:r>
        <w:t>"</w:t>
      </w:r>
      <w:r>
        <w:rPr>
          <w:rFonts w:ascii="微软雅黑" w:eastAsia="微软雅黑" w:hAnsi="微软雅黑" w:cs="微软雅黑" w:hint="eastAsia"/>
          <w:lang w:eastAsia="zh-CN"/>
        </w:rPr>
        <w:t>它本来就是学习的科学</w:t>
      </w:r>
      <w:r>
        <w:t>"</w:t>
      </w:r>
      <w:r>
        <w:rPr>
          <w:rFonts w:ascii="微软雅黑" w:eastAsia="微软雅黑" w:hAnsi="微软雅黑" w:cs="微软雅黑" w:hint="eastAsia"/>
          <w:lang w:eastAsia="zh-CN"/>
        </w:rPr>
        <w:t>。这种视角转变，对我校校本研修和</w:t>
      </w:r>
      <w:r>
        <w:t>AI</w:t>
      </w:r>
      <w:r>
        <w:rPr>
          <w:rFonts w:ascii="微软雅黑" w:eastAsia="微软雅黑" w:hAnsi="微软雅黑" w:cs="微软雅黑" w:hint="eastAsia"/>
          <w:lang w:eastAsia="zh-CN"/>
        </w:rPr>
        <w:t>通识课意味着什么？</w:t>
      </w:r>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机器学习是人工智能的主干，深度学习是机器学习的一个子集</w:t>
            </w:r>
            <w:r>
              <w:rPr>
                <w:sz w:val="18"/>
              </w:rPr>
              <w:t xml:space="preserve"> </w:t>
            </w:r>
            <w:r>
              <w:rPr>
                <w:sz w:val="18"/>
              </w:rPr>
              <w:t>"——</w:t>
            </w:r>
            <w:r>
              <w:rPr>
                <w:sz w:val="18"/>
              </w:rPr>
              <w:t xml:space="preserve"> </w:t>
            </w:r>
            <w:r>
              <w:rPr>
                <w:sz w:val="18"/>
              </w:rPr>
              <w:t>请用自己的话解释这句话。</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建立</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子集</w:t>
            </w:r>
            <w:r>
              <w:rPr>
                <w:sz w:val="18"/>
              </w:rPr>
              <w:t xml:space="preserve"> </w:t>
            </w:r>
            <w:r>
              <w:rPr>
                <w:sz w:val="18"/>
              </w:rPr>
              <w:t>"</w:t>
            </w:r>
            <w:r>
              <w:rPr>
                <w:sz w:val="18"/>
              </w:rPr>
              <w:t xml:space="preserve"> </w:t>
            </w:r>
            <w:r>
              <w:rPr>
                <w:sz w:val="18"/>
              </w:rPr>
              <w:t>的层级关系认知</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监督学习、无监督学习、强化学习的核心区别是什么？视频分别用哪三个学开车情境对应？</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区分三大支柱及生活类比</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做土豆丝</w:t>
            </w:r>
            <w:r>
              <w:rPr>
                <w:sz w:val="18"/>
              </w:rPr>
              <w:t xml:space="preserve"> </w:t>
            </w:r>
            <w:r>
              <w:rPr>
                <w:sz w:val="18"/>
              </w:rPr>
              <w:t>"</w:t>
            </w:r>
            <w:r>
              <w:rPr>
                <w:sz w:val="18"/>
              </w:rPr>
              <w:t xml:space="preserve"> </w:t>
            </w:r>
            <w:r>
              <w:rPr>
                <w:sz w:val="18"/>
              </w:rPr>
              <w:t>类比中，土豆、厨师手艺、锅分别对应</w:t>
            </w:r>
            <w:r>
              <w:rPr>
                <w:sz w:val="18"/>
              </w:rPr>
              <w:t xml:space="preserve"> </w:t>
            </w:r>
            <w:r>
              <w:rPr>
                <w:sz w:val="18"/>
              </w:rPr>
              <w:t>AI</w:t>
            </w:r>
            <w:r>
              <w:rPr>
                <w:sz w:val="18"/>
              </w:rPr>
              <w:t xml:space="preserve"> </w:t>
            </w:r>
            <w:r>
              <w:rPr>
                <w:sz w:val="18"/>
              </w:rPr>
              <w:t>三要素中的哪一个？</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掌握数据</w:t>
            </w:r>
            <w:r>
              <w:rPr>
                <w:sz w:val="18"/>
              </w:rPr>
              <w:t xml:space="preserve"> </w:t>
            </w:r>
            <w:r>
              <w:rPr>
                <w:sz w:val="18"/>
              </w:rPr>
              <w:t>/</w:t>
            </w:r>
            <w:r>
              <w:rPr>
                <w:sz w:val="18"/>
              </w:rPr>
              <w:t xml:space="preserve"> </w:t>
            </w:r>
            <w:r>
              <w:rPr>
                <w:sz w:val="18"/>
              </w:rPr>
              <w:t>算法</w:t>
            </w:r>
            <w:r>
              <w:rPr>
                <w:sz w:val="18"/>
              </w:rPr>
              <w:t xml:space="preserve"> </w:t>
            </w:r>
            <w:r>
              <w:rPr>
                <w:sz w:val="18"/>
              </w:rPr>
              <w:t>/</w:t>
            </w:r>
            <w:r>
              <w:rPr>
                <w:sz w:val="18"/>
              </w:rPr>
              <w:t xml:space="preserve"> </w:t>
            </w:r>
            <w:r>
              <w:rPr>
                <w:sz w:val="18"/>
              </w:rPr>
              <w:t>算力三要素</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为什么深度学习对算力的需求</w:t>
            </w:r>
            <w:r>
              <w:rPr>
                <w:sz w:val="18"/>
              </w:rPr>
              <w:t xml:space="preserve"> </w:t>
            </w:r>
            <w:r>
              <w:rPr>
                <w:sz w:val="18"/>
              </w:rPr>
              <w:t>"</w:t>
            </w:r>
            <w:r>
              <w:rPr>
                <w:sz w:val="18"/>
              </w:rPr>
              <w:t xml:space="preserve"> </w:t>
            </w:r>
            <w:r>
              <w:rPr>
                <w:sz w:val="18"/>
              </w:rPr>
              <w:t>呈指数级增长</w:t>
            </w:r>
            <w:r>
              <w:rPr>
                <w:sz w:val="18"/>
              </w:rPr>
              <w:t xml:space="preserve"> </w:t>
            </w:r>
            <w:r>
              <w:rPr>
                <w:sz w:val="18"/>
              </w:rPr>
              <w:t>"</w:t>
            </w:r>
            <w:r>
              <w:rPr>
                <w:sz w:val="18"/>
              </w:rPr>
              <w:t xml:space="preserve"> </w:t>
            </w:r>
            <w:r>
              <w:rPr>
                <w:sz w:val="18"/>
              </w:rPr>
              <w:t>，要从</w:t>
            </w:r>
            <w:r>
              <w:rPr>
                <w:sz w:val="18"/>
              </w:rPr>
              <w:t xml:space="preserve"> </w:t>
            </w:r>
            <w:r>
              <w:rPr>
                <w:sz w:val="18"/>
              </w:rPr>
              <w:t>CPU</w:t>
            </w:r>
            <w:r>
              <w:rPr>
                <w:sz w:val="18"/>
              </w:rPr>
              <w:t xml:space="preserve"> </w:t>
            </w:r>
            <w:r>
              <w:rPr>
                <w:sz w:val="18"/>
              </w:rPr>
              <w:t>转向</w:t>
            </w:r>
            <w:r>
              <w:rPr>
                <w:sz w:val="18"/>
              </w:rPr>
              <w:t xml:space="preserve"> </w:t>
            </w:r>
            <w:r>
              <w:rPr>
                <w:sz w:val="18"/>
              </w:rPr>
              <w:t>GPU</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理解海量矩阵运算与算力演进</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罗杰</w:t>
            </w:r>
            <w:r>
              <w:rPr>
                <w:sz w:val="18"/>
              </w:rPr>
              <w:t xml:space="preserve"> </w:t>
            </w:r>
            <w:r>
              <w:rPr>
                <w:sz w:val="18"/>
              </w:rPr>
              <w:t>·</w:t>
            </w:r>
            <w:r>
              <w:rPr>
                <w:sz w:val="18"/>
              </w:rPr>
              <w:t xml:space="preserve"> </w:t>
            </w:r>
            <w:r>
              <w:rPr>
                <w:sz w:val="18"/>
              </w:rPr>
              <w:t>尚克为什么说</w:t>
            </w:r>
            <w:r>
              <w:rPr>
                <w:sz w:val="18"/>
              </w:rPr>
              <w:t xml:space="preserve"> </w:t>
            </w:r>
            <w:r>
              <w:rPr>
                <w:sz w:val="18"/>
              </w:rPr>
              <w:t>"</w:t>
            </w:r>
            <w:r>
              <w:rPr>
                <w:sz w:val="18"/>
              </w:rPr>
              <w:t xml:space="preserve"> </w:t>
            </w:r>
            <w:r>
              <w:rPr>
                <w:sz w:val="18"/>
              </w:rPr>
              <w:t>做</w:t>
            </w:r>
            <w:r>
              <w:rPr>
                <w:sz w:val="18"/>
              </w:rPr>
              <w:t xml:space="preserve"> </w:t>
            </w:r>
            <w:r>
              <w:rPr>
                <w:sz w:val="18"/>
              </w:rPr>
              <w:t>AI</w:t>
            </w:r>
            <w:r>
              <w:rPr>
                <w:sz w:val="18"/>
              </w:rPr>
              <w:t xml:space="preserve"> </w:t>
            </w:r>
            <w:r>
              <w:rPr>
                <w:sz w:val="18"/>
              </w:rPr>
              <w:t>必须思考人是如何学习的</w:t>
            </w:r>
            <w:r>
              <w:rPr>
                <w:sz w:val="18"/>
              </w:rPr>
              <w:t xml:space="preserve"> </w:t>
            </w:r>
            <w:r>
              <w:rPr>
                <w:sz w:val="18"/>
              </w:rPr>
              <w:t>"</w:t>
            </w:r>
            <w:r>
              <w:rPr>
                <w:sz w:val="18"/>
              </w:rPr>
              <w:t xml:space="preserve"> </w:t>
            </w:r>
            <w:r>
              <w:rPr>
                <w:sz w:val="18"/>
              </w:rPr>
              <w:t>？这与</w:t>
            </w:r>
            <w:r>
              <w:rPr>
                <w:sz w:val="18"/>
              </w:rPr>
              <w:t xml:space="preserve"> </w:t>
            </w:r>
            <w:r>
              <w:rPr>
                <w:sz w:val="18"/>
              </w:rPr>
              <w:t>"case based reasoning"</w:t>
            </w:r>
            <w:r>
              <w:rPr>
                <w:sz w:val="18"/>
              </w:rPr>
              <w:t xml:space="preserve"> </w:t>
            </w:r>
            <w:r>
              <w:rPr>
                <w:sz w:val="18"/>
              </w:rPr>
              <w:t>有何关联？</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w:t>
            </w:r>
            <w:r>
              <w:rPr>
                <w:sz w:val="18"/>
              </w:rPr>
              <w:t xml:space="preserve"> </w:t>
            </w:r>
            <w:r>
              <w:rPr>
                <w:sz w:val="18"/>
              </w:rPr>
              <w:t>AI</w:t>
            </w:r>
            <w:r>
              <w:rPr>
                <w:sz w:val="18"/>
              </w:rPr>
              <w:t xml:space="preserve"> </w:t>
            </w:r>
            <w:r>
              <w:rPr>
                <w:sz w:val="18"/>
              </w:rPr>
              <w:t>与学习科学的交叉立场</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甲壳虫机械模型</w:t>
            </w:r>
            <w:r>
              <w:rPr>
                <w:sz w:val="18"/>
              </w:rPr>
              <w:t xml:space="preserve"> </w:t>
            </w:r>
            <w:r>
              <w:rPr>
                <w:sz w:val="18"/>
              </w:rPr>
              <w:t>"</w:t>
            </w:r>
            <w:r>
              <w:rPr>
                <w:sz w:val="18"/>
              </w:rPr>
              <w:t xml:space="preserve"> </w:t>
            </w:r>
            <w:r>
              <w:rPr>
                <w:sz w:val="18"/>
              </w:rPr>
              <w:t>遇阻即拐弯</w:t>
            </w:r>
            <w:r>
              <w:rPr>
                <w:sz w:val="18"/>
              </w:rPr>
              <w:t xml:space="preserve"> </w:t>
            </w:r>
            <w:r>
              <w:rPr>
                <w:sz w:val="18"/>
              </w:rPr>
              <w:t>"</w:t>
            </w:r>
            <w:r>
              <w:rPr>
                <w:sz w:val="18"/>
              </w:rPr>
              <w:t xml:space="preserve"> </w:t>
            </w:r>
            <w:r>
              <w:rPr>
                <w:sz w:val="18"/>
              </w:rPr>
              <w:t>算不算智能？你如何向学生定义</w:t>
            </w:r>
            <w:r>
              <w:rPr>
                <w:sz w:val="18"/>
              </w:rPr>
              <w:t xml:space="preserve"> </w:t>
            </w:r>
            <w:r>
              <w:rPr>
                <w:sz w:val="18"/>
              </w:rPr>
              <w:t>"</w:t>
            </w:r>
            <w:r>
              <w:rPr>
                <w:sz w:val="18"/>
              </w:rPr>
              <w:t xml:space="preserve"> </w:t>
            </w:r>
            <w:r>
              <w:rPr>
                <w:sz w:val="18"/>
              </w:rPr>
              <w:t>智能</w:t>
            </w:r>
            <w:r>
              <w:rPr>
                <w:sz w:val="18"/>
              </w:rPr>
              <w:t xml:space="preserve"> </w:t>
            </w:r>
            <w:r>
              <w:rPr>
                <w:sz w:val="18"/>
              </w:rPr>
              <w:t>"</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形成对智能本质的批判性思考</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讲者说</w:t>
            </w:r>
            <w:r>
              <w:rPr>
                <w:sz w:val="18"/>
              </w:rPr>
              <w:t xml:space="preserve"> </w:t>
            </w:r>
            <w:r>
              <w:rPr>
                <w:sz w:val="18"/>
              </w:rPr>
              <w:t>AI"</w:t>
            </w:r>
            <w:r>
              <w:rPr>
                <w:sz w:val="18"/>
              </w:rPr>
              <w:t xml:space="preserve"> </w:t>
            </w:r>
            <w:r>
              <w:rPr>
                <w:sz w:val="18"/>
              </w:rPr>
              <w:t>既是学习的科学又是教育的技术</w:t>
            </w:r>
            <w:r>
              <w:rPr>
                <w:sz w:val="18"/>
              </w:rPr>
              <w:t xml:space="preserve"> </w:t>
            </w:r>
            <w:r>
              <w:rPr>
                <w:sz w:val="18"/>
              </w:rPr>
              <w:t>"</w:t>
            </w:r>
            <w:r>
              <w:rPr>
                <w:sz w:val="18"/>
              </w:rPr>
              <w:t xml:space="preserve"> </w:t>
            </w:r>
            <w:r>
              <w:rPr>
                <w:sz w:val="18"/>
              </w:rPr>
              <w:t>，你认为这对泉州一中开设</w:t>
            </w:r>
            <w:r>
              <w:rPr>
                <w:sz w:val="18"/>
              </w:rPr>
              <w:t xml:space="preserve"> </w:t>
            </w:r>
            <w:r>
              <w:rPr>
                <w:sz w:val="18"/>
              </w:rPr>
              <w:t>AI</w:t>
            </w:r>
            <w:r>
              <w:rPr>
                <w:sz w:val="18"/>
              </w:rPr>
              <w:t xml:space="preserve"> </w:t>
            </w:r>
            <w:r>
              <w:rPr>
                <w:sz w:val="18"/>
              </w:rPr>
              <w:t>通识课的定位有何启示？</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结合校本实际定位课程价值</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本讲由华中师范大学郑旭东主讲，时长约</w:t>
      </w:r>
      <w:r>
        <w:t>20</w:t>
      </w:r>
      <w:r>
        <w:rPr>
          <w:rFonts w:ascii="微软雅黑" w:eastAsia="微软雅黑" w:hAnsi="微软雅黑" w:cs="微软雅黑" w:hint="eastAsia"/>
          <w:lang w:eastAsia="zh-CN"/>
        </w:rPr>
        <w:t>分钟，承接第</w:t>
      </w:r>
      <w:r>
        <w:t>4</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叶与枝</w:t>
      </w:r>
      <w:r>
        <w:t>"</w:t>
      </w:r>
      <w:r>
        <w:rPr>
          <w:rFonts w:ascii="微软雅黑" w:eastAsia="微软雅黑" w:hAnsi="微软雅黑" w:cs="微软雅黑" w:hint="eastAsia"/>
          <w:lang w:eastAsia="zh-CN"/>
        </w:rPr>
        <w:t>向下再追两层：</w:t>
      </w:r>
      <w:r>
        <w:rPr>
          <w:rFonts w:ascii="微软雅黑" w:eastAsia="微软雅黑" w:hAnsi="微软雅黑" w:cs="微软雅黑" w:hint="eastAsia"/>
          <w:b/>
          <w:lang w:eastAsia="zh-CN"/>
        </w:rPr>
        <w:t>「干」＝机器学习与深度学习，「根」＝数学、哲学、逻辑学、信息论、认知科学</w:t>
      </w:r>
      <w:r>
        <w:rPr>
          <w:rFonts w:ascii="微软雅黑" w:eastAsia="微软雅黑" w:hAnsi="微软雅黑" w:cs="微软雅黑" w:hint="eastAsia"/>
          <w:lang w:eastAsia="zh-CN"/>
        </w:rPr>
        <w:t>。全讲分三块：</w:t>
      </w:r>
      <w:r>
        <w:t>①</w:t>
      </w:r>
      <w:r>
        <w:rPr>
          <w:rFonts w:ascii="微软雅黑" w:eastAsia="微软雅黑" w:hAnsi="微软雅黑" w:cs="微软雅黑" w:hint="eastAsia"/>
          <w:lang w:eastAsia="zh-CN"/>
        </w:rPr>
        <w:t>机器学习三大支柱与深度学习的崛起（</w:t>
      </w:r>
      <w:r>
        <w:t>00:10–06:40</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数据、算法、算力三要素（</w:t>
      </w:r>
      <w:r>
        <w:t>06:40–10:30</w:t>
      </w:r>
      <w:r>
        <w:rPr>
          <w:rFonts w:ascii="微软雅黑" w:eastAsia="微软雅黑" w:hAnsi="微软雅黑" w:cs="微软雅黑" w:hint="eastAsia"/>
          <w:lang w:eastAsia="zh-CN"/>
        </w:rPr>
        <w:t>）；</w:t>
      </w:r>
      <w:r>
        <w:t>③</w:t>
      </w:r>
      <w:r>
        <w:rPr>
          <w:rFonts w:ascii="微软雅黑" w:eastAsia="微软雅黑" w:hAnsi="微软雅黑" w:cs="微软雅黑" w:hint="eastAsia"/>
          <w:lang w:eastAsia="zh-CN"/>
        </w:rPr>
        <w:t>深厚之根（</w:t>
      </w:r>
      <w:r>
        <w:t>10:30–20:00</w:t>
      </w:r>
      <w:r>
        <w:rPr>
          <w:rFonts w:ascii="微软雅黑" w:eastAsia="微软雅黑" w:hAnsi="微软雅黑" w:cs="微软雅黑" w:hint="eastAsia"/>
          <w:lang w:eastAsia="zh-CN"/>
        </w:rPr>
        <w:t>）。全程用生活类比（学开车、赌场、做土豆丝、长矛与胳膊、甲壳虫机器人）代替数学推导。末段提出核心立场：</w:t>
      </w:r>
      <w:r>
        <w:rPr>
          <w:rFonts w:ascii="微软雅黑" w:eastAsia="微软雅黑" w:hAnsi="微软雅黑" w:cs="微软雅黑" w:hint="eastAsia"/>
          <w:b/>
          <w:lang w:eastAsia="zh-CN"/>
        </w:rPr>
        <w:t>人工智能不只是教育的技术，它本身就是学习的科学</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一、技术主干</w:t>
      </w:r>
    </w:p>
    <w:p>
      <w:pPr/>
      <w:r>
        <w:rPr>
          <w:rFonts w:ascii="微软雅黑" w:eastAsia="微软雅黑" w:hAnsi="微软雅黑" w:cs="微软雅黑" w:hint="eastAsia"/>
          <w:b/>
          <w:lang w:eastAsia="zh-CN"/>
        </w:rPr>
        <w:t>机器学习是人工智能的主干，深度学习是它的一个子集</w:t>
      </w:r>
      <w:r>
        <w:rPr>
          <w:rFonts w:ascii="微软雅黑" w:eastAsia="微软雅黑" w:hAnsi="微软雅黑" w:cs="微软雅黑" w:hint="eastAsia"/>
          <w:lang w:eastAsia="zh-CN"/>
        </w:rPr>
        <w:t>，且是</w:t>
      </w:r>
      <w:r>
        <w:t>"</w:t>
      </w:r>
      <w:r>
        <w:rPr>
          <w:rFonts w:ascii="微软雅黑" w:eastAsia="微软雅黑" w:hAnsi="微软雅黑" w:cs="微软雅黑" w:hint="eastAsia"/>
          <w:lang w:eastAsia="zh-CN"/>
        </w:rPr>
        <w:t>当前这一波人工智能最主要的技术路线</w:t>
      </w:r>
      <w:r>
        <w:t>"</w:t>
      </w:r>
      <w:r>
        <w:rPr>
          <w:rFonts w:ascii="微软雅黑" w:eastAsia="微软雅黑" w:hAnsi="微软雅黑" w:cs="微软雅黑" w:hint="eastAsia"/>
          <w:lang w:eastAsia="zh-CN"/>
        </w:rPr>
        <w:t>。三大支柱：</w:t>
      </w:r>
    </w:p>
    <w:p>
      <w:pPr>
        <w:pStyle w:val="ListBullet"/>
        <w:spacing w:after="72"/>
      </w:pPr>
      <w:r>
        <w:rPr>
          <w:rFonts w:ascii="微软雅黑" w:eastAsia="微软雅黑" w:hAnsi="微软雅黑" w:cs="微软雅黑" w:hint="eastAsia"/>
          <w:b/>
          <w:lang w:eastAsia="zh-CN"/>
        </w:rPr>
        <w:t>监督学习（SL）</w:t>
      </w:r>
      <w:r>
        <w:rPr>
          <w:rFonts w:ascii="微软雅黑" w:eastAsia="微软雅黑" w:hAnsi="微软雅黑" w:cs="微软雅黑" w:hint="eastAsia"/>
          <w:lang w:eastAsia="zh-CN"/>
        </w:rPr>
        <w:t>有标签</w:t>
      </w:r>
      <w:r>
        <w:t>——"</w:t>
      </w:r>
      <w:r>
        <w:rPr>
          <w:rFonts w:ascii="微软雅黑" w:eastAsia="微软雅黑" w:hAnsi="微软雅黑" w:cs="微软雅黑" w:hint="eastAsia"/>
          <w:lang w:eastAsia="zh-CN"/>
        </w:rPr>
        <w:t>你得对准才能射到那个靶</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无监督学习（UL）</w:t>
      </w:r>
      <w:r>
        <w:rPr>
          <w:rFonts w:ascii="微软雅黑" w:eastAsia="微软雅黑" w:hAnsi="微软雅黑" w:cs="微软雅黑" w:hint="eastAsia"/>
          <w:lang w:eastAsia="zh-CN"/>
        </w:rPr>
        <w:t>无标签</w:t>
      </w:r>
      <w:r>
        <w:t>——"</w:t>
      </w:r>
      <w:r>
        <w:rPr>
          <w:rFonts w:ascii="微软雅黑" w:eastAsia="微软雅黑" w:hAnsi="微软雅黑" w:cs="微软雅黑" w:hint="eastAsia"/>
          <w:lang w:eastAsia="zh-CN"/>
        </w:rPr>
        <w:t>得有大量的时间去摸索</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强化学习（RL）</w:t>
      </w:r>
      <w:r>
        <w:rPr>
          <w:rFonts w:ascii="微软雅黑" w:eastAsia="微软雅黑" w:hAnsi="微软雅黑" w:cs="微软雅黑" w:hint="eastAsia"/>
          <w:lang w:eastAsia="zh-CN"/>
        </w:rPr>
        <w:t>靠奖励</w:t>
      </w:r>
      <w:r>
        <w:t>/</w:t>
      </w:r>
      <w:r>
        <w:rPr>
          <w:rFonts w:ascii="微软雅黑" w:eastAsia="微软雅黑" w:hAnsi="微软雅黑" w:cs="微软雅黑" w:hint="eastAsia"/>
          <w:lang w:eastAsia="zh-CN"/>
        </w:rPr>
        <w:t>惩罚习得策略，被称为</w:t>
      </w:r>
      <w:r>
        <w:rPr>
          <w:rFonts w:ascii="微软雅黑" w:eastAsia="微软雅黑" w:hAnsi="微软雅黑" w:cs="微软雅黑" w:hint="eastAsia"/>
          <w:b/>
          <w:lang w:eastAsia="zh-CN"/>
        </w:rPr>
        <w:t>具身智能的"灵魂"</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具身智能的</w:t>
      </w:r>
      <w:r>
        <w:t>'</w:t>
      </w:r>
      <w:r>
        <w:rPr>
          <w:rFonts w:ascii="微软雅黑" w:eastAsia="微软雅黑" w:hAnsi="微软雅黑" w:cs="微软雅黑" w:hint="eastAsia"/>
          <w:lang w:eastAsia="zh-CN"/>
        </w:rPr>
        <w:t>灵魂</w:t>
      </w:r>
      <w:r>
        <w:t>'</w:t>
      </w:r>
      <w:r>
        <w:rPr>
          <w:rFonts w:ascii="微软雅黑" w:eastAsia="微软雅黑" w:hAnsi="微软雅黑" w:cs="微软雅黑" w:hint="eastAsia"/>
          <w:lang w:eastAsia="zh-CN"/>
        </w:rPr>
        <w:t>就是让大模型像人一样说话</w:t>
      </w:r>
      <w:r>
        <w:t>"</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强化学习心理学来源为</w:t>
      </w:r>
      <w:r>
        <w:rPr>
          <w:rFonts w:ascii="微软雅黑" w:eastAsia="微软雅黑" w:hAnsi="微软雅黑" w:cs="微软雅黑" w:hint="eastAsia"/>
          <w:b/>
          <w:lang w:eastAsia="zh-CN"/>
        </w:rPr>
        <w:t>斯金纳</w:t>
      </w:r>
      <w:r>
        <w:rPr>
          <w:rFonts w:ascii="微软雅黑" w:eastAsia="微软雅黑" w:hAnsi="微软雅黑" w:cs="微软雅黑" w:hint="eastAsia"/>
          <w:lang w:eastAsia="zh-CN"/>
        </w:rPr>
        <w:t>的老鼠按杠杆实验：</w:t>
      </w:r>
      <w:r>
        <w:t>Rewards introduced to increase a behavior</w:t>
      </w:r>
      <w:r>
        <w:rPr>
          <w:rFonts w:ascii="微软雅黑" w:eastAsia="微软雅黑" w:hAnsi="微软雅黑" w:cs="微软雅黑" w:hint="eastAsia"/>
          <w:lang w:eastAsia="zh-CN"/>
        </w:rPr>
        <w:t>／</w:t>
      </w:r>
      <w:r>
        <w:t>Punishment introduced to decrease a behavior</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深度学习 Deep Learning</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本质上是基于多层神经网络的数学框架，它最擅长的是特征提取</w:t>
      </w:r>
      <w:r>
        <w:t>"</w:t>
      </w:r>
      <w:r>
        <w:rPr>
          <w:rFonts w:ascii="微软雅黑" w:eastAsia="微软雅黑" w:hAnsi="微软雅黑" w:cs="微软雅黑" w:hint="eastAsia"/>
          <w:lang w:eastAsia="zh-CN"/>
        </w:rPr>
        <w:t>；网络越来越复杂</w:t>
      </w:r>
      <w:r>
        <w:t>→</w:t>
      </w:r>
      <w:r>
        <w:rPr>
          <w:rFonts w:ascii="微软雅黑" w:eastAsia="微软雅黑" w:hAnsi="微软雅黑" w:cs="微软雅黑" w:hint="eastAsia"/>
          <w:lang w:eastAsia="zh-CN"/>
        </w:rPr>
        <w:t>对数据、算法、算力要求越来越高（</w:t>
      </w:r>
      <w:r>
        <w:t>DATA</w:t>
      </w:r>
      <w:r>
        <w:rPr>
          <w:rFonts w:ascii="微软雅黑" w:eastAsia="微软雅黑" w:hAnsi="微软雅黑" w:cs="微软雅黑" w:hint="eastAsia"/>
          <w:lang w:eastAsia="zh-CN"/>
        </w:rPr>
        <w:t>／</w:t>
      </w:r>
      <w:r>
        <w:t>ALGORITHMS</w:t>
      </w:r>
      <w:r>
        <w:rPr>
          <w:rFonts w:ascii="微软雅黑" w:eastAsia="微软雅黑" w:hAnsi="微软雅黑" w:cs="微软雅黑" w:hint="eastAsia"/>
          <w:lang w:eastAsia="zh-CN"/>
        </w:rPr>
        <w:t>／</w:t>
      </w:r>
      <w:r>
        <w:t>COMPUTING POWER</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二、三要素（土豆丝类比）</w:t>
      </w:r>
    </w:p>
    <w:p>
      <w:pPr/>
      <w:r>
        <w:rPr>
          <w:rFonts w:ascii="微软雅黑" w:eastAsia="微软雅黑" w:hAnsi="微软雅黑" w:cs="微软雅黑" w:hint="eastAsia"/>
          <w:lang w:eastAsia="zh-CN"/>
        </w:rPr>
        <w:t>讲者用</w:t>
      </w:r>
      <w:r>
        <w:rPr>
          <w:rFonts w:ascii="微软雅黑" w:eastAsia="微软雅黑" w:hAnsi="微软雅黑" w:cs="微软雅黑" w:hint="eastAsia"/>
          <w:b/>
          <w:lang w:eastAsia="zh-CN"/>
        </w:rPr>
        <w:t>做土豆丝</w:t>
      </w:r>
      <w:r>
        <w:rPr>
          <w:rFonts w:ascii="微软雅黑" w:eastAsia="微软雅黑" w:hAnsi="微软雅黑" w:cs="微软雅黑" w:hint="eastAsia"/>
          <w:lang w:eastAsia="zh-CN"/>
        </w:rPr>
        <w:t>类比：土豆＝</w:t>
      </w:r>
      <w:r>
        <w:rPr>
          <w:rFonts w:ascii="微软雅黑" w:eastAsia="微软雅黑" w:hAnsi="微软雅黑" w:cs="微软雅黑" w:hint="eastAsia"/>
          <w:b/>
          <w:lang w:eastAsia="zh-CN"/>
        </w:rPr>
        <w:t>数据</w:t>
      </w:r>
      <w:r>
        <w:rPr>
          <w:rFonts w:ascii="微软雅黑" w:eastAsia="微软雅黑" w:hAnsi="微软雅黑" w:cs="微软雅黑" w:hint="eastAsia"/>
          <w:lang w:eastAsia="zh-CN"/>
        </w:rPr>
        <w:t>、厨师手艺＝</w:t>
      </w:r>
      <w:r>
        <w:rPr>
          <w:rFonts w:ascii="微软雅黑" w:eastAsia="微软雅黑" w:hAnsi="微软雅黑" w:cs="微软雅黑" w:hint="eastAsia"/>
          <w:b/>
          <w:lang w:eastAsia="zh-CN"/>
        </w:rPr>
        <w:t>算法</w:t>
      </w:r>
      <w:r>
        <w:rPr>
          <w:rFonts w:ascii="微软雅黑" w:eastAsia="微软雅黑" w:hAnsi="微软雅黑" w:cs="微软雅黑" w:hint="eastAsia"/>
          <w:lang w:eastAsia="zh-CN"/>
        </w:rPr>
        <w:t>、锅＝</w:t>
      </w:r>
      <w:r>
        <w:rPr>
          <w:rFonts w:ascii="微软雅黑" w:eastAsia="微软雅黑" w:hAnsi="微软雅黑" w:cs="微软雅黑" w:hint="eastAsia"/>
          <w:b/>
          <w:lang w:eastAsia="zh-CN"/>
        </w:rPr>
        <w:t>算力</w:t>
      </w:r>
      <w:r>
        <w:rPr>
          <w:rFonts w:ascii="微软雅黑" w:eastAsia="微软雅黑" w:hAnsi="微软雅黑" w:cs="微软雅黑" w:hint="eastAsia"/>
          <w:lang w:eastAsia="zh-CN"/>
        </w:rPr>
        <w:t>，缺一不可（</w:t>
      </w:r>
      <w:r>
        <w:t>"</w:t>
      </w:r>
      <w:r>
        <w:rPr>
          <w:rFonts w:ascii="微软雅黑" w:eastAsia="微软雅黑" w:hAnsi="微软雅黑" w:cs="微软雅黑" w:hint="eastAsia"/>
          <w:lang w:eastAsia="zh-CN"/>
        </w:rPr>
        <w:t>光有土豆和厨师也做不出来土豆丝</w:t>
      </w:r>
      <w:r>
        <w:t>"</w:t>
      </w:r>
      <w:r>
        <w:rPr>
          <w:rFonts w:ascii="微软雅黑" w:eastAsia="微软雅黑" w:hAnsi="微软雅黑" w:cs="微软雅黑" w:hint="eastAsia"/>
          <w:lang w:eastAsia="zh-CN"/>
        </w:rPr>
        <w:t>；并以</w:t>
      </w:r>
      <w:r>
        <w:t>"</w:t>
      </w:r>
      <w:r>
        <w:rPr>
          <w:rFonts w:ascii="微软雅黑" w:eastAsia="微软雅黑" w:hAnsi="微软雅黑" w:cs="微软雅黑" w:hint="eastAsia"/>
          <w:lang w:eastAsia="zh-CN"/>
        </w:rPr>
        <w:t>你给一个厨子一个圆圆的薄薄的铁锅／一个厚厚的平底铁锅</w:t>
      </w:r>
      <w:r>
        <w:t>"</w:t>
      </w:r>
      <w:r>
        <w:rPr>
          <w:rFonts w:ascii="微软雅黑" w:eastAsia="微软雅黑" w:hAnsi="微软雅黑" w:cs="微软雅黑" w:hint="eastAsia"/>
          <w:lang w:eastAsia="zh-CN"/>
        </w:rPr>
        <w:t>说明工具差异）。算力上，深度学习涉及</w:t>
      </w:r>
      <w:r>
        <w:rPr>
          <w:rFonts w:ascii="微软雅黑" w:eastAsia="微软雅黑" w:hAnsi="微软雅黑" w:cs="微软雅黑" w:hint="eastAsia"/>
          <w:b/>
          <w:lang w:eastAsia="zh-CN"/>
        </w:rPr>
        <w:t>海量矩阵乘法运算，对算力需求呈指数级增长</w:t>
      </w:r>
      <w:r>
        <w:rPr>
          <w:rFonts w:ascii="微软雅黑" w:eastAsia="微软雅黑" w:hAnsi="微软雅黑" w:cs="微软雅黑" w:hint="eastAsia"/>
          <w:lang w:eastAsia="zh-CN"/>
        </w:rPr>
        <w:t xml:space="preserve">，故从 </w:t>
      </w:r>
      <w:r>
        <w:rPr>
          <w:b/>
        </w:rPr>
        <w:t>CPU</w:t>
      </w:r>
      <w:r>
        <w:rPr>
          <w:rFonts w:ascii="微软雅黑" w:eastAsia="微软雅黑" w:hAnsi="微软雅黑" w:cs="微软雅黑" w:hint="eastAsia"/>
          <w:lang w:eastAsia="zh-CN"/>
        </w:rPr>
        <w:t xml:space="preserve"> 转向 </w:t>
      </w:r>
      <w:r>
        <w:rPr>
          <w:b/>
        </w:rPr>
        <w:t>GPU</w:t>
      </w:r>
      <w:r>
        <w:rPr>
          <w:rFonts w:ascii="微软雅黑" w:eastAsia="微软雅黑" w:hAnsi="微软雅黑" w:cs="微软雅黑" w:hint="eastAsia"/>
          <w:lang w:eastAsia="zh-CN"/>
        </w:rPr>
        <w:t>；三者</w:t>
      </w:r>
      <w:r>
        <w:t>"</w:t>
      </w:r>
      <w:r>
        <w:rPr>
          <w:rFonts w:ascii="微软雅黑" w:eastAsia="微软雅黑" w:hAnsi="微软雅黑" w:cs="微软雅黑" w:hint="eastAsia"/>
          <w:lang w:eastAsia="zh-CN"/>
        </w:rPr>
        <w:t>成为人工智能技术和产业发展不可或缺的三要素</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三、数学与信息论（根之一）</w:t>
      </w:r>
    </w:p>
    <w:p>
      <w:pPr/>
      <w:r>
        <w:rPr>
          <w:rFonts w:ascii="微软雅黑" w:eastAsia="微软雅黑" w:hAnsi="微软雅黑" w:cs="微软雅黑" w:hint="eastAsia"/>
          <w:lang w:eastAsia="zh-CN"/>
        </w:rPr>
        <w:t>深厚之根包含：数学</w:t>
      </w:r>
      <w:r>
        <w:t>·</w:t>
      </w:r>
      <w:r>
        <w:rPr>
          <w:rFonts w:ascii="微软雅黑" w:eastAsia="微软雅黑" w:hAnsi="微软雅黑" w:cs="微软雅黑" w:hint="eastAsia"/>
          <w:lang w:eastAsia="zh-CN"/>
        </w:rPr>
        <w:t>哲学</w:t>
      </w:r>
      <w:r>
        <w:t>·</w:t>
      </w:r>
      <w:r>
        <w:rPr>
          <w:rFonts w:ascii="微软雅黑" w:eastAsia="微软雅黑" w:hAnsi="微软雅黑" w:cs="微软雅黑" w:hint="eastAsia"/>
          <w:lang w:eastAsia="zh-CN"/>
        </w:rPr>
        <w:t>逻辑学</w:t>
      </w:r>
      <w:r>
        <w:t>·</w:t>
      </w:r>
      <w:r>
        <w:rPr>
          <w:rFonts w:ascii="微软雅黑" w:eastAsia="微软雅黑" w:hAnsi="微软雅黑" w:cs="微软雅黑" w:hint="eastAsia"/>
          <w:lang w:eastAsia="zh-CN"/>
        </w:rPr>
        <w:t>信息论</w:t>
      </w:r>
      <w:r>
        <w:t>·</w:t>
      </w:r>
      <w:r>
        <w:rPr>
          <w:rFonts w:ascii="微软雅黑" w:eastAsia="微软雅黑" w:hAnsi="微软雅黑" w:cs="微软雅黑" w:hint="eastAsia"/>
          <w:lang w:eastAsia="zh-CN"/>
        </w:rPr>
        <w:t>认知科学；领域最高奖为</w:t>
      </w:r>
      <w:r>
        <w:rPr>
          <w:rFonts w:ascii="微软雅黑" w:eastAsia="微软雅黑" w:hAnsi="微软雅黑" w:cs="微软雅黑" w:hint="eastAsia"/>
          <w:b/>
          <w:lang w:eastAsia="zh-CN"/>
        </w:rPr>
        <w:t>图灵奖</w:t>
      </w:r>
      <w:r>
        <w:rPr>
          <w:rFonts w:ascii="微软雅黑" w:eastAsia="微软雅黑" w:hAnsi="微软雅黑" w:cs="微软雅黑" w:hint="eastAsia"/>
          <w:lang w:eastAsia="zh-CN"/>
        </w:rPr>
        <w:t>。</w:t>
      </w:r>
      <w:r>
        <w:rPr>
          <w:rFonts w:ascii="微软雅黑" w:eastAsia="微软雅黑" w:hAnsi="微软雅黑" w:cs="微软雅黑" w:hint="eastAsia"/>
          <w:b/>
          <w:lang w:eastAsia="zh-CN"/>
        </w:rPr>
        <w:t>线性代数、概率论和微积分</w:t>
      </w:r>
      <w:r>
        <w:rPr>
          <w:rFonts w:ascii="微软雅黑" w:eastAsia="微软雅黑" w:hAnsi="微软雅黑" w:cs="微软雅黑" w:hint="eastAsia"/>
          <w:lang w:eastAsia="zh-CN"/>
        </w:rPr>
        <w:t>分别支撑神经网络的</w:t>
      </w:r>
      <w:r>
        <w:rPr>
          <w:rFonts w:ascii="微软雅黑" w:eastAsia="微软雅黑" w:hAnsi="微软雅黑" w:cs="微软雅黑" w:hint="eastAsia"/>
          <w:b/>
          <w:lang w:eastAsia="zh-CN"/>
        </w:rPr>
        <w:t>张量计算、梯度下降、不确定性建模</w:t>
      </w:r>
      <w:r>
        <w:rPr>
          <w:rFonts w:ascii="微软雅黑" w:eastAsia="微软雅黑" w:hAnsi="微软雅黑" w:cs="微软雅黑" w:hint="eastAsia"/>
          <w:lang w:eastAsia="zh-CN"/>
        </w:rPr>
        <w:t>。</w:t>
      </w:r>
      <w:r>
        <w:rPr>
          <w:rFonts w:ascii="微软雅黑" w:eastAsia="微软雅黑" w:hAnsi="微软雅黑" w:cs="微软雅黑" w:hint="eastAsia"/>
          <w:b/>
          <w:lang w:eastAsia="zh-CN"/>
        </w:rPr>
        <w:t>克劳德·香农（Claude Shannon）</w:t>
      </w:r>
      <w:r>
        <w:rPr>
          <w:rFonts w:ascii="微软雅黑" w:eastAsia="微软雅黑" w:hAnsi="微软雅黑" w:cs="微软雅黑" w:hint="eastAsia"/>
          <w:lang w:eastAsia="zh-CN"/>
        </w:rPr>
        <w:t>的信息论</w:t>
      </w:r>
      <w:r>
        <w:t>"</w:t>
      </w:r>
      <w:r>
        <w:rPr>
          <w:rFonts w:ascii="微软雅黑" w:eastAsia="微软雅黑" w:hAnsi="微软雅黑" w:cs="微软雅黑" w:hint="eastAsia"/>
          <w:lang w:eastAsia="zh-CN"/>
        </w:rPr>
        <w:t>决定了学习算法的泛化边界与收敛速度，是机器学习的灵魂与骨架</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四、哲学与逻辑学（根之二）</w:t>
      </w:r>
    </w:p>
    <w:p>
      <w:pPr/>
      <w:r>
        <w:rPr>
          <w:rFonts w:ascii="微软雅黑" w:eastAsia="微软雅黑" w:hAnsi="微软雅黑" w:cs="微软雅黑" w:hint="eastAsia"/>
          <w:lang w:eastAsia="zh-CN"/>
        </w:rPr>
        <w:t>提出并探讨</w:t>
      </w:r>
      <w:r>
        <w:rPr>
          <w:rFonts w:ascii="微软雅黑" w:eastAsia="微软雅黑" w:hAnsi="微软雅黑" w:cs="微软雅黑" w:hint="eastAsia"/>
          <w:b/>
          <w:lang w:eastAsia="zh-CN"/>
        </w:rPr>
        <w:t>图灵计算模型、身心问题、伦理框架</w:t>
      </w:r>
      <w:r>
        <w:rPr>
          <w:rFonts w:ascii="微软雅黑" w:eastAsia="微软雅黑" w:hAnsi="微软雅黑" w:cs="微软雅黑" w:hint="eastAsia"/>
          <w:lang w:eastAsia="zh-CN"/>
        </w:rPr>
        <w:t>，为</w:t>
      </w:r>
      <w:r>
        <w:t>AI</w:t>
      </w:r>
      <w:r>
        <w:rPr>
          <w:rFonts w:ascii="微软雅黑" w:eastAsia="微软雅黑" w:hAnsi="微软雅黑" w:cs="微软雅黑" w:hint="eastAsia"/>
          <w:lang w:eastAsia="zh-CN"/>
        </w:rPr>
        <w:t>的目标与安全设定</w:t>
      </w:r>
      <w:r>
        <w:t>"</w:t>
      </w:r>
      <w:r>
        <w:rPr>
          <w:rFonts w:ascii="微软雅黑" w:eastAsia="微软雅黑" w:hAnsi="微软雅黑" w:cs="微软雅黑" w:hint="eastAsia"/>
          <w:lang w:eastAsia="zh-CN"/>
        </w:rPr>
        <w:t>生长方向</w:t>
      </w:r>
      <w:r>
        <w:t>"</w:t>
      </w:r>
      <w:r>
        <w:rPr>
          <w:rFonts w:ascii="微软雅黑" w:eastAsia="微软雅黑" w:hAnsi="微软雅黑" w:cs="微软雅黑" w:hint="eastAsia"/>
          <w:lang w:eastAsia="zh-CN"/>
        </w:rPr>
        <w:t>。</w:t>
      </w:r>
      <w:r>
        <w:rPr>
          <w:rFonts w:ascii="微软雅黑" w:eastAsia="微软雅黑" w:hAnsi="微软雅黑" w:cs="微软雅黑" w:hint="eastAsia"/>
          <w:b/>
          <w:lang w:eastAsia="zh-CN"/>
        </w:rPr>
        <w:t>人工智能的连续统</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ANI 弱人工智能</w:t>
      </w:r>
      <w:r>
        <w:t>——</w:t>
      </w:r>
      <w:r>
        <w:rPr>
          <w:rFonts w:ascii="微软雅黑" w:eastAsia="微软雅黑" w:hAnsi="微软雅黑" w:cs="微软雅黑" w:hint="eastAsia"/>
          <w:lang w:eastAsia="zh-CN"/>
        </w:rPr>
        <w:t>在某些特定任务上表现优于人类（讲者以</w:t>
      </w:r>
      <w:r>
        <w:t>"</w:t>
      </w:r>
      <w:r>
        <w:rPr>
          <w:rFonts w:ascii="微软雅黑" w:eastAsia="微软雅黑" w:hAnsi="微软雅黑" w:cs="微软雅黑" w:hint="eastAsia"/>
          <w:lang w:eastAsia="zh-CN"/>
        </w:rPr>
        <w:t>长矛是延伸了我们的胳膊</w:t>
      </w:r>
      <w:r>
        <w:t>"</w:t>
      </w:r>
      <w:r>
        <w:rPr>
          <w:rFonts w:ascii="微软雅黑" w:eastAsia="微软雅黑" w:hAnsi="微软雅黑" w:cs="微软雅黑" w:hint="eastAsia"/>
          <w:lang w:eastAsia="zh-CN"/>
        </w:rPr>
        <w:t>作比）；</w:t>
      </w:r>
    </w:p>
    <w:p>
      <w:pPr>
        <w:pStyle w:val="ListBullet"/>
        <w:spacing w:after="72"/>
      </w:pPr>
      <w:r>
        <w:rPr>
          <w:rFonts w:ascii="微软雅黑" w:eastAsia="微软雅黑" w:hAnsi="微软雅黑" w:cs="微软雅黑" w:hint="eastAsia"/>
          <w:b/>
          <w:lang w:eastAsia="zh-CN"/>
        </w:rPr>
        <w:t>AGI 强人工智能</w:t>
      </w:r>
      <w:r>
        <w:t>——</w:t>
      </w:r>
      <w:r>
        <w:rPr>
          <w:rFonts w:ascii="微软雅黑" w:eastAsia="微软雅黑" w:hAnsi="微软雅黑" w:cs="微软雅黑" w:hint="eastAsia"/>
          <w:lang w:eastAsia="zh-CN"/>
        </w:rPr>
        <w:t>在执行所有任务上的能力都和人类一样；</w:t>
      </w:r>
    </w:p>
    <w:p>
      <w:pPr>
        <w:pStyle w:val="ListBullet"/>
        <w:spacing w:after="72"/>
      </w:pPr>
      <w:r>
        <w:rPr>
          <w:rFonts w:ascii="微软雅黑" w:eastAsia="微软雅黑" w:hAnsi="微软雅黑" w:cs="微软雅黑" w:hint="eastAsia"/>
          <w:b/>
          <w:lang w:eastAsia="zh-CN"/>
        </w:rPr>
        <w:t>ASI 超人工智能</w:t>
      </w:r>
      <w:r>
        <w:t>——</w:t>
      </w:r>
      <w:r>
        <w:rPr>
          <w:rFonts w:ascii="微软雅黑" w:eastAsia="微软雅黑" w:hAnsi="微软雅黑" w:cs="微软雅黑" w:hint="eastAsia"/>
          <w:lang w:eastAsia="zh-CN"/>
        </w:rPr>
        <w:t>在所有任务上的表现都优于人类。</w:t>
      </w:r>
    </w:p>
    <w:p>
      <w:pPr/>
      <w:r>
        <w:rPr>
          <w:rFonts w:ascii="微软雅黑" w:eastAsia="微软雅黑" w:hAnsi="微软雅黑" w:cs="微软雅黑" w:hint="eastAsia"/>
          <w:b/>
          <w:lang w:eastAsia="zh-CN"/>
        </w:rPr>
        <w:t>约翰·塞尔（John Searle）</w:t>
      </w:r>
      <w:r>
        <w:rPr>
          <w:rFonts w:ascii="微软雅黑" w:eastAsia="微软雅黑" w:hAnsi="微软雅黑" w:cs="微软雅黑" w:hint="eastAsia"/>
          <w:lang w:eastAsia="zh-CN"/>
        </w:rPr>
        <w:t>提问</w:t>
      </w:r>
      <w:r>
        <w:t>"</w:t>
      </w:r>
      <w:r>
        <w:rPr>
          <w:rFonts w:ascii="微软雅黑" w:eastAsia="微软雅黑" w:hAnsi="微软雅黑" w:cs="微软雅黑" w:hint="eastAsia"/>
          <w:lang w:eastAsia="zh-CN"/>
        </w:rPr>
        <w:t>计算机能拥有像人一样的心智吗？</w:t>
      </w:r>
      <w:r>
        <w:t>"</w:t>
      </w:r>
      <w:r>
        <w:rPr>
          <w:rFonts w:ascii="微软雅黑" w:eastAsia="微软雅黑" w:hAnsi="微软雅黑" w:cs="微软雅黑" w:hint="eastAsia"/>
          <w:lang w:eastAsia="zh-CN"/>
        </w:rPr>
        <w:t>（对应</w:t>
      </w:r>
      <w:r>
        <w:t>"</w:t>
      </w:r>
      <w:r>
        <w:rPr>
          <w:rFonts w:ascii="微软雅黑" w:eastAsia="微软雅黑" w:hAnsi="微软雅黑" w:cs="微软雅黑" w:hint="eastAsia"/>
          <w:lang w:eastAsia="zh-CN"/>
        </w:rPr>
        <w:t>中文屋</w:t>
      </w:r>
      <w:r>
        <w:t>"</w:t>
      </w:r>
      <w:r>
        <w:rPr>
          <w:rFonts w:ascii="微软雅黑" w:eastAsia="微软雅黑" w:hAnsi="微软雅黑" w:cs="微软雅黑" w:hint="eastAsia"/>
          <w:lang w:eastAsia="zh-CN"/>
        </w:rPr>
        <w:t>思想实验）。</w:t>
      </w:r>
      <w:r>
        <w:rPr>
          <w:rFonts w:ascii="微软雅黑" w:eastAsia="微软雅黑" w:hAnsi="微软雅黑" w:cs="微软雅黑" w:hint="eastAsia"/>
          <w:b/>
          <w:lang w:eastAsia="zh-CN"/>
        </w:rPr>
        <w:t>甲壳虫机械模型</w:t>
      </w:r>
      <w:r>
        <w:rPr>
          <w:rFonts w:ascii="微软雅黑" w:eastAsia="微软雅黑" w:hAnsi="微软雅黑" w:cs="微软雅黑" w:hint="eastAsia"/>
          <w:lang w:eastAsia="zh-CN"/>
        </w:rPr>
        <w:t>：球形万向轮＋轮前一根杆子，遇阻即拐弯、能在桌上跑来跑去不掉下</w:t>
      </w:r>
      <w:r>
        <w:t>——</w:t>
      </w:r>
      <w:r>
        <w:rPr>
          <w:rFonts w:ascii="微软雅黑" w:eastAsia="微软雅黑" w:hAnsi="微软雅黑" w:cs="微软雅黑" w:hint="eastAsia"/>
          <w:lang w:eastAsia="zh-CN"/>
        </w:rPr>
        <w:t>用以追问</w:t>
      </w:r>
      <w:r>
        <w:t>"</w:t>
      </w:r>
      <w:r>
        <w:rPr>
          <w:rFonts w:ascii="微软雅黑" w:eastAsia="微软雅黑" w:hAnsi="微软雅黑" w:cs="微软雅黑" w:hint="eastAsia"/>
          <w:lang w:eastAsia="zh-CN"/>
        </w:rPr>
        <w:t>这算不算智能</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五、学习科学立场（落点）</w:t>
      </w:r>
    </w:p>
    <w:p>
      <w:pPr/>
      <w:r>
        <w:rPr>
          <w:rFonts w:ascii="微软雅黑" w:eastAsia="微软雅黑" w:hAnsi="微软雅黑" w:cs="微软雅黑" w:hint="eastAsia"/>
          <w:b/>
          <w:lang w:eastAsia="zh-CN"/>
        </w:rPr>
        <w:t>罗杰·尚克（Roger Schank）</w:t>
      </w:r>
      <w:r>
        <w:rPr>
          <w:rFonts w:ascii="微软雅黑" w:eastAsia="微软雅黑" w:hAnsi="微软雅黑" w:cs="微软雅黑" w:hint="eastAsia"/>
          <w:lang w:eastAsia="zh-CN"/>
        </w:rPr>
        <w:t xml:space="preserve">是人工智能与学习科学交叉领域的重要先驱，提出 </w:t>
      </w:r>
      <w:r>
        <w:rPr>
          <w:rFonts w:ascii="微软雅黑" w:eastAsia="微软雅黑" w:hAnsi="微软雅黑" w:cs="微软雅黑" w:hint="eastAsia"/>
          <w:b/>
          <w:lang w:eastAsia="zh-CN"/>
        </w:rPr>
        <w:t>case based reasoning（基于案例的推理）</w:t>
      </w:r>
      <w:r>
        <w:rPr>
          <w:rFonts w:ascii="微软雅黑" w:eastAsia="微软雅黑" w:hAnsi="微软雅黑" w:cs="微软雅黑" w:hint="eastAsia"/>
          <w:lang w:eastAsia="zh-CN"/>
        </w:rPr>
        <w:t>，核心论点：做</w:t>
      </w:r>
      <w:r>
        <w:t>AI</w:t>
      </w:r>
      <w:r>
        <w:rPr>
          <w:rFonts w:ascii="微软雅黑" w:eastAsia="微软雅黑" w:hAnsi="微软雅黑" w:cs="微软雅黑" w:hint="eastAsia"/>
          <w:lang w:eastAsia="zh-CN"/>
        </w:rPr>
        <w:t>必须花大量时间思考</w:t>
      </w:r>
      <w:r>
        <w:t>"</w:t>
      </w:r>
      <w:r>
        <w:rPr>
          <w:rFonts w:ascii="微软雅黑" w:eastAsia="微软雅黑" w:hAnsi="微软雅黑" w:cs="微软雅黑" w:hint="eastAsia"/>
          <w:lang w:eastAsia="zh-CN"/>
        </w:rPr>
        <w:t>人是如何学习的</w:t>
      </w:r>
      <w:r>
        <w:t>"</w:t>
      </w:r>
      <w:r>
        <w:rPr>
          <w:rFonts w:ascii="微软雅黑" w:eastAsia="微软雅黑" w:hAnsi="微软雅黑" w:cs="微软雅黑" w:hint="eastAsia"/>
          <w:lang w:eastAsia="zh-CN"/>
        </w:rPr>
        <w:t>，而只有人才能提供答案。讲者据此推论：</w:t>
      </w:r>
      <w:r>
        <w:t>AI</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跟以前我们教育数字化讲的那些技术不一样</w:t>
      </w:r>
      <w:r>
        <w:t>""</w:t>
      </w:r>
      <w:r>
        <w:rPr>
          <w:rFonts w:ascii="微软雅黑" w:eastAsia="微软雅黑" w:hAnsi="微软雅黑" w:cs="微软雅黑" w:hint="eastAsia"/>
          <w:lang w:eastAsia="zh-CN"/>
        </w:rPr>
        <w:t>它发明出来不是为了促进人类学习的</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它本来就是学习的科学</w:t>
      </w:r>
      <w:r>
        <w:t>""</w:t>
      </w:r>
      <w:r>
        <w:rPr>
          <w:rFonts w:ascii="微软雅黑" w:eastAsia="微软雅黑" w:hAnsi="微软雅黑" w:cs="微软雅黑" w:hint="eastAsia"/>
          <w:lang w:eastAsia="zh-CN"/>
        </w:rPr>
        <w:t>它既是学习的科学又是教育的技术</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六、金句与结构提示</w:t>
      </w:r>
    </w:p>
    <w:p>
      <w:pPr/>
      <w:r>
        <w:rPr>
          <w:rFonts w:ascii="微软雅黑" w:eastAsia="微软雅黑" w:hAnsi="微软雅黑" w:cs="微软雅黑" w:hint="eastAsia"/>
          <w:lang w:eastAsia="zh-CN"/>
        </w:rPr>
        <w:t>金句：</w:t>
      </w:r>
      <w:r>
        <w:t>"</w:t>
      </w:r>
      <w:r>
        <w:rPr>
          <w:rFonts w:ascii="微软雅黑" w:eastAsia="微软雅黑" w:hAnsi="微软雅黑" w:cs="微软雅黑" w:hint="eastAsia"/>
          <w:lang w:eastAsia="zh-CN"/>
        </w:rPr>
        <w:t>机器学习是人工智能的主干，深度学习是机器学习的一个子集。</w:t>
      </w:r>
      <w:r>
        <w:t>""</w:t>
      </w:r>
      <w:r>
        <w:rPr>
          <w:rFonts w:ascii="微软雅黑" w:eastAsia="微软雅黑" w:hAnsi="微软雅黑" w:cs="微软雅黑" w:hint="eastAsia"/>
          <w:lang w:eastAsia="zh-CN"/>
        </w:rPr>
        <w:t>具身智能的</w:t>
      </w:r>
      <w:r>
        <w:t>'</w:t>
      </w:r>
      <w:r>
        <w:rPr>
          <w:rFonts w:ascii="微软雅黑" w:eastAsia="微软雅黑" w:hAnsi="微软雅黑" w:cs="微软雅黑" w:hint="eastAsia"/>
          <w:lang w:eastAsia="zh-CN"/>
        </w:rPr>
        <w:t>灵魂</w:t>
      </w:r>
      <w:r>
        <w:t>'</w:t>
      </w:r>
      <w:r>
        <w:rPr>
          <w:rFonts w:ascii="微软雅黑" w:eastAsia="微软雅黑" w:hAnsi="微软雅黑" w:cs="微软雅黑" w:hint="eastAsia"/>
          <w:lang w:eastAsia="zh-CN"/>
        </w:rPr>
        <w:t>就是让大模型像人一样说话。</w:t>
      </w:r>
      <w:r>
        <w:t>""</w:t>
      </w:r>
      <w:r>
        <w:rPr>
          <w:rFonts w:ascii="微软雅黑" w:eastAsia="微软雅黑" w:hAnsi="微软雅黑" w:cs="微软雅黑" w:hint="eastAsia"/>
          <w:lang w:eastAsia="zh-CN"/>
        </w:rPr>
        <w:t>深度学习本质上是基于多层神经网络的数学框架。它最擅长的是特征提取。</w:t>
      </w:r>
      <w:r>
        <w:t>""</w:t>
      </w:r>
      <w:r>
        <w:rPr>
          <w:rFonts w:ascii="微软雅黑" w:eastAsia="微软雅黑" w:hAnsi="微软雅黑" w:cs="微软雅黑" w:hint="eastAsia"/>
          <w:lang w:eastAsia="zh-CN"/>
        </w:rPr>
        <w:t>光有土豆和厨师也做不出来土豆丝。</w:t>
      </w:r>
      <w:r>
        <w:t>""</w:t>
      </w:r>
      <w:r>
        <w:rPr>
          <w:rFonts w:ascii="微软雅黑" w:eastAsia="微软雅黑" w:hAnsi="微软雅黑" w:cs="微软雅黑" w:hint="eastAsia"/>
          <w:lang w:eastAsia="zh-CN"/>
        </w:rPr>
        <w:t>信息论决定了学习算法的泛化边界与收敛速度，是机器学习的灵魂与骨架。</w:t>
      </w:r>
      <w:r>
        <w:t>""</w:t>
      </w:r>
      <w:r>
        <w:rPr>
          <w:rFonts w:ascii="微软雅黑" w:eastAsia="微软雅黑" w:hAnsi="微软雅黑" w:cs="微软雅黑" w:hint="eastAsia"/>
          <w:lang w:eastAsia="zh-CN"/>
        </w:rPr>
        <w:t>要想让机器变得智能化，你就必须思考机器有可能怎样学习。</w:t>
      </w:r>
      <w:r>
        <w:t>"</w:t>
      </w:r>
      <w:r>
        <w:rPr>
          <w:rFonts w:ascii="微软雅黑" w:eastAsia="微软雅黑" w:hAnsi="微软雅黑" w:cs="微软雅黑" w:hint="eastAsia"/>
          <w:lang w:eastAsia="zh-CN"/>
        </w:rPr>
        <w:t>（</w:t>
      </w:r>
      <w:r>
        <w:t>Roger Schank</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它既是学习的科学，又是教育的技术。</w:t>
      </w:r>
      <w:r>
        <w:t>""</w:t>
      </w:r>
      <w:r>
        <w:rPr>
          <w:rFonts w:ascii="微软雅黑" w:eastAsia="微软雅黑" w:hAnsi="微软雅黑" w:cs="微软雅黑" w:hint="eastAsia"/>
          <w:lang w:eastAsia="zh-CN"/>
        </w:rPr>
        <w:t>计算机能拥有像人一样的心智吗？</w:t>
      </w:r>
      <w:r>
        <w:t>"</w:t>
      </w:r>
      <w:r>
        <w:rPr>
          <w:rFonts w:ascii="微软雅黑" w:eastAsia="微软雅黑" w:hAnsi="微软雅黑" w:cs="微软雅黑" w:hint="eastAsia"/>
          <w:lang w:eastAsia="zh-CN"/>
        </w:rPr>
        <w:t>（</w:t>
      </w:r>
      <w:r>
        <w:t>John Searle</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结构提示：可用</w:t>
      </w:r>
      <w:r>
        <w:t>"</w:t>
      </w:r>
      <w:r>
        <w:rPr>
          <w:rFonts w:ascii="微软雅黑" w:eastAsia="微软雅黑" w:hAnsi="微软雅黑" w:cs="微软雅黑" w:hint="eastAsia"/>
          <w:lang w:eastAsia="zh-CN"/>
        </w:rPr>
        <w:t>三连问</w:t>
      </w:r>
      <w:r>
        <w:t>"</w:t>
      </w:r>
      <w:r>
        <w:rPr>
          <w:rFonts w:ascii="微软雅黑" w:eastAsia="微软雅黑" w:hAnsi="微软雅黑" w:cs="微软雅黑" w:hint="eastAsia"/>
          <w:lang w:eastAsia="zh-CN"/>
        </w:rPr>
        <w:t>组织</w:t>
      </w:r>
      <w:r>
        <w:t>——</w:t>
      </w:r>
      <w:r>
        <w:rPr>
          <w:rFonts w:ascii="微软雅黑" w:eastAsia="微软雅黑" w:hAnsi="微软雅黑" w:cs="微软雅黑" w:hint="eastAsia"/>
          <w:b/>
          <w:lang w:eastAsia="zh-CN"/>
        </w:rPr>
        <w:t>主干是什么？→主干靠什么长？→根扎在哪里？</w:t>
      </w:r>
      <w:r>
        <w:rPr>
          <w:rFonts w:ascii="微软雅黑" w:eastAsia="微软雅黑" w:hAnsi="微软雅黑" w:cs="微软雅黑" w:hint="eastAsia"/>
          <w:lang w:eastAsia="zh-CN"/>
        </w:rPr>
        <w:t>，与第</w:t>
      </w:r>
      <w:r>
        <w:t>4</w:t>
      </w:r>
      <w:r>
        <w:rPr>
          <w:rFonts w:ascii="微软雅黑" w:eastAsia="微软雅黑" w:hAnsi="微软雅黑" w:cs="微软雅黑" w:hint="eastAsia"/>
          <w:lang w:eastAsia="zh-CN"/>
        </w:rPr>
        <w:t>讲</w:t>
      </w:r>
      <w:r>
        <w:t>"</w:t>
      </w:r>
      <w:r>
        <w:rPr>
          <w:rFonts w:ascii="微软雅黑" w:eastAsia="微软雅黑" w:hAnsi="微软雅黑" w:cs="微软雅黑" w:hint="eastAsia"/>
          <w:lang w:eastAsia="zh-CN"/>
        </w:rPr>
        <w:t>叶／枝</w:t>
      </w:r>
      <w:r>
        <w:t>"</w:t>
      </w:r>
      <w:r>
        <w:rPr>
          <w:rFonts w:ascii="微软雅黑" w:eastAsia="微软雅黑" w:hAnsi="微软雅黑" w:cs="微软雅黑" w:hint="eastAsia"/>
          <w:lang w:eastAsia="zh-CN"/>
        </w:rPr>
        <w:t>拼成完整知识树；</w:t>
      </w:r>
      <w:r>
        <w:t>"</w:t>
      </w:r>
      <w:r>
        <w:rPr>
          <w:rFonts w:ascii="微软雅黑" w:eastAsia="微软雅黑" w:hAnsi="微软雅黑" w:cs="微软雅黑" w:hint="eastAsia"/>
          <w:lang w:eastAsia="zh-CN"/>
        </w:rPr>
        <w:t>生活类比＋专业术语</w:t>
      </w:r>
      <w:r>
        <w:t>"</w:t>
      </w:r>
      <w:r>
        <w:rPr>
          <w:rFonts w:ascii="微软雅黑" w:eastAsia="微软雅黑" w:hAnsi="微软雅黑" w:cs="微软雅黑" w:hint="eastAsia"/>
          <w:lang w:eastAsia="zh-CN"/>
        </w:rPr>
        <w:t>双轨讲法（学开车／土豆丝／长矛／甲壳虫）可直接迁移到课堂。</w:t>
      </w:r>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22"/>
        </w:numPr>
        <w:spacing w:after="72"/>
      </w:pPr>
      <w:r>
        <w:rPr>
          <w:rFonts w:ascii="微软雅黑" w:eastAsia="微软雅黑" w:hAnsi="微软雅黑" w:cs="微软雅黑" w:hint="eastAsia"/>
          <w:b/>
          <w:lang w:eastAsia="zh-CN"/>
        </w:rPr>
        <w:t>三要素连线卡（必做）</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土豆</w:t>
      </w:r>
      <w:r>
        <w:t>/</w:t>
      </w:r>
      <w:r>
        <w:rPr>
          <w:rFonts w:ascii="微软雅黑" w:eastAsia="微软雅黑" w:hAnsi="微软雅黑" w:cs="微软雅黑" w:hint="eastAsia"/>
          <w:lang w:eastAsia="zh-CN"/>
        </w:rPr>
        <w:t>厨师</w:t>
      </w:r>
      <w:r>
        <w:t>/</w:t>
      </w:r>
      <w:r>
        <w:rPr>
          <w:rFonts w:ascii="微软雅黑" w:eastAsia="微软雅黑" w:hAnsi="微软雅黑" w:cs="微软雅黑" w:hint="eastAsia"/>
          <w:lang w:eastAsia="zh-CN"/>
        </w:rPr>
        <w:t>锅</w:t>
      </w:r>
      <w:r>
        <w:t xml:space="preserve"> ↔ </w:t>
      </w:r>
      <w:r>
        <w:rPr>
          <w:rFonts w:ascii="微软雅黑" w:eastAsia="微软雅黑" w:hAnsi="微软雅黑" w:cs="微软雅黑" w:hint="eastAsia"/>
          <w:lang w:eastAsia="zh-CN"/>
        </w:rPr>
        <w:t>数据</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算力</w:t>
      </w:r>
      <w:r>
        <w:t>"</w:t>
      </w:r>
      <w:r>
        <w:rPr>
          <w:rFonts w:ascii="微软雅黑" w:eastAsia="微软雅黑" w:hAnsi="微软雅黑" w:cs="微软雅黑" w:hint="eastAsia"/>
          <w:lang w:eastAsia="zh-CN"/>
        </w:rPr>
        <w:t>的双轨格式，设计一张面向学生的课堂类比图，并补充一个本校真实场景（如</w:t>
      </w:r>
      <w:r>
        <w:t>"</w:t>
      </w:r>
      <w:r>
        <w:rPr>
          <w:rFonts w:ascii="微软雅黑" w:eastAsia="微软雅黑" w:hAnsi="微软雅黑" w:cs="微软雅黑" w:hint="eastAsia"/>
          <w:lang w:eastAsia="zh-CN"/>
        </w:rPr>
        <w:t>智能阅卷</w:t>
      </w:r>
      <w:r>
        <w:t>"</w:t>
      </w:r>
      <w:r>
        <w:rPr>
          <w:rFonts w:ascii="微软雅黑" w:eastAsia="微软雅黑" w:hAnsi="微软雅黑" w:cs="微软雅黑" w:hint="eastAsia"/>
          <w:lang w:eastAsia="zh-CN"/>
        </w:rPr>
        <w:t>需要哪三要素），下周五前交教研室。</w:t>
      </w:r>
    </w:p>
    <w:p>
      <w:pPr>
        <w:pStyle w:val="ListNumber"/>
        <w:numPr>
          <w:ilvl w:val="0"/>
          <w:numId w:val="22"/>
        </w:numPr>
        <w:spacing w:after="72"/>
      </w:pPr>
      <w:r>
        <w:rPr>
          <w:rFonts w:ascii="微软雅黑" w:eastAsia="微软雅黑" w:hAnsi="微软雅黑" w:cs="微软雅黑" w:hint="eastAsia"/>
          <w:b/>
          <w:lang w:eastAsia="zh-CN"/>
        </w:rPr>
        <w:t>连续统分类练习（必做）</w:t>
      </w:r>
      <w:r>
        <w:rPr>
          <w:rFonts w:ascii="微软雅黑" w:eastAsia="微软雅黑" w:hAnsi="微软雅黑" w:cs="微软雅黑" w:hint="eastAsia"/>
          <w:lang w:eastAsia="zh-CN"/>
        </w:rPr>
        <w:t>：列举</w:t>
      </w:r>
      <w:r>
        <w:t>5</w:t>
      </w:r>
      <w:r>
        <w:rPr>
          <w:rFonts w:ascii="微软雅黑" w:eastAsia="微软雅黑" w:hAnsi="微软雅黑" w:cs="微软雅黑" w:hint="eastAsia"/>
          <w:lang w:eastAsia="zh-CN"/>
        </w:rPr>
        <w:t>个本校或生活中常见的</w:t>
      </w:r>
      <w:r>
        <w:t>AI</w:t>
      </w:r>
      <w:r>
        <w:rPr>
          <w:rFonts w:ascii="微软雅黑" w:eastAsia="微软雅黑" w:hAnsi="微软雅黑" w:cs="微软雅黑" w:hint="eastAsia"/>
          <w:lang w:eastAsia="zh-CN"/>
        </w:rPr>
        <w:t>应用，判断其属于</w:t>
      </w:r>
      <w:r>
        <w:t>ANI/AGI/ASI</w:t>
      </w:r>
      <w:r>
        <w:rPr>
          <w:rFonts w:ascii="微软雅黑" w:eastAsia="微软雅黑" w:hAnsi="微软雅黑" w:cs="微软雅黑" w:hint="eastAsia"/>
          <w:lang w:eastAsia="zh-CN"/>
        </w:rPr>
        <w:t>，并说明</w:t>
      </w:r>
      <w:r>
        <w:t>"</w:t>
      </w:r>
      <w:r>
        <w:rPr>
          <w:rFonts w:ascii="微软雅黑" w:eastAsia="微软雅黑" w:hAnsi="微软雅黑" w:cs="微软雅黑" w:hint="eastAsia"/>
          <w:lang w:eastAsia="zh-CN"/>
        </w:rPr>
        <w:t>长矛延伸胳膊</w:t>
      </w:r>
      <w:r>
        <w:t>"</w:t>
      </w:r>
      <w:r>
        <w:rPr>
          <w:rFonts w:ascii="微软雅黑" w:eastAsia="微软雅黑" w:hAnsi="微软雅黑" w:cs="微软雅黑" w:hint="eastAsia"/>
          <w:lang w:eastAsia="zh-CN"/>
        </w:rPr>
        <w:t>类比如何帮助学生理解弱人工智能。</w:t>
      </w:r>
    </w:p>
    <w:p>
      <w:pPr>
        <w:pStyle w:val="ListNumber"/>
        <w:numPr>
          <w:ilvl w:val="0"/>
          <w:numId w:val="22"/>
        </w:numPr>
        <w:spacing w:after="72"/>
      </w:pPr>
      <w:r>
        <w:rPr>
          <w:rFonts w:ascii="微软雅黑" w:eastAsia="微软雅黑" w:hAnsi="微软雅黑" w:cs="微软雅黑" w:hint="eastAsia"/>
          <w:b/>
          <w:lang w:eastAsia="zh-CN"/>
        </w:rPr>
        <w:t>议题微辩论（选做）</w:t>
      </w:r>
      <w:r>
        <w:rPr>
          <w:rFonts w:ascii="微软雅黑" w:eastAsia="微软雅黑" w:hAnsi="微软雅黑" w:cs="微软雅黑" w:hint="eastAsia"/>
          <w:lang w:eastAsia="zh-CN"/>
        </w:rPr>
        <w:t>：以</w:t>
      </w:r>
      <w:r>
        <w:t>"AI</w:t>
      </w:r>
      <w:r>
        <w:rPr>
          <w:rFonts w:ascii="微软雅黑" w:eastAsia="微软雅黑" w:hAnsi="微软雅黑" w:cs="微软雅黑" w:hint="eastAsia"/>
          <w:lang w:eastAsia="zh-CN"/>
        </w:rPr>
        <w:t>是教育的技术，还是学习的科学？</w:t>
      </w:r>
      <w:r>
        <w:t>"</w:t>
      </w:r>
      <w:r>
        <w:rPr>
          <w:rFonts w:ascii="微软雅黑" w:eastAsia="微软雅黑" w:hAnsi="微软雅黑" w:cs="微软雅黑" w:hint="eastAsia"/>
          <w:lang w:eastAsia="zh-CN"/>
        </w:rPr>
        <w:t>为辩题，在教研组内组织一次</w:t>
      </w:r>
      <w:r>
        <w:t>15</w:t>
      </w:r>
      <w:r>
        <w:rPr>
          <w:rFonts w:ascii="微软雅黑" w:eastAsia="微软雅黑" w:hAnsi="微软雅黑" w:cs="微软雅黑" w:hint="eastAsia"/>
          <w:lang w:eastAsia="zh-CN"/>
        </w:rPr>
        <w:t>分钟微型辩论，录制要点并提交反思；可结合罗杰</w:t>
      </w:r>
      <w:r>
        <w:t>·</w:t>
      </w:r>
      <w:r>
        <w:rPr>
          <w:rFonts w:ascii="微软雅黑" w:eastAsia="微软雅黑" w:hAnsi="微软雅黑" w:cs="微软雅黑" w:hint="eastAsia"/>
          <w:lang w:eastAsia="zh-CN"/>
        </w:rPr>
        <w:t>尚克与约翰</w:t>
      </w:r>
      <w:r>
        <w:t>·</w:t>
      </w:r>
      <w:r>
        <w:rPr>
          <w:rFonts w:ascii="微软雅黑" w:eastAsia="微软雅黑" w:hAnsi="微软雅黑" w:cs="微软雅黑" w:hint="eastAsia"/>
          <w:lang w:eastAsia="zh-CN"/>
        </w:rPr>
        <w:t>塞尔的观点展开。</w:t>
      </w:r>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提示词（可直接粘贴至AI视频工具）：</w:t>
      </w:r>
    </w:p>
    <w:p>
      <w:pPr/>
      <w:r>
        <w:rPr>
          <w:rFonts w:ascii="微软雅黑" w:eastAsia="微软雅黑" w:hAnsi="微软雅黑" w:cs="微软雅黑" w:hint="eastAsia"/>
          <w:lang w:eastAsia="zh-CN"/>
        </w:rPr>
        <w:t>主体：一棵从地底生长而出的</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，粗壮树干标着</w:t>
      </w:r>
      <w:r>
        <w:t>"</w:t>
      </w:r>
      <w:r>
        <w:rPr>
          <w:rFonts w:ascii="微软雅黑" w:eastAsia="微软雅黑" w:hAnsi="微软雅黑" w:cs="微软雅黑" w:hint="eastAsia"/>
          <w:lang w:eastAsia="zh-CN"/>
        </w:rPr>
        <w:t>机器学习</w:t>
      </w:r>
      <w:r>
        <w:t>/</w:t>
      </w:r>
      <w:r>
        <w:rPr>
          <w:rFonts w:ascii="微软雅黑" w:eastAsia="微软雅黑" w:hAnsi="微软雅黑" w:cs="微软雅黑" w:hint="eastAsia"/>
          <w:lang w:eastAsia="zh-CN"/>
        </w:rPr>
        <w:t>深度学习</w:t>
      </w:r>
      <w:r>
        <w:t>"</w:t>
      </w:r>
      <w:r>
        <w:rPr>
          <w:rFonts w:ascii="微软雅黑" w:eastAsia="微软雅黑" w:hAnsi="微软雅黑" w:cs="微软雅黑" w:hint="eastAsia"/>
          <w:lang w:eastAsia="zh-CN"/>
        </w:rPr>
        <w:t>，树根分五股扎入发光土壤，分别镌刻</w:t>
      </w:r>
      <w:r>
        <w:t>"</w:t>
      </w:r>
      <w:r>
        <w:rPr>
          <w:rFonts w:ascii="微软雅黑" w:eastAsia="微软雅黑" w:hAnsi="微软雅黑" w:cs="微软雅黑" w:hint="eastAsia"/>
          <w:lang w:eastAsia="zh-CN"/>
        </w:rPr>
        <w:t>数学、哲学、逻辑学、信息论、认知科学</w:t>
      </w:r>
      <w:r>
        <w:t>"</w:t>
      </w:r>
      <w:r>
        <w:rPr>
          <w:rFonts w:ascii="微软雅黑" w:eastAsia="微软雅黑" w:hAnsi="微软雅黑" w:cs="微软雅黑" w:hint="eastAsia"/>
          <w:lang w:eastAsia="zh-CN"/>
        </w:rPr>
        <w:t>；动作：一位厨师将</w:t>
      </w:r>
      <w:r>
        <w:t>"</w:t>
      </w:r>
      <w:r>
        <w:rPr>
          <w:rFonts w:ascii="微软雅黑" w:eastAsia="微软雅黑" w:hAnsi="微软雅黑" w:cs="微软雅黑" w:hint="eastAsia"/>
          <w:lang w:eastAsia="zh-CN"/>
        </w:rPr>
        <w:t>土豆</w:t>
      </w:r>
      <w:r>
        <w:t>"</w:t>
      </w:r>
      <w:r>
        <w:rPr>
          <w:rFonts w:ascii="微软雅黑" w:eastAsia="微软雅黑" w:hAnsi="微软雅黑" w:cs="微软雅黑" w:hint="eastAsia"/>
          <w:lang w:eastAsia="zh-CN"/>
        </w:rPr>
        <w:t>投入一口</w:t>
      </w:r>
      <w:r>
        <w:t>"</w:t>
      </w:r>
      <w:r>
        <w:rPr>
          <w:rFonts w:ascii="微软雅黑" w:eastAsia="微软雅黑" w:hAnsi="微软雅黑" w:cs="微软雅黑" w:hint="eastAsia"/>
          <w:lang w:eastAsia="zh-CN"/>
        </w:rPr>
        <w:t>铁锅</w:t>
      </w:r>
      <w:r>
        <w:t>"</w:t>
      </w:r>
      <w:r>
        <w:rPr>
          <w:rFonts w:ascii="微软雅黑" w:eastAsia="微软雅黑" w:hAnsi="微软雅黑" w:cs="微软雅黑" w:hint="eastAsia"/>
          <w:lang w:eastAsia="zh-CN"/>
        </w:rPr>
        <w:t>，锅中升起由矩阵数字组成的蒸汽凝成</w:t>
      </w:r>
      <w:r>
        <w:t>GPU</w:t>
      </w:r>
      <w:r>
        <w:rPr>
          <w:rFonts w:ascii="微软雅黑" w:eastAsia="微软雅黑" w:hAnsi="微软雅黑" w:cs="微软雅黑" w:hint="eastAsia"/>
          <w:lang w:eastAsia="zh-CN"/>
        </w:rPr>
        <w:t>芯片，同时一只甲壳虫机械模型（球形万向轮</w:t>
      </w:r>
      <w:r>
        <w:t>+</w:t>
      </w:r>
      <w:r>
        <w:rPr>
          <w:rFonts w:ascii="微软雅黑" w:eastAsia="微软雅黑" w:hAnsi="微软雅黑" w:cs="微软雅黑" w:hint="eastAsia"/>
          <w:lang w:eastAsia="zh-CN"/>
        </w:rPr>
        <w:t>前杆）在树根旁遇阻拐弯来回奔跑；场景：温暖木色厨房与深蓝星空交融的隐喻空间，背景悬浮图灵奖奖章与克劳德</w:t>
      </w:r>
      <w:r>
        <w:t>·</w:t>
      </w:r>
      <w:r>
        <w:rPr>
          <w:rFonts w:ascii="微软雅黑" w:eastAsia="微软雅黑" w:hAnsi="微软雅黑" w:cs="微软雅黑" w:hint="eastAsia"/>
          <w:lang w:eastAsia="zh-CN"/>
        </w:rPr>
        <w:t>香农信息论公式；光影：暖橙厨房光与冷蓝星空光对撞，根须处透出幽微绿光；镜头运动：从树根低角度环绕上摇，掠过甲壳虫后推至树干特写；风格：手绘隐喻插画</w:t>
      </w:r>
      <w:r>
        <w:t>+</w:t>
      </w:r>
      <w:r>
        <w:rPr>
          <w:rFonts w:ascii="微软雅黑" w:eastAsia="微软雅黑" w:hAnsi="微软雅黑" w:cs="微软雅黑" w:hint="eastAsia"/>
          <w:lang w:eastAsia="zh-CN"/>
        </w:rPr>
        <w:t>轻微动态粒子；情绪：扎实、深邃、带哲思的踏实感。</w:t>
      </w:r>
      <w:r/>
    </w:p>
    <w:p>
      <w:bookmarkStart w:id="28" w:name="_Toc_section_7"/>
      <w:bookmarkStart w:id="6" w:name="section-7"/>
      <w:pPr>
        <w:pStyle w:val="Heading2"/>
        <w:pageBreakBefore/>
      </w:pPr>
      <w:bookmarkEnd w:id="6"/>
      <w:r>
        <w:rPr>
          <w:rFonts w:ascii="微软雅黑" w:hAnsi="微软雅黑" w:eastAsia="微软雅黑" w:cs="微软雅黑" w:hint="eastAsia"/>
          <w:b w:val="0"/>
          <w:color w:val="1A237E"/>
          <w:sz w:val="22"/>
          <w:lang w:eastAsia="zh-CN"/>
        </w:rPr>
        <w:t xml:space="preserve">  研修方案 6：《一窥人工智能知识树的全貌》</w:t>
      </w:r>
      <w:bookmarkEnd w:id="28"/>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6</w:t>
      </w:r>
      <w:r>
        <w:rPr>
          <w:rFonts w:ascii="微软雅黑" w:eastAsia="微软雅黑" w:hAnsi="微软雅黑" w:cs="微软雅黑" w:hint="eastAsia"/>
          <w:color w:val="212121"/>
          <w:lang w:eastAsia="zh-CN"/>
        </w:rPr>
        <w:t>讲《一窥人工智能知识树的全貌》｜时长约</w:t>
      </w:r>
      <w:r>
        <w:rPr>
          <w:color w:val="212121"/>
        </w:rPr>
        <w:t>12</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：理论奠基</w:t>
      </w:r>
      <w:r>
        <w:t>·</w:t>
      </w:r>
      <w:r>
        <w:rPr>
          <w:rFonts w:ascii="微软雅黑" w:eastAsia="微软雅黑" w:hAnsi="微软雅黑" w:cs="微软雅黑" w:hint="eastAsia"/>
          <w:lang w:eastAsia="zh-CN"/>
        </w:rPr>
        <w:t>课程转化（学科通识收束讲）</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：全体学科教师、教研组长、备课组长（本课程落点为</w:t>
      </w:r>
      <w:r>
        <w:t>"</w:t>
      </w:r>
      <w:r>
        <w:rPr>
          <w:rFonts w:ascii="微软雅黑" w:eastAsia="微软雅黑" w:hAnsi="微软雅黑" w:cs="微软雅黑" w:hint="eastAsia"/>
          <w:lang w:eastAsia="zh-CN"/>
        </w:rPr>
        <w:t>从学科知识向课程教学转化</w:t>
      </w:r>
      <w:r>
        <w:t>"</w:t>
      </w:r>
      <w:r>
        <w:rPr>
          <w:rFonts w:ascii="微软雅黑" w:eastAsia="微软雅黑" w:hAnsi="微软雅黑" w:cs="微软雅黑" w:hint="eastAsia"/>
          <w:lang w:eastAsia="zh-CN"/>
        </w:rPr>
        <w:t>，建议教研骨干重点参与）</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课程设计产出</w:t>
      </w:r>
      <w:r/>
    </w:p>
    <w:p>
      <w:pPr>
        <w:pStyle w:val="Heading3"/>
      </w:pPr>
      <w:r>
        <w:rPr>
          <w:rFonts w:ascii="微软雅黑" w:hAnsi="微软雅黑" w:eastAsia="微软雅黑" w:cs="微软雅黑" w:hint="eastAsia"/>
          <w:b w:val="0"/>
          <w:color w:val="1A237E"/>
          <w:sz w:val="20"/>
          <w:lang w:eastAsia="zh-CN"/>
        </w:rPr>
        <w:t>一、研修目标</w:t>
      </w:r>
    </w:p>
    <w:p>
      <w:pPr>
        <w:pStyle w:val="ListNumber"/>
        <w:numPr>
          <w:ilvl w:val="0"/>
          <w:numId w:val="23"/>
        </w:numPr>
        <w:spacing w:after="72"/>
      </w:pPr>
      <w:r>
        <w:rPr>
          <w:rFonts w:ascii="微软雅黑" w:eastAsia="微软雅黑" w:hAnsi="微软雅黑" w:cs="微软雅黑" w:hint="eastAsia"/>
          <w:b/>
          <w:lang w:eastAsia="zh-CN"/>
        </w:rPr>
        <w:t>理解内容</w:t>
      </w:r>
      <w:r>
        <w:rPr>
          <w:rFonts w:ascii="微软雅黑" w:eastAsia="微软雅黑" w:hAnsi="微软雅黑" w:cs="微软雅黑" w:hint="eastAsia"/>
          <w:lang w:eastAsia="zh-CN"/>
        </w:rPr>
        <w:t>：能借助笛卡尔知识树元框架，复述人工智能</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六层映射，并说出每一层的典型实例（如根</w:t>
      </w:r>
      <w:r>
        <w:t>→</w:t>
      </w:r>
      <w:r>
        <w:rPr>
          <w:rFonts w:ascii="微软雅黑" w:eastAsia="微软雅黑" w:hAnsi="微软雅黑" w:cs="微软雅黑" w:hint="eastAsia"/>
          <w:lang w:eastAsia="zh-CN"/>
        </w:rPr>
        <w:t>数学、果</w:t>
      </w:r>
      <w:r>
        <w:t>→ChatGPT/DeepSeek/AlphaFold 3</w:t>
      </w:r>
      <w:r>
        <w:rPr>
          <w:rFonts w:ascii="微软雅黑" w:eastAsia="微软雅黑" w:hAnsi="微软雅黑" w:cs="微软雅黑" w:hint="eastAsia"/>
          <w:lang w:eastAsia="zh-CN"/>
        </w:rPr>
        <w:t>）。</w:t>
      </w:r>
    </w:p>
    <w:p>
      <w:pPr>
        <w:pStyle w:val="ListNumber"/>
        <w:numPr>
          <w:ilvl w:val="0"/>
          <w:numId w:val="23"/>
        </w:numPr>
        <w:spacing w:after="72"/>
      </w:pPr>
      <w:r>
        <w:rPr>
          <w:rFonts w:ascii="微软雅黑" w:eastAsia="微软雅黑" w:hAnsi="微软雅黑" w:cs="微软雅黑" w:hint="eastAsia"/>
          <w:b/>
          <w:lang w:eastAsia="zh-CN"/>
        </w:rPr>
        <w:t>掌握方法</w:t>
      </w:r>
      <w:r>
        <w:rPr>
          <w:rFonts w:ascii="微软雅黑" w:eastAsia="微软雅黑" w:hAnsi="微软雅黑" w:cs="微软雅黑" w:hint="eastAsia"/>
          <w:lang w:eastAsia="zh-CN"/>
        </w:rPr>
        <w:t>：能运用</w:t>
      </w:r>
      <w:r>
        <w:t>"STEM</w:t>
      </w:r>
      <w:r>
        <w:rPr>
          <w:rFonts w:ascii="微软雅黑" w:eastAsia="微软雅黑" w:hAnsi="微软雅黑" w:cs="微软雅黑" w:hint="eastAsia"/>
          <w:lang w:eastAsia="zh-CN"/>
        </w:rPr>
        <w:t>跨学科</w:t>
      </w:r>
      <w:r>
        <w:t>"</w:t>
      </w:r>
      <w:r>
        <w:rPr>
          <w:rFonts w:ascii="微软雅黑" w:eastAsia="微软雅黑" w:hAnsi="微软雅黑" w:cs="微软雅黑" w:hint="eastAsia"/>
          <w:lang w:eastAsia="zh-CN"/>
        </w:rPr>
        <w:t>视角解释</w:t>
      </w:r>
      <w:r>
        <w:t>"AI</w:t>
      </w:r>
      <w:r>
        <w:rPr>
          <w:rFonts w:ascii="微软雅黑" w:eastAsia="微软雅黑" w:hAnsi="微软雅黑" w:cs="微软雅黑" w:hint="eastAsia"/>
          <w:lang w:eastAsia="zh-CN"/>
        </w:rPr>
        <w:t>不能倒着教</w:t>
      </w:r>
      <w:r>
        <w:t>"</w:t>
      </w:r>
      <w:r>
        <w:rPr>
          <w:rFonts w:ascii="微软雅黑" w:eastAsia="微软雅黑" w:hAnsi="微软雅黑" w:cs="微软雅黑" w:hint="eastAsia"/>
          <w:lang w:eastAsia="zh-CN"/>
        </w:rPr>
        <w:t>，并依据布鲁纳三重表征（动作</w:t>
      </w:r>
      <w:r>
        <w:t>/</w:t>
      </w:r>
      <w:r>
        <w:rPr>
          <w:rFonts w:ascii="微软雅黑" w:eastAsia="微软雅黑" w:hAnsi="微软雅黑" w:cs="微软雅黑" w:hint="eastAsia"/>
          <w:lang w:eastAsia="zh-CN"/>
        </w:rPr>
        <w:t>映像</w:t>
      </w:r>
      <w:r>
        <w:t>/</w:t>
      </w:r>
      <w:r>
        <w:rPr>
          <w:rFonts w:ascii="微软雅黑" w:eastAsia="微软雅黑" w:hAnsi="微软雅黑" w:cs="微软雅黑" w:hint="eastAsia"/>
          <w:lang w:eastAsia="zh-CN"/>
        </w:rPr>
        <w:t>符号）与螺旋课程，设计</w:t>
      </w:r>
      <w:r>
        <w:t>AI</w:t>
      </w:r>
      <w:r>
        <w:rPr>
          <w:rFonts w:ascii="微软雅黑" w:eastAsia="微软雅黑" w:hAnsi="微软雅黑" w:cs="微软雅黑" w:hint="eastAsia"/>
          <w:lang w:eastAsia="zh-CN"/>
        </w:rPr>
        <w:t>概念的教学路径。</w:t>
      </w:r>
    </w:p>
    <w:p>
      <w:pPr>
        <w:pStyle w:val="ListNumber"/>
        <w:numPr>
          <w:ilvl w:val="0"/>
          <w:numId w:val="23"/>
        </w:numPr>
        <w:spacing w:after="72"/>
      </w:pPr>
      <w:r>
        <w:rPr>
          <w:rFonts w:ascii="微软雅黑" w:eastAsia="微软雅黑" w:hAnsi="微软雅黑" w:cs="微软雅黑" w:hint="eastAsia"/>
          <w:b/>
          <w:lang w:eastAsia="zh-CN"/>
        </w:rPr>
        <w:t>辨析观点</w:t>
      </w:r>
      <w:r>
        <w:rPr>
          <w:rFonts w:ascii="微软雅黑" w:eastAsia="微软雅黑" w:hAnsi="微软雅黑" w:cs="微软雅黑" w:hint="eastAsia"/>
          <w:lang w:eastAsia="zh-CN"/>
        </w:rPr>
        <w:t>：能阐述</w:t>
      </w:r>
      <w:r>
        <w:t>"</w:t>
      </w:r>
      <w:r>
        <w:rPr>
          <w:rFonts w:ascii="微软雅黑" w:eastAsia="微软雅黑" w:hAnsi="微软雅黑" w:cs="微软雅黑" w:hint="eastAsia"/>
          <w:lang w:eastAsia="zh-CN"/>
        </w:rPr>
        <w:t>自上而下的学科逻辑（果</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自下而上的儿童心理逻辑（动作</w:t>
      </w:r>
      <w:r>
        <w:t>→</w:t>
      </w:r>
      <w:r>
        <w:rPr>
          <w:rFonts w:ascii="微软雅黑" w:eastAsia="微软雅黑" w:hAnsi="微软雅黑" w:cs="微软雅黑" w:hint="eastAsia"/>
          <w:lang w:eastAsia="zh-CN"/>
        </w:rPr>
        <w:t>符号）</w:t>
      </w:r>
      <w:r>
        <w:t>"</w:t>
      </w:r>
      <w:r>
        <w:rPr>
          <w:rFonts w:ascii="微软雅黑" w:eastAsia="微软雅黑" w:hAnsi="微软雅黑" w:cs="微软雅黑" w:hint="eastAsia"/>
          <w:lang w:eastAsia="zh-CN"/>
        </w:rPr>
        <w:t>两条论证线，理解二者交汇即</w:t>
      </w:r>
      <w:r>
        <w:t>AI</w:t>
      </w:r>
      <w:r>
        <w:rPr>
          <w:rFonts w:ascii="微软雅黑" w:eastAsia="微软雅黑" w:hAnsi="微软雅黑" w:cs="微软雅黑" w:hint="eastAsia"/>
          <w:lang w:eastAsia="zh-CN"/>
        </w:rPr>
        <w:t>通识课程设计支点。</w:t>
      </w:r>
    </w:p>
    <w:p>
      <w:pPr>
        <w:pStyle w:val="ListNumber"/>
        <w:numPr>
          <w:ilvl w:val="0"/>
          <w:numId w:val="23"/>
        </w:numPr>
        <w:spacing w:after="72"/>
      </w:pPr>
      <w:r>
        <w:rPr>
          <w:rFonts w:ascii="微软雅黑" w:eastAsia="微软雅黑" w:hAnsi="微软雅黑" w:cs="微软雅黑" w:hint="eastAsia"/>
          <w:b/>
          <w:lang w:eastAsia="zh-CN"/>
        </w:rPr>
        <w:t>迁移教学</w:t>
      </w:r>
      <w:r>
        <w:rPr>
          <w:rFonts w:ascii="微软雅黑" w:eastAsia="微软雅黑" w:hAnsi="微软雅黑" w:cs="微软雅黑" w:hint="eastAsia"/>
          <w:lang w:eastAsia="zh-CN"/>
        </w:rPr>
        <w:t>：能完成一项</w:t>
      </w:r>
      <w:r>
        <w:t>"</w:t>
      </w:r>
      <w:r>
        <w:rPr>
          <w:rFonts w:ascii="微软雅黑" w:eastAsia="微软雅黑" w:hAnsi="微软雅黑" w:cs="微软雅黑" w:hint="eastAsia"/>
          <w:lang w:eastAsia="zh-CN"/>
        </w:rPr>
        <w:t>从学科知识向课程教学转化</w:t>
      </w:r>
      <w:r>
        <w:t>"</w:t>
      </w:r>
      <w:r>
        <w:rPr>
          <w:rFonts w:ascii="微软雅黑" w:eastAsia="微软雅黑" w:hAnsi="微软雅黑" w:cs="微软雅黑" w:hint="eastAsia"/>
          <w:lang w:eastAsia="zh-CN"/>
        </w:rPr>
        <w:t>的微型设计</w:t>
      </w:r>
      <w:r>
        <w:t>——</w:t>
      </w:r>
      <w:r>
        <w:rPr>
          <w:rFonts w:ascii="微软雅黑" w:eastAsia="微软雅黑" w:hAnsi="微软雅黑" w:cs="微软雅黑" w:hint="eastAsia"/>
          <w:lang w:eastAsia="zh-CN"/>
        </w:rPr>
        <w:t>选一个</w:t>
      </w:r>
      <w:r>
        <w:t>AI</w:t>
      </w:r>
      <w:r>
        <w:rPr>
          <w:rFonts w:ascii="微软雅黑" w:eastAsia="微软雅黑" w:hAnsi="微软雅黑" w:cs="微软雅黑" w:hint="eastAsia"/>
          <w:lang w:eastAsia="zh-CN"/>
        </w:rPr>
        <w:t>概念，按动作表征</w:t>
      </w:r>
      <w:r>
        <w:t>→</w:t>
      </w:r>
      <w:r>
        <w:rPr>
          <w:rFonts w:ascii="微软雅黑" w:eastAsia="微软雅黑" w:hAnsi="微软雅黑" w:cs="微软雅黑" w:hint="eastAsia"/>
          <w:lang w:eastAsia="zh-CN"/>
        </w:rPr>
        <w:t>映像表征</w:t>
      </w:r>
      <w:r>
        <w:t>→</w:t>
      </w:r>
      <w:r>
        <w:rPr>
          <w:rFonts w:ascii="微软雅黑" w:eastAsia="微软雅黑" w:hAnsi="微软雅黑" w:cs="微软雅黑" w:hint="eastAsia"/>
          <w:lang w:eastAsia="zh-CN"/>
        </w:rPr>
        <w:t>符号表征三级路径写出教案片段，汇入校本</w:t>
      </w:r>
      <w:r>
        <w:t>AI</w:t>
      </w:r>
      <w:r>
        <w:rPr>
          <w:rFonts w:ascii="微软雅黑" w:eastAsia="微软雅黑" w:hAnsi="微软雅黑" w:cs="微软雅黑" w:hint="eastAsia"/>
          <w:lang w:eastAsia="zh-CN"/>
        </w:rPr>
        <w:t>通识课程资源。</w:t>
      </w:r>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：六层配对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视频如何将</w:t>
            </w:r>
            <w:r>
              <w:rPr>
                <w:sz w:val="18"/>
              </w:rPr>
              <w:t xml:space="preserve"> </w:t>
            </w:r>
            <w:r>
              <w:rPr>
                <w:sz w:val="18"/>
              </w:rPr>
              <w:t>"</w:t>
            </w:r>
            <w:r>
              <w:rPr>
                <w:sz w:val="18"/>
              </w:rPr>
              <w:t xml:space="preserve"> </w:t>
            </w:r>
            <w:r>
              <w:rPr>
                <w:sz w:val="18"/>
              </w:rPr>
              <w:t>花</w:t>
            </w:r>
            <w:r>
              <w:rPr>
                <w:sz w:val="18"/>
              </w:rPr>
              <w:t xml:space="preserve"> </w:t>
            </w:r>
            <w:r>
              <w:rPr>
                <w:sz w:val="18"/>
              </w:rPr>
              <w:t>—</w:t>
            </w:r>
            <w:r>
              <w:rPr>
                <w:sz w:val="18"/>
              </w:rPr>
              <w:t xml:space="preserve"> </w:t>
            </w:r>
            <w:r>
              <w:rPr>
                <w:sz w:val="18"/>
              </w:rPr>
              <w:t>果</w:t>
            </w:r>
            <w:r>
              <w:rPr>
                <w:sz w:val="18"/>
              </w:rPr>
              <w:t xml:space="preserve"> </w:t>
            </w:r>
            <w:r>
              <w:rPr>
                <w:sz w:val="18"/>
              </w:rPr>
              <w:t>—</w:t>
            </w:r>
            <w:r>
              <w:rPr>
                <w:sz w:val="18"/>
              </w:rPr>
              <w:t xml:space="preserve"> </w:t>
            </w:r>
            <w:r>
              <w:rPr>
                <w:sz w:val="18"/>
              </w:rPr>
              <w:t>叶</w:t>
            </w:r>
            <w:r>
              <w:rPr>
                <w:sz w:val="18"/>
              </w:rPr>
              <w:t xml:space="preserve"> </w:t>
            </w:r>
            <w:r>
              <w:rPr>
                <w:sz w:val="18"/>
              </w:rPr>
              <w:t>—</w:t>
            </w:r>
            <w:r>
              <w:rPr>
                <w:sz w:val="18"/>
              </w:rPr>
              <w:t xml:space="preserve"> </w:t>
            </w:r>
            <w:r>
              <w:rPr>
                <w:sz w:val="18"/>
              </w:rPr>
              <w:t>枝</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根</w:t>
            </w:r>
            <w:r>
              <w:rPr>
                <w:sz w:val="18"/>
              </w:rPr>
              <w:t xml:space="preserve"> </w:t>
            </w:r>
            <w:r>
              <w:rPr>
                <w:sz w:val="18"/>
              </w:rPr>
              <w:t>"</w:t>
            </w:r>
            <w:r>
              <w:rPr>
                <w:sz w:val="18"/>
              </w:rPr>
              <w:t xml:space="preserve"> </w:t>
            </w:r>
            <w:r>
              <w:rPr>
                <w:sz w:val="18"/>
              </w:rPr>
              <w:t>逐层对应到</w:t>
            </w:r>
            <w:r>
              <w:rPr>
                <w:sz w:val="18"/>
              </w:rPr>
              <w:t xml:space="preserve"> </w:t>
            </w:r>
            <w:r>
              <w:rPr>
                <w:sz w:val="18"/>
              </w:rPr>
              <w:t>AI</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画出六层映射表，每层至少记</w:t>
            </w:r>
            <w:r>
              <w:rPr>
                <w:sz w:val="18"/>
              </w:rPr>
              <w:t xml:space="preserve"> </w:t>
            </w:r>
            <w:r>
              <w:rPr>
                <w:sz w:val="18"/>
              </w:rPr>
              <w:t>1</w:t>
            </w:r>
            <w:r>
              <w:rPr>
                <w:sz w:val="18"/>
              </w:rPr>
              <w:t xml:space="preserve"> </w:t>
            </w:r>
            <w:r>
              <w:rPr>
                <w:sz w:val="18"/>
              </w:rPr>
              <w:t>个实例（如根</w:t>
            </w:r>
            <w:r>
              <w:rPr>
                <w:sz w:val="18"/>
              </w:rPr>
              <w:t xml:space="preserve"> </w:t>
            </w:r>
            <w:r>
              <w:rPr>
                <w:sz w:val="18"/>
              </w:rPr>
              <w:t>→</w:t>
            </w:r>
            <w:r>
              <w:rPr>
                <w:sz w:val="18"/>
              </w:rPr>
              <w:t xml:space="preserve"> </w:t>
            </w:r>
            <w:r>
              <w:rPr>
                <w:sz w:val="18"/>
              </w:rPr>
              <w:t>数学、果</w:t>
            </w:r>
            <w:r>
              <w:rPr>
                <w:sz w:val="18"/>
              </w:rPr>
              <w:t xml:space="preserve"> </w:t>
            </w:r>
            <w:r>
              <w:rPr>
                <w:sz w:val="18"/>
              </w:rPr>
              <w:t>→ChatGPT</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：笛卡尔框架</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笛卡尔知识树的三层结构及寓意</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记录：树根＝形而上学、树干＝物理学、树枝＝具体科学（医</w:t>
            </w:r>
            <w:r>
              <w:rPr>
                <w:sz w:val="18"/>
              </w:rPr>
              <w:t xml:space="preserve"> </w:t>
            </w:r>
            <w:r>
              <w:rPr>
                <w:sz w:val="18"/>
              </w:rPr>
              <w:t>/</w:t>
            </w:r>
            <w:r>
              <w:rPr>
                <w:sz w:val="18"/>
              </w:rPr>
              <w:t xml:space="preserve"> </w:t>
            </w:r>
            <w:r>
              <w:rPr>
                <w:sz w:val="18"/>
              </w:rPr>
              <w:t>机</w:t>
            </w:r>
            <w:r>
              <w:rPr>
                <w:sz w:val="18"/>
              </w:rPr>
              <w:t xml:space="preserve"> </w:t>
            </w:r>
            <w:r>
              <w:rPr>
                <w:sz w:val="18"/>
              </w:rPr>
              <w:t>/</w:t>
            </w:r>
            <w:r>
              <w:rPr>
                <w:sz w:val="18"/>
              </w:rPr>
              <w:t xml:space="preserve"> </w:t>
            </w:r>
            <w:r>
              <w:rPr>
                <w:sz w:val="18"/>
              </w:rPr>
              <w:t>伦）及</w:t>
            </w:r>
            <w:r>
              <w:rPr>
                <w:sz w:val="18"/>
              </w:rPr>
              <w:t xml:space="preserve"> </w:t>
            </w:r>
            <w:r>
              <w:rPr>
                <w:sz w:val="18"/>
              </w:rPr>
              <w:t>"</w:t>
            </w:r>
            <w:r>
              <w:rPr>
                <w:sz w:val="18"/>
              </w:rPr>
              <w:t xml:space="preserve"> </w:t>
            </w:r>
            <w:r>
              <w:rPr>
                <w:sz w:val="18"/>
              </w:rPr>
              <w:t>根基稳固</w:t>
            </w:r>
            <w:r>
              <w:rPr>
                <w:sz w:val="18"/>
              </w:rPr>
              <w:t xml:space="preserve"> </w:t>
            </w:r>
            <w:r>
              <w:rPr>
                <w:sz w:val="18"/>
              </w:rPr>
              <w:t>"</w:t>
            </w:r>
            <w:r>
              <w:rPr>
                <w:sz w:val="18"/>
              </w:rPr>
              <w:t xml:space="preserve"> </w:t>
            </w:r>
            <w:r>
              <w:rPr>
                <w:sz w:val="18"/>
              </w:rPr>
              <w:t>句</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w:t>
            </w:r>
            <w:r>
              <w:rPr>
                <w:sz w:val="18"/>
              </w:rPr>
              <w:t xml:space="preserve"> </w:t>
            </w:r>
            <w:r>
              <w:rPr>
                <w:sz w:val="18"/>
              </w:rPr>
              <w:t>STEM</w:t>
            </w:r>
            <w:r>
              <w:rPr>
                <w:sz w:val="18"/>
              </w:rPr>
              <w:t xml:space="preserve"> </w:t>
            </w:r>
            <w:r>
              <w:rPr>
                <w:sz w:val="18"/>
              </w:rPr>
              <w:t>与</w:t>
            </w:r>
            <w:r>
              <w:rPr>
                <w:sz w:val="18"/>
              </w:rPr>
              <w:t xml:space="preserve"> </w:t>
            </w:r>
            <w:r>
              <w:rPr>
                <w:sz w:val="18"/>
              </w:rPr>
              <w:t>"</w:t>
            </w:r>
            <w:r>
              <w:rPr>
                <w:sz w:val="18"/>
              </w:rPr>
              <w:t xml:space="preserve"> </w:t>
            </w:r>
            <w:r>
              <w:rPr>
                <w:sz w:val="18"/>
              </w:rPr>
              <w:t>不能倒着教</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铲车</w:t>
            </w:r>
            <w:r>
              <w:rPr>
                <w:sz w:val="18"/>
              </w:rPr>
              <w:t xml:space="preserve"> </w:t>
            </w:r>
            <w:r>
              <w:rPr>
                <w:sz w:val="18"/>
              </w:rPr>
              <w:t>/</w:t>
            </w:r>
            <w:r>
              <w:rPr>
                <w:sz w:val="18"/>
              </w:rPr>
              <w:t xml:space="preserve"> </w:t>
            </w:r>
            <w:r>
              <w:rPr>
                <w:sz w:val="18"/>
              </w:rPr>
              <w:t>杠杆类比与</w:t>
            </w:r>
            <w:r>
              <w:rPr>
                <w:sz w:val="18"/>
              </w:rPr>
              <w:t xml:space="preserve"> </w:t>
            </w:r>
            <w:r>
              <w:rPr>
                <w:sz w:val="18"/>
              </w:rPr>
              <w:t>"</w:t>
            </w:r>
            <w:r>
              <w:rPr>
                <w:sz w:val="18"/>
              </w:rPr>
              <w:t xml:space="preserve"> </w:t>
            </w:r>
            <w:r>
              <w:rPr>
                <w:sz w:val="18"/>
              </w:rPr>
              <w:t>渐次抽象</w:t>
            </w:r>
            <w:r>
              <w:rPr>
                <w:sz w:val="18"/>
              </w:rPr>
              <w:t xml:space="preserve"> </w:t>
            </w:r>
            <w:r>
              <w:rPr>
                <w:sz w:val="18"/>
              </w:rPr>
              <w:t>"</w:t>
            </w:r>
            <w:r>
              <w:rPr>
                <w:sz w:val="18"/>
              </w:rPr>
              <w:t xml:space="preserve"> </w:t>
            </w:r>
            <w:r>
              <w:rPr>
                <w:sz w:val="18"/>
              </w:rPr>
              <w:t>论断</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记下</w:t>
            </w:r>
            <w:r>
              <w:rPr>
                <w:sz w:val="18"/>
              </w:rPr>
              <w:t xml:space="preserve"> </w:t>
            </w:r>
            <w:r>
              <w:rPr>
                <w:sz w:val="18"/>
              </w:rPr>
              <w:t>F1×L1=F2×L2</w:t>
            </w:r>
            <w:r>
              <w:rPr>
                <w:sz w:val="18"/>
              </w:rPr>
              <w:t xml:space="preserve"> </w:t>
            </w:r>
            <w:r>
              <w:rPr>
                <w:sz w:val="18"/>
              </w:rPr>
              <w:t>，及</w:t>
            </w:r>
            <w:r>
              <w:rPr>
                <w:sz w:val="18"/>
              </w:rPr>
              <w:t xml:space="preserve"> </w:t>
            </w:r>
            <w:r>
              <w:rPr>
                <w:sz w:val="18"/>
              </w:rPr>
              <w:t>"</w:t>
            </w:r>
            <w:r>
              <w:rPr>
                <w:sz w:val="18"/>
              </w:rPr>
              <w:t xml:space="preserve"> </w:t>
            </w:r>
            <w:r>
              <w:rPr>
                <w:sz w:val="18"/>
              </w:rPr>
              <w:t>一根棒棒加一根棒棒</w:t>
            </w:r>
            <w:r>
              <w:rPr>
                <w:sz w:val="18"/>
              </w:rPr>
              <w:t xml:space="preserve"> </w:t>
            </w:r>
            <w:r>
              <w:rPr>
                <w:sz w:val="18"/>
              </w:rPr>
              <w:t>""1+1=2"</w:t>
            </w:r>
            <w:r>
              <w:rPr>
                <w:sz w:val="18"/>
              </w:rPr>
              <w:t xml:space="preserve"> </w:t>
            </w:r>
            <w:r>
              <w:rPr>
                <w:sz w:val="18"/>
              </w:rPr>
              <w:t>的抽象阶梯</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：布鲁纳三构件</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三重表征、学科结构、螺旋课程各自含义</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记录布鲁纳名句</w:t>
            </w:r>
            <w:r>
              <w:rPr>
                <w:sz w:val="18"/>
              </w:rPr>
              <w:t xml:space="preserve"> </w:t>
            </w:r>
            <w:r>
              <w:rPr>
                <w:sz w:val="18"/>
              </w:rPr>
              <w:t>"</w:t>
            </w:r>
            <w:r>
              <w:rPr>
                <w:sz w:val="18"/>
              </w:rPr>
              <w:t xml:space="preserve"> </w:t>
            </w:r>
            <w:r>
              <w:rPr>
                <w:sz w:val="18"/>
              </w:rPr>
              <w:t>任何学科都能</w:t>
            </w:r>
            <w:r>
              <w:rPr>
                <w:sz w:val="18"/>
              </w:rPr>
              <w:t xml:space="preserve"> </w:t>
            </w:r>
            <w:r>
              <w:rPr>
                <w:sz w:val="18"/>
              </w:rPr>
              <w:t>……</w:t>
            </w:r>
            <w:r>
              <w:rPr>
                <w:sz w:val="18"/>
              </w:rPr>
              <w:t xml:space="preserve"> </w:t>
            </w:r>
            <w:r>
              <w:rPr>
                <w:sz w:val="18"/>
              </w:rPr>
              <w:t>教给任何发展阶段的任何儿童</w:t>
            </w:r>
            <w:r>
              <w:rPr>
                <w:sz w:val="18"/>
              </w:rPr>
              <w:t xml:space="preserve"> </w:t>
            </w:r>
            <w:r>
              <w:rPr>
                <w:sz w:val="18"/>
              </w:rPr>
              <w:t>"</w:t>
            </w:r>
            <w:r>
              <w:rPr>
                <w:sz w:val="18"/>
              </w:rPr>
              <w:t xml:space="preserve"> </w:t>
            </w:r>
            <w:r>
              <w:rPr>
                <w:sz w:val="18"/>
              </w:rPr>
              <w:t>及《教育过程》</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请教师凭记忆在白纸画出</w:t>
            </w:r>
            <w:r>
              <w:rPr>
                <w:sz w:val="18"/>
              </w:rPr>
              <w:t xml:space="preserve"> </w:t>
            </w:r>
            <w:r>
              <w:rPr>
                <w:sz w:val="18"/>
              </w:rPr>
              <w:t>"</w:t>
            </w:r>
            <w:r>
              <w:rPr>
                <w:sz w:val="18"/>
              </w:rPr>
              <w:t xml:space="preserve"> </w:t>
            </w:r>
            <w:r>
              <w:rPr>
                <w:sz w:val="18"/>
              </w:rPr>
              <w:t>第</w:t>
            </w:r>
            <w:r>
              <w:rPr>
                <w:sz w:val="18"/>
              </w:rPr>
              <w:t xml:space="preserve"> </w:t>
            </w:r>
            <w:r>
              <w:rPr>
                <w:sz w:val="18"/>
              </w:rPr>
              <w:t>1–5</w:t>
            </w:r>
            <w:r>
              <w:rPr>
                <w:sz w:val="18"/>
              </w:rPr>
              <w:t xml:space="preserve"> </w:t>
            </w:r>
            <w:r>
              <w:rPr>
                <w:sz w:val="18"/>
              </w:rPr>
              <w:t>讲知识树</w:t>
            </w:r>
            <w:r>
              <w:rPr>
                <w:sz w:val="18"/>
              </w:rPr>
              <w:t xml:space="preserve"> </w:t>
            </w:r>
            <w:r>
              <w:rPr>
                <w:sz w:val="18"/>
              </w:rPr>
              <w:t>"</w:t>
            </w:r>
            <w:r>
              <w:rPr>
                <w:sz w:val="18"/>
              </w:rPr>
              <w:t xml:space="preserve"> </w:t>
            </w:r>
            <w:r>
              <w:rPr>
                <w:sz w:val="18"/>
              </w:rPr>
              <w:t>，再写一句</w:t>
            </w:r>
            <w:r>
              <w:rPr>
                <w:sz w:val="18"/>
              </w:rPr>
              <w:t xml:space="preserve"> </w:t>
            </w:r>
            <w:r>
              <w:rPr>
                <w:sz w:val="18"/>
              </w:rPr>
              <w:t>"</w:t>
            </w:r>
            <w:r>
              <w:rPr>
                <w:sz w:val="18"/>
              </w:rPr>
              <w:t xml:space="preserve"> </w:t>
            </w:r>
            <w:r>
              <w:rPr>
                <w:sz w:val="18"/>
              </w:rPr>
              <w:t>这棵树该怎么教</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激活前序记忆，暴露</w:t>
            </w:r>
            <w:r>
              <w:rPr>
                <w:sz w:val="18"/>
              </w:rPr>
              <w:t xml:space="preserve"> </w:t>
            </w:r>
            <w:r>
              <w:rPr>
                <w:sz w:val="18"/>
              </w:rPr>
              <w:t>"</w:t>
            </w:r>
            <w:r>
              <w:rPr>
                <w:sz w:val="18"/>
              </w:rPr>
              <w:t xml:space="preserve"> </w:t>
            </w:r>
            <w:r>
              <w:rPr>
                <w:sz w:val="18"/>
              </w:rPr>
              <w:t>知识</w:t>
            </w:r>
            <w:r>
              <w:rPr>
                <w:sz w:val="18"/>
              </w:rPr>
              <w:t xml:space="preserve"> </w:t>
            </w:r>
            <w:r>
              <w:rPr>
                <w:sz w:val="18"/>
              </w:rPr>
              <w:t>≠</w:t>
            </w:r>
            <w:r>
              <w:rPr>
                <w:sz w:val="18"/>
              </w:rPr>
              <w:t xml:space="preserve"> </w:t>
            </w:r>
            <w:r>
              <w:rPr>
                <w:sz w:val="18"/>
              </w:rPr>
              <w:t>教学</w:t>
            </w:r>
            <w:r>
              <w:rPr>
                <w:sz w:val="18"/>
              </w:rPr>
              <w:t xml:space="preserve"> </w:t>
            </w:r>
            <w:r>
              <w:rPr>
                <w:sz w:val="18"/>
              </w:rPr>
              <w:t>"</w:t>
            </w:r>
            <w:r>
              <w:rPr>
                <w:sz w:val="18"/>
              </w:rPr>
              <w:t xml:space="preserve"> </w:t>
            </w:r>
            <w:r>
              <w:rPr>
                <w:sz w:val="18"/>
              </w:rPr>
              <w:t>的转化难点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6</w:t>
            </w:r>
            <w:r>
              <w:rPr>
                <w:sz w:val="18"/>
              </w:rPr>
              <w:t xml:space="preserve"> </w:t>
            </w:r>
            <w:r>
              <w:rPr>
                <w:sz w:val="18"/>
              </w:rPr>
              <w:t>讲视频（</w:t>
            </w:r>
            <w:r>
              <w:rPr>
                <w:sz w:val="18"/>
              </w:rPr>
              <w:t xml:space="preserve"> </w:t>
            </w:r>
            <w:r>
              <w:rPr>
                <w:sz w:val="18"/>
              </w:rPr>
              <w:t>12</w:t>
            </w:r>
            <w:r>
              <w:rPr>
                <w:sz w:val="18"/>
              </w:rPr>
              <w:t xml:space="preserve"> </w:t>
            </w:r>
            <w:r>
              <w:rPr>
                <w:sz w:val="18"/>
              </w:rPr>
              <w:t>分钟），同步完成任务单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提醒关注</w:t>
            </w:r>
            <w:r>
              <w:rPr>
                <w:sz w:val="18"/>
              </w:rPr>
              <w:t xml:space="preserve"> </w:t>
            </w:r>
            <w:r>
              <w:rPr>
                <w:sz w:val="18"/>
              </w:rPr>
              <w:t>"</w:t>
            </w:r>
            <w:r>
              <w:rPr>
                <w:sz w:val="18"/>
              </w:rPr>
              <w:t xml:space="preserve"> </w:t>
            </w:r>
            <w:r>
              <w:rPr>
                <w:sz w:val="18"/>
              </w:rPr>
              <w:t>笛卡尔树</w:t>
            </w:r>
            <w:r>
              <w:rPr>
                <w:sz w:val="18"/>
              </w:rPr>
              <w:t xml:space="preserve"> </w:t>
            </w:r>
            <w:r>
              <w:rPr>
                <w:sz w:val="18"/>
              </w:rPr>
              <w:t>→</w:t>
            </w:r>
            <w:r>
              <w:rPr>
                <w:sz w:val="18"/>
              </w:rPr>
              <w:t xml:space="preserve"> </w:t>
            </w:r>
            <w:r>
              <w:rPr>
                <w:sz w:val="18"/>
              </w:rPr>
              <w:t>六层映射</w:t>
            </w:r>
            <w:r>
              <w:rPr>
                <w:sz w:val="18"/>
              </w:rPr>
              <w:t xml:space="preserve"> </w:t>
            </w:r>
            <w:r>
              <w:rPr>
                <w:sz w:val="18"/>
              </w:rPr>
              <w:t>→STEM→</w:t>
            </w:r>
            <w:r>
              <w:rPr>
                <w:sz w:val="18"/>
              </w:rPr>
              <w:t xml:space="preserve"> </w:t>
            </w:r>
            <w:r>
              <w:rPr>
                <w:sz w:val="18"/>
              </w:rPr>
              <w:t>布鲁纳</w:t>
            </w:r>
            <w:r>
              <w:rPr>
                <w:sz w:val="18"/>
              </w:rPr>
              <w:t xml:space="preserve"> </w:t>
            </w:r>
            <w:r>
              <w:rPr>
                <w:sz w:val="18"/>
              </w:rPr>
              <w:t>"</w:t>
            </w:r>
            <w:r>
              <w:rPr>
                <w:sz w:val="18"/>
              </w:rPr>
              <w:t xml:space="preserve"> </w:t>
            </w:r>
            <w:r>
              <w:rPr>
                <w:sz w:val="18"/>
              </w:rPr>
              <w:t>四段逻辑</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探究研讨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w:t>
            </w:r>
            <w:r>
              <w:rPr>
                <w:sz w:val="18"/>
              </w:rPr>
              <w:t xml:space="preserve"> </w:t>
            </w:r>
            <w:r>
              <w:rPr>
                <w:sz w:val="18"/>
              </w:rPr>
              <w:t>①</w:t>
            </w:r>
            <w:r>
              <w:rPr>
                <w:sz w:val="18"/>
              </w:rPr>
              <w:t xml:space="preserve"> </w:t>
            </w:r>
            <w:r>
              <w:rPr>
                <w:sz w:val="18"/>
              </w:rPr>
              <w:t>补全六层映射表；</w:t>
            </w:r>
            <w:r>
              <w:rPr>
                <w:sz w:val="18"/>
              </w:rPr>
              <w:t xml:space="preserve"> </w:t>
            </w:r>
            <w:r>
              <w:rPr>
                <w:sz w:val="18"/>
              </w:rPr>
              <w:t>②</w:t>
            </w:r>
            <w:r>
              <w:rPr>
                <w:sz w:val="18"/>
              </w:rPr>
              <w:t xml:space="preserve"> </w:t>
            </w:r>
            <w:r>
              <w:rPr>
                <w:sz w:val="18"/>
              </w:rPr>
              <w:t>辩论</w:t>
            </w:r>
            <w:r>
              <w:rPr>
                <w:sz w:val="18"/>
              </w:rPr>
              <w:t xml:space="preserve"> </w:t>
            </w:r>
            <w:r>
              <w:rPr>
                <w:sz w:val="18"/>
              </w:rPr>
              <w:t>"</w:t>
            </w:r>
            <w:r>
              <w:rPr>
                <w:sz w:val="18"/>
              </w:rPr>
              <w:t xml:space="preserve"> </w:t>
            </w:r>
            <w:r>
              <w:rPr>
                <w:sz w:val="18"/>
              </w:rPr>
              <w:t>先教公式还是先教经验</w:t>
            </w:r>
            <w:r>
              <w:rPr>
                <w:sz w:val="18"/>
              </w:rPr>
              <w:t xml:space="preserve"> </w:t>
            </w:r>
            <w:r>
              <w:rPr>
                <w:sz w:val="18"/>
              </w:rPr>
              <w:t>"</w:t>
            </w:r>
            <w:r>
              <w:rPr>
                <w:sz w:val="18"/>
              </w:rPr>
              <w:t xml:space="preserve"> </w:t>
            </w:r>
            <w:r>
              <w:rPr>
                <w:sz w:val="18"/>
              </w:rPr>
              <w:t>；</w:t>
            </w:r>
            <w:r>
              <w:rPr>
                <w:sz w:val="18"/>
              </w:rPr>
              <w:t xml:space="preserve"> </w:t>
            </w:r>
            <w:r>
              <w:rPr>
                <w:sz w:val="18"/>
              </w:rPr>
              <w:t>③</w:t>
            </w:r>
            <w:r>
              <w:rPr>
                <w:sz w:val="18"/>
              </w:rPr>
              <w:t xml:space="preserve"> </w:t>
            </w:r>
            <w:r>
              <w:rPr>
                <w:sz w:val="18"/>
              </w:rPr>
              <w:t>拆解铲车</w:t>
            </w:r>
            <w:r>
              <w:rPr>
                <w:sz w:val="18"/>
              </w:rPr>
              <w:t xml:space="preserve"> </w:t>
            </w:r>
            <w:r>
              <w:rPr>
                <w:sz w:val="18"/>
              </w:rPr>
              <w:t>STEM</w:t>
            </w:r>
            <w:r>
              <w:rPr>
                <w:sz w:val="18"/>
              </w:rPr>
              <w:t xml:space="preserve"> </w:t>
            </w:r>
            <w:r>
              <w:rPr>
                <w:sz w:val="18"/>
              </w:rPr>
              <w:t>四面</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教研员引导</w:t>
            </w:r>
            <w:r>
              <w:rPr>
                <w:sz w:val="18"/>
              </w:rPr>
              <w:t xml:space="preserve"> </w:t>
            </w:r>
            <w:r>
              <w:rPr>
                <w:sz w:val="18"/>
              </w:rPr>
              <w:t>"</w:t>
            </w:r>
            <w:r>
              <w:rPr>
                <w:sz w:val="18"/>
              </w:rPr>
              <w:t xml:space="preserve"> </w:t>
            </w:r>
            <w:r>
              <w:rPr>
                <w:sz w:val="18"/>
              </w:rPr>
              <w:t>学科逻辑</w:t>
            </w:r>
            <w:r>
              <w:rPr>
                <w:sz w:val="18"/>
              </w:rPr>
              <w:t xml:space="preserve"> </w:t>
            </w:r>
            <w:r>
              <w:rPr>
                <w:sz w:val="18"/>
              </w:rPr>
              <w:t>vs</w:t>
            </w:r>
            <w:r>
              <w:rPr>
                <w:sz w:val="18"/>
              </w:rPr>
              <w:t xml:space="preserve"> </w:t>
            </w:r>
            <w:r>
              <w:rPr>
                <w:sz w:val="18"/>
              </w:rPr>
              <w:t>心理逻辑</w:t>
            </w:r>
            <w:r>
              <w:rPr>
                <w:sz w:val="18"/>
              </w:rPr>
              <w:t xml:space="preserve"> </w:t>
            </w:r>
            <w:r>
              <w:rPr>
                <w:sz w:val="18"/>
              </w:rPr>
              <w:t>"</w:t>
            </w:r>
            <w:r>
              <w:rPr>
                <w:sz w:val="18"/>
              </w:rPr>
              <w:t xml:space="preserve"> </w:t>
            </w:r>
            <w:r>
              <w:rPr>
                <w:sz w:val="18"/>
              </w:rPr>
              <w:t>双线</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应用产出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以学科组为单位，选</w:t>
            </w:r>
            <w:r>
              <w:rPr>
                <w:sz w:val="18"/>
              </w:rPr>
              <w:t xml:space="preserve"> </w:t>
            </w:r>
            <w:r>
              <w:rPr>
                <w:sz w:val="18"/>
              </w:rPr>
              <w:t>1</w:t>
            </w:r>
            <w:r>
              <w:rPr>
                <w:sz w:val="18"/>
              </w:rPr>
              <w:t xml:space="preserve"> </w:t>
            </w:r>
            <w:r>
              <w:rPr>
                <w:sz w:val="18"/>
              </w:rPr>
              <w:t>个</w:t>
            </w:r>
            <w:r>
              <w:rPr>
                <w:sz w:val="18"/>
              </w:rPr>
              <w:t xml:space="preserve"> </w:t>
            </w:r>
            <w:r>
              <w:rPr>
                <w:sz w:val="18"/>
              </w:rPr>
              <w:t>AI</w:t>
            </w:r>
            <w:r>
              <w:rPr>
                <w:sz w:val="18"/>
              </w:rPr>
              <w:t xml:space="preserve"> </w:t>
            </w:r>
            <w:r>
              <w:rPr>
                <w:sz w:val="18"/>
              </w:rPr>
              <w:t>概念做</w:t>
            </w:r>
            <w:r>
              <w:rPr>
                <w:sz w:val="18"/>
              </w:rPr>
              <w:t xml:space="preserve"> </w:t>
            </w:r>
            <w:r>
              <w:rPr>
                <w:sz w:val="18"/>
              </w:rPr>
              <w:t>"</w:t>
            </w:r>
            <w:r>
              <w:rPr>
                <w:sz w:val="18"/>
              </w:rPr>
              <w:t xml:space="preserve"> </w:t>
            </w:r>
            <w:r>
              <w:rPr>
                <w:sz w:val="18"/>
              </w:rPr>
              <w:t>三重表征</w:t>
            </w:r>
            <w:r>
              <w:rPr>
                <w:sz w:val="18"/>
              </w:rPr>
              <w:t xml:space="preserve"> </w:t>
            </w:r>
            <w:r>
              <w:rPr>
                <w:sz w:val="18"/>
              </w:rPr>
              <w:t>"</w:t>
            </w:r>
            <w:r>
              <w:rPr>
                <w:sz w:val="18"/>
              </w:rPr>
              <w:t xml:space="preserve"> </w:t>
            </w:r>
            <w:r>
              <w:rPr>
                <w:sz w:val="18"/>
              </w:rPr>
              <w:t>三级路径设计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产出可直接进入校本课程的教案片段</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展示优秀设计，明确</w:t>
            </w:r>
            <w:r>
              <w:rPr>
                <w:sz w:val="18"/>
              </w:rPr>
              <w:t xml:space="preserve"> </w:t>
            </w:r>
            <w:r>
              <w:rPr>
                <w:sz w:val="18"/>
              </w:rPr>
              <w:t>"</w:t>
            </w:r>
            <w:r>
              <w:rPr>
                <w:sz w:val="18"/>
              </w:rPr>
              <w:t xml:space="preserve"> </w:t>
            </w:r>
            <w:r>
              <w:rPr>
                <w:sz w:val="18"/>
              </w:rPr>
              <w:t>这就是</w:t>
            </w:r>
            <w:r>
              <w:rPr>
                <w:sz w:val="18"/>
              </w:rPr>
              <w:t xml:space="preserve"> </w:t>
            </w:r>
            <w:r>
              <w:rPr>
                <w:sz w:val="18"/>
              </w:rPr>
              <w:t>AI</w:t>
            </w:r>
            <w:r>
              <w:rPr>
                <w:sz w:val="18"/>
              </w:rPr>
              <w:t xml:space="preserve"> </w:t>
            </w:r>
            <w:r>
              <w:rPr>
                <w:sz w:val="18"/>
              </w:rPr>
              <w:t>通识课程构建</w:t>
            </w:r>
            <w:r>
              <w:rPr>
                <w:sz w:val="18"/>
              </w:rPr>
              <w:t xml:space="preserve"> </w:t>
            </w:r>
            <w:r>
              <w:rPr>
                <w:sz w:val="18"/>
              </w:rPr>
              <w:t>"</w:t>
            </w:r>
            <w:r>
              <w:rPr>
                <w:sz w:val="18"/>
              </w:rPr>
              <w:t xml:space="preserve"> </w:t>
            </w:r>
            <w:r>
              <w:rPr>
                <w:sz w:val="18"/>
              </w:rPr>
              <w:t>，布置迁移作业</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收齐设计稿，纳入学校</w:t>
            </w:r>
            <w:r>
              <w:rPr>
                <w:sz w:val="18"/>
              </w:rPr>
              <w:t xml:space="preserve"> </w:t>
            </w:r>
            <w:r>
              <w:rPr>
                <w:sz w:val="18"/>
              </w:rPr>
              <w:t>AI</w:t>
            </w:r>
            <w:r>
              <w:rPr>
                <w:sz w:val="18"/>
              </w:rPr>
              <w:t xml:space="preserve"> </w:t>
            </w:r>
            <w:r>
              <w:rPr>
                <w:sz w:val="18"/>
              </w:rPr>
              <w:t>通识资源库</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四、互动研讨设计（递进式）</w:t>
      </w:r>
    </w:p>
    <w:p>
      <w:pPr>
        <w:pStyle w:val="Heading3"/>
      </w:pPr>
      <w:r>
        <w:rPr>
          <w:rFonts w:ascii="微软雅黑" w:hAnsi="微软雅黑" w:eastAsia="微软雅黑" w:cs="微软雅黑" w:hint="eastAsia"/>
          <w:b w:val="0"/>
          <w:color w:val="1A237E"/>
          <w:sz w:val="20"/>
          <w:lang w:eastAsia="zh-CN"/>
        </w:rPr>
        <w:t>环节1 导入互动（激发动机）</w:t>
      </w:r>
    </w:p>
    <w:p>
      <w:pPr/>
      <w:r>
        <w:rPr>
          <w:rFonts w:ascii="微软雅黑" w:eastAsia="微软雅黑" w:hAnsi="微软雅黑" w:cs="微软雅黑" w:hint="eastAsia"/>
          <w:b/>
          <w:lang w:eastAsia="zh-CN"/>
        </w:rPr>
        <w:t>活动："画出你的知识树"。</w:t>
      </w:r>
      <w:r>
        <w:t xml:space="preserve"> </w:t>
      </w:r>
      <w:r>
        <w:rPr>
          <w:rFonts w:ascii="微软雅黑" w:eastAsia="微软雅黑" w:hAnsi="微软雅黑" w:cs="微软雅黑" w:hint="eastAsia"/>
          <w:lang w:eastAsia="zh-CN"/>
        </w:rPr>
        <w:t>白纸中央写</w:t>
      </w:r>
      <w:r>
        <w:t>"</w:t>
      </w:r>
      <w:r>
        <w:rPr>
          <w:rFonts w:ascii="微软雅黑" w:eastAsia="微软雅黑" w:hAnsi="微软雅黑" w:cs="微软雅黑" w:hint="eastAsia"/>
          <w:lang w:eastAsia="zh-CN"/>
        </w:rPr>
        <w:t>人工智能</w:t>
      </w:r>
      <w:r>
        <w:t>"</w:t>
      </w:r>
      <w:r>
        <w:rPr>
          <w:rFonts w:ascii="微软雅黑" w:eastAsia="微软雅黑" w:hAnsi="微软雅黑" w:cs="微软雅黑" w:hint="eastAsia"/>
          <w:lang w:eastAsia="zh-CN"/>
        </w:rPr>
        <w:t>，请教师凭第</w:t>
      </w:r>
      <w:r>
        <w:t>1–5</w:t>
      </w:r>
      <w:r>
        <w:rPr>
          <w:rFonts w:ascii="微软雅黑" w:eastAsia="微软雅黑" w:hAnsi="微软雅黑" w:cs="微软雅黑" w:hint="eastAsia"/>
          <w:lang w:eastAsia="zh-CN"/>
        </w:rPr>
        <w:t>讲记忆画出</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六层并填实例（如根</w:t>
      </w:r>
      <w:r>
        <w:t>→</w:t>
      </w:r>
      <w:r>
        <w:rPr>
          <w:rFonts w:ascii="微软雅黑" w:eastAsia="微软雅黑" w:hAnsi="微软雅黑" w:cs="微软雅黑" w:hint="eastAsia"/>
          <w:lang w:eastAsia="zh-CN"/>
        </w:rPr>
        <w:t>数学、干</w:t>
      </w:r>
      <w:r>
        <w:t>→</w:t>
      </w:r>
      <w:r>
        <w:rPr>
          <w:rFonts w:ascii="微软雅黑" w:eastAsia="微软雅黑" w:hAnsi="微软雅黑" w:cs="微软雅黑" w:hint="eastAsia"/>
          <w:lang w:eastAsia="zh-CN"/>
        </w:rPr>
        <w:t>机器学习、枝</w:t>
      </w:r>
      <w:r>
        <w:t>→CNN</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计算机视觉、花</w:t>
      </w:r>
      <w:r>
        <w:t>→</w:t>
      </w:r>
      <w:r>
        <w:rPr>
          <w:rFonts w:ascii="微软雅黑" w:eastAsia="微软雅黑" w:hAnsi="微软雅黑" w:cs="微软雅黑" w:hint="eastAsia"/>
          <w:lang w:eastAsia="zh-CN"/>
        </w:rPr>
        <w:t>多模态智能、果</w:t>
      </w:r>
      <w:r>
        <w:t>→ChatGPT</w:t>
      </w:r>
      <w:r>
        <w:rPr>
          <w:rFonts w:ascii="微软雅黑" w:eastAsia="微软雅黑" w:hAnsi="微软雅黑" w:cs="微软雅黑" w:hint="eastAsia"/>
          <w:lang w:eastAsia="zh-CN"/>
        </w:rPr>
        <w:t>）。再请每人写一句</w:t>
      </w:r>
      <w:r>
        <w:t>"</w:t>
      </w:r>
      <w:r>
        <w:rPr>
          <w:rFonts w:ascii="微软雅黑" w:eastAsia="微软雅黑" w:hAnsi="微软雅黑" w:cs="微软雅黑" w:hint="eastAsia"/>
          <w:lang w:eastAsia="zh-CN"/>
        </w:rPr>
        <w:t>这棵树该怎么教给中学生？</w:t>
      </w:r>
      <w:r>
        <w:t>"——</w:t>
      </w:r>
      <w:r>
        <w:rPr>
          <w:rFonts w:ascii="微软雅黑" w:eastAsia="微软雅黑" w:hAnsi="微软雅黑" w:cs="微软雅黑" w:hint="eastAsia"/>
          <w:lang w:eastAsia="zh-CN"/>
        </w:rPr>
        <w:t>多数人会卡在</w:t>
      </w:r>
      <w:r>
        <w:t>"</w:t>
      </w:r>
      <w:r>
        <w:rPr>
          <w:rFonts w:ascii="微软雅黑" w:eastAsia="微软雅黑" w:hAnsi="微软雅黑" w:cs="微软雅黑" w:hint="eastAsia"/>
          <w:lang w:eastAsia="zh-CN"/>
        </w:rPr>
        <w:t>转化</w:t>
      </w:r>
      <w:r>
        <w:t>"</w:t>
      </w:r>
      <w:r>
        <w:rPr>
          <w:rFonts w:ascii="微软雅黑" w:eastAsia="微软雅黑" w:hAnsi="微软雅黑" w:cs="微软雅黑" w:hint="eastAsia"/>
          <w:lang w:eastAsia="zh-CN"/>
        </w:rPr>
        <w:t>环节，自然引出本讲核心：</w:t>
      </w:r>
      <w:r>
        <w:rPr>
          <w:rFonts w:ascii="微软雅黑" w:eastAsia="微软雅黑" w:hAnsi="微软雅黑" w:cs="微软雅黑" w:hint="eastAsia"/>
          <w:b/>
          <w:lang w:eastAsia="zh-CN"/>
        </w:rPr>
        <w:t>从学科知识向课程教学的转化</w:t>
      </w:r>
      <w:r>
        <w:rPr>
          <w:rFonts w:ascii="微软雅黑" w:eastAsia="微软雅黑" w:hAnsi="微软雅黑" w:cs="微软雅黑" w:hint="eastAsia"/>
          <w:lang w:eastAsia="zh-CN"/>
        </w:rPr>
        <w:t>。</w:t>
      </w:r>
    </w:p>
    <w:p>
      <w:pPr>
        <w:pStyle w:val="Heading4"/>
      </w:pPr>
      <w:r>
        <w:rPr>
          <w:rFonts w:ascii="微软雅黑" w:hAnsi="微软雅黑" w:eastAsia="微软雅黑" w:cs="微软雅黑" w:hint="eastAsia"/>
          <w:b w:val="0"/>
          <w:color w:val="212121"/>
          <w:sz w:val="20"/>
          <w:lang w:eastAsia="zh-CN"/>
        </w:rPr>
        <w:t>环节2 探究互动（深化理解）</w:t>
      </w:r>
    </w:p>
    <w:p>
      <w:pPr/>
      <w:r>
        <w:rPr>
          <w:rFonts w:ascii="微软雅黑" w:eastAsia="微软雅黑" w:hAnsi="微软雅黑" w:cs="微软雅黑" w:hint="eastAsia"/>
          <w:b/>
          <w:lang w:eastAsia="zh-CN"/>
        </w:rPr>
        <w:t>活动1：六层映射拼图。</w:t>
      </w:r>
      <w:r>
        <w:t xml:space="preserve"> </w:t>
      </w:r>
      <w:r>
        <w:rPr>
          <w:rFonts w:ascii="微软雅黑" w:eastAsia="微软雅黑" w:hAnsi="微软雅黑" w:cs="微软雅黑" w:hint="eastAsia"/>
          <w:lang w:eastAsia="zh-CN"/>
        </w:rPr>
        <w:t>发放打乱的六层卡片（数学</w:t>
      </w:r>
      <w:r>
        <w:t>/</w:t>
      </w:r>
      <w:r>
        <w:rPr>
          <w:rFonts w:ascii="微软雅黑" w:eastAsia="微软雅黑" w:hAnsi="微软雅黑" w:cs="微软雅黑" w:hint="eastAsia"/>
          <w:lang w:eastAsia="zh-CN"/>
        </w:rPr>
        <w:t>机器学习</w:t>
      </w:r>
      <w:r>
        <w:t>/CNN/</w:t>
      </w:r>
      <w:r>
        <w:rPr>
          <w:rFonts w:ascii="微软雅黑" w:eastAsia="微软雅黑" w:hAnsi="微软雅黑" w:cs="微软雅黑" w:hint="eastAsia"/>
          <w:lang w:eastAsia="zh-CN"/>
        </w:rPr>
        <w:t>计算机视觉</w:t>
      </w:r>
      <w:r>
        <w:t>/</w:t>
      </w:r>
      <w:r>
        <w:rPr>
          <w:rFonts w:ascii="微软雅黑" w:eastAsia="微软雅黑" w:hAnsi="微软雅黑" w:cs="微软雅黑" w:hint="eastAsia"/>
          <w:lang w:eastAsia="zh-CN"/>
        </w:rPr>
        <w:t>多模态智能</w:t>
      </w:r>
      <w:r>
        <w:t>/ChatGPT</w:t>
      </w:r>
      <w:r>
        <w:rPr>
          <w:rFonts w:ascii="微软雅黑" w:eastAsia="微软雅黑" w:hAnsi="微软雅黑" w:cs="微软雅黑" w:hint="eastAsia"/>
          <w:lang w:eastAsia="zh-CN"/>
        </w:rPr>
        <w:t>等），小组按</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配对，对照视频五组对应表（根</w:t>
      </w:r>
      <w:r>
        <w:t>→</w:t>
      </w:r>
      <w:r>
        <w:rPr>
          <w:rFonts w:ascii="微软雅黑" w:eastAsia="微软雅黑" w:hAnsi="微软雅黑" w:cs="微软雅黑" w:hint="eastAsia"/>
          <w:lang w:eastAsia="zh-CN"/>
        </w:rPr>
        <w:t>干、干</w:t>
      </w:r>
      <w:r>
        <w:t>→</w:t>
      </w:r>
      <w:r>
        <w:rPr>
          <w:rFonts w:ascii="微软雅黑" w:eastAsia="微软雅黑" w:hAnsi="微软雅黑" w:cs="微软雅黑" w:hint="eastAsia"/>
          <w:lang w:eastAsia="zh-CN"/>
        </w:rPr>
        <w:t>枝、枝</w:t>
      </w:r>
      <w:r>
        <w:t>→</w:t>
      </w:r>
      <w:r>
        <w:rPr>
          <w:rFonts w:ascii="微软雅黑" w:eastAsia="微软雅黑" w:hAnsi="微软雅黑" w:cs="微软雅黑" w:hint="eastAsia"/>
          <w:lang w:eastAsia="zh-CN"/>
        </w:rPr>
        <w:t>叶、叶</w:t>
      </w:r>
      <w:r>
        <w:t>→</w:t>
      </w:r>
      <w:r>
        <w:rPr>
          <w:rFonts w:ascii="微软雅黑" w:eastAsia="微软雅黑" w:hAnsi="微软雅黑" w:cs="微软雅黑" w:hint="eastAsia"/>
          <w:lang w:eastAsia="zh-CN"/>
        </w:rPr>
        <w:t>花、花</w:t>
      </w:r>
      <w:r>
        <w:t>→</w:t>
      </w:r>
      <w:r>
        <w:rPr>
          <w:rFonts w:ascii="微软雅黑" w:eastAsia="微软雅黑" w:hAnsi="微软雅黑" w:cs="微软雅黑" w:hint="eastAsia"/>
          <w:lang w:eastAsia="zh-CN"/>
        </w:rPr>
        <w:t>果）校正。重点体会：人工智能的枝</w:t>
      </w:r>
      <w:r>
        <w:t>"</w:t>
      </w:r>
      <w:r>
        <w:rPr>
          <w:rFonts w:ascii="微软雅黑" w:eastAsia="微软雅黑" w:hAnsi="微软雅黑" w:cs="微软雅黑" w:hint="eastAsia"/>
          <w:lang w:eastAsia="zh-CN"/>
        </w:rPr>
        <w:t>从哪里来</w:t>
      </w:r>
      <w:r>
        <w:t>"——</w:t>
      </w:r>
      <w:r>
        <w:rPr>
          <w:rFonts w:ascii="微软雅黑" w:eastAsia="微软雅黑" w:hAnsi="微软雅黑" w:cs="微软雅黑" w:hint="eastAsia"/>
          <w:lang w:eastAsia="zh-CN"/>
        </w:rPr>
        <w:t>自注意力架构</w:t>
      </w:r>
      <w:r>
        <w:t>→NLP→</w:t>
      </w:r>
      <w:r>
        <w:rPr>
          <w:rFonts w:ascii="微软雅黑" w:eastAsia="微软雅黑" w:hAnsi="微软雅黑" w:cs="微软雅黑" w:hint="eastAsia"/>
          <w:lang w:eastAsia="zh-CN"/>
        </w:rPr>
        <w:t>世界模型</w:t>
      </w:r>
      <w:r>
        <w:t>→Sora</w:t>
      </w:r>
      <w:r>
        <w:rPr>
          <w:rFonts w:ascii="微软雅黑" w:eastAsia="微软雅黑" w:hAnsi="微软雅黑" w:cs="微软雅黑" w:hint="eastAsia"/>
          <w:lang w:eastAsia="zh-CN"/>
        </w:rPr>
        <w:t>，层层递进。</w:t>
      </w:r>
    </w:p>
    <w:p>
      <w:pPr/>
      <w:r>
        <w:rPr>
          <w:rFonts w:ascii="微软雅黑" w:eastAsia="微软雅黑" w:hAnsi="微软雅黑" w:cs="微软雅黑" w:hint="eastAsia"/>
          <w:b/>
          <w:lang w:eastAsia="zh-CN"/>
        </w:rPr>
        <w:t>活动2："为什么不能反过来？"辩论。</w:t>
      </w:r>
      <w:r>
        <w:t xml:space="preserve"> </w:t>
      </w:r>
      <w:r>
        <w:rPr>
          <w:rFonts w:ascii="微软雅黑" w:eastAsia="微软雅黑" w:hAnsi="微软雅黑" w:cs="微软雅黑" w:hint="eastAsia"/>
          <w:lang w:eastAsia="zh-CN"/>
        </w:rPr>
        <w:t>重现视频论证：</w:t>
      </w:r>
      <w:r>
        <w:t>AI</w:t>
      </w:r>
      <w:r>
        <w:rPr>
          <w:rFonts w:ascii="微软雅黑" w:eastAsia="微软雅黑" w:hAnsi="微软雅黑" w:cs="微软雅黑" w:hint="eastAsia"/>
          <w:lang w:eastAsia="zh-CN"/>
        </w:rPr>
        <w:t>表面像工程与技术，实质根植数学与科学，</w:t>
      </w:r>
      <w:r>
        <w:t>"</w:t>
      </w:r>
      <w:r>
        <w:rPr>
          <w:rFonts w:ascii="微软雅黑" w:eastAsia="微软雅黑" w:hAnsi="微软雅黑" w:cs="微软雅黑" w:hint="eastAsia"/>
          <w:lang w:eastAsia="zh-CN"/>
        </w:rPr>
        <w:t>应该以</w:t>
      </w:r>
      <w:r>
        <w:t>STEM</w:t>
      </w:r>
      <w:r>
        <w:rPr>
          <w:rFonts w:ascii="微软雅黑" w:eastAsia="微软雅黑" w:hAnsi="微软雅黑" w:cs="微软雅黑" w:hint="eastAsia"/>
          <w:lang w:eastAsia="zh-CN"/>
        </w:rPr>
        <w:t>的方式来教</w:t>
      </w:r>
      <w:r>
        <w:t>"</w:t>
      </w:r>
      <w:r>
        <w:rPr>
          <w:rFonts w:ascii="微软雅黑" w:eastAsia="微软雅黑" w:hAnsi="微软雅黑" w:cs="微软雅黑" w:hint="eastAsia"/>
          <w:lang w:eastAsia="zh-CN"/>
        </w:rPr>
        <w:t>；以铲车与杠杆类比</w:t>
      </w:r>
      <w:r>
        <w:t>——"</w:t>
      </w:r>
      <w:r>
        <w:rPr>
          <w:rFonts w:ascii="微软雅黑" w:eastAsia="微软雅黑" w:hAnsi="微软雅黑" w:cs="微软雅黑" w:hint="eastAsia"/>
          <w:lang w:eastAsia="zh-CN"/>
        </w:rPr>
        <w:t>它是由杠杆原理来保证的</w:t>
      </w:r>
      <w:r>
        <w:t>"</w:t>
      </w:r>
      <w:r>
        <w:rPr>
          <w:rFonts w:ascii="微软雅黑" w:eastAsia="微软雅黑" w:hAnsi="微软雅黑" w:cs="微软雅黑" w:hint="eastAsia"/>
          <w:lang w:eastAsia="zh-CN"/>
        </w:rPr>
        <w:t>，杠杆平衡式</w:t>
      </w:r>
      <w:r>
        <w:t xml:space="preserve"> </w:t>
      </w:r>
      <w:r>
        <w:rPr>
          <w:b/>
        </w:rPr>
        <w:t>F1×L1=F2×L2</w:t>
      </w:r>
      <w:r>
        <w:rPr>
          <w:rFonts w:ascii="微软雅黑" w:eastAsia="微软雅黑" w:hAnsi="微软雅黑" w:cs="微软雅黑" w:hint="eastAsia"/>
          <w:lang w:eastAsia="zh-CN"/>
        </w:rPr>
        <w:t>，说明工程装置背后是数学与科学原理。由此推出</w:t>
      </w:r>
      <w:r>
        <w:rPr>
          <w:rFonts w:ascii="微软雅黑" w:eastAsia="微软雅黑" w:hAnsi="微软雅黑" w:cs="微软雅黑" w:hint="eastAsia"/>
          <w:b/>
          <w:lang w:eastAsia="zh-CN"/>
        </w:rPr>
        <w:t>"为什么不能反过来呢？"</w:t>
      </w:r>
      <w:r>
        <w:rPr>
          <w:rFonts w:ascii="微软雅黑" w:eastAsia="微软雅黑" w:hAnsi="微软雅黑" w:cs="微软雅黑" w:hint="eastAsia"/>
          <w:lang w:eastAsia="zh-CN"/>
        </w:rPr>
        <w:t>：不能从抽象公式教起，而要从</w:t>
      </w:r>
      <w:r>
        <w:t>"</w:t>
      </w:r>
      <w:r>
        <w:rPr>
          <w:rFonts w:ascii="微软雅黑" w:eastAsia="微软雅黑" w:hAnsi="微软雅黑" w:cs="微软雅黑" w:hint="eastAsia"/>
          <w:lang w:eastAsia="zh-CN"/>
        </w:rPr>
        <w:t>一根棒棒加一根棒棒</w:t>
      </w:r>
      <w:r>
        <w:t>""</w:t>
      </w:r>
      <w:r>
        <w:rPr>
          <w:rFonts w:ascii="微软雅黑" w:eastAsia="微软雅黑" w:hAnsi="微软雅黑" w:cs="微软雅黑" w:hint="eastAsia"/>
          <w:lang w:eastAsia="zh-CN"/>
        </w:rPr>
        <w:t>一个苹果加一个苹果</w:t>
      </w:r>
      <w:r>
        <w:t>""1+1=2"</w:t>
      </w:r>
      <w:r>
        <w:rPr>
          <w:rFonts w:ascii="微软雅黑" w:eastAsia="微软雅黑" w:hAnsi="微软雅黑" w:cs="微软雅黑" w:hint="eastAsia"/>
          <w:lang w:eastAsia="zh-CN"/>
        </w:rPr>
        <w:t>这类经验出发，因</w:t>
      </w:r>
      <w:r>
        <w:t>"</w:t>
      </w:r>
      <w:r>
        <w:rPr>
          <w:rFonts w:ascii="微软雅黑" w:eastAsia="微软雅黑" w:hAnsi="微软雅黑" w:cs="微软雅黑" w:hint="eastAsia"/>
          <w:lang w:eastAsia="zh-CN"/>
        </w:rPr>
        <w:t>这个经验是渐次抽象的</w:t>
      </w:r>
      <w:r>
        <w:t>"</w:t>
      </w:r>
      <w:r>
        <w:rPr>
          <w:rFonts w:ascii="微软雅黑" w:eastAsia="微软雅黑" w:hAnsi="微软雅黑" w:cs="微软雅黑" w:hint="eastAsia"/>
          <w:lang w:eastAsia="zh-CN"/>
        </w:rPr>
        <w:t>；讲者批评</w:t>
      </w:r>
      <w:r>
        <w:t>"</w:t>
      </w:r>
      <w:r>
        <w:rPr>
          <w:rFonts w:ascii="微软雅黑" w:eastAsia="微软雅黑" w:hAnsi="微软雅黑" w:cs="微软雅黑" w:hint="eastAsia"/>
          <w:lang w:eastAsia="zh-CN"/>
        </w:rPr>
        <w:t>直接从抽象的经验开始</w:t>
      </w:r>
      <w:r>
        <w:t>"</w:t>
      </w:r>
      <w:r>
        <w:rPr>
          <w:rFonts w:ascii="微软雅黑" w:eastAsia="微软雅黑" w:hAnsi="微软雅黑" w:cs="微软雅黑" w:hint="eastAsia"/>
          <w:lang w:eastAsia="zh-CN"/>
        </w:rPr>
        <w:t>会让学生</w:t>
      </w:r>
      <w:r>
        <w:t>"</w:t>
      </w:r>
      <w:r>
        <w:rPr>
          <w:rFonts w:ascii="微软雅黑" w:eastAsia="微软雅黑" w:hAnsi="微软雅黑" w:cs="微软雅黑" w:hint="eastAsia"/>
          <w:lang w:eastAsia="zh-CN"/>
        </w:rPr>
        <w:t>在这过程中没有真正意义上的思考</w:t>
      </w:r>
      <w:r>
        <w:t>"</w:t>
      </w:r>
      <w:r>
        <w:rPr>
          <w:rFonts w:ascii="微软雅黑" w:eastAsia="微软雅黑" w:hAnsi="微软雅黑" w:cs="微软雅黑" w:hint="eastAsia"/>
          <w:lang w:eastAsia="zh-CN"/>
        </w:rPr>
        <w:t>。组织正反方辩论。</w:t>
      </w:r>
    </w:p>
    <w:p>
      <w:pPr>
        <w:pStyle w:val="Heading4"/>
      </w:pPr>
      <w:r>
        <w:rPr>
          <w:rFonts w:ascii="微软雅黑" w:hAnsi="微软雅黑" w:eastAsia="微软雅黑" w:cs="微软雅黑" w:hint="eastAsia"/>
          <w:b w:val="0"/>
          <w:color w:val="212121"/>
          <w:sz w:val="20"/>
          <w:lang w:eastAsia="zh-CN"/>
        </w:rPr>
        <w:t>环节3 应用互动（知识迁移：结合本校/本学科）</w:t>
      </w:r>
    </w:p>
    <w:p>
      <w:pPr>
        <w:pStyle w:val="ListBullet"/>
        <w:spacing w:after="72"/>
      </w:pPr>
      <w:r>
        <w:rPr>
          <w:rFonts w:ascii="微软雅黑" w:eastAsia="微软雅黑" w:hAnsi="微软雅黑" w:cs="微软雅黑" w:hint="eastAsia"/>
          <w:lang w:eastAsia="zh-CN"/>
        </w:rPr>
        <w:t>数学教师：以</w:t>
      </w:r>
      <w:r>
        <w:t>"1+1=2"</w:t>
      </w:r>
      <w:r>
        <w:rPr>
          <w:rFonts w:ascii="微软雅黑" w:eastAsia="微软雅黑" w:hAnsi="微软雅黑" w:cs="微软雅黑" w:hint="eastAsia"/>
          <w:lang w:eastAsia="zh-CN"/>
        </w:rPr>
        <w:t>的渐次抽象为例，设计</w:t>
      </w:r>
      <w:r>
        <w:t>"</w:t>
      </w:r>
      <w:r>
        <w:rPr>
          <w:rFonts w:ascii="微软雅黑" w:eastAsia="微软雅黑" w:hAnsi="微软雅黑" w:cs="微软雅黑" w:hint="eastAsia"/>
          <w:lang w:eastAsia="zh-CN"/>
        </w:rPr>
        <w:t>从具体到符号</w:t>
      </w:r>
      <w:r>
        <w:t>"</w:t>
      </w:r>
      <w:r>
        <w:rPr>
          <w:rFonts w:ascii="微软雅黑" w:eastAsia="微软雅黑" w:hAnsi="微软雅黑" w:cs="微软雅黑" w:hint="eastAsia"/>
          <w:lang w:eastAsia="zh-CN"/>
        </w:rPr>
        <w:t>的</w:t>
      </w:r>
      <w:r>
        <w:t>AI</w:t>
      </w:r>
      <w:r>
        <w:rPr>
          <w:rFonts w:ascii="微软雅黑" w:eastAsia="微软雅黑" w:hAnsi="微软雅黑" w:cs="微软雅黑" w:hint="eastAsia"/>
          <w:lang w:eastAsia="zh-CN"/>
        </w:rPr>
        <w:t>数学基础导入。</w:t>
      </w:r>
    </w:p>
    <w:p>
      <w:pPr>
        <w:pStyle w:val="ListBullet"/>
        <w:spacing w:after="72"/>
      </w:pPr>
      <w:r>
        <w:rPr>
          <w:rFonts w:ascii="微软雅黑" w:eastAsia="微软雅黑" w:hAnsi="微软雅黑" w:cs="微软雅黑" w:hint="eastAsia"/>
          <w:lang w:eastAsia="zh-CN"/>
        </w:rPr>
        <w:t>信息科技教师：用</w:t>
      </w:r>
      <w:r>
        <w:t>"</w:t>
      </w:r>
      <w:r>
        <w:rPr>
          <w:rFonts w:ascii="微软雅黑" w:eastAsia="微软雅黑" w:hAnsi="微软雅黑" w:cs="微软雅黑" w:hint="eastAsia"/>
          <w:lang w:eastAsia="zh-CN"/>
        </w:rPr>
        <w:t>铲车</w:t>
      </w:r>
      <w:r>
        <w:t>STEM</w:t>
      </w:r>
      <w:r>
        <w:rPr>
          <w:rFonts w:ascii="微软雅黑" w:eastAsia="微软雅黑" w:hAnsi="微软雅黑" w:cs="微软雅黑" w:hint="eastAsia"/>
          <w:lang w:eastAsia="zh-CN"/>
        </w:rPr>
        <w:t>拆解</w:t>
      </w:r>
      <w:r>
        <w:t>"</w:t>
      </w:r>
      <w:r>
        <w:rPr>
          <w:rFonts w:ascii="微软雅黑" w:eastAsia="微软雅黑" w:hAnsi="微软雅黑" w:cs="微软雅黑" w:hint="eastAsia"/>
          <w:lang w:eastAsia="zh-CN"/>
        </w:rPr>
        <w:t>（科学</w:t>
      </w:r>
      <w:r>
        <w:t>=</w:t>
      </w:r>
      <w:r>
        <w:rPr>
          <w:rFonts w:ascii="微软雅黑" w:eastAsia="微软雅黑" w:hAnsi="微软雅黑" w:cs="微软雅黑" w:hint="eastAsia"/>
          <w:lang w:eastAsia="zh-CN"/>
        </w:rPr>
        <w:t>杠杆原理、技术、工程、数学）做</w:t>
      </w:r>
      <w:r>
        <w:t>AI</w:t>
      </w:r>
      <w:r>
        <w:rPr>
          <w:rFonts w:ascii="微软雅黑" w:eastAsia="微软雅黑" w:hAnsi="微软雅黑" w:cs="微软雅黑" w:hint="eastAsia"/>
          <w:lang w:eastAsia="zh-CN"/>
        </w:rPr>
        <w:t>跨学科案例。</w:t>
      </w:r>
    </w:p>
    <w:p>
      <w:pPr>
        <w:pStyle w:val="ListBullet"/>
        <w:spacing w:after="72"/>
      </w:pPr>
      <w:r>
        <w:rPr>
          <w:rFonts w:ascii="微软雅黑" w:eastAsia="微软雅黑" w:hAnsi="微软雅黑" w:cs="微软雅黑" w:hint="eastAsia"/>
          <w:lang w:eastAsia="zh-CN"/>
        </w:rPr>
        <w:t>各学科：任选一个</w:t>
      </w:r>
      <w:r>
        <w:t>AI</w:t>
      </w:r>
      <w:r>
        <w:rPr>
          <w:rFonts w:ascii="微软雅黑" w:eastAsia="微软雅黑" w:hAnsi="微软雅黑" w:cs="微软雅黑" w:hint="eastAsia"/>
          <w:lang w:eastAsia="zh-CN"/>
        </w:rPr>
        <w:t>概念（如</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模型</w:t>
      </w:r>
      <w:r>
        <w:t>""</w:t>
      </w:r>
      <w:r>
        <w:rPr>
          <w:rFonts w:ascii="微软雅黑" w:eastAsia="微软雅黑" w:hAnsi="微软雅黑" w:cs="微软雅黑" w:hint="eastAsia"/>
          <w:lang w:eastAsia="zh-CN"/>
        </w:rPr>
        <w:t>数据</w:t>
      </w:r>
      <w:r>
        <w:t>"</w:t>
      </w:r>
      <w:r>
        <w:rPr>
          <w:rFonts w:ascii="微软雅黑" w:eastAsia="微软雅黑" w:hAnsi="微软雅黑" w:cs="微软雅黑" w:hint="eastAsia"/>
          <w:lang w:eastAsia="zh-CN"/>
        </w:rPr>
        <w:t>），按布鲁纳三重表征设计：动作表征（做）</w:t>
      </w:r>
      <w:r>
        <w:t>→</w:t>
      </w:r>
      <w:r>
        <w:rPr>
          <w:rFonts w:ascii="微软雅黑" w:eastAsia="微软雅黑" w:hAnsi="微软雅黑" w:cs="微软雅黑" w:hint="eastAsia"/>
          <w:lang w:eastAsia="zh-CN"/>
        </w:rPr>
        <w:t>映像表征（画</w:t>
      </w:r>
      <w:r>
        <w:t>/</w:t>
      </w:r>
      <w:r>
        <w:rPr>
          <w:rFonts w:ascii="微软雅黑" w:eastAsia="微软雅黑" w:hAnsi="微软雅黑" w:cs="微软雅黑" w:hint="eastAsia"/>
          <w:lang w:eastAsia="zh-CN"/>
        </w:rPr>
        <w:t>看，最早是简笔画）</w:t>
      </w:r>
      <w:r>
        <w:t>→</w:t>
      </w:r>
      <w:r>
        <w:rPr>
          <w:rFonts w:ascii="微软雅黑" w:eastAsia="微软雅黑" w:hAnsi="微软雅黑" w:cs="微软雅黑" w:hint="eastAsia"/>
          <w:lang w:eastAsia="zh-CN"/>
        </w:rPr>
        <w:t>符号表征（公式、概念）。</w:t>
      </w:r>
    </w:p>
    <w:p>
      <w:pPr>
        <w:pStyle w:val="Heading4"/>
      </w:pPr>
      <w:r>
        <w:rPr>
          <w:rFonts w:ascii="微软雅黑" w:hAnsi="微软雅黑" w:eastAsia="微软雅黑" w:cs="微软雅黑" w:hint="eastAsia"/>
          <w:b w:val="0"/>
          <w:color w:val="212121"/>
          <w:sz w:val="20"/>
          <w:lang w:eastAsia="zh-CN"/>
        </w:rPr>
        <w:t>环节4 总结互动（反思内化）</w:t>
      </w:r>
    </w:p>
    <w:p>
      <w:pPr/>
      <w:r>
        <w:rPr>
          <w:rFonts w:ascii="微软雅黑" w:eastAsia="微软雅黑" w:hAnsi="微软雅黑" w:cs="微软雅黑" w:hint="eastAsia"/>
          <w:b/>
          <w:lang w:eastAsia="zh-CN"/>
        </w:rPr>
        <w:t>活动："双线交汇"。</w:t>
      </w:r>
      <w:r>
        <w:t xml:space="preserve"> </w:t>
      </w:r>
      <w:r>
        <w:rPr>
          <w:rFonts w:ascii="微软雅黑" w:eastAsia="微软雅黑" w:hAnsi="微软雅黑" w:cs="微软雅黑" w:hint="eastAsia"/>
          <w:lang w:eastAsia="zh-CN"/>
        </w:rPr>
        <w:t>在黑板画两条线：</w:t>
      </w:r>
      <w:r>
        <w:t>①</w:t>
      </w:r>
      <w:r>
        <w:rPr>
          <w:rFonts w:ascii="微软雅黑" w:eastAsia="微软雅黑" w:hAnsi="微软雅黑" w:cs="微软雅黑" w:hint="eastAsia"/>
          <w:lang w:eastAsia="zh-CN"/>
        </w:rPr>
        <w:t>自上而下的追问（果</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根）＝学科逻辑；</w:t>
      </w:r>
      <w:r>
        <w:t>②</w:t>
      </w:r>
      <w:r>
        <w:rPr>
          <w:rFonts w:ascii="微软雅黑" w:eastAsia="微软雅黑" w:hAnsi="微软雅黑" w:cs="微软雅黑" w:hint="eastAsia"/>
          <w:lang w:eastAsia="zh-CN"/>
        </w:rPr>
        <w:t>自下而上的教学（动作</w:t>
      </w:r>
      <w:r>
        <w:t>→</w:t>
      </w:r>
      <w:r>
        <w:rPr>
          <w:rFonts w:ascii="微软雅黑" w:eastAsia="微软雅黑" w:hAnsi="微软雅黑" w:cs="微软雅黑" w:hint="eastAsia"/>
          <w:lang w:eastAsia="zh-CN"/>
        </w:rPr>
        <w:t>映像</w:t>
      </w:r>
      <w:r>
        <w:t>→</w:t>
      </w:r>
      <w:r>
        <w:rPr>
          <w:rFonts w:ascii="微软雅黑" w:eastAsia="微软雅黑" w:hAnsi="微软雅黑" w:cs="微软雅黑" w:hint="eastAsia"/>
          <w:lang w:eastAsia="zh-CN"/>
        </w:rPr>
        <w:t>符号，螺旋上升）＝儿童心理逻辑。请教师指出自己学科</w:t>
      </w:r>
      <w:r>
        <w:t>AI</w:t>
      </w:r>
      <w:r>
        <w:rPr>
          <w:rFonts w:ascii="微软雅黑" w:eastAsia="微软雅黑" w:hAnsi="微软雅黑" w:cs="微软雅黑" w:hint="eastAsia"/>
          <w:lang w:eastAsia="zh-CN"/>
        </w:rPr>
        <w:t>教学的</w:t>
      </w:r>
      <w:r>
        <w:t>"</w:t>
      </w:r>
      <w:r>
        <w:rPr>
          <w:rFonts w:ascii="微软雅黑" w:eastAsia="微软雅黑" w:hAnsi="微软雅黑" w:cs="微软雅黑" w:hint="eastAsia"/>
          <w:lang w:eastAsia="zh-CN"/>
        </w:rPr>
        <w:t>交汇点</w:t>
      </w:r>
      <w:r>
        <w:t>"</w:t>
      </w:r>
      <w:r>
        <w:rPr>
          <w:rFonts w:ascii="微软雅黑" w:eastAsia="微软雅黑" w:hAnsi="微软雅黑" w:cs="微软雅黑" w:hint="eastAsia"/>
          <w:lang w:eastAsia="zh-CN"/>
        </w:rPr>
        <w:t>在哪里，并齐读落点句：</w:t>
      </w:r>
      <w:r>
        <w:t>"</w:t>
      </w:r>
      <w:r>
        <w:rPr>
          <w:rFonts w:ascii="微软雅黑" w:eastAsia="微软雅黑" w:hAnsi="微软雅黑" w:cs="微软雅黑" w:hint="eastAsia"/>
          <w:lang w:eastAsia="zh-CN"/>
        </w:rPr>
        <w:t>这就是我们人工智能通识教育课程构建。</w:t>
      </w:r>
      <w:r>
        <w:t>"</w:t>
      </w:r>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问题示例</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笛卡尔知识树的三层结构是什么？它如何映射到人工智能的</w:t>
            </w:r>
            <w:r>
              <w:rPr>
                <w:sz w:val="18"/>
              </w:rPr>
              <w:t xml:space="preserve"> </w:t>
            </w:r>
            <w:r>
              <w:rPr>
                <w:sz w:val="18"/>
              </w:rPr>
              <w:t>"</w:t>
            </w:r>
            <w:r>
              <w:rPr>
                <w:sz w:val="18"/>
              </w:rPr>
              <w:t xml:space="preserve"> </w:t>
            </w:r>
            <w:r>
              <w:rPr>
                <w:sz w:val="18"/>
              </w:rPr>
              <w:t>根</w:t>
            </w:r>
            <w:r>
              <w:rPr>
                <w:sz w:val="18"/>
              </w:rPr>
              <w:t xml:space="preserve"> </w:t>
            </w:r>
            <w:r>
              <w:rPr>
                <w:sz w:val="18"/>
              </w:rPr>
              <w:t>—</w:t>
            </w:r>
            <w:r>
              <w:rPr>
                <w:sz w:val="18"/>
              </w:rPr>
              <w:t xml:space="preserve"> </w:t>
            </w:r>
            <w:r>
              <w:rPr>
                <w:sz w:val="18"/>
              </w:rPr>
              <w:t>干</w:t>
            </w:r>
            <w:r>
              <w:rPr>
                <w:sz w:val="18"/>
              </w:rPr>
              <w:t xml:space="preserve"> </w:t>
            </w:r>
            <w:r>
              <w:rPr>
                <w:sz w:val="18"/>
              </w:rPr>
              <w:t>—</w:t>
            </w:r>
            <w:r>
              <w:rPr>
                <w:sz w:val="18"/>
              </w:rPr>
              <w:t xml:space="preserve"> </w:t>
            </w:r>
            <w:r>
              <w:rPr>
                <w:sz w:val="18"/>
              </w:rPr>
              <w:t>枝</w:t>
            </w:r>
            <w:r>
              <w:rPr>
                <w:sz w:val="18"/>
              </w:rPr>
              <w:t xml:space="preserve"> </w:t>
            </w:r>
            <w:r>
              <w:rPr>
                <w:sz w:val="18"/>
              </w:rPr>
              <w:t>"</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掌握元框架与六层映射</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人工智能知识树</w:t>
            </w:r>
            <w:r>
              <w:rPr>
                <w:sz w:val="18"/>
              </w:rPr>
              <w:t xml:space="preserve"> </w:t>
            </w:r>
            <w:r>
              <w:rPr>
                <w:sz w:val="18"/>
              </w:rPr>
              <w:t>"</w:t>
            </w:r>
            <w:r>
              <w:rPr>
                <w:sz w:val="18"/>
              </w:rPr>
              <w:t xml:space="preserve"> </w:t>
            </w:r>
            <w:r>
              <w:rPr>
                <w:sz w:val="18"/>
              </w:rPr>
              <w:t>花</w:t>
            </w:r>
            <w:r>
              <w:rPr>
                <w:sz w:val="18"/>
              </w:rPr>
              <w:t xml:space="preserve"> </w:t>
            </w:r>
            <w:r>
              <w:rPr>
                <w:sz w:val="18"/>
              </w:rPr>
              <w:t>→</w:t>
            </w:r>
            <w:r>
              <w:rPr>
                <w:sz w:val="18"/>
              </w:rPr>
              <w:t xml:space="preserve"> </w:t>
            </w:r>
            <w:r>
              <w:rPr>
                <w:sz w:val="18"/>
              </w:rPr>
              <w:t>果</w:t>
            </w:r>
            <w:r>
              <w:rPr>
                <w:sz w:val="18"/>
              </w:rPr>
              <w:t xml:space="preserve"> </w:t>
            </w:r>
            <w:r>
              <w:rPr>
                <w:sz w:val="18"/>
              </w:rPr>
              <w:t>"</w:t>
            </w:r>
            <w:r>
              <w:rPr>
                <w:sz w:val="18"/>
              </w:rPr>
              <w:t xml:space="preserve"> </w:t>
            </w:r>
            <w:r>
              <w:rPr>
                <w:sz w:val="18"/>
              </w:rPr>
              <w:t>一层中，语言大模型涌现能力、多模态与世界模型、计算生物学、具身智能分别对应哪些产物？</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准确提取六层映射实例</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布鲁纳三重表征指哪三种？螺旋课程的核心是什么？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识记布鲁纳理论构件</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讲者为何主张</w:t>
            </w:r>
            <w:r>
              <w:rPr>
                <w:sz w:val="18"/>
              </w:rPr>
              <w:t xml:space="preserve"> </w:t>
            </w:r>
            <w:r>
              <w:rPr>
                <w:sz w:val="18"/>
              </w:rPr>
              <w:t>AI"</w:t>
            </w:r>
            <w:r>
              <w:rPr>
                <w:sz w:val="18"/>
              </w:rPr>
              <w:t xml:space="preserve"> </w:t>
            </w:r>
            <w:r>
              <w:rPr>
                <w:sz w:val="18"/>
              </w:rPr>
              <w:t>不能以工程和技术的方式倒着教</w:t>
            </w:r>
            <w:r>
              <w:rPr>
                <w:sz w:val="18"/>
              </w:rPr>
              <w:t xml:space="preserve"> </w:t>
            </w:r>
            <w:r>
              <w:rPr>
                <w:sz w:val="18"/>
              </w:rPr>
              <w:t>"</w:t>
            </w:r>
            <w:r>
              <w:rPr>
                <w:sz w:val="18"/>
              </w:rPr>
              <w:t xml:space="preserve"> </w:t>
            </w:r>
            <w:r>
              <w:rPr>
                <w:sz w:val="18"/>
              </w:rPr>
              <w:t>，而必须</w:t>
            </w:r>
            <w:r>
              <w:rPr>
                <w:sz w:val="18"/>
              </w:rPr>
              <w:t xml:space="preserve"> </w:t>
            </w:r>
            <w:r>
              <w:rPr>
                <w:sz w:val="18"/>
              </w:rPr>
              <w:t>"</w:t>
            </w:r>
            <w:r>
              <w:rPr>
                <w:sz w:val="18"/>
              </w:rPr>
              <w:t xml:space="preserve"> </w:t>
            </w:r>
            <w:r>
              <w:rPr>
                <w:sz w:val="18"/>
              </w:rPr>
              <w:t>以</w:t>
            </w:r>
            <w:r>
              <w:rPr>
                <w:sz w:val="18"/>
              </w:rPr>
              <w:t xml:space="preserve"> </w:t>
            </w:r>
            <w:r>
              <w:rPr>
                <w:sz w:val="18"/>
              </w:rPr>
              <w:t>STEM</w:t>
            </w:r>
            <w:r>
              <w:rPr>
                <w:sz w:val="18"/>
              </w:rPr>
              <w:t xml:space="preserve"> </w:t>
            </w:r>
            <w:r>
              <w:rPr>
                <w:sz w:val="18"/>
              </w:rPr>
              <w:t>方式教</w:t>
            </w:r>
            <w:r>
              <w:rPr>
                <w:sz w:val="18"/>
              </w:rPr>
              <w:t xml:space="preserve"> </w:t>
            </w:r>
            <w:r>
              <w:rPr>
                <w:sz w:val="18"/>
              </w:rPr>
              <w:t>"</w:t>
            </w:r>
            <w:r>
              <w:rPr>
                <w:sz w:val="18"/>
              </w:rPr>
              <w:t xml:space="preserve"> </w:t>
            </w:r>
            <w:r>
              <w:rPr>
                <w:sz w:val="18"/>
              </w:rPr>
              <w:t>？铲车</w:t>
            </w:r>
            <w:r>
              <w:rPr>
                <w:sz w:val="18"/>
              </w:rPr>
              <w:t xml:space="preserve"> </w:t>
            </w:r>
            <w:r>
              <w:rPr>
                <w:sz w:val="18"/>
              </w:rPr>
              <w:t>/</w:t>
            </w:r>
            <w:r>
              <w:rPr>
                <w:sz w:val="18"/>
              </w:rPr>
              <w:t xml:space="preserve"> </w:t>
            </w:r>
            <w:r>
              <w:rPr>
                <w:sz w:val="18"/>
              </w:rPr>
              <w:t>杠杆类比说明了什么？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理解跨学科属性与教学顺序</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一根棒棒加一根棒棒</w:t>
            </w:r>
            <w:r>
              <w:rPr>
                <w:sz w:val="18"/>
              </w:rPr>
              <w:t xml:space="preserve"> </w:t>
            </w:r>
            <w:r>
              <w:rPr>
                <w:sz w:val="18"/>
              </w:rPr>
              <w:t>→</w:t>
            </w:r>
            <w:r>
              <w:rPr>
                <w:sz w:val="18"/>
              </w:rPr>
              <w:t xml:space="preserve"> </w:t>
            </w:r>
            <w:r>
              <w:rPr>
                <w:sz w:val="18"/>
              </w:rPr>
              <w:t>一个苹果加一个苹果</w:t>
            </w:r>
            <w:r>
              <w:rPr>
                <w:sz w:val="18"/>
              </w:rPr>
              <w:t xml:space="preserve"> </w:t>
            </w:r>
            <w:r>
              <w:rPr>
                <w:sz w:val="18"/>
              </w:rPr>
              <w:t>→1+1=2"</w:t>
            </w:r>
            <w:r>
              <w:rPr>
                <w:sz w:val="18"/>
              </w:rPr>
              <w:t xml:space="preserve"> </w:t>
            </w:r>
            <w:r>
              <w:rPr>
                <w:sz w:val="18"/>
              </w:rPr>
              <w:t>体现了怎样的认知规律？为何</w:t>
            </w:r>
            <w:r>
              <w:rPr>
                <w:sz w:val="18"/>
              </w:rPr>
              <w:t xml:space="preserve"> </w:t>
            </w:r>
            <w:r>
              <w:rPr>
                <w:sz w:val="18"/>
              </w:rPr>
              <w:t>"</w:t>
            </w:r>
            <w:r>
              <w:rPr>
                <w:sz w:val="18"/>
              </w:rPr>
              <w:t xml:space="preserve"> </w:t>
            </w:r>
            <w:r>
              <w:rPr>
                <w:sz w:val="18"/>
              </w:rPr>
              <w:t>直接教抽象</w:t>
            </w:r>
            <w:r>
              <w:rPr>
                <w:sz w:val="18"/>
              </w:rPr>
              <w:t xml:space="preserve"> </w:t>
            </w:r>
            <w:r>
              <w:rPr>
                <w:sz w:val="18"/>
              </w:rPr>
              <w:t>"</w:t>
            </w:r>
            <w:r>
              <w:rPr>
                <w:sz w:val="18"/>
              </w:rPr>
              <w:t xml:space="preserve"> </w:t>
            </w:r>
            <w:r>
              <w:rPr>
                <w:sz w:val="18"/>
              </w:rPr>
              <w:t>会剥夺学生思考？</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理解渐次抽象与儿童心理逻辑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布鲁纳说</w:t>
            </w:r>
            <w:r>
              <w:rPr>
                <w:sz w:val="18"/>
              </w:rPr>
              <w:t xml:space="preserve"> </w:t>
            </w:r>
            <w:r>
              <w:rPr>
                <w:sz w:val="18"/>
              </w:rPr>
              <w:t>"</w:t>
            </w:r>
            <w:r>
              <w:rPr>
                <w:sz w:val="18"/>
              </w:rPr>
              <w:t xml:space="preserve"> </w:t>
            </w:r>
            <w:r>
              <w:rPr>
                <w:sz w:val="18"/>
              </w:rPr>
              <w:t>任何学科都能有效地教给任何发展阶段的任何儿童</w:t>
            </w:r>
            <w:r>
              <w:rPr>
                <w:sz w:val="18"/>
              </w:rPr>
              <w:t xml:space="preserve"> </w:t>
            </w:r>
            <w:r>
              <w:rPr>
                <w:sz w:val="18"/>
              </w:rPr>
              <w:t>"</w:t>
            </w:r>
            <w:r>
              <w:rPr>
                <w:sz w:val="18"/>
              </w:rPr>
              <w:t xml:space="preserve"> </w:t>
            </w:r>
            <w:r>
              <w:rPr>
                <w:sz w:val="18"/>
              </w:rPr>
              <w:t>，你认为泉州一中完全中学如何据此设计</w:t>
            </w:r>
            <w:r>
              <w:rPr>
                <w:sz w:val="18"/>
              </w:rPr>
              <w:t xml:space="preserve"> </w:t>
            </w:r>
            <w:r>
              <w:rPr>
                <w:sz w:val="18"/>
              </w:rPr>
              <w:t>"</w:t>
            </w:r>
            <w:r>
              <w:rPr>
                <w:sz w:val="18"/>
              </w:rPr>
              <w:t xml:space="preserve"> </w:t>
            </w:r>
            <w:r>
              <w:rPr>
                <w:sz w:val="18"/>
              </w:rPr>
              <w:t>螺旋上升</w:t>
            </w:r>
            <w:r>
              <w:rPr>
                <w:sz w:val="18"/>
              </w:rPr>
              <w:t xml:space="preserve"> </w:t>
            </w:r>
            <w:r>
              <w:rPr>
                <w:sz w:val="18"/>
              </w:rPr>
              <w:t>"</w:t>
            </w:r>
            <w:r>
              <w:rPr>
                <w:sz w:val="18"/>
              </w:rPr>
              <w:t xml:space="preserve"> </w:t>
            </w:r>
            <w:r>
              <w:rPr>
                <w:sz w:val="18"/>
              </w:rPr>
              <w:t>的</w:t>
            </w:r>
            <w:r>
              <w:rPr>
                <w:sz w:val="18"/>
              </w:rPr>
              <w:t xml:space="preserve"> </w:t>
            </w:r>
            <w:r>
              <w:rPr>
                <w:sz w:val="18"/>
              </w:rPr>
              <w:t>AI</w:t>
            </w:r>
            <w:r>
              <w:rPr>
                <w:sz w:val="18"/>
              </w:rPr>
              <w:t xml:space="preserve"> </w:t>
            </w:r>
            <w:r>
              <w:rPr>
                <w:sz w:val="18"/>
              </w:rPr>
              <w:t>通识课程？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结合校本实际做课程规划</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自上而下学科逻辑</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自下而上心理逻辑</w:t>
            </w:r>
            <w:r>
              <w:rPr>
                <w:sz w:val="18"/>
              </w:rPr>
              <w:t xml:space="preserve"> </w:t>
            </w:r>
            <w:r>
              <w:rPr>
                <w:sz w:val="18"/>
              </w:rPr>
              <w:t>"</w:t>
            </w:r>
            <w:r>
              <w:rPr>
                <w:sz w:val="18"/>
              </w:rPr>
              <w:t xml:space="preserve"> </w:t>
            </w:r>
            <w:r>
              <w:rPr>
                <w:sz w:val="18"/>
              </w:rPr>
              <w:t>在你校</w:t>
            </w:r>
            <w:r>
              <w:rPr>
                <w:sz w:val="18"/>
              </w:rPr>
              <w:t xml:space="preserve"> </w:t>
            </w:r>
            <w:r>
              <w:rPr>
                <w:sz w:val="18"/>
              </w:rPr>
              <w:t>AI</w:t>
            </w:r>
            <w:r>
              <w:rPr>
                <w:sz w:val="18"/>
              </w:rPr>
              <w:t xml:space="preserve"> </w:t>
            </w:r>
            <w:r>
              <w:rPr>
                <w:sz w:val="18"/>
              </w:rPr>
              <w:t>通识课中应如何交汇？请举一例。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形成课程设计支点的具体方案</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六、关键内容摘编</w:t>
      </w:r>
    </w:p>
    <w:p>
      <w:pPr/>
      <w:r>
        <w:rPr>
          <w:rFonts w:ascii="微软雅黑" w:eastAsia="微软雅黑" w:hAnsi="微软雅黑" w:cs="微软雅黑" w:hint="eastAsia"/>
          <w:lang w:eastAsia="zh-CN"/>
        </w:rPr>
        <w:t>本讲由华中师范大学郑旭东主讲，时长约</w:t>
      </w:r>
      <w:r>
        <w:t>12</w:t>
      </w:r>
      <w:r>
        <w:rPr>
          <w:rFonts w:ascii="微软雅黑" w:eastAsia="微软雅黑" w:hAnsi="微软雅黑" w:cs="微软雅黑" w:hint="eastAsia"/>
          <w:lang w:eastAsia="zh-CN"/>
        </w:rPr>
        <w:t>分钟，是</w:t>
      </w:r>
      <w:r>
        <w:t>"</w:t>
      </w:r>
      <w:r>
        <w:rPr>
          <w:rFonts w:ascii="微软雅黑" w:eastAsia="微软雅黑" w:hAnsi="微软雅黑" w:cs="微软雅黑" w:hint="eastAsia"/>
          <w:lang w:eastAsia="zh-CN"/>
        </w:rPr>
        <w:t>学科通识</w:t>
      </w:r>
      <w:r>
        <w:t>"</w:t>
      </w:r>
      <w:r>
        <w:rPr>
          <w:rFonts w:ascii="微软雅黑" w:eastAsia="微软雅黑" w:hAnsi="微软雅黑" w:cs="微软雅黑" w:hint="eastAsia"/>
          <w:lang w:eastAsia="zh-CN"/>
        </w:rPr>
        <w:t>模块的收束讲：先把前面各讲的</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果</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根</w:t>
      </w:r>
      <w:r>
        <w:t>"</w:t>
      </w:r>
      <w:r>
        <w:rPr>
          <w:rFonts w:ascii="微软雅黑" w:eastAsia="微软雅黑" w:hAnsi="微软雅黑" w:cs="微软雅黑" w:hint="eastAsia"/>
          <w:lang w:eastAsia="zh-CN"/>
        </w:rPr>
        <w:t>拼成完整的</w:t>
      </w:r>
      <w:r>
        <w:rPr>
          <w:rFonts w:ascii="微软雅黑" w:eastAsia="微软雅黑" w:hAnsi="微软雅黑" w:cs="微软雅黑" w:hint="eastAsia"/>
          <w:b/>
          <w:lang w:eastAsia="zh-CN"/>
        </w:rPr>
        <w:t>人工智能知识树</w:t>
      </w:r>
      <w:r>
        <w:rPr>
          <w:rFonts w:ascii="微软雅黑" w:eastAsia="微软雅黑" w:hAnsi="微软雅黑" w:cs="微软雅黑" w:hint="eastAsia"/>
          <w:lang w:eastAsia="zh-CN"/>
        </w:rPr>
        <w:t>，再回答教育学关键问题</w:t>
      </w:r>
      <w:r>
        <w:t>——</w:t>
      </w:r>
      <w:r>
        <w:rPr>
          <w:rFonts w:ascii="微软雅黑" w:eastAsia="微软雅黑" w:hAnsi="微软雅黑" w:cs="微软雅黑" w:hint="eastAsia"/>
          <w:b/>
          <w:lang w:eastAsia="zh-CN"/>
        </w:rPr>
        <w:t>这棵树该怎么教给中小学生？</w:t>
      </w:r>
      <w:r>
        <w:t xml:space="preserve"> </w:t>
      </w:r>
      <w:r>
        <w:rPr>
          <w:rFonts w:ascii="微软雅黑" w:eastAsia="微软雅黑" w:hAnsi="微软雅黑" w:cs="微软雅黑" w:hint="eastAsia"/>
          <w:lang w:eastAsia="zh-CN"/>
        </w:rPr>
        <w:t>前半（</w:t>
      </w:r>
      <w:r>
        <w:t>00:10–05:30</w:t>
      </w:r>
      <w:r>
        <w:rPr>
          <w:rFonts w:ascii="微软雅黑" w:eastAsia="微软雅黑" w:hAnsi="微软雅黑" w:cs="微软雅黑" w:hint="eastAsia"/>
          <w:lang w:eastAsia="zh-CN"/>
        </w:rPr>
        <w:t>）借</w:t>
      </w:r>
      <w:r>
        <w:rPr>
          <w:rFonts w:ascii="微软雅黑" w:eastAsia="微软雅黑" w:hAnsi="微软雅黑" w:cs="微软雅黑" w:hint="eastAsia"/>
          <w:b/>
          <w:lang w:eastAsia="zh-CN"/>
        </w:rPr>
        <w:t>笛卡尔的知识树</w:t>
      </w:r>
      <w:r>
        <w:rPr>
          <w:rFonts w:ascii="微软雅黑" w:eastAsia="微软雅黑" w:hAnsi="微软雅黑" w:cs="微软雅黑" w:hint="eastAsia"/>
          <w:lang w:eastAsia="zh-CN"/>
        </w:rPr>
        <w:t>做元框架，对齐</w:t>
      </w:r>
      <w:r>
        <w:t>AI</w:t>
      </w:r>
      <w:r>
        <w:rPr>
          <w:rFonts w:ascii="微软雅黑" w:eastAsia="微软雅黑" w:hAnsi="微软雅黑" w:cs="微软雅黑" w:hint="eastAsia"/>
          <w:lang w:eastAsia="zh-CN"/>
        </w:rPr>
        <w:t>的六个层次；后半（</w:t>
      </w:r>
      <w:r>
        <w:t>05:30–12:00</w:t>
      </w:r>
      <w:r>
        <w:rPr>
          <w:rFonts w:ascii="微软雅黑" w:eastAsia="微软雅黑" w:hAnsi="微软雅黑" w:cs="微软雅黑" w:hint="eastAsia"/>
          <w:lang w:eastAsia="zh-CN"/>
        </w:rPr>
        <w:t>）转向课程与教学论：用</w:t>
      </w:r>
      <w:r>
        <w:t xml:space="preserve"> </w:t>
      </w:r>
      <w:r>
        <w:rPr>
          <w:b/>
        </w:rPr>
        <w:t>STEM</w:t>
      </w:r>
      <w:r>
        <w:t xml:space="preserve"> </w:t>
      </w:r>
      <w:r>
        <w:rPr>
          <w:rFonts w:ascii="微软雅黑" w:eastAsia="微软雅黑" w:hAnsi="微软雅黑" w:cs="微软雅黑" w:hint="eastAsia"/>
          <w:lang w:eastAsia="zh-CN"/>
        </w:rPr>
        <w:t>的跨学科性质说明</w:t>
      </w:r>
      <w:r>
        <w:t>AI</w:t>
      </w:r>
      <w:r>
        <w:rPr>
          <w:rFonts w:ascii="微软雅黑" w:eastAsia="微软雅黑" w:hAnsi="微软雅黑" w:cs="微软雅黑" w:hint="eastAsia"/>
          <w:lang w:eastAsia="zh-CN"/>
        </w:rPr>
        <w:t>通识教育</w:t>
      </w:r>
      <w:r>
        <w:t>"</w:t>
      </w:r>
      <w:r>
        <w:rPr>
          <w:rFonts w:ascii="微软雅黑" w:eastAsia="微软雅黑" w:hAnsi="微软雅黑" w:cs="微软雅黑" w:hint="eastAsia"/>
          <w:lang w:eastAsia="zh-CN"/>
        </w:rPr>
        <w:t>不能倒着教</w:t>
      </w:r>
      <w:r>
        <w:t>"</w:t>
      </w:r>
      <w:r>
        <w:rPr>
          <w:rFonts w:ascii="微软雅黑" w:eastAsia="微软雅黑" w:hAnsi="微软雅黑" w:cs="微软雅黑" w:hint="eastAsia"/>
          <w:lang w:eastAsia="zh-CN"/>
        </w:rPr>
        <w:t>，再用</w:t>
      </w:r>
      <w:r>
        <w:rPr>
          <w:rFonts w:ascii="微软雅黑" w:eastAsia="微软雅黑" w:hAnsi="微软雅黑" w:cs="微软雅黑" w:hint="eastAsia"/>
          <w:b/>
          <w:lang w:eastAsia="zh-CN"/>
        </w:rPr>
        <w:t>布鲁纳的教育理论</w:t>
      </w:r>
      <w:r>
        <w:rPr>
          <w:rFonts w:ascii="微软雅黑" w:eastAsia="微软雅黑" w:hAnsi="微软雅黑" w:cs="微软雅黑" w:hint="eastAsia"/>
          <w:lang w:eastAsia="zh-CN"/>
        </w:rPr>
        <w:t>（三重表征、学科结构、螺旋课程）给出课程建构方案。落点是</w:t>
      </w:r>
      <w:r>
        <w:rPr>
          <w:rFonts w:ascii="微软雅黑" w:eastAsia="微软雅黑" w:hAnsi="微软雅黑" w:cs="微软雅黑" w:hint="eastAsia"/>
          <w:b/>
          <w:lang w:eastAsia="zh-CN"/>
        </w:rPr>
        <w:t>帮助教师完成"从学科知识向课程教学"的转化</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一、笛卡尔的知识树（元框架）</w:t>
      </w:r>
    </w:p>
    <w:p>
      <w:pPr/>
      <w:r>
        <w:rPr>
          <w:rFonts w:ascii="微软雅黑" w:eastAsia="微软雅黑" w:hAnsi="微软雅黑" w:cs="微软雅黑" w:hint="eastAsia"/>
          <w:lang w:eastAsia="zh-CN"/>
        </w:rPr>
        <w:t>勒内</w:t>
      </w:r>
      <w:r>
        <w:t>·</w:t>
      </w:r>
      <w:r>
        <w:rPr>
          <w:rFonts w:ascii="微软雅黑" w:eastAsia="微软雅黑" w:hAnsi="微软雅黑" w:cs="微软雅黑" w:hint="eastAsia"/>
          <w:lang w:eastAsia="zh-CN"/>
        </w:rPr>
        <w:t>笛卡尔（</w:t>
      </w:r>
      <w:r>
        <w:t>René Descartes</w:t>
      </w:r>
      <w:r>
        <w:rPr>
          <w:rFonts w:ascii="微软雅黑" w:eastAsia="微软雅黑" w:hAnsi="微软雅黑" w:cs="微软雅黑" w:hint="eastAsia"/>
          <w:lang w:eastAsia="zh-CN"/>
        </w:rPr>
        <w:t>），著作《哲学原理》（</w:t>
      </w:r>
      <w:r>
        <w:t>PRINCIPIA PHILOSOPHIE</w:t>
      </w:r>
      <w:r>
        <w:rPr>
          <w:rFonts w:ascii="微软雅黑" w:eastAsia="微软雅黑" w:hAnsi="微软雅黑" w:cs="微软雅黑" w:hint="eastAsia"/>
          <w:lang w:eastAsia="zh-CN"/>
        </w:rPr>
        <w:t>）。三层结构</w:t>
      </w:r>
      <w:r>
        <w:t>——</w:t>
      </w:r>
    </w:p>
    <w:p>
      <w:pPr>
        <w:pStyle w:val="ListBullet"/>
        <w:spacing w:after="72"/>
      </w:pPr>
      <w:r>
        <w:rPr>
          <w:rFonts w:ascii="微软雅黑" w:eastAsia="微软雅黑" w:hAnsi="微软雅黑" w:cs="微软雅黑" w:hint="eastAsia"/>
          <w:b/>
          <w:lang w:eastAsia="zh-CN"/>
        </w:rPr>
        <w:t>树根＝形而上学</w:t>
      </w:r>
      <w:r>
        <w:rPr>
          <w:rFonts w:ascii="微软雅黑" w:eastAsia="微软雅黑" w:hAnsi="微软雅黑" w:cs="微软雅黑" w:hint="eastAsia"/>
          <w:lang w:eastAsia="zh-CN"/>
        </w:rPr>
        <w:t>：知识的最基本原理，是整个知识体系的根基；</w:t>
      </w:r>
    </w:p>
    <w:p>
      <w:pPr>
        <w:pStyle w:val="ListBullet"/>
        <w:spacing w:after="72"/>
      </w:pPr>
      <w:r>
        <w:rPr>
          <w:rFonts w:ascii="微软雅黑" w:eastAsia="微软雅黑" w:hAnsi="微软雅黑" w:cs="微软雅黑" w:hint="eastAsia"/>
          <w:b/>
          <w:lang w:eastAsia="zh-CN"/>
        </w:rPr>
        <w:t>树干＝物理学</w:t>
      </w:r>
      <w:r>
        <w:rPr>
          <w:rFonts w:ascii="微软雅黑" w:eastAsia="微软雅黑" w:hAnsi="微软雅黑" w:cs="微软雅黑" w:hint="eastAsia"/>
          <w:lang w:eastAsia="zh-CN"/>
        </w:rPr>
        <w:t>：即自然哲学，研究宇宙万物的普遍规律，是知识体系的主干；</w:t>
      </w:r>
    </w:p>
    <w:p>
      <w:pPr>
        <w:pStyle w:val="ListBullet"/>
        <w:spacing w:after="72"/>
      </w:pPr>
      <w:r>
        <w:rPr>
          <w:rFonts w:ascii="微软雅黑" w:eastAsia="微软雅黑" w:hAnsi="微软雅黑" w:cs="微软雅黑" w:hint="eastAsia"/>
          <w:b/>
          <w:lang w:eastAsia="zh-CN"/>
        </w:rPr>
        <w:t>树枝＝具体科学</w:t>
      </w:r>
      <w:r>
        <w:rPr>
          <w:rFonts w:ascii="微软雅黑" w:eastAsia="微软雅黑" w:hAnsi="微软雅黑" w:cs="微软雅黑" w:hint="eastAsia"/>
          <w:lang w:eastAsia="zh-CN"/>
        </w:rPr>
        <w:t>：三大分支</w:t>
      </w:r>
      <w:r>
        <w:t>——</w:t>
      </w:r>
      <w:r>
        <w:rPr>
          <w:rFonts w:ascii="微软雅黑" w:eastAsia="微软雅黑" w:hAnsi="微软雅黑" w:cs="微软雅黑" w:hint="eastAsia"/>
          <w:lang w:eastAsia="zh-CN"/>
        </w:rPr>
        <w:t>医学、机械学、伦理学。</w:t>
      </w:r>
    </w:p>
    <w:p>
      <w:pPr/>
      <w:r>
        <w:rPr>
          <w:rFonts w:ascii="微软雅黑" w:eastAsia="微软雅黑" w:hAnsi="微软雅黑" w:cs="微软雅黑" w:hint="eastAsia"/>
          <w:lang w:eastAsia="zh-CN"/>
        </w:rPr>
        <w:t>总述：</w:t>
      </w:r>
      <w:r>
        <w:t>"</w:t>
      </w:r>
      <w:r>
        <w:rPr>
          <w:rFonts w:ascii="微软雅黑" w:eastAsia="微软雅黑" w:hAnsi="微软雅黑" w:cs="微软雅黑" w:hint="eastAsia"/>
          <w:lang w:eastAsia="zh-CN"/>
        </w:rPr>
        <w:t>只有根基稳固，主干才能坚实，最终才能结出实用的果实</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二、人工智能知识树的六层映射（本讲核心）</w:t>
      </w:r>
    </w:p>
    <w:p>
      <w:pPr>
        <w:pStyle w:val="ListBullet"/>
        <w:spacing w:after="72"/>
      </w:pPr>
      <w:r>
        <w:rPr>
          <w:rFonts w:ascii="微软雅黑" w:eastAsia="微软雅黑" w:hAnsi="微软雅黑" w:cs="微软雅黑" w:hint="eastAsia"/>
          <w:b/>
          <w:lang w:eastAsia="zh-CN"/>
        </w:rPr>
        <w:t>根→干</w:t>
      </w:r>
      <w:r>
        <w:rPr>
          <w:rFonts w:ascii="微软雅黑" w:eastAsia="微软雅黑" w:hAnsi="微软雅黑" w:cs="微软雅黑" w:hint="eastAsia"/>
          <w:lang w:eastAsia="zh-CN"/>
        </w:rPr>
        <w:t>：数学</w:t>
      </w:r>
      <w:r>
        <w:t>→</w:t>
      </w:r>
      <w:r>
        <w:rPr>
          <w:rFonts w:ascii="微软雅黑" w:eastAsia="微软雅黑" w:hAnsi="微软雅黑" w:cs="微软雅黑" w:hint="eastAsia"/>
          <w:lang w:eastAsia="zh-CN"/>
        </w:rPr>
        <w:t>机器学习；哲学</w:t>
      </w:r>
      <w:r>
        <w:t>→</w:t>
      </w:r>
      <w:r>
        <w:rPr>
          <w:rFonts w:ascii="微软雅黑" w:eastAsia="微软雅黑" w:hAnsi="微软雅黑" w:cs="微软雅黑" w:hint="eastAsia"/>
          <w:lang w:eastAsia="zh-CN"/>
        </w:rPr>
        <w:t>机器学习；逻辑学</w:t>
      </w:r>
      <w:r>
        <w:t>→</w:t>
      </w:r>
      <w:r>
        <w:rPr>
          <w:rFonts w:ascii="微软雅黑" w:eastAsia="微软雅黑" w:hAnsi="微软雅黑" w:cs="微软雅黑" w:hint="eastAsia"/>
          <w:lang w:eastAsia="zh-CN"/>
        </w:rPr>
        <w:t>深度学习；信息论</w:t>
      </w:r>
      <w:r>
        <w:t>→</w:t>
      </w:r>
      <w:r>
        <w:rPr>
          <w:rFonts w:ascii="微软雅黑" w:eastAsia="微软雅黑" w:hAnsi="微软雅黑" w:cs="微软雅黑" w:hint="eastAsia"/>
          <w:lang w:eastAsia="zh-CN"/>
        </w:rPr>
        <w:t>深度学习</w:t>
      </w:r>
    </w:p>
    <w:p>
      <w:pPr>
        <w:pStyle w:val="ListBullet"/>
        <w:spacing w:after="72"/>
      </w:pPr>
      <w:r>
        <w:rPr>
          <w:rFonts w:ascii="微软雅黑" w:eastAsia="微软雅黑" w:hAnsi="微软雅黑" w:cs="微软雅黑" w:hint="eastAsia"/>
          <w:b/>
          <w:lang w:eastAsia="zh-CN"/>
        </w:rPr>
        <w:t>干→枝</w:t>
      </w:r>
      <w:r>
        <w:rPr>
          <w:rFonts w:ascii="微软雅黑" w:eastAsia="微软雅黑" w:hAnsi="微软雅黑" w:cs="微软雅黑" w:hint="eastAsia"/>
          <w:lang w:eastAsia="zh-CN"/>
        </w:rPr>
        <w:t>：机器学习</w:t>
      </w:r>
      <w:r>
        <w:t>→</w:t>
      </w:r>
      <w:r>
        <w:rPr>
          <w:rFonts w:ascii="微软雅黑" w:eastAsia="微软雅黑" w:hAnsi="微软雅黑" w:cs="微软雅黑" w:hint="eastAsia"/>
          <w:lang w:eastAsia="zh-CN"/>
        </w:rPr>
        <w:t>卷积神经网络；深度学习</w:t>
      </w:r>
      <w:r>
        <w:t>→</w:t>
      </w:r>
      <w:r>
        <w:rPr>
          <w:rFonts w:ascii="微软雅黑" w:eastAsia="微软雅黑" w:hAnsi="微软雅黑" w:cs="微软雅黑" w:hint="eastAsia"/>
          <w:lang w:eastAsia="zh-CN"/>
        </w:rPr>
        <w:t>自注意力架构</w:t>
      </w:r>
    </w:p>
    <w:p>
      <w:pPr>
        <w:pStyle w:val="ListBullet"/>
        <w:spacing w:after="72"/>
      </w:pPr>
      <w:r>
        <w:rPr>
          <w:rFonts w:ascii="微软雅黑" w:eastAsia="微软雅黑" w:hAnsi="微软雅黑" w:cs="微软雅黑" w:hint="eastAsia"/>
          <w:b/>
          <w:lang w:eastAsia="zh-CN"/>
        </w:rPr>
        <w:t>枝→叶</w:t>
      </w:r>
      <w:r>
        <w:rPr>
          <w:rFonts w:ascii="微软雅黑" w:eastAsia="微软雅黑" w:hAnsi="微软雅黑" w:cs="微软雅黑" w:hint="eastAsia"/>
          <w:lang w:eastAsia="zh-CN"/>
        </w:rPr>
        <w:t>：卷积神经网络</w:t>
      </w:r>
      <w:r>
        <w:t>→</w:t>
      </w:r>
      <w:r>
        <w:rPr>
          <w:rFonts w:ascii="微软雅黑" w:eastAsia="微软雅黑" w:hAnsi="微软雅黑" w:cs="微软雅黑" w:hint="eastAsia"/>
          <w:lang w:eastAsia="zh-CN"/>
        </w:rPr>
        <w:t>计算机视觉；自注意力架构</w:t>
      </w:r>
      <w:r>
        <w:t>→</w:t>
      </w:r>
      <w:r>
        <w:rPr>
          <w:rFonts w:ascii="微软雅黑" w:eastAsia="微软雅黑" w:hAnsi="微软雅黑" w:cs="微软雅黑" w:hint="eastAsia"/>
          <w:lang w:eastAsia="zh-CN"/>
        </w:rPr>
        <w:t>自然语言处理；生成模型</w:t>
      </w:r>
      <w:r>
        <w:t>→</w:t>
      </w:r>
      <w:r>
        <w:rPr>
          <w:rFonts w:ascii="微软雅黑" w:eastAsia="微软雅黑" w:hAnsi="微软雅黑" w:cs="微软雅黑" w:hint="eastAsia"/>
          <w:lang w:eastAsia="zh-CN"/>
        </w:rPr>
        <w:t>推荐系统；图神经网络</w:t>
      </w:r>
      <w:r>
        <w:t>→</w:t>
      </w:r>
      <w:r>
        <w:rPr>
          <w:rFonts w:ascii="微软雅黑" w:eastAsia="微软雅黑" w:hAnsi="微软雅黑" w:cs="微软雅黑" w:hint="eastAsia"/>
          <w:lang w:eastAsia="zh-CN"/>
        </w:rPr>
        <w:t>计算生物学</w:t>
      </w:r>
    </w:p>
    <w:p>
      <w:pPr>
        <w:pStyle w:val="ListBullet"/>
        <w:spacing w:after="72"/>
      </w:pPr>
      <w:r>
        <w:rPr>
          <w:rFonts w:ascii="微软雅黑" w:eastAsia="微软雅黑" w:hAnsi="微软雅黑" w:cs="微软雅黑" w:hint="eastAsia"/>
          <w:b/>
          <w:lang w:eastAsia="zh-CN"/>
        </w:rPr>
        <w:t>叶→花</w:t>
      </w:r>
      <w:r>
        <w:rPr>
          <w:rFonts w:ascii="微软雅黑" w:eastAsia="微软雅黑" w:hAnsi="微软雅黑" w:cs="微软雅黑" w:hint="eastAsia"/>
          <w:lang w:eastAsia="zh-CN"/>
        </w:rPr>
        <w:t>：计算机视觉</w:t>
      </w:r>
      <w:r>
        <w:t>→</w:t>
      </w:r>
      <w:r>
        <w:rPr>
          <w:rFonts w:ascii="微软雅黑" w:eastAsia="微软雅黑" w:hAnsi="微软雅黑" w:cs="微软雅黑" w:hint="eastAsia"/>
          <w:lang w:eastAsia="zh-CN"/>
        </w:rPr>
        <w:t>多模态智能；自然语言处理</w:t>
      </w:r>
      <w:r>
        <w:t>→</w:t>
      </w:r>
      <w:r>
        <w:rPr>
          <w:rFonts w:ascii="微软雅黑" w:eastAsia="微软雅黑" w:hAnsi="微软雅黑" w:cs="微软雅黑" w:hint="eastAsia"/>
          <w:lang w:eastAsia="zh-CN"/>
        </w:rPr>
        <w:t>世界模型；机器人学</w:t>
      </w:r>
      <w:r>
        <w:t>→</w:t>
      </w:r>
      <w:r>
        <w:rPr>
          <w:rFonts w:ascii="微软雅黑" w:eastAsia="微软雅黑" w:hAnsi="微软雅黑" w:cs="微软雅黑" w:hint="eastAsia"/>
          <w:lang w:eastAsia="zh-CN"/>
        </w:rPr>
        <w:t>具身智能；</w:t>
      </w:r>
      <w:r>
        <w:t>AI for Science→</w:t>
      </w:r>
      <w:r>
        <w:rPr>
          <w:rFonts w:ascii="微软雅黑" w:eastAsia="微软雅黑" w:hAnsi="微软雅黑" w:cs="微软雅黑" w:hint="eastAsia"/>
          <w:lang w:eastAsia="zh-CN"/>
        </w:rPr>
        <w:t>计算生物学</w:t>
      </w:r>
    </w:p>
    <w:p>
      <w:pPr>
        <w:pStyle w:val="ListBullet"/>
        <w:spacing w:after="72"/>
      </w:pPr>
      <w:r>
        <w:rPr>
          <w:rFonts w:ascii="微软雅黑" w:eastAsia="微软雅黑" w:hAnsi="微软雅黑" w:cs="微软雅黑" w:hint="eastAsia"/>
          <w:b/>
          <w:lang w:eastAsia="zh-CN"/>
        </w:rPr>
        <w:t>花→果</w:t>
      </w:r>
      <w:r>
        <w:rPr>
          <w:rFonts w:ascii="微软雅黑" w:eastAsia="微软雅黑" w:hAnsi="微软雅黑" w:cs="微软雅黑" w:hint="eastAsia"/>
          <w:lang w:eastAsia="zh-CN"/>
        </w:rPr>
        <w:t>：语言大模型涌现能力</w:t>
      </w:r>
      <w:r>
        <w:t>→</w:t>
      </w:r>
      <w:r>
        <w:rPr>
          <w:rFonts w:ascii="微软雅黑" w:eastAsia="微软雅黑" w:hAnsi="微软雅黑" w:cs="微软雅黑" w:hint="eastAsia"/>
          <w:b/>
          <w:lang w:eastAsia="zh-CN"/>
        </w:rPr>
        <w:t>ChatGPT、DeepSeek</w:t>
      </w:r>
      <w:r>
        <w:rPr>
          <w:rFonts w:ascii="微软雅黑" w:eastAsia="微软雅黑" w:hAnsi="微软雅黑" w:cs="微软雅黑" w:hint="eastAsia"/>
          <w:lang w:eastAsia="zh-CN"/>
        </w:rPr>
        <w:t>；多模态与世界模型</w:t>
      </w:r>
      <w:r>
        <w:t>→</w:t>
      </w:r>
      <w:r>
        <w:rPr>
          <w:rFonts w:ascii="微软雅黑" w:eastAsia="微软雅黑" w:hAnsi="微软雅黑" w:cs="微软雅黑" w:hint="eastAsia"/>
          <w:b/>
          <w:lang w:eastAsia="zh-CN"/>
        </w:rPr>
        <w:t>Sora、自动驾驶</w:t>
      </w:r>
      <w:r>
        <w:rPr>
          <w:rFonts w:ascii="微软雅黑" w:eastAsia="微软雅黑" w:hAnsi="微软雅黑" w:cs="微软雅黑" w:hint="eastAsia"/>
          <w:lang w:eastAsia="zh-CN"/>
        </w:rPr>
        <w:t>；计算生物学</w:t>
      </w:r>
      <w:r>
        <w:t>→</w:t>
      </w:r>
      <w:r>
        <w:rPr>
          <w:b/>
        </w:rPr>
        <w:t>AlphaFold 3</w:t>
      </w:r>
      <w:r>
        <w:rPr>
          <w:rFonts w:ascii="微软雅黑" w:eastAsia="微软雅黑" w:hAnsi="微软雅黑" w:cs="微软雅黑" w:hint="eastAsia"/>
          <w:lang w:eastAsia="zh-CN"/>
        </w:rPr>
        <w:t>；具身智能</w:t>
      </w:r>
      <w:r>
        <w:t>→</w:t>
      </w:r>
      <w:r>
        <w:rPr>
          <w:rFonts w:ascii="微软雅黑" w:eastAsia="微软雅黑" w:hAnsi="微软雅黑" w:cs="微软雅黑" w:hint="eastAsia"/>
          <w:lang w:eastAsia="zh-CN"/>
        </w:rPr>
        <w:t>智能机器人</w:t>
      </w:r>
    </w:p>
    <w:p>
      <w:pPr/>
      <w:r>
        <w:rPr>
          <w:rFonts w:ascii="微软雅黑" w:eastAsia="微软雅黑" w:hAnsi="微软雅黑" w:cs="微软雅黑" w:hint="eastAsia"/>
          <w:b/>
          <w:lang w:eastAsia="zh-CN"/>
        </w:rPr>
        <w:t>三、跨学科属性与STEM</w:t>
      </w:r>
    </w:p>
    <w:p>
      <w:pPr/>
      <w:r>
        <w:t>AI</w:t>
      </w:r>
      <w:r>
        <w:rPr>
          <w:rFonts w:ascii="微软雅黑" w:eastAsia="微软雅黑" w:hAnsi="微软雅黑" w:cs="微软雅黑" w:hint="eastAsia"/>
          <w:lang w:eastAsia="zh-CN"/>
        </w:rPr>
        <w:t>表面像</w:t>
      </w:r>
      <w:r>
        <w:rPr>
          <w:rFonts w:ascii="微软雅黑" w:eastAsia="微软雅黑" w:hAnsi="微软雅黑" w:cs="微软雅黑" w:hint="eastAsia"/>
          <w:b/>
          <w:lang w:eastAsia="zh-CN"/>
        </w:rPr>
        <w:t>工程与技术</w:t>
      </w:r>
      <w:r>
        <w:rPr>
          <w:rFonts w:ascii="微软雅黑" w:eastAsia="微软雅黑" w:hAnsi="微软雅黑" w:cs="微软雅黑" w:hint="eastAsia"/>
          <w:lang w:eastAsia="zh-CN"/>
        </w:rPr>
        <w:t>，实质根植于</w:t>
      </w:r>
      <w:r>
        <w:rPr>
          <w:rFonts w:ascii="微软雅黑" w:eastAsia="微软雅黑" w:hAnsi="微软雅黑" w:cs="微软雅黑" w:hint="eastAsia"/>
          <w:b/>
          <w:lang w:eastAsia="zh-CN"/>
        </w:rPr>
        <w:t>数学与科学</w:t>
      </w:r>
      <w:r>
        <w:rPr>
          <w:rFonts w:ascii="微软雅黑" w:eastAsia="微软雅黑" w:hAnsi="微软雅黑" w:cs="微软雅黑" w:hint="eastAsia"/>
          <w:lang w:eastAsia="zh-CN"/>
        </w:rPr>
        <w:t>；讲者主张</w:t>
      </w:r>
      <w:r>
        <w:t>"</w:t>
      </w:r>
      <w:r>
        <w:rPr>
          <w:rFonts w:ascii="微软雅黑" w:eastAsia="微软雅黑" w:hAnsi="微软雅黑" w:cs="微软雅黑" w:hint="eastAsia"/>
          <w:lang w:eastAsia="zh-CN"/>
        </w:rPr>
        <w:t>应该以</w:t>
      </w:r>
      <w:r>
        <w:t>STEM</w:t>
      </w:r>
      <w:r>
        <w:rPr>
          <w:rFonts w:ascii="微软雅黑" w:eastAsia="微软雅黑" w:hAnsi="微软雅黑" w:cs="微软雅黑" w:hint="eastAsia"/>
          <w:lang w:eastAsia="zh-CN"/>
        </w:rPr>
        <w:t>的方式来教</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你得能懂科学、技术、工程和数学</w:t>
      </w:r>
      <w:r>
        <w:t>"</w:t>
      </w:r>
      <w:r>
        <w:rPr>
          <w:rFonts w:ascii="微软雅黑" w:eastAsia="微软雅黑" w:hAnsi="微软雅黑" w:cs="微软雅黑" w:hint="eastAsia"/>
          <w:lang w:eastAsia="zh-CN"/>
        </w:rPr>
        <w:t>，是</w:t>
      </w:r>
      <w:r>
        <w:t>"</w:t>
      </w:r>
      <w:r>
        <w:rPr>
          <w:rFonts w:ascii="微软雅黑" w:eastAsia="微软雅黑" w:hAnsi="微软雅黑" w:cs="微软雅黑" w:hint="eastAsia"/>
          <w:lang w:eastAsia="zh-CN"/>
        </w:rPr>
        <w:t>拼凑起来的跨学科教学</w:t>
      </w:r>
      <w:r>
        <w:t>"</w:t>
      </w:r>
      <w:r>
        <w:rPr>
          <w:rFonts w:ascii="微软雅黑" w:eastAsia="微软雅黑" w:hAnsi="微软雅黑" w:cs="微软雅黑" w:hint="eastAsia"/>
          <w:lang w:eastAsia="zh-CN"/>
        </w:rPr>
        <w:t>。以</w:t>
      </w:r>
      <w:r>
        <w:rPr>
          <w:rFonts w:ascii="微软雅黑" w:eastAsia="微软雅黑" w:hAnsi="微软雅黑" w:cs="微软雅黑" w:hint="eastAsia"/>
          <w:b/>
          <w:lang w:eastAsia="zh-CN"/>
        </w:rPr>
        <w:t>铲车与杠杆</w:t>
      </w:r>
      <w:r>
        <w:rPr>
          <w:rFonts w:ascii="微软雅黑" w:eastAsia="微软雅黑" w:hAnsi="微软雅黑" w:cs="微软雅黑" w:hint="eastAsia"/>
          <w:lang w:eastAsia="zh-CN"/>
        </w:rPr>
        <w:t>类比</w:t>
      </w:r>
      <w:r>
        <w:t>——"</w:t>
      </w:r>
      <w:r>
        <w:rPr>
          <w:rFonts w:ascii="微软雅黑" w:eastAsia="微软雅黑" w:hAnsi="微软雅黑" w:cs="微软雅黑" w:hint="eastAsia"/>
          <w:lang w:eastAsia="zh-CN"/>
        </w:rPr>
        <w:t>它是由杠杆原理来保证的</w:t>
      </w:r>
      <w:r>
        <w:t>"</w:t>
      </w:r>
      <w:r>
        <w:rPr>
          <w:rFonts w:ascii="微软雅黑" w:eastAsia="微软雅黑" w:hAnsi="微软雅黑" w:cs="微软雅黑" w:hint="eastAsia"/>
          <w:lang w:eastAsia="zh-CN"/>
        </w:rPr>
        <w:t>，杠杆平衡式为</w:t>
      </w:r>
      <w:r>
        <w:t xml:space="preserve"> </w:t>
      </w:r>
      <w:r>
        <w:rPr>
          <w:b/>
        </w:rPr>
        <w:t>F1 × L1 = F2 × L2</w:t>
      </w:r>
      <w:r>
        <w:rPr>
          <w:rFonts w:ascii="微软雅黑" w:eastAsia="微软雅黑" w:hAnsi="微软雅黑" w:cs="微软雅黑" w:hint="eastAsia"/>
          <w:lang w:eastAsia="zh-CN"/>
        </w:rPr>
        <w:t>，说明工程装置背后是数学与科学原理。由此推出教学论断</w:t>
      </w:r>
      <w:r>
        <w:rPr>
          <w:rFonts w:ascii="微软雅黑" w:eastAsia="微软雅黑" w:hAnsi="微软雅黑" w:cs="微软雅黑" w:hint="eastAsia"/>
          <w:b/>
          <w:lang w:eastAsia="zh-CN"/>
        </w:rPr>
        <w:t>"为什么不能反过来呢？"</w:t>
      </w:r>
      <w:r>
        <w:rPr>
          <w:rFonts w:ascii="微软雅黑" w:eastAsia="微软雅黑" w:hAnsi="微软雅黑" w:cs="微软雅黑" w:hint="eastAsia"/>
          <w:lang w:eastAsia="zh-CN"/>
        </w:rPr>
        <w:t>：不能从抽象公式教起，而要从</w:t>
      </w:r>
      <w:r>
        <w:t>"</w:t>
      </w:r>
      <w:r>
        <w:rPr>
          <w:rFonts w:ascii="微软雅黑" w:eastAsia="微软雅黑" w:hAnsi="微软雅黑" w:cs="微软雅黑" w:hint="eastAsia"/>
          <w:lang w:eastAsia="zh-CN"/>
        </w:rPr>
        <w:t>一根棒棒加一根棒棒</w:t>
      </w:r>
      <w:r>
        <w:t>""</w:t>
      </w:r>
      <w:r>
        <w:rPr>
          <w:rFonts w:ascii="微软雅黑" w:eastAsia="微软雅黑" w:hAnsi="微软雅黑" w:cs="微软雅黑" w:hint="eastAsia"/>
          <w:lang w:eastAsia="zh-CN"/>
        </w:rPr>
        <w:t>一个苹果加一个苹果</w:t>
      </w:r>
      <w:r>
        <w:t>""1+1=2"</w:t>
      </w:r>
      <w:r>
        <w:rPr>
          <w:rFonts w:ascii="微软雅黑" w:eastAsia="微软雅黑" w:hAnsi="微软雅黑" w:cs="微软雅黑" w:hint="eastAsia"/>
          <w:lang w:eastAsia="zh-CN"/>
        </w:rPr>
        <w:t>这类经验出发，因为</w:t>
      </w:r>
      <w:r>
        <w:t>"</w:t>
      </w:r>
      <w:r>
        <w:rPr>
          <w:rFonts w:ascii="微软雅黑" w:eastAsia="微软雅黑" w:hAnsi="微软雅黑" w:cs="微软雅黑" w:hint="eastAsia"/>
          <w:lang w:eastAsia="zh-CN"/>
        </w:rPr>
        <w:t>这个经验是渐次抽象的</w:t>
      </w:r>
      <w:r>
        <w:t>"</w:t>
      </w:r>
      <w:r>
        <w:rPr>
          <w:rFonts w:ascii="微软雅黑" w:eastAsia="微软雅黑" w:hAnsi="微软雅黑" w:cs="微软雅黑" w:hint="eastAsia"/>
          <w:lang w:eastAsia="zh-CN"/>
        </w:rPr>
        <w:t>；讲者批评</w:t>
      </w:r>
      <w:r>
        <w:t>"</w:t>
      </w:r>
      <w:r>
        <w:rPr>
          <w:rFonts w:ascii="微软雅黑" w:eastAsia="微软雅黑" w:hAnsi="微软雅黑" w:cs="微软雅黑" w:hint="eastAsia"/>
          <w:lang w:eastAsia="zh-CN"/>
        </w:rPr>
        <w:t>直接从抽象的经验开始</w:t>
      </w:r>
      <w:r>
        <w:t>"</w:t>
      </w:r>
      <w:r>
        <w:rPr>
          <w:rFonts w:ascii="微软雅黑" w:eastAsia="微软雅黑" w:hAnsi="微软雅黑" w:cs="微软雅黑" w:hint="eastAsia"/>
          <w:lang w:eastAsia="zh-CN"/>
        </w:rPr>
        <w:t>会使学生</w:t>
      </w:r>
      <w:r>
        <w:t>"</w:t>
      </w:r>
      <w:r>
        <w:rPr>
          <w:rFonts w:ascii="微软雅黑" w:eastAsia="微软雅黑" w:hAnsi="微软雅黑" w:cs="微软雅黑" w:hint="eastAsia"/>
          <w:lang w:eastAsia="zh-CN"/>
        </w:rPr>
        <w:t>在这过程中没有真正意义上的思考</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四、AIGC与数学之根</w:t>
      </w:r>
    </w:p>
    <w:p>
      <w:pPr/>
      <w:r>
        <w:rPr>
          <w:rFonts w:ascii="微软雅黑" w:eastAsia="微软雅黑" w:hAnsi="微软雅黑" w:cs="微软雅黑" w:hint="eastAsia"/>
          <w:lang w:eastAsia="zh-CN"/>
        </w:rPr>
        <w:t>幻灯片以</w:t>
      </w:r>
      <w:r>
        <w:t>AIGC</w:t>
      </w:r>
      <w:r>
        <w:rPr>
          <w:rFonts w:ascii="微软雅黑" w:eastAsia="微软雅黑" w:hAnsi="微软雅黑" w:cs="微软雅黑" w:hint="eastAsia"/>
          <w:lang w:eastAsia="zh-CN"/>
        </w:rPr>
        <w:t>为背景，配文：</w:t>
      </w:r>
      <w:r>
        <w:t>"</w:t>
      </w:r>
      <w:r>
        <w:rPr>
          <w:rFonts w:ascii="微软雅黑" w:eastAsia="微软雅黑" w:hAnsi="微软雅黑" w:cs="微软雅黑" w:hint="eastAsia"/>
          <w:b/>
          <w:lang w:eastAsia="zh-CN"/>
        </w:rPr>
        <w:t>人工智能是棵树，这棵树的根是数学</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五、课程转化与布鲁纳教育理论（落点）</w:t>
      </w:r>
    </w:p>
    <w:p>
      <w:pPr/>
      <w:r>
        <w:rPr>
          <w:rFonts w:ascii="微软雅黑" w:eastAsia="微软雅黑" w:hAnsi="微软雅黑" w:cs="微软雅黑" w:hint="eastAsia"/>
          <w:lang w:eastAsia="zh-CN"/>
        </w:rPr>
        <w:t>主题页</w:t>
      </w:r>
      <w:r>
        <w:rPr>
          <w:rFonts w:ascii="微软雅黑" w:eastAsia="微软雅黑" w:hAnsi="微软雅黑" w:cs="微软雅黑" w:hint="eastAsia"/>
          <w:b/>
          <w:lang w:eastAsia="zh-CN"/>
        </w:rPr>
        <w:t>"人工智能通识教育：从学科知识向课程教学的转化"</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课程教学</w:t>
      </w:r>
      <w:r>
        <w:t xml:space="preserve"> ↔ </w:t>
      </w:r>
      <w:r>
        <w:rPr>
          <w:rFonts w:ascii="微软雅黑" w:eastAsia="微软雅黑" w:hAnsi="微软雅黑" w:cs="微软雅黑" w:hint="eastAsia"/>
          <w:lang w:eastAsia="zh-CN"/>
        </w:rPr>
        <w:t>学科知识</w:t>
      </w:r>
      <w:r>
        <w:t>"</w:t>
      </w:r>
      <w:r>
        <w:rPr>
          <w:rFonts w:ascii="微软雅黑" w:eastAsia="微软雅黑" w:hAnsi="微软雅黑" w:cs="微软雅黑" w:hint="eastAsia"/>
          <w:lang w:eastAsia="zh-CN"/>
        </w:rPr>
        <w:t>双环表示双向转化；</w:t>
      </w:r>
      <w:r>
        <w:t>"</w:t>
      </w:r>
      <w:r>
        <w:rPr>
          <w:rFonts w:ascii="微软雅黑" w:eastAsia="微软雅黑" w:hAnsi="微软雅黑" w:cs="微软雅黑" w:hint="eastAsia"/>
          <w:lang w:eastAsia="zh-CN"/>
        </w:rPr>
        <w:t>开这个人工智能通识课</w:t>
      </w:r>
      <w:r>
        <w:t>""</w:t>
      </w:r>
      <w:r>
        <w:rPr>
          <w:rFonts w:ascii="微软雅黑" w:eastAsia="微软雅黑" w:hAnsi="微软雅黑" w:cs="微软雅黑" w:hint="eastAsia"/>
          <w:lang w:eastAsia="zh-CN"/>
        </w:rPr>
        <w:t>一些基本的概念、原理、技术</w:t>
      </w:r>
      <w:r>
        <w:t>""</w:t>
      </w:r>
      <w:r>
        <w:rPr>
          <w:rFonts w:ascii="微软雅黑" w:eastAsia="微软雅黑" w:hAnsi="微软雅黑" w:cs="微软雅黑" w:hint="eastAsia"/>
          <w:lang w:eastAsia="zh-CN"/>
        </w:rPr>
        <w:t>转化到课程教学里头</w:t>
      </w:r>
      <w:r>
        <w:t>"</w:t>
      </w:r>
      <w:r>
        <w:rPr>
          <w:rFonts w:ascii="微软雅黑" w:eastAsia="微软雅黑" w:hAnsi="微软雅黑" w:cs="微软雅黑" w:hint="eastAsia"/>
          <w:lang w:eastAsia="zh-CN"/>
        </w:rPr>
        <w:t>。</w:t>
      </w:r>
      <w:r>
        <w:rPr>
          <w:rFonts w:ascii="微软雅黑" w:eastAsia="微软雅黑" w:hAnsi="微软雅黑" w:cs="微软雅黑" w:hint="eastAsia"/>
          <w:b/>
          <w:lang w:eastAsia="zh-CN"/>
        </w:rPr>
        <w:t>杰罗姆·布鲁纳（Jerome Bruner）</w:t>
      </w:r>
      <w:r>
        <w:rPr>
          <w:rFonts w:ascii="微软雅黑" w:eastAsia="微软雅黑" w:hAnsi="微软雅黑" w:cs="微软雅黑" w:hint="eastAsia"/>
          <w:lang w:eastAsia="zh-CN"/>
        </w:rPr>
        <w:t>代表作</w:t>
      </w:r>
      <w:r>
        <w:rPr>
          <w:rFonts w:ascii="微软雅黑" w:eastAsia="微软雅黑" w:hAnsi="微软雅黑" w:cs="微软雅黑" w:hint="eastAsia"/>
          <w:b/>
          <w:lang w:eastAsia="zh-CN"/>
        </w:rPr>
        <w:t>《教育过程》（The Process of Education）</w:t>
      </w:r>
      <w:r>
        <w:rPr>
          <w:rFonts w:ascii="微软雅黑" w:eastAsia="微软雅黑" w:hAnsi="微软雅黑" w:cs="微软雅黑" w:hint="eastAsia"/>
          <w:lang w:eastAsia="zh-CN"/>
        </w:rPr>
        <w:t>，核心命题（幻灯片原文）：</w:t>
      </w:r>
      <w:r>
        <w:t>"</w:t>
      </w:r>
      <w:r>
        <w:rPr>
          <w:rFonts w:ascii="微软雅黑" w:eastAsia="微软雅黑" w:hAnsi="微软雅黑" w:cs="微软雅黑" w:hint="eastAsia"/>
          <w:b/>
          <w:lang w:eastAsia="zh-CN"/>
        </w:rPr>
        <w:t>任何学科都能够用在智育上正确的方式，有效地教给任何发展阶段的任何儿童。</w:t>
      </w:r>
      <w:r>
        <w:t>"</w:t>
      </w:r>
      <w:r>
        <w:rPr>
          <w:rFonts w:ascii="微软雅黑" w:eastAsia="微软雅黑" w:hAnsi="微软雅黑" w:cs="微软雅黑" w:hint="eastAsia"/>
          <w:lang w:eastAsia="zh-CN"/>
        </w:rPr>
        <w:t>三个理论构件：</w:t>
      </w:r>
    </w:p>
    <w:p>
      <w:pPr>
        <w:pStyle w:val="ListBullet"/>
        <w:spacing w:after="72"/>
      </w:pPr>
      <w:r>
        <w:rPr>
          <w:rFonts w:ascii="微软雅黑" w:eastAsia="微软雅黑" w:hAnsi="微软雅黑" w:cs="微软雅黑" w:hint="eastAsia"/>
          <w:b/>
          <w:lang w:eastAsia="zh-CN"/>
        </w:rPr>
        <w:t>三重表征</w:t>
      </w:r>
      <w:r>
        <w:rPr>
          <w:rFonts w:ascii="微软雅黑" w:eastAsia="微软雅黑" w:hAnsi="微软雅黑" w:cs="微软雅黑" w:hint="eastAsia"/>
          <w:lang w:eastAsia="zh-CN"/>
        </w:rPr>
        <w:t>：</w:t>
      </w:r>
      <w:r>
        <w:rPr>
          <w:rFonts w:ascii="微软雅黑" w:eastAsia="微软雅黑" w:hAnsi="微软雅黑" w:cs="微软雅黑" w:hint="eastAsia"/>
          <w:b/>
          <w:lang w:eastAsia="zh-CN"/>
        </w:rPr>
        <w:t>符号表征、映像表征、动作表征</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学科结构</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它是由这个学科的结构决定的</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螺旋课程</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随着他（学生）的心理表征水平的发展</w:t>
      </w:r>
      <w:r>
        <w:t>""</w:t>
      </w:r>
      <w:r>
        <w:rPr>
          <w:rFonts w:ascii="微软雅黑" w:eastAsia="微软雅黑" w:hAnsi="微软雅黑" w:cs="微软雅黑" w:hint="eastAsia"/>
          <w:lang w:eastAsia="zh-CN"/>
        </w:rPr>
        <w:t>给它精细化</w:t>
      </w:r>
      <w:r>
        <w:t>""</w:t>
      </w:r>
      <w:r>
        <w:rPr>
          <w:rFonts w:ascii="微软雅黑" w:eastAsia="微软雅黑" w:hAnsi="微软雅黑" w:cs="微软雅黑" w:hint="eastAsia"/>
          <w:lang w:eastAsia="zh-CN"/>
        </w:rPr>
        <w:t>不断地往上升</w:t>
      </w:r>
      <w:r>
        <w:t>"</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教学推论：应从</w:t>
      </w:r>
      <w:r>
        <w:rPr>
          <w:rFonts w:ascii="微软雅黑" w:eastAsia="微软雅黑" w:hAnsi="微软雅黑" w:cs="微软雅黑" w:hint="eastAsia"/>
          <w:b/>
          <w:lang w:eastAsia="zh-CN"/>
        </w:rPr>
        <w:t>动作表征</w:t>
      </w:r>
      <w:r>
        <w:rPr>
          <w:rFonts w:ascii="微软雅黑" w:eastAsia="微软雅黑" w:hAnsi="微软雅黑" w:cs="微软雅黑" w:hint="eastAsia"/>
          <w:lang w:eastAsia="zh-CN"/>
        </w:rPr>
        <w:t>（做）起步，经</w:t>
      </w:r>
      <w:r>
        <w:rPr>
          <w:rFonts w:ascii="微软雅黑" w:eastAsia="微软雅黑" w:hAnsi="微软雅黑" w:cs="微软雅黑" w:hint="eastAsia"/>
          <w:b/>
          <w:lang w:eastAsia="zh-CN"/>
        </w:rPr>
        <w:t>映像表征</w:t>
      </w:r>
      <w:r>
        <w:rPr>
          <w:rFonts w:ascii="微软雅黑" w:eastAsia="微软雅黑" w:hAnsi="微软雅黑" w:cs="微软雅黑" w:hint="eastAsia"/>
          <w:lang w:eastAsia="zh-CN"/>
        </w:rPr>
        <w:t>（画／看，最早是简笔画），再上升到</w:t>
      </w:r>
      <w:r>
        <w:rPr>
          <w:rFonts w:ascii="微软雅黑" w:eastAsia="微软雅黑" w:hAnsi="微软雅黑" w:cs="微软雅黑" w:hint="eastAsia"/>
          <w:b/>
          <w:lang w:eastAsia="zh-CN"/>
        </w:rPr>
        <w:t>符号表征</w:t>
      </w:r>
      <w:r>
        <w:rPr>
          <w:rFonts w:ascii="微软雅黑" w:eastAsia="微软雅黑" w:hAnsi="微软雅黑" w:cs="微软雅黑" w:hint="eastAsia"/>
          <w:lang w:eastAsia="zh-CN"/>
        </w:rPr>
        <w:t>（公式、概念）。结论句：</w:t>
      </w:r>
      <w:r>
        <w:t>"</w:t>
      </w:r>
      <w:r>
        <w:rPr>
          <w:rFonts w:ascii="微软雅黑" w:eastAsia="微软雅黑" w:hAnsi="微软雅黑" w:cs="微软雅黑" w:hint="eastAsia"/>
          <w:b/>
          <w:lang w:eastAsia="zh-CN"/>
        </w:rPr>
        <w:t>这就是我们人工智能通识教育课程构建</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六、金句与结构提示</w:t>
      </w:r>
    </w:p>
    <w:p>
      <w:pPr/>
      <w:r>
        <w:rPr>
          <w:rFonts w:ascii="微软雅黑" w:eastAsia="微软雅黑" w:hAnsi="微软雅黑" w:cs="微软雅黑" w:hint="eastAsia"/>
          <w:lang w:eastAsia="zh-CN"/>
        </w:rPr>
        <w:t>金句：</w:t>
      </w:r>
      <w:r>
        <w:t>"</w:t>
      </w:r>
      <w:r>
        <w:rPr>
          <w:rFonts w:ascii="微软雅黑" w:eastAsia="微软雅黑" w:hAnsi="微软雅黑" w:cs="微软雅黑" w:hint="eastAsia"/>
          <w:lang w:eastAsia="zh-CN"/>
        </w:rPr>
        <w:t>现在我们把花、果、枝、叶、根、干</w:t>
      </w:r>
      <w:r>
        <w:t>……</w:t>
      </w:r>
      <w:r>
        <w:rPr>
          <w:rFonts w:ascii="微软雅黑" w:eastAsia="微软雅黑" w:hAnsi="微软雅黑" w:cs="微软雅黑" w:hint="eastAsia"/>
          <w:lang w:eastAsia="zh-CN"/>
        </w:rPr>
        <w:t>它到底长什么样。</w:t>
      </w:r>
      <w:r>
        <w:t>""</w:t>
      </w:r>
      <w:r>
        <w:rPr>
          <w:rFonts w:ascii="微软雅黑" w:eastAsia="微软雅黑" w:hAnsi="微软雅黑" w:cs="微软雅黑" w:hint="eastAsia"/>
          <w:lang w:eastAsia="zh-CN"/>
        </w:rPr>
        <w:t>只有根基稳固，主干才能坚实，最终才能结出实用的果实。</w:t>
      </w:r>
      <w:r>
        <w:t>"</w:t>
      </w:r>
      <w:r>
        <w:rPr>
          <w:rFonts w:ascii="微软雅黑" w:eastAsia="微软雅黑" w:hAnsi="微软雅黑" w:cs="微软雅黑" w:hint="eastAsia"/>
          <w:lang w:eastAsia="zh-CN"/>
        </w:rPr>
        <w:t>（笛卡尔）</w:t>
      </w:r>
      <w:r>
        <w:t>"</w:t>
      </w:r>
      <w:r>
        <w:rPr>
          <w:rFonts w:ascii="微软雅黑" w:eastAsia="微软雅黑" w:hAnsi="微软雅黑" w:cs="微软雅黑" w:hint="eastAsia"/>
          <w:lang w:eastAsia="zh-CN"/>
        </w:rPr>
        <w:t>那人工智能的枝它又从哪里来呢？</w:t>
      </w:r>
      <w:r>
        <w:t>""</w:t>
      </w:r>
      <w:r>
        <w:rPr>
          <w:rFonts w:ascii="微软雅黑" w:eastAsia="微软雅黑" w:hAnsi="微软雅黑" w:cs="微软雅黑" w:hint="eastAsia"/>
          <w:lang w:eastAsia="zh-CN"/>
        </w:rPr>
        <w:t>它表面上看起来像是工程和技术，应该以</w:t>
      </w:r>
      <w:r>
        <w:t>STEM</w:t>
      </w:r>
      <w:r>
        <w:rPr>
          <w:rFonts w:ascii="微软雅黑" w:eastAsia="微软雅黑" w:hAnsi="微软雅黑" w:cs="微软雅黑" w:hint="eastAsia"/>
          <w:lang w:eastAsia="zh-CN"/>
        </w:rPr>
        <w:t>的方式来教。</w:t>
      </w:r>
      <w:r>
        <w:t>""F1×L1=F2×L2</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这个经验是渐次抽象的。</w:t>
      </w:r>
      <w:r>
        <w:t>""</w:t>
      </w:r>
      <w:r>
        <w:rPr>
          <w:rFonts w:ascii="微软雅黑" w:eastAsia="微软雅黑" w:hAnsi="微软雅黑" w:cs="微软雅黑" w:hint="eastAsia"/>
          <w:lang w:eastAsia="zh-CN"/>
        </w:rPr>
        <w:t>他（学生）在这过程中没有真正意义上的思考。</w:t>
      </w:r>
      <w:r>
        <w:t>""</w:t>
      </w:r>
      <w:r>
        <w:rPr>
          <w:rFonts w:ascii="微软雅黑" w:eastAsia="微软雅黑" w:hAnsi="微软雅黑" w:cs="微软雅黑" w:hint="eastAsia"/>
          <w:lang w:eastAsia="zh-CN"/>
        </w:rPr>
        <w:t>人工智能是棵树，这棵树的根是数学。</w:t>
      </w:r>
      <w:r>
        <w:t>""</w:t>
      </w:r>
      <w:r>
        <w:rPr>
          <w:rFonts w:ascii="微软雅黑" w:eastAsia="微软雅黑" w:hAnsi="微软雅黑" w:cs="微软雅黑" w:hint="eastAsia"/>
          <w:lang w:eastAsia="zh-CN"/>
        </w:rPr>
        <w:t>任何学科都能够用在智育上正确的方式，有效地教给任何发展阶段的任何儿童。</w:t>
      </w:r>
      <w:r>
        <w:t>"</w:t>
      </w:r>
      <w:r>
        <w:rPr>
          <w:rFonts w:ascii="微软雅黑" w:eastAsia="微软雅黑" w:hAnsi="微软雅黑" w:cs="微软雅黑" w:hint="eastAsia"/>
          <w:lang w:eastAsia="zh-CN"/>
        </w:rPr>
        <w:t>（布鲁纳）</w:t>
      </w:r>
      <w:r>
        <w:t>"</w:t>
      </w:r>
      <w:r>
        <w:rPr>
          <w:rFonts w:ascii="微软雅黑" w:eastAsia="微软雅黑" w:hAnsi="微软雅黑" w:cs="微软雅黑" w:hint="eastAsia"/>
          <w:lang w:eastAsia="zh-CN"/>
        </w:rPr>
        <w:t>这就是我们人工智能通识教育课程构建。</w:t>
      </w:r>
      <w:r>
        <w:t>"</w:t>
      </w:r>
    </w:p>
    <w:p>
      <w:pPr/>
      <w:r>
        <w:rPr>
          <w:rFonts w:ascii="微软雅黑" w:eastAsia="微软雅黑" w:hAnsi="微软雅黑" w:cs="微软雅黑" w:hint="eastAsia"/>
          <w:lang w:eastAsia="zh-CN"/>
        </w:rPr>
        <w:t>结构提示：本讲是全模块的</w:t>
      </w:r>
      <w:r>
        <w:t>"</w:t>
      </w:r>
      <w:r>
        <w:rPr>
          <w:rFonts w:ascii="微软雅黑" w:eastAsia="微软雅黑" w:hAnsi="微软雅黑" w:cs="微软雅黑" w:hint="eastAsia"/>
          <w:lang w:eastAsia="zh-CN"/>
        </w:rPr>
        <w:t>总装车间</w:t>
      </w:r>
      <w:r>
        <w:t>"</w:t>
      </w:r>
      <w:r>
        <w:rPr>
          <w:rFonts w:ascii="微软雅黑" w:eastAsia="微软雅黑" w:hAnsi="微软雅黑" w:cs="微软雅黑" w:hint="eastAsia"/>
          <w:lang w:eastAsia="zh-CN"/>
        </w:rPr>
        <w:t>，建议先用一页知识树图复盘第</w:t>
      </w:r>
      <w:r>
        <w:t>1–5</w:t>
      </w:r>
      <w:r>
        <w:rPr>
          <w:rFonts w:ascii="微软雅黑" w:eastAsia="微软雅黑" w:hAnsi="微软雅黑" w:cs="微软雅黑" w:hint="eastAsia"/>
          <w:lang w:eastAsia="zh-CN"/>
        </w:rPr>
        <w:t>讲，再切入课程与教学论。两条论证线可直接借用：</w:t>
      </w:r>
      <w:r>
        <w:rPr>
          <w:rFonts w:ascii="微软雅黑" w:eastAsia="微软雅黑" w:hAnsi="微软雅黑" w:cs="微软雅黑" w:hint="eastAsia"/>
          <w:b/>
          <w:lang w:eastAsia="zh-CN"/>
        </w:rPr>
        <w:t>①自上而下的追问（果→花→叶→枝→干→根）＝学科逻辑；②自下而上的教学（动作→映像→符号，螺旋上升）＝儿童心理逻辑</w:t>
      </w:r>
      <w:r>
        <w:t>——</w:t>
      </w:r>
      <w:r>
        <w:rPr>
          <w:rFonts w:ascii="微软雅黑" w:eastAsia="微软雅黑" w:hAnsi="微软雅黑" w:cs="微软雅黑" w:hint="eastAsia"/>
          <w:lang w:eastAsia="zh-CN"/>
        </w:rPr>
        <w:t>二者交汇正是</w:t>
      </w:r>
      <w:r>
        <w:t>AI</w:t>
      </w:r>
      <w:r>
        <w:rPr>
          <w:rFonts w:ascii="微软雅黑" w:eastAsia="微软雅黑" w:hAnsi="微软雅黑" w:cs="微软雅黑" w:hint="eastAsia"/>
          <w:lang w:eastAsia="zh-CN"/>
        </w:rPr>
        <w:t>通识课程的设计支点。布鲁纳名句可用于阐述</w:t>
      </w:r>
      <w:r>
        <w:t>"</w:t>
      </w:r>
      <w:r>
        <w:rPr>
          <w:rFonts w:ascii="微软雅黑" w:eastAsia="微软雅黑" w:hAnsi="微软雅黑" w:cs="微软雅黑" w:hint="eastAsia"/>
          <w:lang w:eastAsia="zh-CN"/>
        </w:rPr>
        <w:t>中小学为什么可以开</w:t>
      </w:r>
      <w:r>
        <w:t>AI</w:t>
      </w:r>
      <w:r>
        <w:rPr>
          <w:rFonts w:ascii="微软雅黑" w:eastAsia="微软雅黑" w:hAnsi="微软雅黑" w:cs="微软雅黑" w:hint="eastAsia"/>
          <w:lang w:eastAsia="zh-CN"/>
        </w:rPr>
        <w:t>通识课</w:t>
      </w:r>
      <w:r>
        <w:t>"</w:t>
      </w:r>
      <w:r>
        <w:rPr>
          <w:rFonts w:ascii="微软雅黑" w:eastAsia="微软雅黑" w:hAnsi="微软雅黑" w:cs="微软雅黑" w:hint="eastAsia"/>
          <w:lang w:eastAsia="zh-CN"/>
        </w:rPr>
        <w:t>。</w:t>
      </w:r>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24"/>
        </w:numPr>
        <w:spacing w:after="72"/>
      </w:pPr>
      <w:r>
        <w:rPr>
          <w:rFonts w:ascii="微软雅黑" w:eastAsia="微软雅黑" w:hAnsi="微软雅黑" w:cs="微软雅黑" w:hint="eastAsia"/>
          <w:b/>
          <w:lang w:eastAsia="zh-CN"/>
        </w:rPr>
        <w:t>知识树复盘图（必做）</w:t>
      </w:r>
      <w:r>
        <w:rPr>
          <w:rFonts w:ascii="微软雅黑" w:eastAsia="微软雅黑" w:hAnsi="微软雅黑" w:cs="微软雅黑" w:hint="eastAsia"/>
          <w:lang w:eastAsia="zh-CN"/>
        </w:rPr>
        <w:t>：综合第</w:t>
      </w:r>
      <w:r>
        <w:t>1–6</w:t>
      </w:r>
      <w:r>
        <w:rPr>
          <w:rFonts w:ascii="微软雅黑" w:eastAsia="微软雅黑" w:hAnsi="微软雅黑" w:cs="微软雅黑" w:hint="eastAsia"/>
          <w:lang w:eastAsia="zh-CN"/>
        </w:rPr>
        <w:t>讲，绘制一张</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全景图（根</w:t>
      </w:r>
      <w:r>
        <w:t>—</w:t>
      </w:r>
      <w:r>
        <w:rPr>
          <w:rFonts w:ascii="微软雅黑" w:eastAsia="微软雅黑" w:hAnsi="微软雅黑" w:cs="微软雅黑" w:hint="eastAsia"/>
          <w:lang w:eastAsia="zh-CN"/>
        </w:rPr>
        <w:t>干</w:t>
      </w:r>
      <w:r>
        <w:t>—</w:t>
      </w:r>
      <w:r>
        <w:rPr>
          <w:rFonts w:ascii="微软雅黑" w:eastAsia="微软雅黑" w:hAnsi="微软雅黑" w:cs="微软雅黑" w:hint="eastAsia"/>
          <w:lang w:eastAsia="zh-CN"/>
        </w:rPr>
        <w:t>枝</w:t>
      </w:r>
      <w:r>
        <w:t>—</w:t>
      </w:r>
      <w:r>
        <w:rPr>
          <w:rFonts w:ascii="微软雅黑" w:eastAsia="微软雅黑" w:hAnsi="微软雅黑" w:cs="微软雅黑" w:hint="eastAsia"/>
          <w:lang w:eastAsia="zh-CN"/>
        </w:rPr>
        <w:t>叶</w:t>
      </w:r>
      <w:r>
        <w:t>—</w:t>
      </w:r>
      <w:r>
        <w:rPr>
          <w:rFonts w:ascii="微软雅黑" w:eastAsia="微软雅黑" w:hAnsi="微软雅黑" w:cs="微软雅黑" w:hint="eastAsia"/>
          <w:lang w:eastAsia="zh-CN"/>
        </w:rPr>
        <w:t>花</w:t>
      </w:r>
      <w:r>
        <w:t>—</w:t>
      </w:r>
      <w:r>
        <w:rPr>
          <w:rFonts w:ascii="微软雅黑" w:eastAsia="微软雅黑" w:hAnsi="微软雅黑" w:cs="微软雅黑" w:hint="eastAsia"/>
          <w:lang w:eastAsia="zh-CN"/>
        </w:rPr>
        <w:t>果六层，每层标注</w:t>
      </w:r>
      <w:r>
        <w:t>2</w:t>
      </w:r>
      <w:r>
        <w:rPr>
          <w:rFonts w:ascii="微软雅黑" w:eastAsia="微软雅黑" w:hAnsi="微软雅黑" w:cs="微软雅黑" w:hint="eastAsia"/>
          <w:lang w:eastAsia="zh-CN"/>
        </w:rPr>
        <w:t>个以上实例），</w:t>
      </w:r>
      <w:r>
        <w:t>A3</w:t>
      </w:r>
      <w:r>
        <w:rPr>
          <w:rFonts w:ascii="微软雅黑" w:eastAsia="微软雅黑" w:hAnsi="微软雅黑" w:cs="微软雅黑" w:hint="eastAsia"/>
          <w:lang w:eastAsia="zh-CN"/>
        </w:rPr>
        <w:t>打印贴于教研组，作为校本</w:t>
      </w:r>
      <w:r>
        <w:t>AI</w:t>
      </w:r>
      <w:r>
        <w:rPr>
          <w:rFonts w:ascii="微软雅黑" w:eastAsia="微软雅黑" w:hAnsi="微软雅黑" w:cs="微软雅黑" w:hint="eastAsia"/>
          <w:lang w:eastAsia="zh-CN"/>
        </w:rPr>
        <w:t>通识课程蓝图。</w:t>
      </w:r>
    </w:p>
    <w:p>
      <w:pPr>
        <w:pStyle w:val="ListNumber"/>
        <w:numPr>
          <w:ilvl w:val="0"/>
          <w:numId w:val="24"/>
        </w:numPr>
        <w:spacing w:after="72"/>
      </w:pPr>
      <w:r>
        <w:rPr>
          <w:rFonts w:ascii="微软雅黑" w:eastAsia="微软雅黑" w:hAnsi="微软雅黑" w:cs="微软雅黑" w:hint="eastAsia"/>
          <w:b/>
          <w:lang w:eastAsia="zh-CN"/>
        </w:rPr>
        <w:t>三重表征教案片段（必做）</w:t>
      </w:r>
      <w:r>
        <w:rPr>
          <w:rFonts w:ascii="微软雅黑" w:eastAsia="微软雅黑" w:hAnsi="微软雅黑" w:cs="微软雅黑" w:hint="eastAsia"/>
          <w:lang w:eastAsia="zh-CN"/>
        </w:rPr>
        <w:t>：任选一个</w:t>
      </w:r>
      <w:r>
        <w:t>AI</w:t>
      </w:r>
      <w:r>
        <w:rPr>
          <w:rFonts w:ascii="微软雅黑" w:eastAsia="微软雅黑" w:hAnsi="微软雅黑" w:cs="微软雅黑" w:hint="eastAsia"/>
          <w:lang w:eastAsia="zh-CN"/>
        </w:rPr>
        <w:t>概念（如</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数据</w:t>
      </w:r>
      <w:r>
        <w:t>""</w:t>
      </w:r>
      <w:r>
        <w:rPr>
          <w:rFonts w:ascii="微软雅黑" w:eastAsia="微软雅黑" w:hAnsi="微软雅黑" w:cs="微软雅黑" w:hint="eastAsia"/>
          <w:lang w:eastAsia="zh-CN"/>
        </w:rPr>
        <w:t>模型</w:t>
      </w:r>
      <w:r>
        <w:t>"</w:t>
      </w:r>
      <w:r>
        <w:rPr>
          <w:rFonts w:ascii="微软雅黑" w:eastAsia="微软雅黑" w:hAnsi="微软雅黑" w:cs="微软雅黑" w:hint="eastAsia"/>
          <w:lang w:eastAsia="zh-CN"/>
        </w:rPr>
        <w:t>），按</w:t>
      </w:r>
      <w:r>
        <w:t>"</w:t>
      </w:r>
      <w:r>
        <w:rPr>
          <w:rFonts w:ascii="微软雅黑" w:eastAsia="微软雅黑" w:hAnsi="微软雅黑" w:cs="微软雅黑" w:hint="eastAsia"/>
          <w:lang w:eastAsia="zh-CN"/>
        </w:rPr>
        <w:t>动作表征</w:t>
      </w:r>
      <w:r>
        <w:t>→</w:t>
      </w:r>
      <w:r>
        <w:rPr>
          <w:rFonts w:ascii="微软雅黑" w:eastAsia="微软雅黑" w:hAnsi="微软雅黑" w:cs="微软雅黑" w:hint="eastAsia"/>
          <w:lang w:eastAsia="zh-CN"/>
        </w:rPr>
        <w:t>映像表征</w:t>
      </w:r>
      <w:r>
        <w:t>→</w:t>
      </w:r>
      <w:r>
        <w:rPr>
          <w:rFonts w:ascii="微软雅黑" w:eastAsia="微软雅黑" w:hAnsi="微软雅黑" w:cs="微软雅黑" w:hint="eastAsia"/>
          <w:lang w:eastAsia="zh-CN"/>
        </w:rPr>
        <w:t>符号表征</w:t>
      </w:r>
      <w:r>
        <w:t>"</w:t>
      </w:r>
      <w:r>
        <w:rPr>
          <w:rFonts w:ascii="微软雅黑" w:eastAsia="微软雅黑" w:hAnsi="微软雅黑" w:cs="微软雅黑" w:hint="eastAsia"/>
          <w:lang w:eastAsia="zh-CN"/>
        </w:rPr>
        <w:t>三级路径写一段</w:t>
      </w:r>
      <w:r>
        <w:t>10</w:t>
      </w:r>
      <w:r>
        <w:rPr>
          <w:rFonts w:ascii="微软雅黑" w:eastAsia="微软雅黑" w:hAnsi="微软雅黑" w:cs="微软雅黑" w:hint="eastAsia"/>
          <w:lang w:eastAsia="zh-CN"/>
        </w:rPr>
        <w:t>分钟微课教案，下周三前交教研室，汇编入校本资源库。</w:t>
      </w:r>
    </w:p>
    <w:p>
      <w:pPr>
        <w:pStyle w:val="ListNumber"/>
        <w:numPr>
          <w:ilvl w:val="0"/>
          <w:numId w:val="24"/>
        </w:numPr>
        <w:spacing w:after="72"/>
      </w:pPr>
      <w:r>
        <w:rPr>
          <w:rFonts w:ascii="微软雅黑" w:eastAsia="微软雅黑" w:hAnsi="微软雅黑" w:cs="微软雅黑" w:hint="eastAsia"/>
          <w:b/>
          <w:lang w:eastAsia="zh-CN"/>
        </w:rPr>
        <w:t>螺旋课程规划（选做）</w:t>
      </w:r>
      <w:r>
        <w:rPr>
          <w:rFonts w:ascii="微软雅黑" w:eastAsia="微软雅黑" w:hAnsi="微软雅黑" w:cs="微软雅黑" w:hint="eastAsia"/>
          <w:lang w:eastAsia="zh-CN"/>
        </w:rPr>
        <w:t>：以完全中学</w:t>
      </w:r>
      <w:r>
        <w:t>"</w:t>
      </w:r>
      <w:r>
        <w:rPr>
          <w:rFonts w:ascii="微软雅黑" w:eastAsia="微软雅黑" w:hAnsi="微软雅黑" w:cs="微软雅黑" w:hint="eastAsia"/>
          <w:lang w:eastAsia="zh-CN"/>
        </w:rPr>
        <w:t>初中</w:t>
      </w:r>
      <w:r>
        <w:t>—</w:t>
      </w:r>
      <w:r>
        <w:rPr>
          <w:rFonts w:ascii="微软雅黑" w:eastAsia="微软雅黑" w:hAnsi="微软雅黑" w:cs="微软雅黑" w:hint="eastAsia"/>
          <w:lang w:eastAsia="zh-CN"/>
        </w:rPr>
        <w:t>高中</w:t>
      </w:r>
      <w:r>
        <w:t>"</w:t>
      </w:r>
      <w:r>
        <w:rPr>
          <w:rFonts w:ascii="微软雅黑" w:eastAsia="微软雅黑" w:hAnsi="微软雅黑" w:cs="微软雅黑" w:hint="eastAsia"/>
          <w:lang w:eastAsia="zh-CN"/>
        </w:rPr>
        <w:t>贯通视角，就某一</w:t>
      </w:r>
      <w:r>
        <w:t>AI</w:t>
      </w:r>
      <w:r>
        <w:rPr>
          <w:rFonts w:ascii="微软雅黑" w:eastAsia="微软雅黑" w:hAnsi="微软雅黑" w:cs="微软雅黑" w:hint="eastAsia"/>
          <w:lang w:eastAsia="zh-CN"/>
        </w:rPr>
        <w:t>主题（如</w:t>
      </w:r>
      <w:r>
        <w:t>"</w:t>
      </w:r>
      <w:r>
        <w:rPr>
          <w:rFonts w:ascii="微软雅黑" w:eastAsia="微软雅黑" w:hAnsi="微软雅黑" w:cs="微软雅黑" w:hint="eastAsia"/>
          <w:lang w:eastAsia="zh-CN"/>
        </w:rPr>
        <w:t>计算机视觉</w:t>
      </w:r>
      <w:r>
        <w:t>"</w:t>
      </w:r>
      <w:r>
        <w:rPr>
          <w:rFonts w:ascii="微软雅黑" w:eastAsia="微软雅黑" w:hAnsi="微软雅黑" w:cs="微软雅黑" w:hint="eastAsia"/>
          <w:lang w:eastAsia="zh-CN"/>
        </w:rPr>
        <w:t>）设计</w:t>
      </w:r>
      <w:r>
        <w:t>"</w:t>
      </w:r>
      <w:r>
        <w:rPr>
          <w:rFonts w:ascii="微软雅黑" w:eastAsia="微软雅黑" w:hAnsi="微软雅黑" w:cs="微软雅黑" w:hint="eastAsia"/>
          <w:lang w:eastAsia="zh-CN"/>
        </w:rPr>
        <w:t>螺旋上升</w:t>
      </w:r>
      <w:r>
        <w:t>"</w:t>
      </w:r>
      <w:r>
        <w:rPr>
          <w:rFonts w:ascii="微软雅黑" w:eastAsia="微软雅黑" w:hAnsi="微软雅黑" w:cs="微软雅黑" w:hint="eastAsia"/>
          <w:lang w:eastAsia="zh-CN"/>
        </w:rPr>
        <w:t>的两阶段学习路径，说明如何在初中做动作</w:t>
      </w:r>
      <w:r>
        <w:t>/</w:t>
      </w:r>
      <w:r>
        <w:rPr>
          <w:rFonts w:ascii="微软雅黑" w:eastAsia="微软雅黑" w:hAnsi="微软雅黑" w:cs="微软雅黑" w:hint="eastAsia"/>
          <w:lang w:eastAsia="zh-CN"/>
        </w:rPr>
        <w:t>映像表征、在高中上升到符号表征。</w:t>
      </w:r>
      <w:r/>
    </w:p>
    <w:p>
      <w:pPr>
        <w:pStyle w:val="Heading3"/>
      </w:pPr>
      <w:r>
        <w:rPr>
          <w:rFonts w:ascii="微软雅黑" w:hAnsi="微软雅黑" w:eastAsia="微软雅黑" w:cs="微软雅黑" w:hint="eastAsia"/>
          <w:b w:val="0"/>
          <w:color w:val="1A237E"/>
          <w:sz w:val="20"/>
          <w:lang w:eastAsia="zh-CN"/>
        </w:rPr>
        <w:t>八、AI 视频创作拓展（可选素材）</w:t>
      </w:r>
    </w:p>
    <w:p>
      <w:pPr/>
      <w:r>
        <w:rPr>
          <w:rFonts w:ascii="微软雅黑" w:eastAsia="微软雅黑" w:hAnsi="微软雅黑" w:cs="微软雅黑" w:hint="eastAsia"/>
          <w:b/>
          <w:lang w:eastAsia="zh-CN"/>
        </w:rPr>
        <w:t>提示词（可直接粘贴至AI视频工具）：</w:t>
      </w:r>
    </w:p>
    <w:p>
      <w:pPr/>
      <w:r>
        <w:rPr>
          <w:rFonts w:ascii="微软雅黑" w:eastAsia="微软雅黑" w:hAnsi="微软雅黑" w:cs="微软雅黑" w:hint="eastAsia"/>
          <w:lang w:eastAsia="zh-CN"/>
        </w:rPr>
        <w:t>主体：一棵贯通天地的</w:t>
      </w:r>
      <w:r>
        <w:t>"</w:t>
      </w:r>
      <w:r>
        <w:rPr>
          <w:rFonts w:ascii="微软雅黑" w:eastAsia="微软雅黑" w:hAnsi="微软雅黑" w:cs="微软雅黑" w:hint="eastAsia"/>
          <w:lang w:eastAsia="zh-CN"/>
        </w:rPr>
        <w:t>人工智能知识树</w:t>
      </w:r>
      <w:r>
        <w:t>"</w:t>
      </w:r>
      <w:r>
        <w:rPr>
          <w:rFonts w:ascii="微软雅黑" w:eastAsia="微软雅黑" w:hAnsi="微软雅黑" w:cs="微软雅黑" w:hint="eastAsia"/>
          <w:lang w:eastAsia="zh-CN"/>
        </w:rPr>
        <w:t>，自树根（镌刻</w:t>
      </w:r>
      <w:r>
        <w:t>"</w:t>
      </w:r>
      <w:r>
        <w:rPr>
          <w:rFonts w:ascii="微软雅黑" w:eastAsia="微软雅黑" w:hAnsi="微软雅黑" w:cs="微软雅黑" w:hint="eastAsia"/>
          <w:lang w:eastAsia="zh-CN"/>
        </w:rPr>
        <w:t>数学</w:t>
      </w:r>
      <w:r>
        <w:t>"</w:t>
      </w:r>
      <w:r>
        <w:rPr>
          <w:rFonts w:ascii="微软雅黑" w:eastAsia="微软雅黑" w:hAnsi="微软雅黑" w:cs="微软雅黑" w:hint="eastAsia"/>
          <w:lang w:eastAsia="zh-CN"/>
        </w:rPr>
        <w:t>发光脉络）向上依次显现干（机器学习）、枝（</w:t>
      </w:r>
      <w:r>
        <w:t>CNN/Transformer</w:t>
      </w:r>
      <w:r>
        <w:rPr>
          <w:rFonts w:ascii="微软雅黑" w:eastAsia="微软雅黑" w:hAnsi="微软雅黑" w:cs="微软雅黑" w:hint="eastAsia"/>
          <w:lang w:eastAsia="zh-CN"/>
        </w:rPr>
        <w:t>）、叶（计算机视觉</w:t>
      </w:r>
      <w:r>
        <w:t>/NLP</w:t>
      </w:r>
      <w:r>
        <w:rPr>
          <w:rFonts w:ascii="微软雅黑" w:eastAsia="微软雅黑" w:hAnsi="微软雅黑" w:cs="微软雅黑" w:hint="eastAsia"/>
          <w:lang w:eastAsia="zh-CN"/>
        </w:rPr>
        <w:t>）、花（多模态</w:t>
      </w:r>
      <w:r>
        <w:t>/</w:t>
      </w:r>
      <w:r>
        <w:rPr>
          <w:rFonts w:ascii="微软雅黑" w:eastAsia="微软雅黑" w:hAnsi="微软雅黑" w:cs="微软雅黑" w:hint="eastAsia"/>
          <w:lang w:eastAsia="zh-CN"/>
        </w:rPr>
        <w:t>世界模型）、果（</w:t>
      </w:r>
      <w:r>
        <w:t>ChatGPT/DeepSeek/AlphaFold 3</w:t>
      </w:r>
      <w:r>
        <w:rPr>
          <w:rFonts w:ascii="微软雅黑" w:eastAsia="微软雅黑" w:hAnsi="微软雅黑" w:cs="微软雅黑" w:hint="eastAsia"/>
          <w:lang w:eastAsia="zh-CN"/>
        </w:rPr>
        <w:t>发光果实）；树下一名学生先动手搭建积木（动作表征），再举笔画简笔画（映像表征），最后仰望公式中升腾的光点（符号表征）；动作：知识树随学生成长由根向果逐层点亮，果实如星雨洒落；场景：融合笛卡尔哲思书房与未来教室的温暖空间，背景悬浮</w:t>
      </w:r>
      <w:r>
        <w:t>STEM</w:t>
      </w:r>
      <w:r>
        <w:rPr>
          <w:rFonts w:ascii="微软雅黑" w:eastAsia="微软雅黑" w:hAnsi="微软雅黑" w:cs="微软雅黑" w:hint="eastAsia"/>
          <w:lang w:eastAsia="zh-CN"/>
        </w:rPr>
        <w:t>四色环（</w:t>
      </w:r>
      <w:r>
        <w:t>SCIENCE/TECHNOLOGY/ENGINEERING/MATHEMATICS</w:t>
      </w:r>
      <w:r>
        <w:rPr>
          <w:rFonts w:ascii="微软雅黑" w:eastAsia="微软雅黑" w:hAnsi="微软雅黑" w:cs="微软雅黑" w:hint="eastAsia"/>
          <w:lang w:eastAsia="zh-CN"/>
        </w:rPr>
        <w:t>）与杠杆平衡式</w:t>
      </w:r>
      <w:r>
        <w:t>F1×L1=F2×L2</w:t>
      </w:r>
      <w:r>
        <w:rPr>
          <w:rFonts w:ascii="微软雅黑" w:eastAsia="微软雅黑" w:hAnsi="微软雅黑" w:cs="微软雅黑" w:hint="eastAsia"/>
          <w:lang w:eastAsia="zh-CN"/>
        </w:rPr>
        <w:t>；光影：晨光金辉自树冠倾泻，根部幽蓝数学光纹流转；镜头运动：从树根微距缓慢攀升至树冠全景，再俯冲回学生特写；风格：温暖教育动画、水彩质感</w:t>
      </w:r>
      <w:r>
        <w:t>+</w:t>
      </w:r>
      <w:r>
        <w:rPr>
          <w:rFonts w:ascii="微软雅黑" w:eastAsia="微软雅黑" w:hAnsi="微软雅黑" w:cs="微软雅黑" w:hint="eastAsia"/>
          <w:lang w:eastAsia="zh-CN"/>
        </w:rPr>
        <w:t>柔光；情绪：启迪、成长、希望与秩序之美。</w:t>
      </w:r>
      <w:r/>
    </w:p>
    <w:p>
      <w:bookmarkStart w:id="29" w:name="_Toc_section_8"/>
      <w:bookmarkStart w:id="7" w:name="section-8"/>
      <w:pPr>
        <w:pStyle w:val="Heading2"/>
        <w:pageBreakBefore/>
      </w:pPr>
      <w:bookmarkEnd w:id="7"/>
      <w:r>
        <w:rPr>
          <w:rFonts w:ascii="微软雅黑" w:hAnsi="微软雅黑" w:eastAsia="微软雅黑" w:cs="微软雅黑" w:hint="eastAsia"/>
          <w:b w:val="0"/>
          <w:color w:val="1A237E"/>
          <w:sz w:val="22"/>
          <w:lang w:eastAsia="zh-CN"/>
        </w:rPr>
        <w:t xml:space="preserve">  研修方案 7：《人工智能通识教育的目标》</w:t>
      </w:r>
      <w:bookmarkEnd w:id="29"/>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7</w:t>
      </w:r>
      <w:r>
        <w:rPr>
          <w:rFonts w:ascii="微软雅黑" w:eastAsia="微软雅黑" w:hAnsi="微软雅黑" w:cs="微软雅黑" w:hint="eastAsia"/>
          <w:color w:val="212121"/>
          <w:lang w:eastAsia="zh-CN"/>
        </w:rPr>
        <w:t>讲《人工智能通识教育的目标》｜时长约</w:t>
      </w:r>
      <w:r>
        <w:rPr>
          <w:color w:val="212121"/>
        </w:rPr>
        <w:t>14</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：学科通识｜</w:t>
      </w: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：泉州市第一中学（完全中学）全体信息科技、数学、科学及相关学科教师，教研组长、备课组长优先｜</w:t>
      </w: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p>
    <w:p>
      <w:pPr>
        <w:pStyle w:val="Heading3"/>
      </w:pPr>
      <w:r>
        <w:rPr>
          <w:rFonts w:ascii="微软雅黑" w:hAnsi="微软雅黑" w:eastAsia="微软雅黑" w:cs="微软雅黑" w:hint="eastAsia"/>
          <w:b w:val="0"/>
          <w:color w:val="1A237E"/>
          <w:sz w:val="20"/>
          <w:lang w:eastAsia="zh-CN"/>
        </w:rPr>
        <w:t>一、研修目标（可检核的行为动词）</w:t>
      </w:r>
    </w:p>
    <w:p>
      <w:pPr>
        <w:pStyle w:val="ListNumber"/>
        <w:numPr>
          <w:ilvl w:val="0"/>
          <w:numId w:val="25"/>
        </w:numPr>
        <w:spacing w:after="72"/>
      </w:pPr>
      <w:r>
        <w:rPr>
          <w:rFonts w:ascii="微软雅黑" w:eastAsia="微软雅黑" w:hAnsi="微软雅黑" w:cs="微软雅黑" w:hint="eastAsia"/>
          <w:b/>
          <w:lang w:eastAsia="zh-CN"/>
        </w:rPr>
        <w:t>能阐述</w:t>
      </w:r>
      <w:r>
        <w:rPr>
          <w:rFonts w:ascii="微软雅黑" w:eastAsia="微软雅黑" w:hAnsi="微软雅黑" w:cs="微软雅黑" w:hint="eastAsia"/>
          <w:lang w:eastAsia="zh-CN"/>
        </w:rPr>
        <w:t>人工智能通识教育</w:t>
      </w:r>
      <w:r>
        <w:t>"</w:t>
      </w:r>
      <w:r>
        <w:rPr>
          <w:rFonts w:ascii="微软雅黑" w:eastAsia="微软雅黑" w:hAnsi="微软雅黑" w:cs="微软雅黑" w:hint="eastAsia"/>
          <w:lang w:eastAsia="zh-CN"/>
        </w:rPr>
        <w:t>跨学科（</w:t>
      </w:r>
      <w:r>
        <w:t>STEM/STEAM</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的本质属性，并说出科学、技术、工程、数学四要素在</w:t>
      </w:r>
      <w:r>
        <w:t>AI</w:t>
      </w:r>
      <w:r>
        <w:rPr>
          <w:rFonts w:ascii="微软雅黑" w:eastAsia="微软雅黑" w:hAnsi="微软雅黑" w:cs="微软雅黑" w:hint="eastAsia"/>
          <w:lang w:eastAsia="zh-CN"/>
        </w:rPr>
        <w:t>课程中的体现。</w:t>
      </w:r>
    </w:p>
    <w:p>
      <w:pPr>
        <w:pStyle w:val="ListNumber"/>
        <w:numPr>
          <w:ilvl w:val="0"/>
          <w:numId w:val="25"/>
        </w:numPr>
        <w:spacing w:after="72"/>
      </w:pPr>
      <w:r>
        <w:rPr>
          <w:rFonts w:ascii="微软雅黑" w:eastAsia="微软雅黑" w:hAnsi="微软雅黑" w:cs="微软雅黑" w:hint="eastAsia"/>
          <w:b/>
          <w:lang w:eastAsia="zh-CN"/>
        </w:rPr>
        <w:t>能复述</w:t>
      </w:r>
      <w:r>
        <w:t>"</w:t>
      </w:r>
      <w:r>
        <w:rPr>
          <w:rFonts w:ascii="微软雅黑" w:eastAsia="微软雅黑" w:hAnsi="微软雅黑" w:cs="微软雅黑" w:hint="eastAsia"/>
          <w:lang w:eastAsia="zh-CN"/>
        </w:rPr>
        <w:t>像艺术家一样想象、像科学家一样思考、像工程师一样创造、像正常人一样生活</w:t>
      </w:r>
      <w:r>
        <w:t>"</w:t>
      </w:r>
      <w:r>
        <w:rPr>
          <w:rFonts w:ascii="微软雅黑" w:eastAsia="微软雅黑" w:hAnsi="微软雅黑" w:cs="微软雅黑" w:hint="eastAsia"/>
          <w:lang w:eastAsia="zh-CN"/>
        </w:rPr>
        <w:t>四句育人目标，并解释其指向的</w:t>
      </w:r>
      <w:r>
        <w:t>"</w:t>
      </w:r>
      <w:r>
        <w:rPr>
          <w:rFonts w:ascii="微软雅黑" w:eastAsia="微软雅黑" w:hAnsi="微软雅黑" w:cs="微软雅黑" w:hint="eastAsia"/>
          <w:lang w:eastAsia="zh-CN"/>
        </w:rPr>
        <w:t>全面发展</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科技之美</w:t>
      </w:r>
      <w:r>
        <w:t>"</w:t>
      </w:r>
      <w:r>
        <w:rPr>
          <w:rFonts w:ascii="微软雅黑" w:eastAsia="微软雅黑" w:hAnsi="微软雅黑" w:cs="微软雅黑" w:hint="eastAsia"/>
          <w:lang w:eastAsia="zh-CN"/>
        </w:rPr>
        <w:t>。</w:t>
      </w:r>
    </w:p>
    <w:p>
      <w:pPr>
        <w:pStyle w:val="ListNumber"/>
        <w:numPr>
          <w:ilvl w:val="0"/>
          <w:numId w:val="25"/>
        </w:numPr>
        <w:spacing w:after="72"/>
      </w:pPr>
      <w:r>
        <w:rPr>
          <w:rFonts w:ascii="微软雅黑" w:eastAsia="微软雅黑" w:hAnsi="微软雅黑" w:cs="微软雅黑" w:hint="eastAsia"/>
          <w:b/>
          <w:lang w:eastAsia="zh-CN"/>
        </w:rPr>
        <w:t>能识别</w:t>
      </w:r>
      <w:r>
        <w:rPr>
          <w:rFonts w:ascii="微软雅黑" w:eastAsia="微软雅黑" w:hAnsi="微软雅黑" w:cs="微软雅黑" w:hint="eastAsia"/>
          <w:lang w:eastAsia="zh-CN"/>
        </w:rPr>
        <w:t>人工智能五大能力圈（能懂、看见、听见、会说、能动），并运用</w:t>
      </w:r>
      <w:r>
        <w:t>"AI=</w:t>
      </w:r>
      <w:r>
        <w:rPr>
          <w:rFonts w:ascii="微软雅黑" w:eastAsia="微软雅黑" w:hAnsi="微软雅黑" w:cs="微软雅黑" w:hint="eastAsia"/>
          <w:lang w:eastAsia="zh-CN"/>
        </w:rPr>
        <w:t>以机器模拟人类智能</w:t>
      </w:r>
      <w:r>
        <w:t>"</w:t>
      </w:r>
      <w:r>
        <w:rPr>
          <w:rFonts w:ascii="微软雅黑" w:eastAsia="微软雅黑" w:hAnsi="微软雅黑" w:cs="微软雅黑" w:hint="eastAsia"/>
          <w:lang w:eastAsia="zh-CN"/>
        </w:rPr>
        <w:t>的定义解释人机关系。</w:t>
      </w:r>
    </w:p>
    <w:p>
      <w:pPr>
        <w:pStyle w:val="ListNumber"/>
        <w:numPr>
          <w:ilvl w:val="0"/>
          <w:numId w:val="25"/>
        </w:numPr>
        <w:spacing w:after="72"/>
      </w:pPr>
      <w:r>
        <w:rPr>
          <w:rFonts w:ascii="微软雅黑" w:eastAsia="微软雅黑" w:hAnsi="微软雅黑" w:cs="微软雅黑" w:hint="eastAsia"/>
          <w:b/>
          <w:lang w:eastAsia="zh-CN"/>
        </w:rPr>
        <w:t>能设计</w:t>
      </w:r>
      <w:r>
        <w:rPr>
          <w:rFonts w:ascii="微软雅黑" w:eastAsia="微软雅黑" w:hAnsi="微软雅黑" w:cs="微软雅黑" w:hint="eastAsia"/>
          <w:lang w:eastAsia="zh-CN"/>
        </w:rPr>
        <w:t>一节体现</w:t>
      </w:r>
      <w:r>
        <w:t>"</w:t>
      </w:r>
      <w:r>
        <w:rPr>
          <w:rFonts w:ascii="微软雅黑" w:eastAsia="微软雅黑" w:hAnsi="微软雅黑" w:cs="微软雅黑" w:hint="eastAsia"/>
          <w:lang w:eastAsia="zh-CN"/>
        </w:rPr>
        <w:t>人机关系</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哲学思辨</w:t>
      </w:r>
      <w:r>
        <w:t>"</w:t>
      </w:r>
      <w:r>
        <w:rPr>
          <w:rFonts w:ascii="微软雅黑" w:eastAsia="微软雅黑" w:hAnsi="微软雅黑" w:cs="微软雅黑" w:hint="eastAsia"/>
          <w:lang w:eastAsia="zh-CN"/>
        </w:rPr>
        <w:t>的通识课片段，引导学生思考</w:t>
      </w:r>
      <w:r>
        <w:t>"</w:t>
      </w:r>
      <w:r>
        <w:rPr>
          <w:rFonts w:ascii="微软雅黑" w:eastAsia="微软雅黑" w:hAnsi="微软雅黑" w:cs="微软雅黑" w:hint="eastAsia"/>
          <w:lang w:eastAsia="zh-CN"/>
        </w:rPr>
        <w:t>人应如何与人工智能相处</w:t>
      </w:r>
      <w:r>
        <w:t>""AI</w:t>
      </w:r>
      <w:r>
        <w:rPr>
          <w:rFonts w:ascii="微软雅黑" w:eastAsia="微软雅黑" w:hAnsi="微软雅黑" w:cs="微软雅黑" w:hint="eastAsia"/>
          <w:lang w:eastAsia="zh-CN"/>
        </w:rPr>
        <w:t>能否超过人类智能</w:t>
      </w:r>
      <w:r>
        <w:t>"</w:t>
      </w:r>
      <w:r>
        <w:rPr>
          <w:rFonts w:ascii="微软雅黑" w:eastAsia="微软雅黑" w:hAnsi="微软雅黑" w:cs="微软雅黑" w:hint="eastAsia"/>
          <w:lang w:eastAsia="zh-CN"/>
        </w:rPr>
        <w:t>两个问题。</w:t>
      </w:r>
    </w:p>
    <w:p>
      <w:pPr>
        <w:pStyle w:val="Heading3"/>
      </w:pPr>
      <w:r>
        <w:rPr>
          <w:rFonts w:ascii="微软雅黑" w:hAnsi="微软雅黑" w:eastAsia="微软雅黑" w:cs="微软雅黑" w:hint="eastAsia"/>
          <w:b w:val="0"/>
          <w:color w:val="1A237E"/>
          <w:sz w:val="20"/>
          <w:lang w:eastAsia="zh-CN"/>
        </w:rPr>
        <w:t>二、观看任务单</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：定位理论内核</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本讲如何论证</w:t>
            </w:r>
            <w:r>
              <w:rPr>
                <w:sz w:val="18"/>
              </w:rPr>
              <w:t xml:space="preserve"> </w:t>
            </w:r>
            <w:r>
              <w:rPr>
                <w:sz w:val="18"/>
              </w:rPr>
              <w:t>"AI</w:t>
            </w:r>
            <w:r>
              <w:rPr>
                <w:sz w:val="18"/>
              </w:rPr>
              <w:t xml:space="preserve"> </w:t>
            </w:r>
            <w:r>
              <w:rPr>
                <w:sz w:val="18"/>
              </w:rPr>
              <w:t>通识</w:t>
            </w:r>
            <w:r>
              <w:rPr>
                <w:sz w:val="18"/>
              </w:rPr>
              <w:t xml:space="preserve"> </w:t>
            </w:r>
            <w:r>
              <w:rPr>
                <w:sz w:val="18"/>
              </w:rPr>
              <w:t>=</w:t>
            </w:r>
            <w:r>
              <w:rPr>
                <w:sz w:val="18"/>
              </w:rPr>
              <w:t xml:space="preserve"> </w:t>
            </w:r>
            <w:r>
              <w:rPr>
                <w:sz w:val="18"/>
              </w:rPr>
              <w:t>跨学科教育</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用一句话写出核心论证链（技术</w:t>
            </w:r>
            <w:r>
              <w:rPr>
                <w:sz w:val="18"/>
              </w:rPr>
              <w:t xml:space="preserve"> </w:t>
            </w:r>
            <w:r>
              <w:rPr>
                <w:sz w:val="18"/>
              </w:rPr>
              <w:t>→</w:t>
            </w:r>
            <w:r>
              <w:rPr>
                <w:sz w:val="18"/>
              </w:rPr>
              <w:t xml:space="preserve"> </w:t>
            </w:r>
            <w:r>
              <w:rPr>
                <w:sz w:val="18"/>
              </w:rPr>
              <w:t>科学数学</w:t>
            </w:r>
            <w:r>
              <w:rPr>
                <w:sz w:val="18"/>
              </w:rPr>
              <w:t xml:space="preserve"> </w:t>
            </w:r>
            <w:r>
              <w:rPr>
                <w:sz w:val="18"/>
              </w:rPr>
              <w:t>→STEM/STEAM</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：捕捉四句育人目标</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像艺术家</w:t>
            </w:r>
            <w:r>
              <w:rPr>
                <w:sz w:val="18"/>
              </w:rPr>
              <w:t xml:space="preserve"> </w:t>
            </w:r>
            <w:r>
              <w:rPr>
                <w:sz w:val="18"/>
              </w:rPr>
              <w:t>/</w:t>
            </w:r>
            <w:r>
              <w:rPr>
                <w:sz w:val="18"/>
              </w:rPr>
              <w:t xml:space="preserve"> </w:t>
            </w:r>
            <w:r>
              <w:rPr>
                <w:sz w:val="18"/>
              </w:rPr>
              <w:t>科学家</w:t>
            </w:r>
            <w:r>
              <w:rPr>
                <w:sz w:val="18"/>
              </w:rPr>
              <w:t xml:space="preserve"> </w:t>
            </w:r>
            <w:r>
              <w:rPr>
                <w:sz w:val="18"/>
              </w:rPr>
              <w:t>/</w:t>
            </w:r>
            <w:r>
              <w:rPr>
                <w:sz w:val="18"/>
              </w:rPr>
              <w:t xml:space="preserve"> </w:t>
            </w:r>
            <w:r>
              <w:rPr>
                <w:sz w:val="18"/>
              </w:rPr>
              <w:t>工程师</w:t>
            </w:r>
            <w:r>
              <w:rPr>
                <w:sz w:val="18"/>
              </w:rPr>
              <w:t xml:space="preserve"> </w:t>
            </w:r>
            <w:r>
              <w:rPr>
                <w:sz w:val="18"/>
              </w:rPr>
              <w:t>/</w:t>
            </w:r>
            <w:r>
              <w:rPr>
                <w:sz w:val="18"/>
              </w:rPr>
              <w:t xml:space="preserve"> </w:t>
            </w:r>
            <w:r>
              <w:rPr>
                <w:sz w:val="18"/>
              </w:rPr>
              <w:t>正常人</w:t>
            </w:r>
            <w:r>
              <w:rPr>
                <w:sz w:val="18"/>
              </w:rPr>
              <w:t xml:space="preserve"> </w:t>
            </w:r>
            <w:r>
              <w:rPr>
                <w:sz w:val="18"/>
              </w:rPr>
              <w:t>"</w:t>
            </w:r>
            <w:r>
              <w:rPr>
                <w:sz w:val="18"/>
              </w:rPr>
              <w:t xml:space="preserve"> </w:t>
            </w:r>
            <w:r>
              <w:rPr>
                <w:sz w:val="18"/>
              </w:rPr>
              <w:t>逐句含义及内在逻辑</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抄录四句话并标注各自对应的能力培养指向</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：梳理五大能力圈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中心小人被哪五项能力环绕，定义如何落点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画出环形图草图并标注五项能力及</w:t>
            </w:r>
            <w:r>
              <w:rPr>
                <w:sz w:val="18"/>
              </w:rPr>
              <w:t xml:space="preserve"> </w:t>
            </w:r>
            <w:r>
              <w:rPr>
                <w:sz w:val="18"/>
              </w:rPr>
              <w:t>"AI=</w:t>
            </w:r>
            <w:r>
              <w:rPr>
                <w:sz w:val="18"/>
              </w:rPr>
              <w:t xml:space="preserve"> </w:t>
            </w:r>
            <w:r>
              <w:rPr>
                <w:sz w:val="18"/>
              </w:rPr>
              <w:t>机器模拟人类智能</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：提炼人机关系观</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Artificial vs Human </w:t>
            </w:r>
            <w:r>
              <w:rPr>
                <w:sz w:val="18"/>
              </w:rPr>
              <w:t xml:space="preserve"> </w:t>
            </w:r>
            <w:r>
              <w:rPr>
                <w:sz w:val="18"/>
              </w:rPr>
              <w:t>图的对比要点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记录</w:t>
            </w:r>
            <w:r>
              <w:rPr>
                <w:sz w:val="18"/>
              </w:rPr>
              <w:t xml:space="preserve"> </w:t>
            </w:r>
            <w:r>
              <w:rPr>
                <w:sz w:val="18"/>
              </w:rPr>
              <w:t>"</w:t>
            </w:r>
            <w:r>
              <w:rPr>
                <w:sz w:val="18"/>
              </w:rPr>
              <w:t xml:space="preserve"> </w:t>
            </w:r>
            <w:r>
              <w:rPr>
                <w:sz w:val="18"/>
              </w:rPr>
              <w:t>动手</w:t>
            </w:r>
            <w:r>
              <w:rPr>
                <w:sz w:val="18"/>
              </w:rPr>
              <w:t xml:space="preserve"> </w:t>
            </w:r>
            <w:r>
              <w:rPr>
                <w:sz w:val="18"/>
              </w:rPr>
              <w:t>/</w:t>
            </w:r>
            <w:r>
              <w:rPr>
                <w:sz w:val="18"/>
              </w:rPr>
              <w:t xml:space="preserve"> </w:t>
            </w:r>
            <w:r>
              <w:rPr>
                <w:sz w:val="18"/>
              </w:rPr>
              <w:t>动脑</w:t>
            </w:r>
            <w:r>
              <w:rPr>
                <w:sz w:val="18"/>
              </w:rPr>
              <w:t xml:space="preserve"> </w:t>
            </w:r>
            <w:r>
              <w:rPr>
                <w:sz w:val="18"/>
              </w:rPr>
              <w:t>""</w:t>
            </w:r>
            <w:r>
              <w:rPr>
                <w:sz w:val="18"/>
              </w:rPr>
              <w:t xml:space="preserve"> </w:t>
            </w:r>
            <w:r>
              <w:rPr>
                <w:sz w:val="18"/>
              </w:rPr>
              <w:t>本质力量的延伸</w:t>
            </w:r>
            <w:r>
              <w:rPr>
                <w:sz w:val="18"/>
              </w:rPr>
              <w:t xml:space="preserve"> </w:t>
            </w:r>
            <w:r>
              <w:rPr>
                <w:sz w:val="18"/>
              </w:rPr>
              <w:t>"</w:t>
            </w:r>
            <w:r>
              <w:rPr>
                <w:sz w:val="18"/>
              </w:rPr>
              <w:t xml:space="preserve"> </w:t>
            </w:r>
            <w:r>
              <w:rPr>
                <w:sz w:val="18"/>
              </w:rPr>
              <w:t>等关键表述</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5</w:t>
            </w:r>
            <w:r>
              <w:rPr>
                <w:sz w:val="18"/>
              </w:rPr>
              <w:t xml:space="preserve"> </w:t>
            </w:r>
            <w:r>
              <w:rPr>
                <w:sz w:val="18"/>
              </w:rPr>
              <w:t>：锁定两大思辨问题</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片尾提出的两个哲学问题</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原文摘录两个问题，并各写一句教学转化设想</w:t>
            </w:r>
          </w:p>
        </w:tc>
      </w:tr>
    </w:tbl>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破冰导入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主持人抛出问题</w:t>
            </w:r>
            <w:r>
              <w:rPr>
                <w:sz w:val="18"/>
              </w:rPr>
              <w:t xml:space="preserve"> </w:t>
            </w:r>
            <w:r>
              <w:rPr>
                <w:sz w:val="18"/>
              </w:rPr>
              <w:t>"</w:t>
            </w:r>
            <w:r>
              <w:rPr>
                <w:sz w:val="18"/>
              </w:rPr>
              <w:t xml:space="preserve"> </w:t>
            </w:r>
            <w:r>
              <w:rPr>
                <w:sz w:val="18"/>
              </w:rPr>
              <w:t>你希望学生学完</w:t>
            </w:r>
            <w:r>
              <w:rPr>
                <w:sz w:val="18"/>
              </w:rPr>
              <w:t xml:space="preserve"> </w:t>
            </w:r>
            <w:r>
              <w:rPr>
                <w:sz w:val="18"/>
              </w:rPr>
              <w:t>AI</w:t>
            </w:r>
            <w:r>
              <w:rPr>
                <w:sz w:val="18"/>
              </w:rPr>
              <w:t xml:space="preserve"> </w:t>
            </w:r>
            <w:r>
              <w:rPr>
                <w:sz w:val="18"/>
              </w:rPr>
              <w:t>后成为什么样的人</w:t>
            </w:r>
            <w:r>
              <w:rPr>
                <w:sz w:val="18"/>
              </w:rPr>
              <w:t xml:space="preserve"> </w:t>
            </w:r>
            <w:r>
              <w:rPr>
                <w:sz w:val="18"/>
              </w:rPr>
              <w:t>"</w:t>
            </w:r>
            <w:r>
              <w:rPr>
                <w:sz w:val="18"/>
              </w:rPr>
              <w:t xml:space="preserve"> </w:t>
            </w:r>
            <w:r>
              <w:rPr>
                <w:sz w:val="18"/>
              </w:rPr>
              <w:t>，收集关键词贴墙</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用便利贴法，不评判，形成共识池</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集中观看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7</w:t>
            </w:r>
            <w:r>
              <w:rPr>
                <w:sz w:val="18"/>
              </w:rPr>
              <w:t xml:space="preserve"> </w:t>
            </w:r>
            <w:r>
              <w:rPr>
                <w:sz w:val="18"/>
              </w:rPr>
              <w:t>讲（</w:t>
            </w:r>
            <w:r>
              <w:rPr>
                <w:sz w:val="18"/>
              </w:rPr>
              <w:t xml:space="preserve"> </w:t>
            </w:r>
            <w:r>
              <w:rPr>
                <w:sz w:val="18"/>
              </w:rPr>
              <w:t>14</w:t>
            </w:r>
            <w:r>
              <w:rPr>
                <w:sz w:val="18"/>
              </w:rPr>
              <w:t xml:space="preserve"> </w:t>
            </w:r>
            <w:r>
              <w:rPr>
                <w:sz w:val="18"/>
              </w:rPr>
              <w:t>分钟），中途不暂停</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发放观看任务单，教师边看边记</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要点复盘</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主讲人（教研组长）用思维导图带过</w:t>
            </w:r>
            <w:r>
              <w:rPr>
                <w:sz w:val="18"/>
              </w:rPr>
              <w:t xml:space="preserve"> </w:t>
            </w:r>
            <w:r>
              <w:rPr>
                <w:sz w:val="18"/>
              </w:rPr>
              <w:t>STEAM</w:t>
            </w:r>
            <w:r>
              <w:rPr>
                <w:sz w:val="18"/>
              </w:rPr>
              <w:t xml:space="preserve"> </w:t>
            </w:r>
            <w:r>
              <w:rPr>
                <w:sz w:val="18"/>
              </w:rPr>
              <w:t>、五大能力、人机关系</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屏幕同步呈现笔记中的四色</w:t>
            </w:r>
            <w:r>
              <w:rPr>
                <w:sz w:val="18"/>
              </w:rPr>
              <w:t xml:space="preserve"> </w:t>
            </w:r>
            <w:r>
              <w:rPr>
                <w:sz w:val="18"/>
              </w:rPr>
              <w:t>STEM</w:t>
            </w:r>
            <w:r>
              <w:rPr>
                <w:sz w:val="18"/>
              </w:rPr>
              <w:t xml:space="preserve"> </w:t>
            </w:r>
            <w:r>
              <w:rPr>
                <w:sz w:val="18"/>
              </w:rPr>
              <w:t>图标与能力环形图</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互动研讨（导入）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围绕</w:t>
            </w:r>
            <w:r>
              <w:rPr>
                <w:sz w:val="18"/>
              </w:rPr>
              <w:t xml:space="preserve"> </w:t>
            </w:r>
            <w:r>
              <w:rPr>
                <w:sz w:val="18"/>
              </w:rPr>
              <w:t>"AI</w:t>
            </w:r>
            <w:r>
              <w:rPr>
                <w:sz w:val="18"/>
              </w:rPr>
              <w:t xml:space="preserve"> </w:t>
            </w:r>
            <w:r>
              <w:rPr>
                <w:sz w:val="18"/>
              </w:rPr>
              <w:t>通识是不是只教技术</w:t>
            </w:r>
            <w:r>
              <w:rPr>
                <w:sz w:val="18"/>
              </w:rPr>
              <w:t xml:space="preserve"> </w:t>
            </w:r>
            <w:r>
              <w:rPr>
                <w:sz w:val="18"/>
              </w:rPr>
              <w:t>"</w:t>
            </w:r>
            <w:r>
              <w:rPr>
                <w:sz w:val="18"/>
              </w:rPr>
              <w:t xml:space="preserve"> </w:t>
            </w:r>
            <w:r>
              <w:rPr>
                <w:sz w:val="18"/>
              </w:rPr>
              <w:t>展开辩论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w:t>
            </w:r>
            <w:r>
              <w:rPr>
                <w:sz w:val="18"/>
              </w:rPr>
              <w:t xml:space="preserve"> </w:t>
            </w:r>
            <w:r>
              <w:rPr>
                <w:sz w:val="18"/>
              </w:rPr>
              <w:t>"</w:t>
            </w:r>
            <w:r>
              <w:rPr>
                <w:sz w:val="18"/>
              </w:rPr>
              <w:t xml:space="preserve"> </w:t>
            </w:r>
            <w:r>
              <w:rPr>
                <w:sz w:val="18"/>
              </w:rPr>
              <w:t>技术派</w:t>
            </w:r>
            <w:r>
              <w:rPr>
                <w:sz w:val="18"/>
              </w:rPr>
              <w:t xml:space="preserve"> </w:t>
            </w:r>
            <w:r>
              <w:rPr>
                <w:sz w:val="18"/>
              </w:rPr>
              <w:t>""</w:t>
            </w:r>
            <w:r>
              <w:rPr>
                <w:sz w:val="18"/>
              </w:rPr>
              <w:t xml:space="preserve"> </w:t>
            </w:r>
            <w:r>
              <w:rPr>
                <w:sz w:val="18"/>
              </w:rPr>
              <w:t>素养派</w:t>
            </w:r>
            <w:r>
              <w:rPr>
                <w:sz w:val="18"/>
              </w:rPr>
              <w:t xml:space="preserve"> </w:t>
            </w:r>
            <w:r>
              <w:rPr>
                <w:sz w:val="18"/>
              </w:rPr>
              <w:t>"</w:t>
            </w:r>
            <w:r>
              <w:rPr>
                <w:sz w:val="18"/>
              </w:rPr>
              <w:t xml:space="preserve"> </w:t>
            </w:r>
            <w:r>
              <w:rPr>
                <w:sz w:val="18"/>
              </w:rPr>
              <w:t>两组短辩论</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互动研讨（探究）</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拆解四句育人目标，结合本校学情讨论落地路径</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每组认领一句，产出</w:t>
            </w:r>
            <w:r>
              <w:rPr>
                <w:sz w:val="18"/>
              </w:rPr>
              <w:t xml:space="preserve"> </w:t>
            </w:r>
            <w:r>
              <w:rPr>
                <w:sz w:val="18"/>
              </w:rPr>
              <w:t>1</w:t>
            </w:r>
            <w:r>
              <w:rPr>
                <w:sz w:val="18"/>
              </w:rPr>
              <w:t xml:space="preserve"> </w:t>
            </w:r>
            <w:r>
              <w:rPr>
                <w:sz w:val="18"/>
              </w:rPr>
              <w:t>条校本表达</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互动研讨（应用）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w:t>
            </w:r>
            <w:r>
              <w:rPr>
                <w:sz w:val="18"/>
              </w:rPr>
              <w:t xml:space="preserve"> </w:t>
            </w:r>
            <w:r>
              <w:rPr>
                <w:sz w:val="18"/>
              </w:rPr>
              <w:t>"</w:t>
            </w:r>
            <w:r>
              <w:rPr>
                <w:sz w:val="18"/>
              </w:rPr>
              <w:t xml:space="preserve"> </w:t>
            </w:r>
            <w:r>
              <w:rPr>
                <w:sz w:val="18"/>
              </w:rPr>
              <w:t>五大能力</w:t>
            </w:r>
            <w:r>
              <w:rPr>
                <w:sz w:val="18"/>
              </w:rPr>
              <w:t xml:space="preserve"> </w:t>
            </w:r>
            <w:r>
              <w:rPr>
                <w:sz w:val="18"/>
              </w:rPr>
              <w:t>+</w:t>
            </w:r>
            <w:r>
              <w:rPr>
                <w:sz w:val="18"/>
              </w:rPr>
              <w:t xml:space="preserve"> </w:t>
            </w:r>
            <w:r>
              <w:rPr>
                <w:sz w:val="18"/>
              </w:rPr>
              <w:t>人机关系</w:t>
            </w:r>
            <w:r>
              <w:rPr>
                <w:sz w:val="18"/>
              </w:rPr>
              <w:t xml:space="preserve"> </w:t>
            </w:r>
            <w:r>
              <w:rPr>
                <w:sz w:val="18"/>
              </w:rPr>
              <w:t>"</w:t>
            </w:r>
            <w:r>
              <w:rPr>
                <w:sz w:val="18"/>
              </w:rPr>
              <w:t xml:space="preserve"> </w:t>
            </w:r>
            <w:r>
              <w:rPr>
                <w:sz w:val="18"/>
              </w:rPr>
              <w:t>为素材，设计</w:t>
            </w:r>
            <w:r>
              <w:rPr>
                <w:sz w:val="18"/>
              </w:rPr>
              <w:t xml:space="preserve"> </w:t>
            </w:r>
            <w:r>
              <w:rPr>
                <w:sz w:val="18"/>
              </w:rPr>
              <w:t>5</w:t>
            </w:r>
            <w:r>
              <w:rPr>
                <w:sz w:val="18"/>
              </w:rPr>
              <w:t xml:space="preserve"> </w:t>
            </w:r>
            <w:r>
              <w:rPr>
                <w:sz w:val="18"/>
              </w:rPr>
              <w:t>分钟微课片段</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小组合作，白板草图，派代表说案</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互动研讨（总结）</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提炼</w:t>
            </w:r>
            <w:r>
              <w:rPr>
                <w:sz w:val="18"/>
              </w:rPr>
              <w:t xml:space="preserve"> </w:t>
            </w:r>
            <w:r>
              <w:rPr>
                <w:sz w:val="18"/>
              </w:rPr>
              <w:t>"</w:t>
            </w:r>
            <w:r>
              <w:rPr>
                <w:sz w:val="18"/>
              </w:rPr>
              <w:t xml:space="preserve"> </w:t>
            </w:r>
            <w:r>
              <w:rPr>
                <w:sz w:val="18"/>
              </w:rPr>
              <w:t>两大思辨问题</w:t>
            </w:r>
            <w:r>
              <w:rPr>
                <w:sz w:val="18"/>
              </w:rPr>
              <w:t xml:space="preserve"> </w:t>
            </w:r>
            <w:r>
              <w:rPr>
                <w:sz w:val="18"/>
              </w:rPr>
              <w:t>"</w:t>
            </w:r>
            <w:r>
              <w:rPr>
                <w:sz w:val="18"/>
              </w:rPr>
              <w:t xml:space="preserve"> </w:t>
            </w:r>
            <w:r>
              <w:rPr>
                <w:sz w:val="18"/>
              </w:rPr>
              <w:t>的课堂处理策略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形成《</w:t>
            </w:r>
            <w:r>
              <w:rPr>
                <w:sz w:val="18"/>
              </w:rPr>
              <w:t xml:space="preserve"> </w:t>
            </w:r>
            <w:r>
              <w:rPr>
                <w:sz w:val="18"/>
              </w:rPr>
              <w:t>AI</w:t>
            </w:r>
            <w:r>
              <w:rPr>
                <w:sz w:val="18"/>
              </w:rPr>
              <w:t xml:space="preserve"> </w:t>
            </w:r>
            <w:r>
              <w:rPr>
                <w:sz w:val="18"/>
              </w:rPr>
              <w:t>伦理讨论提示卡》雏形</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作业布置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明确迁移任务，介绍</w:t>
            </w:r>
            <w:r>
              <w:rPr>
                <w:sz w:val="18"/>
              </w:rPr>
              <w:t xml:space="preserve"> </w:t>
            </w:r>
            <w:r>
              <w:rPr>
                <w:sz w:val="18"/>
              </w:rPr>
              <w:t>AI</w:t>
            </w:r>
            <w:r>
              <w:rPr>
                <w:sz w:val="18"/>
              </w:rPr>
              <w:t xml:space="preserve"> </w:t>
            </w:r>
            <w:r>
              <w:rPr>
                <w:sz w:val="18"/>
              </w:rPr>
              <w:t>视频创作拓展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强调下周三前提交，平台归档</w:t>
            </w:r>
          </w:p>
        </w:tc>
      </w:tr>
    </w:tbl>
    <w:p>
      <w:pPr>
        <w:pStyle w:val="Heading3"/>
      </w:pPr>
      <w:r>
        <w:rPr>
          <w:rFonts w:ascii="微软雅黑" w:hAnsi="微软雅黑" w:eastAsia="微软雅黑" w:cs="微软雅黑" w:hint="eastAsia"/>
          <w:b w:val="0"/>
          <w:color w:val="1A237E"/>
          <w:sz w:val="20"/>
          <w:lang w:eastAsia="zh-CN"/>
        </w:rPr>
        <w:t>四、互动研讨设计（递进式）</w:t>
      </w:r>
    </w:p>
    <w:p>
      <w:pPr>
        <w:pStyle w:val="ListBullet"/>
        <w:spacing w:after="72"/>
      </w:pPr>
      <w:r>
        <w:rPr>
          <w:rFonts w:ascii="微软雅黑" w:eastAsia="微软雅黑" w:hAnsi="微软雅黑" w:cs="微软雅黑" w:hint="eastAsia"/>
          <w:b/>
          <w:lang w:eastAsia="zh-CN"/>
        </w:rPr>
        <w:t>导入互动</w:t>
      </w:r>
      <w:r>
        <w:rPr>
          <w:rFonts w:ascii="微软雅黑" w:eastAsia="微软雅黑" w:hAnsi="微软雅黑" w:cs="微软雅黑" w:hint="eastAsia"/>
          <w:lang w:eastAsia="zh-CN"/>
        </w:rPr>
        <w:t>（形式：便利贴共识墙＋短辩论｜话题：</w:t>
      </w:r>
      <w:r>
        <w:t>"</w:t>
      </w:r>
      <w:r>
        <w:rPr>
          <w:rFonts w:ascii="微软雅黑" w:eastAsia="微软雅黑" w:hAnsi="微软雅黑" w:cs="微软雅黑" w:hint="eastAsia"/>
          <w:lang w:eastAsia="zh-CN"/>
        </w:rPr>
        <w:t>人工智能通识教育，到底要不要讲技术？</w:t>
      </w:r>
      <w:r>
        <w:t>"</w:t>
      </w:r>
      <w:r>
        <w:rPr>
          <w:rFonts w:ascii="微软雅黑" w:eastAsia="微软雅黑" w:hAnsi="微软雅黑" w:cs="微软雅黑" w:hint="eastAsia"/>
          <w:lang w:eastAsia="zh-CN"/>
        </w:rPr>
        <w:t>｜组织方式：全体写关键词</w:t>
      </w:r>
      <w:r>
        <w:t>→</w:t>
      </w:r>
      <w:r>
        <w:rPr>
          <w:rFonts w:ascii="微软雅黑" w:eastAsia="微软雅黑" w:hAnsi="微软雅黑" w:cs="微软雅黑" w:hint="eastAsia"/>
          <w:lang w:eastAsia="zh-CN"/>
        </w:rPr>
        <w:t>分组</w:t>
      </w:r>
      <w:r>
        <w:t>3</w:t>
      </w:r>
      <w:r>
        <w:rPr>
          <w:rFonts w:ascii="微软雅黑" w:eastAsia="微软雅黑" w:hAnsi="微软雅黑" w:cs="微软雅黑" w:hint="eastAsia"/>
          <w:lang w:eastAsia="zh-CN"/>
        </w:rPr>
        <w:t>分钟微辩论</w:t>
      </w:r>
      <w:r>
        <w:t>→</w:t>
      </w:r>
      <w:r>
        <w:rPr>
          <w:rFonts w:ascii="微软雅黑" w:eastAsia="微软雅黑" w:hAnsi="微软雅黑" w:cs="微软雅黑" w:hint="eastAsia"/>
          <w:lang w:eastAsia="zh-CN"/>
        </w:rPr>
        <w:t>主持人归纳</w:t>
      </w:r>
      <w:r>
        <w:t>"</w:t>
      </w:r>
      <w:r>
        <w:rPr>
          <w:rFonts w:ascii="微软雅黑" w:eastAsia="微软雅黑" w:hAnsi="微软雅黑" w:cs="微软雅黑" w:hint="eastAsia"/>
          <w:lang w:eastAsia="zh-CN"/>
        </w:rPr>
        <w:t>技术只是载体，跨学科素养才是目的</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探究互动</w:t>
      </w:r>
      <w:r>
        <w:rPr>
          <w:rFonts w:ascii="微软雅黑" w:eastAsia="微软雅黑" w:hAnsi="微软雅黑" w:cs="微软雅黑" w:hint="eastAsia"/>
          <w:lang w:eastAsia="zh-CN"/>
        </w:rPr>
        <w:t>（形式：四句目标拆条工作坊｜话题：</w:t>
      </w:r>
      <w:r>
        <w:t>"</w:t>
      </w:r>
      <w:r>
        <w:rPr>
          <w:rFonts w:ascii="微软雅黑" w:eastAsia="微软雅黑" w:hAnsi="微软雅黑" w:cs="微软雅黑" w:hint="eastAsia"/>
          <w:lang w:eastAsia="zh-CN"/>
        </w:rPr>
        <w:t>像艺术家</w:t>
      </w:r>
      <w:r>
        <w:t>/</w:t>
      </w:r>
      <w:r>
        <w:rPr>
          <w:rFonts w:ascii="微软雅黑" w:eastAsia="微软雅黑" w:hAnsi="微软雅黑" w:cs="微软雅黑" w:hint="eastAsia"/>
          <w:lang w:eastAsia="zh-CN"/>
        </w:rPr>
        <w:t>科学家</w:t>
      </w:r>
      <w:r>
        <w:t>/</w:t>
      </w:r>
      <w:r>
        <w:rPr>
          <w:rFonts w:ascii="微软雅黑" w:eastAsia="微软雅黑" w:hAnsi="微软雅黑" w:cs="微软雅黑" w:hint="eastAsia"/>
          <w:lang w:eastAsia="zh-CN"/>
        </w:rPr>
        <w:t>工程师</w:t>
      </w:r>
      <w:r>
        <w:t>/</w:t>
      </w:r>
      <w:r>
        <w:rPr>
          <w:rFonts w:ascii="微软雅黑" w:eastAsia="微软雅黑" w:hAnsi="微软雅黑" w:cs="微软雅黑" w:hint="eastAsia"/>
          <w:lang w:eastAsia="zh-CN"/>
        </w:rPr>
        <w:t>正常人</w:t>
      </w:r>
      <w:r>
        <w:t>——</w:t>
      </w:r>
      <w:r>
        <w:rPr>
          <w:rFonts w:ascii="微软雅黑" w:eastAsia="微软雅黑" w:hAnsi="微软雅黑" w:cs="微软雅黑" w:hint="eastAsia"/>
          <w:lang w:eastAsia="zh-CN"/>
        </w:rPr>
        <w:t>哪一句最难落地？</w:t>
      </w:r>
      <w:r>
        <w:t>"</w:t>
      </w:r>
      <w:r>
        <w:rPr>
          <w:rFonts w:ascii="微软雅黑" w:eastAsia="微软雅黑" w:hAnsi="微软雅黑" w:cs="微软雅黑" w:hint="eastAsia"/>
          <w:lang w:eastAsia="zh-CN"/>
        </w:rPr>
        <w:t>｜组织方式：</w:t>
      </w:r>
      <w:r>
        <w:t>4</w:t>
      </w:r>
      <w:r>
        <w:rPr>
          <w:rFonts w:ascii="微软雅黑" w:eastAsia="微软雅黑" w:hAnsi="微软雅黑" w:cs="微软雅黑" w:hint="eastAsia"/>
          <w:lang w:eastAsia="zh-CN"/>
        </w:rPr>
        <w:t>组各认领一句，结合泉州一中完全中学的学情（小学到高中贯通）写校本化表述，张贴比对）。</w:t>
      </w:r>
    </w:p>
    <w:p>
      <w:pPr>
        <w:pStyle w:val="ListBullet"/>
        <w:spacing w:after="72"/>
      </w:pPr>
      <w:r>
        <w:rPr>
          <w:rFonts w:ascii="微软雅黑" w:eastAsia="微软雅黑" w:hAnsi="微软雅黑" w:cs="微软雅黑" w:hint="eastAsia"/>
          <w:b/>
          <w:lang w:eastAsia="zh-CN"/>
        </w:rPr>
        <w:t>应用互动</w:t>
      </w:r>
      <w:r>
        <w:rPr>
          <w:rFonts w:ascii="微软雅黑" w:eastAsia="微软雅黑" w:hAnsi="微软雅黑" w:cs="微软雅黑" w:hint="eastAsia"/>
          <w:lang w:eastAsia="zh-CN"/>
        </w:rPr>
        <w:t>（形式：</w:t>
      </w:r>
      <w:r>
        <w:t>5</w:t>
      </w:r>
      <w:r>
        <w:rPr>
          <w:rFonts w:ascii="微软雅黑" w:eastAsia="微软雅黑" w:hAnsi="微软雅黑" w:cs="微软雅黑" w:hint="eastAsia"/>
          <w:lang w:eastAsia="zh-CN"/>
        </w:rPr>
        <w:t>分钟微课设计接力｜话题：</w:t>
      </w:r>
      <w:r>
        <w:t>"</w:t>
      </w:r>
      <w:r>
        <w:rPr>
          <w:rFonts w:ascii="微软雅黑" w:eastAsia="微软雅黑" w:hAnsi="微软雅黑" w:cs="微软雅黑" w:hint="eastAsia"/>
          <w:lang w:eastAsia="zh-CN"/>
        </w:rPr>
        <w:t>如何用</w:t>
      </w:r>
      <w:r>
        <w:t>'</w:t>
      </w:r>
      <w:r>
        <w:rPr>
          <w:rFonts w:ascii="微软雅黑" w:eastAsia="微软雅黑" w:hAnsi="微软雅黑" w:cs="微软雅黑" w:hint="eastAsia"/>
          <w:lang w:eastAsia="zh-CN"/>
        </w:rPr>
        <w:t>五大能力圈</w:t>
      </w:r>
      <w:r>
        <w:t>'</w:t>
      </w:r>
      <w:r>
        <w:rPr>
          <w:rFonts w:ascii="微软雅黑" w:eastAsia="微软雅黑" w:hAnsi="微软雅黑" w:cs="微软雅黑" w:hint="eastAsia"/>
          <w:lang w:eastAsia="zh-CN"/>
        </w:rPr>
        <w:t>给小学生讲清</w:t>
      </w:r>
      <w:r>
        <w:t>AI</w:t>
      </w:r>
      <w:r>
        <w:rPr>
          <w:rFonts w:ascii="微软雅黑" w:eastAsia="微软雅黑" w:hAnsi="微软雅黑" w:cs="微软雅黑" w:hint="eastAsia"/>
          <w:lang w:eastAsia="zh-CN"/>
        </w:rPr>
        <w:t>是什么？</w:t>
      </w:r>
      <w:r>
        <w:t>"</w:t>
      </w:r>
      <w:r>
        <w:rPr>
          <w:rFonts w:ascii="微软雅黑" w:eastAsia="微软雅黑" w:hAnsi="微软雅黑" w:cs="微软雅黑" w:hint="eastAsia"/>
          <w:lang w:eastAsia="zh-CN"/>
        </w:rPr>
        <w:t>｜组织方式：小组用白板画出能力环形图并设计一句导入提问，跨组互评）。</w:t>
      </w:r>
    </w:p>
    <w:p>
      <w:pPr>
        <w:pStyle w:val="ListBullet"/>
        <w:spacing w:after="72"/>
      </w:pPr>
      <w:r>
        <w:rPr>
          <w:rFonts w:ascii="微软雅黑" w:eastAsia="微软雅黑" w:hAnsi="微软雅黑" w:cs="微软雅黑" w:hint="eastAsia"/>
          <w:b/>
          <w:lang w:eastAsia="zh-CN"/>
        </w:rPr>
        <w:t>总结互动</w:t>
      </w:r>
      <w:r>
        <w:rPr>
          <w:rFonts w:ascii="微软雅黑" w:eastAsia="微软雅黑" w:hAnsi="微软雅黑" w:cs="微软雅黑" w:hint="eastAsia"/>
          <w:lang w:eastAsia="zh-CN"/>
        </w:rPr>
        <w:t>（形式：思辨问题圆桌｜话题：</w:t>
      </w:r>
      <w:r>
        <w:t>"</w:t>
      </w:r>
      <w:r>
        <w:rPr>
          <w:rFonts w:ascii="微软雅黑" w:eastAsia="微软雅黑" w:hAnsi="微软雅黑" w:cs="微软雅黑" w:hint="eastAsia"/>
          <w:lang w:eastAsia="zh-CN"/>
        </w:rPr>
        <w:t>如果孩子问</w:t>
      </w:r>
      <w:r>
        <w:t>'AI</w:t>
      </w:r>
      <w:r>
        <w:rPr>
          <w:rFonts w:ascii="微软雅黑" w:eastAsia="微软雅黑" w:hAnsi="微软雅黑" w:cs="微软雅黑" w:hint="eastAsia"/>
          <w:lang w:eastAsia="zh-CN"/>
        </w:rPr>
        <w:t>会不会超过人</w:t>
      </w:r>
      <w:r>
        <w:t>'</w:t>
      </w:r>
      <w:r>
        <w:rPr>
          <w:rFonts w:ascii="微软雅黑" w:eastAsia="微软雅黑" w:hAnsi="微软雅黑" w:cs="微软雅黑" w:hint="eastAsia"/>
          <w:lang w:eastAsia="zh-CN"/>
        </w:rPr>
        <w:t>，你怎么答？</w:t>
      </w:r>
      <w:r>
        <w:t>"</w:t>
      </w:r>
      <w:r>
        <w:rPr>
          <w:rFonts w:ascii="微软雅黑" w:eastAsia="微软雅黑" w:hAnsi="微软雅黑" w:cs="微软雅黑" w:hint="eastAsia"/>
          <w:lang w:eastAsia="zh-CN"/>
        </w:rPr>
        <w:t>｜组织方式：轮流发言</w:t>
      </w:r>
      <w:r>
        <w:t>30</w:t>
      </w:r>
      <w:r>
        <w:rPr>
          <w:rFonts w:ascii="微软雅黑" w:eastAsia="微软雅黑" w:hAnsi="微软雅黑" w:cs="微软雅黑" w:hint="eastAsia"/>
          <w:lang w:eastAsia="zh-CN"/>
        </w:rPr>
        <w:t>秒，主持人汇总成《</w:t>
      </w:r>
      <w:r>
        <w:t>AI</w:t>
      </w:r>
      <w:r>
        <w:rPr>
          <w:rFonts w:ascii="微软雅黑" w:eastAsia="微软雅黑" w:hAnsi="微软雅黑" w:cs="微软雅黑" w:hint="eastAsia"/>
          <w:lang w:eastAsia="zh-CN"/>
        </w:rPr>
        <w:t>伦理讨论提示卡》，约定在课堂中只引导不灌输）。</w:t>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人工智能课程本质上属于哪一类课程？</w:t>
            </w:r>
            <w:r>
              <w:rPr>
                <w:sz w:val="18"/>
              </w:rPr>
              <w:t xml:space="preserve"> </w:t>
            </w:r>
            <w:r>
              <w:rPr>
                <w:sz w:val="18"/>
              </w:rPr>
              <w:t>②</w:t>
            </w:r>
            <w:r>
              <w:rPr>
                <w:sz w:val="18"/>
              </w:rPr>
              <w:t xml:space="preserve"> </w:t>
            </w:r>
            <w:r>
              <w:rPr>
                <w:sz w:val="18"/>
              </w:rPr>
              <w:t>人工智能的五大能力分别是哪五个？</w:t>
            </w:r>
            <w:r>
              <w:rPr>
                <w:sz w:val="18"/>
              </w:rPr>
              <w:t xml:space="preserve"> </w:t>
            </w:r>
            <w:r>
              <w:rPr>
                <w:sz w:val="18"/>
              </w:rPr>
              <w:t>③</w:t>
            </w:r>
            <w:r>
              <w:rPr>
                <w:sz w:val="18"/>
              </w:rPr>
              <w:t xml:space="preserve"> </w:t>
            </w:r>
            <w:r>
              <w:rPr>
                <w:sz w:val="18"/>
              </w:rPr>
              <w:t>本讲给出的</w:t>
            </w:r>
            <w:r>
              <w:rPr>
                <w:sz w:val="18"/>
              </w:rPr>
              <w:t xml:space="preserve"> </w:t>
            </w:r>
            <w:r>
              <w:rPr>
                <w:sz w:val="18"/>
              </w:rPr>
              <w:t>"</w:t>
            </w:r>
            <w:r>
              <w:rPr>
                <w:sz w:val="18"/>
              </w:rPr>
              <w:t xml:space="preserve"> </w:t>
            </w:r>
            <w:r>
              <w:rPr>
                <w:sz w:val="18"/>
              </w:rPr>
              <w:t>人工智能</w:t>
            </w:r>
            <w:r>
              <w:rPr>
                <w:sz w:val="18"/>
              </w:rPr>
              <w:t xml:space="preserve"> </w:t>
            </w:r>
            <w:r>
              <w:rPr>
                <w:sz w:val="18"/>
              </w:rPr>
              <w:t>"</w:t>
            </w:r>
            <w:r>
              <w:rPr>
                <w:sz w:val="18"/>
              </w:rPr>
              <w:t xml:space="preserve"> </w:t>
            </w:r>
            <w:r>
              <w:rPr>
                <w:sz w:val="18"/>
              </w:rPr>
              <w:t>定义是什么？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为什么说</w:t>
            </w:r>
            <w:r>
              <w:rPr>
                <w:sz w:val="18"/>
              </w:rPr>
              <w:t xml:space="preserve"> </w:t>
            </w:r>
            <w:r>
              <w:rPr>
                <w:sz w:val="18"/>
              </w:rPr>
              <w:t>"</w:t>
            </w:r>
            <w:r>
              <w:rPr>
                <w:sz w:val="18"/>
              </w:rPr>
              <w:t xml:space="preserve"> </w:t>
            </w:r>
            <w:r>
              <w:rPr>
                <w:sz w:val="18"/>
              </w:rPr>
              <w:t>越是低学段，对课程的要求就越高</w:t>
            </w:r>
            <w:r>
              <w:rPr>
                <w:sz w:val="18"/>
              </w:rPr>
              <w:t xml:space="preserve"> </w:t>
            </w:r>
            <w:r>
              <w:rPr>
                <w:sz w:val="18"/>
              </w:rPr>
              <w:t>"</w:t>
            </w:r>
            <w:r>
              <w:rPr>
                <w:sz w:val="18"/>
              </w:rPr>
              <w:t xml:space="preserve"> </w:t>
            </w:r>
            <w:r>
              <w:rPr>
                <w:sz w:val="18"/>
              </w:rPr>
              <w:t>在目标层面也成立？</w:t>
            </w:r>
            <w:r>
              <w:rPr>
                <w:sz w:val="18"/>
              </w:rPr>
              <w:t xml:space="preserve"> </w:t>
            </w:r>
            <w:r>
              <w:rPr>
                <w:sz w:val="18"/>
              </w:rPr>
              <w:t>②</w:t>
            </w:r>
            <w:r>
              <w:rPr>
                <w:sz w:val="18"/>
              </w:rPr>
              <w:t xml:space="preserve"> </w:t>
            </w:r>
            <w:r>
              <w:rPr>
                <w:sz w:val="18"/>
              </w:rPr>
              <w:t>为什么要把</w:t>
            </w:r>
            <w:r>
              <w:rPr>
                <w:sz w:val="18"/>
              </w:rPr>
              <w:t xml:space="preserve"> </w:t>
            </w:r>
            <w:r>
              <w:rPr>
                <w:sz w:val="18"/>
              </w:rPr>
              <w:t>"</w:t>
            </w:r>
            <w:r>
              <w:rPr>
                <w:sz w:val="18"/>
              </w:rPr>
              <w:t xml:space="preserve"> </w:t>
            </w:r>
            <w:r>
              <w:rPr>
                <w:sz w:val="18"/>
              </w:rPr>
              <w:t>艺术（</w:t>
            </w:r>
            <w:r>
              <w:rPr>
                <w:sz w:val="18"/>
              </w:rPr>
              <w:t xml:space="preserve"> </w:t>
            </w:r>
            <w:r>
              <w:rPr>
                <w:sz w:val="18"/>
              </w:rPr>
              <w:t>A</w:t>
            </w:r>
            <w:r>
              <w:rPr>
                <w:sz w:val="18"/>
              </w:rPr>
              <w:t xml:space="preserve"> </w:t>
            </w:r>
            <w:r>
              <w:rPr>
                <w:sz w:val="18"/>
              </w:rPr>
              <w:t>）</w:t>
            </w:r>
            <w:r>
              <w:rPr>
                <w:sz w:val="18"/>
              </w:rPr>
              <w:t xml:space="preserve"> </w:t>
            </w:r>
            <w:r>
              <w:rPr>
                <w:sz w:val="18"/>
              </w:rPr>
              <w:t>"</w:t>
            </w:r>
            <w:r>
              <w:rPr>
                <w:sz w:val="18"/>
              </w:rPr>
              <w:t xml:space="preserve"> </w:t>
            </w:r>
            <w:r>
              <w:rPr>
                <w:sz w:val="18"/>
              </w:rPr>
              <w:t>放进</w:t>
            </w:r>
            <w:r>
              <w:rPr>
                <w:sz w:val="18"/>
              </w:rPr>
              <w:t xml:space="preserve"> </w:t>
            </w:r>
            <w:r>
              <w:rPr>
                <w:sz w:val="18"/>
              </w:rPr>
              <w:t>STEAM</w:t>
            </w:r>
            <w:r>
              <w:rPr>
                <w:sz w:val="18"/>
              </w:rPr>
              <w:t xml:space="preserve"> </w:t>
            </w:r>
            <w:r>
              <w:rPr>
                <w:sz w:val="18"/>
              </w:rPr>
              <w:t>育人目标？</w:t>
            </w:r>
            <w:r>
              <w:rPr>
                <w:sz w:val="18"/>
              </w:rPr>
              <w:t xml:space="preserve"> </w:t>
            </w:r>
            <w:r>
              <w:rPr>
                <w:sz w:val="18"/>
              </w:rPr>
              <w:t>③</w:t>
            </w:r>
            <w:r>
              <w:rPr>
                <w:sz w:val="18"/>
              </w:rPr>
              <w:t xml:space="preserve"> </w:t>
            </w:r>
            <w:r>
              <w:rPr>
                <w:sz w:val="18"/>
              </w:rPr>
              <w:t>为什么说机器人</w:t>
            </w:r>
            <w:r>
              <w:rPr>
                <w:sz w:val="18"/>
              </w:rPr>
              <w:t xml:space="preserve"> </w:t>
            </w:r>
            <w:r>
              <w:rPr>
                <w:sz w:val="18"/>
              </w:rPr>
              <w:t>"</w:t>
            </w:r>
            <w:r>
              <w:rPr>
                <w:sz w:val="18"/>
              </w:rPr>
              <w:t xml:space="preserve"> </w:t>
            </w:r>
            <w:r>
              <w:rPr>
                <w:sz w:val="18"/>
              </w:rPr>
              <w:t>最关键的是延伸了我们的大脑</w:t>
            </w:r>
            <w:r>
              <w:rPr>
                <w:sz w:val="18"/>
              </w:rPr>
              <w:t xml:space="preserve"> </w:t>
            </w:r>
            <w:r>
              <w:rPr>
                <w:sz w:val="18"/>
              </w:rPr>
              <w:t>"</w:t>
            </w:r>
            <w:r>
              <w:rPr>
                <w:sz w:val="18"/>
              </w:rPr>
              <w:t xml:space="preserve"> </w:t>
            </w:r>
            <w:r>
              <w:rPr>
                <w:sz w:val="18"/>
              </w:rPr>
              <w:t>？</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你怎么看待</w:t>
            </w:r>
            <w:r>
              <w:rPr>
                <w:sz w:val="18"/>
              </w:rPr>
              <w:t xml:space="preserve"> </w:t>
            </w:r>
            <w:r>
              <w:rPr>
                <w:sz w:val="18"/>
              </w:rPr>
              <w:t>"</w:t>
            </w:r>
            <w:r>
              <w:rPr>
                <w:sz w:val="18"/>
              </w:rPr>
              <w:t xml:space="preserve"> </w:t>
            </w:r>
            <w:r>
              <w:rPr>
                <w:sz w:val="18"/>
              </w:rPr>
              <w:t>像正常人一样生活</w:t>
            </w:r>
            <w:r>
              <w:rPr>
                <w:sz w:val="18"/>
              </w:rPr>
              <w:t xml:space="preserve"> </w:t>
            </w:r>
            <w:r>
              <w:rPr>
                <w:sz w:val="18"/>
              </w:rPr>
              <w:t>"</w:t>
            </w:r>
            <w:r>
              <w:rPr>
                <w:sz w:val="18"/>
              </w:rPr>
              <w:t xml:space="preserve"> </w:t>
            </w:r>
            <w:r>
              <w:rPr>
                <w:sz w:val="18"/>
              </w:rPr>
              <w:t>作为</w:t>
            </w:r>
            <w:r>
              <w:rPr>
                <w:sz w:val="18"/>
              </w:rPr>
              <w:t xml:space="preserve"> </w:t>
            </w:r>
            <w:r>
              <w:rPr>
                <w:sz w:val="18"/>
              </w:rPr>
              <w:t>AI</w:t>
            </w:r>
            <w:r>
              <w:rPr>
                <w:sz w:val="18"/>
              </w:rPr>
              <w:t xml:space="preserve"> </w:t>
            </w:r>
            <w:r>
              <w:rPr>
                <w:sz w:val="18"/>
              </w:rPr>
              <w:t>教育的最高目标之一？</w:t>
            </w:r>
            <w:r>
              <w:rPr>
                <w:sz w:val="18"/>
              </w:rPr>
              <w:t xml:space="preserve"> </w:t>
            </w:r>
            <w:r>
              <w:rPr>
                <w:sz w:val="18"/>
              </w:rPr>
              <w:t>②</w:t>
            </w:r>
            <w:r>
              <w:rPr>
                <w:sz w:val="18"/>
              </w:rPr>
              <w:t xml:space="preserve"> </w:t>
            </w:r>
            <w:r>
              <w:rPr>
                <w:sz w:val="18"/>
              </w:rPr>
              <w:t>如果让你给高中生讲</w:t>
            </w:r>
            <w:r>
              <w:rPr>
                <w:sz w:val="18"/>
              </w:rPr>
              <w:t xml:space="preserve"> </w:t>
            </w:r>
            <w:r>
              <w:rPr>
                <w:sz w:val="18"/>
              </w:rPr>
              <w:t>"AI</w:t>
            </w:r>
            <w:r>
              <w:rPr>
                <w:sz w:val="18"/>
              </w:rPr>
              <w:t xml:space="preserve"> </w:t>
            </w:r>
            <w:r>
              <w:rPr>
                <w:sz w:val="18"/>
              </w:rPr>
              <w:t>能否超过人类智能</w:t>
            </w:r>
            <w:r>
              <w:rPr>
                <w:sz w:val="18"/>
              </w:rPr>
              <w:t xml:space="preserve"> </w:t>
            </w:r>
            <w:r>
              <w:rPr>
                <w:sz w:val="18"/>
              </w:rPr>
              <w:t>"</w:t>
            </w:r>
            <w:r>
              <w:rPr>
                <w:sz w:val="18"/>
              </w:rPr>
              <w:t xml:space="preserve"> </w:t>
            </w:r>
            <w:r>
              <w:rPr>
                <w:sz w:val="18"/>
              </w:rPr>
              <w:t>，你会持什么立场、用什么证据？</w:t>
            </w:r>
            <w:r>
              <w:rPr>
                <w:sz w:val="18"/>
              </w:rPr>
              <w:t xml:space="preserve"> </w:t>
            </w:r>
            <w:r>
              <w:rPr>
                <w:sz w:val="18"/>
              </w:rPr>
              <w:t>③</w:t>
            </w:r>
            <w:r>
              <w:rPr>
                <w:sz w:val="18"/>
              </w:rPr>
              <w:t xml:space="preserve"> </w:t>
            </w:r>
            <w:r>
              <w:rPr>
                <w:sz w:val="18"/>
              </w:rPr>
              <w:t>在完全中学里，小学部和中学部的</w:t>
            </w:r>
            <w:r>
              <w:rPr>
                <w:sz w:val="18"/>
              </w:rPr>
              <w:t xml:space="preserve"> </w:t>
            </w:r>
            <w:r>
              <w:rPr>
                <w:sz w:val="18"/>
              </w:rPr>
              <w:t>AI</w:t>
            </w:r>
            <w:r>
              <w:rPr>
                <w:sz w:val="18"/>
              </w:rPr>
              <w:t xml:space="preserve"> </w:t>
            </w:r>
            <w:r>
              <w:rPr>
                <w:sz w:val="18"/>
              </w:rPr>
              <w:t>通识目标应如何衔接？</w:t>
            </w:r>
          </w:p>
        </w:tc>
      </w:tr>
    </w:tbl>
    <w:p>
      <w:pPr>
        <w:pStyle w:val="Heading3"/>
      </w:pPr>
      <w:r>
        <w:rPr>
          <w:rFonts w:ascii="微软雅黑" w:hAnsi="微软雅黑" w:eastAsia="微软雅黑" w:cs="微软雅黑" w:hint="eastAsia"/>
          <w:b w:val="0"/>
          <w:color w:val="1A237E"/>
          <w:sz w:val="20"/>
          <w:lang w:eastAsia="zh-CN"/>
        </w:rPr>
        <w:t>六、关键内容摘编（完整保留笔记全部事实细节，禁止压缩）</w:t>
      </w:r>
    </w:p>
    <w:p>
      <w:pPr/>
      <w:r>
        <w:rPr>
          <w:rFonts w:ascii="微软雅黑" w:eastAsia="微软雅黑" w:hAnsi="微软雅黑" w:cs="微软雅黑" w:hint="eastAsia"/>
          <w:lang w:eastAsia="zh-CN"/>
        </w:rPr>
        <w:t>本讲属于课程</w:t>
      </w:r>
      <w:r>
        <w:t>"</w:t>
      </w:r>
      <w:r>
        <w:rPr>
          <w:rFonts w:ascii="微软雅黑" w:eastAsia="微软雅黑" w:hAnsi="微软雅黑" w:cs="微软雅黑" w:hint="eastAsia"/>
          <w:lang w:eastAsia="zh-CN"/>
        </w:rPr>
        <w:t>学科通识</w:t>
      </w:r>
      <w:r>
        <w:t>"</w:t>
      </w:r>
      <w:r>
        <w:rPr>
          <w:rFonts w:ascii="微软雅黑" w:eastAsia="微软雅黑" w:hAnsi="微软雅黑" w:cs="微软雅黑" w:hint="eastAsia"/>
          <w:lang w:eastAsia="zh-CN"/>
        </w:rPr>
        <w:t>模块的理论课，面向参训教师，回答</w:t>
      </w:r>
      <w:r>
        <w:t>"</w:t>
      </w:r>
      <w:r>
        <w:rPr>
          <w:rFonts w:ascii="微软雅黑" w:eastAsia="微软雅黑" w:hAnsi="微软雅黑" w:cs="微软雅黑" w:hint="eastAsia"/>
          <w:lang w:eastAsia="zh-CN"/>
        </w:rPr>
        <w:t>中小学人工智能通识教育到底要把学生培养成什么样</w:t>
      </w:r>
      <w:r>
        <w:t>"</w:t>
      </w:r>
      <w:r>
        <w:rPr>
          <w:rFonts w:ascii="微软雅黑" w:eastAsia="微软雅黑" w:hAnsi="微软雅黑" w:cs="微软雅黑" w:hint="eastAsia"/>
          <w:lang w:eastAsia="zh-CN"/>
        </w:rPr>
        <w:t>的问题。核心论证：</w:t>
      </w:r>
      <w:r>
        <w:t>AI</w:t>
      </w:r>
      <w:r>
        <w:rPr>
          <w:rFonts w:ascii="微软雅黑" w:eastAsia="微软雅黑" w:hAnsi="微软雅黑" w:cs="微软雅黑" w:hint="eastAsia"/>
          <w:lang w:eastAsia="zh-CN"/>
        </w:rPr>
        <w:t>通识教育的本质是跨学科（</w:t>
      </w:r>
      <w:r>
        <w:t>STEM/STEAM</w:t>
      </w:r>
      <w:r>
        <w:rPr>
          <w:rFonts w:ascii="微软雅黑" w:eastAsia="微软雅黑" w:hAnsi="微软雅黑" w:cs="微软雅黑" w:hint="eastAsia"/>
          <w:lang w:eastAsia="zh-CN"/>
        </w:rPr>
        <w:t>）教育，其最高目标是引导学生像艺术家一样想象、像科学家一样思考、像工程师一样创造，最终能思考</w:t>
      </w:r>
      <w:r>
        <w:t>"</w:t>
      </w:r>
      <w:r>
        <w:rPr>
          <w:rFonts w:ascii="微软雅黑" w:eastAsia="微软雅黑" w:hAnsi="微软雅黑" w:cs="微软雅黑" w:hint="eastAsia"/>
          <w:lang w:eastAsia="zh-CN"/>
        </w:rPr>
        <w:t>人与人工智能如何相处</w:t>
      </w:r>
      <w:r>
        <w:t>"</w:t>
      </w:r>
      <w:r>
        <w:rPr>
          <w:rFonts w:ascii="微软雅黑" w:eastAsia="微软雅黑" w:hAnsi="微软雅黑" w:cs="微软雅黑" w:hint="eastAsia"/>
          <w:lang w:eastAsia="zh-CN"/>
        </w:rPr>
        <w:t>的哲学问题。</w:t>
      </w:r>
    </w:p>
    <w:p>
      <w:pPr/>
      <w:r>
        <w:rPr>
          <w:rFonts w:ascii="微软雅黑" w:eastAsia="微软雅黑" w:hAnsi="微软雅黑" w:cs="微软雅黑" w:hint="eastAsia"/>
          <w:lang w:eastAsia="zh-CN"/>
        </w:rPr>
        <w:t>内容大纲按幻灯片出现顺序如下：</w:t>
      </w:r>
      <w:r>
        <w:t xml:space="preserve">00:00 </w:t>
      </w:r>
      <w:r>
        <w:rPr>
          <w:rFonts w:ascii="微软雅黑" w:eastAsia="微软雅黑" w:hAnsi="微软雅黑" w:cs="微软雅黑" w:hint="eastAsia"/>
          <w:lang w:eastAsia="zh-CN"/>
        </w:rPr>
        <w:t>片头：人工智能通识教育的目标（模块</w:t>
      </w:r>
      <w:r>
        <w:t xml:space="preserve">"2 </w:t>
      </w:r>
      <w:r>
        <w:rPr>
          <w:rFonts w:ascii="微软雅黑" w:eastAsia="微软雅黑" w:hAnsi="微软雅黑" w:cs="微软雅黑" w:hint="eastAsia"/>
          <w:lang w:eastAsia="zh-CN"/>
        </w:rPr>
        <w:t>学科通识</w:t>
      </w:r>
      <w:r>
        <w:t>"</w:t>
      </w:r>
      <w:r>
        <w:rPr>
          <w:rFonts w:ascii="微软雅黑" w:eastAsia="微软雅黑" w:hAnsi="微软雅黑" w:cs="微软雅黑" w:hint="eastAsia"/>
          <w:lang w:eastAsia="zh-CN"/>
        </w:rPr>
        <w:t>）。</w:t>
      </w:r>
      <w:r>
        <w:t>00:30 AI</w:t>
      </w:r>
      <w:r>
        <w:rPr>
          <w:rFonts w:ascii="微软雅黑" w:eastAsia="微软雅黑" w:hAnsi="微软雅黑" w:cs="微软雅黑" w:hint="eastAsia"/>
          <w:lang w:eastAsia="zh-CN"/>
        </w:rPr>
        <w:t>课程本质上是跨学科课程：</w:t>
      </w:r>
      <w:r>
        <w:t>AI</w:t>
      </w:r>
      <w:r>
        <w:rPr>
          <w:rFonts w:ascii="微软雅黑" w:eastAsia="微软雅黑" w:hAnsi="微软雅黑" w:cs="微软雅黑" w:hint="eastAsia"/>
          <w:lang w:eastAsia="zh-CN"/>
        </w:rPr>
        <w:t>看似工程与技术，背后是科学与数学；四色</w:t>
      </w:r>
      <w:r>
        <w:t>STEM</w:t>
      </w:r>
      <w:r>
        <w:rPr>
          <w:rFonts w:ascii="微软雅黑" w:eastAsia="微软雅黑" w:hAnsi="微软雅黑" w:cs="微软雅黑" w:hint="eastAsia"/>
          <w:lang w:eastAsia="zh-CN"/>
        </w:rPr>
        <w:t>图标（科学、技术、工程、数学），</w:t>
      </w:r>
      <w:r>
        <w:t>"</w:t>
      </w:r>
      <w:r>
        <w:rPr>
          <w:rFonts w:ascii="微软雅黑" w:eastAsia="微软雅黑" w:hAnsi="微软雅黑" w:cs="微软雅黑" w:hint="eastAsia"/>
          <w:lang w:eastAsia="zh-CN"/>
        </w:rPr>
        <w:t>就是我们讲的</w:t>
      </w:r>
      <w:r>
        <w:t>STEM</w:t>
      </w:r>
      <w:r>
        <w:rPr>
          <w:rFonts w:ascii="微软雅黑" w:eastAsia="微软雅黑" w:hAnsi="微软雅黑" w:cs="微软雅黑" w:hint="eastAsia"/>
          <w:lang w:eastAsia="zh-CN"/>
        </w:rPr>
        <w:t>教育</w:t>
      </w:r>
      <w:r>
        <w:t>""</w:t>
      </w:r>
      <w:r>
        <w:rPr>
          <w:rFonts w:ascii="微软雅黑" w:eastAsia="微软雅黑" w:hAnsi="微软雅黑" w:cs="微软雅黑" w:hint="eastAsia"/>
          <w:lang w:eastAsia="zh-CN"/>
        </w:rPr>
        <w:t>是理工领域的跨学科教学</w:t>
      </w:r>
      <w:r>
        <w:t>"</w:t>
      </w:r>
      <w:r>
        <w:rPr>
          <w:rFonts w:ascii="微软雅黑" w:eastAsia="微软雅黑" w:hAnsi="微软雅黑" w:cs="微软雅黑" w:hint="eastAsia"/>
          <w:lang w:eastAsia="zh-CN"/>
        </w:rPr>
        <w:t>。</w:t>
      </w:r>
      <w:r>
        <w:t>01:00–06:00 STEAM</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以技术拨动学生心灵的琴弦</w:t>
      </w:r>
      <w:r>
        <w:t>"</w:t>
      </w:r>
      <w:r>
        <w:rPr>
          <w:rFonts w:ascii="微软雅黑" w:eastAsia="微软雅黑" w:hAnsi="微软雅黑" w:cs="微软雅黑" w:hint="eastAsia"/>
          <w:lang w:eastAsia="zh-CN"/>
        </w:rPr>
        <w:t>：</w:t>
      </w:r>
      <w:r>
        <w:t>A</w:t>
      </w:r>
      <w:r>
        <w:rPr>
          <w:rFonts w:ascii="微软雅黑" w:eastAsia="微软雅黑" w:hAnsi="微软雅黑" w:cs="微软雅黑" w:hint="eastAsia"/>
          <w:lang w:eastAsia="zh-CN"/>
        </w:rPr>
        <w:t>（艺术）很重要；逐句讲解四句话</w:t>
      </w:r>
      <w:r>
        <w:t>——"</w:t>
      </w:r>
      <w:r>
        <w:rPr>
          <w:rFonts w:ascii="微软雅黑" w:eastAsia="微软雅黑" w:hAnsi="微软雅黑" w:cs="微软雅黑" w:hint="eastAsia"/>
          <w:lang w:eastAsia="zh-CN"/>
        </w:rPr>
        <w:t>像艺术家一样想象</w:t>
      </w:r>
      <w:r>
        <w:t>"</w:t>
      </w:r>
      <w:r>
        <w:rPr>
          <w:rFonts w:ascii="微软雅黑" w:eastAsia="微软雅黑" w:hAnsi="微软雅黑" w:cs="微软雅黑" w:hint="eastAsia"/>
          <w:lang w:eastAsia="zh-CN"/>
        </w:rPr>
        <w:t>（想象的东西到底对不对、分得清真假，靠</w:t>
      </w:r>
      <w:r>
        <w:t>"</w:t>
      </w:r>
      <w:r>
        <w:rPr>
          <w:rFonts w:ascii="微软雅黑" w:eastAsia="微软雅黑" w:hAnsi="微软雅黑" w:cs="微软雅黑" w:hint="eastAsia"/>
          <w:lang w:eastAsia="zh-CN"/>
        </w:rPr>
        <w:t>像科学家一样思考</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像工程师一样创造</w:t>
      </w:r>
      <w:r>
        <w:t>"</w:t>
      </w:r>
      <w:r>
        <w:rPr>
          <w:rFonts w:ascii="微软雅黑" w:eastAsia="微软雅黑" w:hAnsi="微软雅黑" w:cs="微软雅黑" w:hint="eastAsia"/>
          <w:lang w:eastAsia="zh-CN"/>
        </w:rPr>
        <w:t>（工程师是让这个世界变得更美好的）、</w:t>
      </w:r>
      <w:r>
        <w:t>"</w:t>
      </w:r>
      <w:r>
        <w:rPr>
          <w:rFonts w:ascii="微软雅黑" w:eastAsia="微软雅黑" w:hAnsi="微软雅黑" w:cs="微软雅黑" w:hint="eastAsia"/>
          <w:lang w:eastAsia="zh-CN"/>
        </w:rPr>
        <w:t>像正常人一样生活</w:t>
      </w:r>
      <w:r>
        <w:t>"</w:t>
      </w:r>
      <w:r>
        <w:rPr>
          <w:rFonts w:ascii="微软雅黑" w:eastAsia="微软雅黑" w:hAnsi="微软雅黑" w:cs="微软雅黑" w:hint="eastAsia"/>
          <w:lang w:eastAsia="zh-CN"/>
        </w:rPr>
        <w:t>；四者合一叫</w:t>
      </w:r>
      <w:r>
        <w:t>"</w:t>
      </w:r>
      <w:r>
        <w:rPr>
          <w:rFonts w:ascii="微软雅黑" w:eastAsia="微软雅黑" w:hAnsi="微软雅黑" w:cs="微软雅黑" w:hint="eastAsia"/>
          <w:lang w:eastAsia="zh-CN"/>
        </w:rPr>
        <w:t>全面发展</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让我们的学生能够领悟到人工智能的科技之美</w:t>
      </w:r>
      <w:r>
        <w:t>""</w:t>
      </w:r>
      <w:r>
        <w:rPr>
          <w:rFonts w:ascii="微软雅黑" w:eastAsia="微软雅黑" w:hAnsi="微软雅黑" w:cs="微软雅黑" w:hint="eastAsia"/>
          <w:lang w:eastAsia="zh-CN"/>
        </w:rPr>
        <w:t>这个才是人工智能教育要追求的最高的目标</w:t>
      </w:r>
      <w:r>
        <w:t>"</w:t>
      </w:r>
      <w:r>
        <w:rPr>
          <w:rFonts w:ascii="微软雅黑" w:eastAsia="微软雅黑" w:hAnsi="微软雅黑" w:cs="微软雅黑" w:hint="eastAsia"/>
          <w:lang w:eastAsia="zh-CN"/>
        </w:rPr>
        <w:t>。</w:t>
      </w:r>
    </w:p>
    <w:p>
      <w:pPr/>
      <w:r>
        <w:t xml:space="preserve">06:00–08:30 </w:t>
      </w:r>
      <w:r>
        <w:rPr>
          <w:rFonts w:ascii="微软雅黑" w:eastAsia="微软雅黑" w:hAnsi="微软雅黑" w:cs="微软雅黑" w:hint="eastAsia"/>
          <w:lang w:eastAsia="zh-CN"/>
        </w:rPr>
        <w:t>人工智能是什么：中心小人被五项能力环绕</w:t>
      </w:r>
      <w:r>
        <w:t>——</w:t>
      </w:r>
      <w:r>
        <w:rPr>
          <w:rFonts w:ascii="微软雅黑" w:eastAsia="微软雅黑" w:hAnsi="微软雅黑" w:cs="微软雅黑" w:hint="eastAsia"/>
          <w:lang w:eastAsia="zh-CN"/>
        </w:rPr>
        <w:t>能懂（自然语言理解）、看见（计算机视觉）、听见（语音识别）、会说（语音合成）、能动（机器人学）；定义</w:t>
      </w:r>
      <w:r>
        <w:t>"</w:t>
      </w:r>
      <w:r>
        <w:rPr>
          <w:rFonts w:ascii="微软雅黑" w:eastAsia="微软雅黑" w:hAnsi="微软雅黑" w:cs="微软雅黑" w:hint="eastAsia"/>
          <w:lang w:eastAsia="zh-CN"/>
        </w:rPr>
        <w:t>人工智能：以机器模拟人类智能</w:t>
      </w:r>
      <w:r>
        <w:t>"</w:t>
      </w:r>
      <w:r>
        <w:rPr>
          <w:rFonts w:ascii="微软雅黑" w:eastAsia="微软雅黑" w:hAnsi="微软雅黑" w:cs="微软雅黑" w:hint="eastAsia"/>
          <w:lang w:eastAsia="zh-CN"/>
        </w:rPr>
        <w:t>；强调</w:t>
      </w:r>
      <w:r>
        <w:t>"</w:t>
      </w:r>
      <w:r>
        <w:rPr>
          <w:rFonts w:ascii="微软雅黑" w:eastAsia="微软雅黑" w:hAnsi="微软雅黑" w:cs="微软雅黑" w:hint="eastAsia"/>
          <w:lang w:eastAsia="zh-CN"/>
        </w:rPr>
        <w:t>得把这</w:t>
      </w:r>
      <w:r>
        <w:t>5</w:t>
      </w:r>
      <w:r>
        <w:rPr>
          <w:rFonts w:ascii="微软雅黑" w:eastAsia="微软雅黑" w:hAnsi="微软雅黑" w:cs="微软雅黑" w:hint="eastAsia"/>
          <w:lang w:eastAsia="zh-CN"/>
        </w:rPr>
        <w:t>件事连在一起</w:t>
      </w:r>
      <w:r>
        <w:t>"</w:t>
      </w:r>
      <w:r>
        <w:rPr>
          <w:rFonts w:ascii="微软雅黑" w:eastAsia="微软雅黑" w:hAnsi="微软雅黑" w:cs="微软雅黑" w:hint="eastAsia"/>
          <w:lang w:eastAsia="zh-CN"/>
        </w:rPr>
        <w:t>，并指出往下</w:t>
      </w:r>
      <w:r>
        <w:t>"</w:t>
      </w:r>
      <w:r>
        <w:rPr>
          <w:rFonts w:ascii="微软雅黑" w:eastAsia="微软雅黑" w:hAnsi="微软雅黑" w:cs="微软雅黑" w:hint="eastAsia"/>
          <w:lang w:eastAsia="zh-CN"/>
        </w:rPr>
        <w:t>沉到了数学、科学以及哲学这些底层的东西</w:t>
      </w:r>
      <w:r>
        <w:t>"</w:t>
      </w:r>
      <w:r>
        <w:rPr>
          <w:rFonts w:ascii="微软雅黑" w:eastAsia="微软雅黑" w:hAnsi="微软雅黑" w:cs="微软雅黑" w:hint="eastAsia"/>
          <w:lang w:eastAsia="zh-CN"/>
        </w:rPr>
        <w:t>。</w:t>
      </w:r>
      <w:r>
        <w:t xml:space="preserve">08:30–12:00 </w:t>
      </w:r>
      <w:r>
        <w:rPr>
          <w:rFonts w:ascii="微软雅黑" w:eastAsia="微软雅黑" w:hAnsi="微软雅黑" w:cs="微软雅黑" w:hint="eastAsia"/>
          <w:lang w:eastAsia="zh-CN"/>
        </w:rPr>
        <w:t>机器人与人的关系（</w:t>
      </w:r>
      <w:r>
        <w:t>Artificial vs Human Intelligence</w:t>
      </w:r>
      <w:r>
        <w:rPr>
          <w:rFonts w:ascii="微软雅黑" w:eastAsia="微软雅黑" w:hAnsi="微软雅黑" w:cs="微软雅黑" w:hint="eastAsia"/>
          <w:lang w:eastAsia="zh-CN"/>
        </w:rPr>
        <w:t>图）：机器人帮我们动手、人帮我们动脑；</w:t>
      </w:r>
      <w:r>
        <w:t>"</w:t>
      </w:r>
      <w:r>
        <w:rPr>
          <w:rFonts w:ascii="微软雅黑" w:eastAsia="微软雅黑" w:hAnsi="微软雅黑" w:cs="微软雅黑" w:hint="eastAsia"/>
          <w:lang w:eastAsia="zh-CN"/>
        </w:rPr>
        <w:t>机器人可以替代人类从事某些工作</w:t>
      </w:r>
      <w:r>
        <w:t>""</w:t>
      </w:r>
      <w:r>
        <w:rPr>
          <w:rFonts w:ascii="微软雅黑" w:eastAsia="微软雅黑" w:hAnsi="微软雅黑" w:cs="微软雅黑" w:hint="eastAsia"/>
          <w:lang w:eastAsia="zh-CN"/>
        </w:rPr>
        <w:t>有时可以比人类干得更好</w:t>
      </w:r>
      <w:r>
        <w:t>——</w:t>
      </w:r>
      <w:r>
        <w:rPr>
          <w:rFonts w:ascii="微软雅黑" w:eastAsia="微软雅黑" w:hAnsi="微软雅黑" w:cs="微软雅黑" w:hint="eastAsia"/>
          <w:lang w:eastAsia="zh-CN"/>
        </w:rPr>
        <w:t>这就是人的本质力量的延伸</w:t>
      </w:r>
      <w:r>
        <w:t>"</w:t>
      </w:r>
      <w:r>
        <w:rPr>
          <w:rFonts w:ascii="微软雅黑" w:eastAsia="微软雅黑" w:hAnsi="微软雅黑" w:cs="微软雅黑" w:hint="eastAsia"/>
          <w:lang w:eastAsia="zh-CN"/>
        </w:rPr>
        <w:t>，且</w:t>
      </w:r>
      <w:r>
        <w:t>"</w:t>
      </w:r>
      <w:r>
        <w:rPr>
          <w:rFonts w:ascii="微软雅黑" w:eastAsia="微软雅黑" w:hAnsi="微软雅黑" w:cs="微软雅黑" w:hint="eastAsia"/>
          <w:lang w:eastAsia="zh-CN"/>
        </w:rPr>
        <w:t>最关键的是延伸了我们的大脑</w:t>
      </w:r>
      <w:r>
        <w:t>"</w:t>
      </w:r>
      <w:r>
        <w:rPr>
          <w:rFonts w:ascii="微软雅黑" w:eastAsia="微软雅黑" w:hAnsi="微软雅黑" w:cs="微软雅黑" w:hint="eastAsia"/>
          <w:lang w:eastAsia="zh-CN"/>
        </w:rPr>
        <w:t>；但</w:t>
      </w:r>
      <w:r>
        <w:t>"</w:t>
      </w:r>
      <w:r>
        <w:rPr>
          <w:rFonts w:ascii="微软雅黑" w:eastAsia="微软雅黑" w:hAnsi="微软雅黑" w:cs="微软雅黑" w:hint="eastAsia"/>
          <w:lang w:eastAsia="zh-CN"/>
        </w:rPr>
        <w:t>机器人怎么干活是人类告诉它的</w:t>
      </w:r>
      <w:r>
        <w:t>""AI</w:t>
      </w:r>
      <w:r>
        <w:rPr>
          <w:rFonts w:ascii="微软雅黑" w:eastAsia="微软雅黑" w:hAnsi="微软雅黑" w:cs="微软雅黑" w:hint="eastAsia"/>
          <w:lang w:eastAsia="zh-CN"/>
        </w:rPr>
        <w:t>造不出来人类</w:t>
      </w:r>
      <w:r>
        <w:t>"</w:t>
      </w:r>
      <w:r>
        <w:rPr>
          <w:rFonts w:ascii="微软雅黑" w:eastAsia="微软雅黑" w:hAnsi="微软雅黑" w:cs="微软雅黑" w:hint="eastAsia"/>
          <w:lang w:eastAsia="zh-CN"/>
        </w:rPr>
        <w:t>，警惕把它当作</w:t>
      </w:r>
      <w:r>
        <w:t>"</w:t>
      </w:r>
      <w:r>
        <w:rPr>
          <w:rFonts w:ascii="微软雅黑" w:eastAsia="微软雅黑" w:hAnsi="微软雅黑" w:cs="微软雅黑" w:hint="eastAsia"/>
          <w:lang w:eastAsia="zh-CN"/>
        </w:rPr>
        <w:t>主体性的存在</w:t>
      </w:r>
      <w:r>
        <w:t>"</w:t>
      </w:r>
      <w:r>
        <w:rPr>
          <w:rFonts w:ascii="微软雅黑" w:eastAsia="微软雅黑" w:hAnsi="微软雅黑" w:cs="微软雅黑" w:hint="eastAsia"/>
          <w:lang w:eastAsia="zh-CN"/>
        </w:rPr>
        <w:t>（如同伴不能被当作工具）。</w:t>
      </w:r>
    </w:p>
    <w:p>
      <w:pPr/>
      <w:r>
        <w:t xml:space="preserve">12:00–14:00 </w:t>
      </w:r>
      <w:r>
        <w:rPr>
          <w:rFonts w:ascii="微软雅黑" w:eastAsia="微软雅黑" w:hAnsi="微软雅黑" w:cs="微软雅黑" w:hint="eastAsia"/>
          <w:lang w:eastAsia="zh-CN"/>
        </w:rPr>
        <w:t>两大思辨问题：</w:t>
      </w:r>
      <w:r>
        <w:t>①"</w:t>
      </w:r>
      <w:r>
        <w:rPr>
          <w:rFonts w:ascii="微软雅黑" w:eastAsia="微软雅黑" w:hAnsi="微软雅黑" w:cs="微软雅黑" w:hint="eastAsia"/>
          <w:lang w:eastAsia="zh-CN"/>
        </w:rPr>
        <w:t>人类究竟应该如何与人工智能相处？</w:t>
      </w:r>
      <w:r>
        <w:t>"——</w:t>
      </w:r>
      <w:r>
        <w:rPr>
          <w:rFonts w:ascii="微软雅黑" w:eastAsia="微软雅黑" w:hAnsi="微软雅黑" w:cs="微软雅黑" w:hint="eastAsia"/>
          <w:lang w:eastAsia="zh-CN"/>
        </w:rPr>
        <w:t>人机交往、保护隐私；</w:t>
      </w:r>
      <w:r>
        <w:t>②"</w:t>
      </w:r>
      <w:r>
        <w:rPr>
          <w:rFonts w:ascii="微软雅黑" w:eastAsia="微软雅黑" w:hAnsi="微软雅黑" w:cs="微软雅黑" w:hint="eastAsia"/>
          <w:lang w:eastAsia="zh-CN"/>
        </w:rPr>
        <w:t>人工智能能不能超过人类智能？</w:t>
      </w:r>
      <w:r>
        <w:t>"——"</w:t>
      </w:r>
      <w:r>
        <w:rPr>
          <w:rFonts w:ascii="微软雅黑" w:eastAsia="微软雅黑" w:hAnsi="微软雅黑" w:cs="微软雅黑" w:hint="eastAsia"/>
          <w:lang w:eastAsia="zh-CN"/>
        </w:rPr>
        <w:t>这种哲学思辨对于孩子理解人工智能尤其重要</w:t>
      </w:r>
      <w:r>
        <w:t>"</w:t>
      </w:r>
      <w:r>
        <w:rPr>
          <w:rFonts w:ascii="微软雅黑" w:eastAsia="微软雅黑" w:hAnsi="微软雅黑" w:cs="微软雅黑" w:hint="eastAsia"/>
          <w:lang w:eastAsia="zh-CN"/>
        </w:rPr>
        <w:t>。</w:t>
      </w:r>
    </w:p>
    <w:p>
      <w:pPr/>
      <w:r>
        <w:rPr>
          <w:rFonts w:ascii="微软雅黑" w:eastAsia="微软雅黑" w:hAnsi="微软雅黑" w:cs="微软雅黑" w:hint="eastAsia"/>
          <w:lang w:eastAsia="zh-CN"/>
        </w:rPr>
        <w:t>核心知识点清单：</w:t>
      </w:r>
      <w:r>
        <w:t>1. AI</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跨学科课程：工程技术的背后是科学与数学，可用</w:t>
      </w:r>
      <w:r>
        <w:t>STEM/STEAM</w:t>
      </w:r>
      <w:r>
        <w:rPr>
          <w:rFonts w:ascii="微软雅黑" w:eastAsia="微软雅黑" w:hAnsi="微软雅黑" w:cs="微软雅黑" w:hint="eastAsia"/>
          <w:lang w:eastAsia="zh-CN"/>
        </w:rPr>
        <w:t>方式推进。</w:t>
      </w:r>
      <w:r>
        <w:t>2. STEAM</w:t>
      </w:r>
      <w:r>
        <w:rPr>
          <w:rFonts w:ascii="微软雅黑" w:eastAsia="微软雅黑" w:hAnsi="微软雅黑" w:cs="微软雅黑" w:hint="eastAsia"/>
          <w:lang w:eastAsia="zh-CN"/>
        </w:rPr>
        <w:t>四句育人目标：像艺术家一样想象／像科学家一样思考／像工程师一样创造／像正常人一样生活</w:t>
      </w:r>
      <w:r>
        <w:t>→</w:t>
      </w:r>
      <w:r>
        <w:rPr>
          <w:rFonts w:ascii="微软雅黑" w:eastAsia="微软雅黑" w:hAnsi="微软雅黑" w:cs="微软雅黑" w:hint="eastAsia"/>
          <w:lang w:eastAsia="zh-CN"/>
        </w:rPr>
        <w:t>全面发展。</w:t>
      </w:r>
      <w:r>
        <w:t>3. AI</w:t>
      </w:r>
      <w:r>
        <w:rPr>
          <w:rFonts w:ascii="微软雅黑" w:eastAsia="微软雅黑" w:hAnsi="微软雅黑" w:cs="微软雅黑" w:hint="eastAsia"/>
          <w:lang w:eastAsia="zh-CN"/>
        </w:rPr>
        <w:t>五大能力圈：自然语言理解（能懂）、计算机视觉（看见）、语音识别（听见）、语音合成（会说）、机器人学（能动）；</w:t>
      </w:r>
      <w:r>
        <w:t>AI=</w:t>
      </w:r>
      <w:r>
        <w:rPr>
          <w:rFonts w:ascii="微软雅黑" w:eastAsia="微软雅黑" w:hAnsi="微软雅黑" w:cs="微软雅黑" w:hint="eastAsia"/>
          <w:lang w:eastAsia="zh-CN"/>
        </w:rPr>
        <w:t>以机器模拟人类智能。</w:t>
      </w:r>
      <w:r>
        <w:t xml:space="preserve">4. </w:t>
      </w:r>
      <w:r>
        <w:rPr>
          <w:rFonts w:ascii="微软雅黑" w:eastAsia="微软雅黑" w:hAnsi="微软雅黑" w:cs="微软雅黑" w:hint="eastAsia"/>
          <w:lang w:eastAsia="zh-CN"/>
        </w:rPr>
        <w:t>人机关系观：机器人是人的本质力量的延伸（动手</w:t>
      </w:r>
      <w:r>
        <w:t>+</w:t>
      </w:r>
      <w:r>
        <w:rPr>
          <w:rFonts w:ascii="微软雅黑" w:eastAsia="微软雅黑" w:hAnsi="微软雅黑" w:cs="微软雅黑" w:hint="eastAsia"/>
          <w:lang w:eastAsia="zh-CN"/>
        </w:rPr>
        <w:t>动脑），机器人行为由人类规定，</w:t>
      </w:r>
      <w:r>
        <w:t>AI≠</w:t>
      </w:r>
      <w:r>
        <w:rPr>
          <w:rFonts w:ascii="微软雅黑" w:eastAsia="微软雅黑" w:hAnsi="微软雅黑" w:cs="微软雅黑" w:hint="eastAsia"/>
          <w:lang w:eastAsia="zh-CN"/>
        </w:rPr>
        <w:t>人类。</w:t>
      </w:r>
      <w:r>
        <w:t xml:space="preserve">5. </w:t>
      </w:r>
      <w:r>
        <w:rPr>
          <w:rFonts w:ascii="微软雅黑" w:eastAsia="微软雅黑" w:hAnsi="微软雅黑" w:cs="微软雅黑" w:hint="eastAsia"/>
          <w:lang w:eastAsia="zh-CN"/>
        </w:rPr>
        <w:t>两大伦理哲学问题：如何与</w:t>
      </w:r>
      <w:r>
        <w:t>AI</w:t>
      </w:r>
      <w:r>
        <w:rPr>
          <w:rFonts w:ascii="微软雅黑" w:eastAsia="微软雅黑" w:hAnsi="微软雅黑" w:cs="微软雅黑" w:hint="eastAsia"/>
          <w:lang w:eastAsia="zh-CN"/>
        </w:rPr>
        <w:t>相处（隐私、不当工具化）；</w:t>
      </w:r>
      <w:r>
        <w:t>AI</w:t>
      </w:r>
      <w:r>
        <w:rPr>
          <w:rFonts w:ascii="微软雅黑" w:eastAsia="微软雅黑" w:hAnsi="微软雅黑" w:cs="微软雅黑" w:hint="eastAsia"/>
          <w:lang w:eastAsia="zh-CN"/>
        </w:rPr>
        <w:t>能否超过人类智能。</w:t>
      </w:r>
    </w:p>
    <w:p>
      <w:pPr/>
      <w:r>
        <w:rPr>
          <w:rFonts w:ascii="微软雅黑" w:eastAsia="微软雅黑" w:hAnsi="微软雅黑" w:cs="微软雅黑" w:hint="eastAsia"/>
          <w:lang w:eastAsia="zh-CN"/>
        </w:rPr>
        <w:t>金句</w:t>
      </w:r>
      <w:r>
        <w:t>/</w:t>
      </w:r>
      <w:r>
        <w:rPr>
          <w:rFonts w:ascii="微软雅黑" w:eastAsia="微软雅黑" w:hAnsi="微软雅黑" w:cs="微软雅黑" w:hint="eastAsia"/>
          <w:lang w:eastAsia="zh-CN"/>
        </w:rPr>
        <w:t>关键表述：</w:t>
      </w:r>
      <w:r>
        <w:t>"</w:t>
      </w:r>
      <w:r>
        <w:rPr>
          <w:rFonts w:ascii="微软雅黑" w:eastAsia="微软雅黑" w:hAnsi="微软雅黑" w:cs="微软雅黑" w:hint="eastAsia"/>
          <w:lang w:eastAsia="zh-CN"/>
        </w:rPr>
        <w:t>以技术拨动学生心灵的琴弦。</w:t>
      </w:r>
      <w:r>
        <w:t>""</w:t>
      </w:r>
      <w:r>
        <w:rPr>
          <w:rFonts w:ascii="微软雅黑" w:eastAsia="微软雅黑" w:hAnsi="微软雅黑" w:cs="微软雅黑" w:hint="eastAsia"/>
          <w:lang w:eastAsia="zh-CN"/>
        </w:rPr>
        <w:t>工程师是让这个世界变得更美好的。</w:t>
      </w:r>
      <w:r>
        <w:t>""</w:t>
      </w:r>
      <w:r>
        <w:rPr>
          <w:rFonts w:ascii="微软雅黑" w:eastAsia="微软雅黑" w:hAnsi="微软雅黑" w:cs="微软雅黑" w:hint="eastAsia"/>
          <w:lang w:eastAsia="zh-CN"/>
        </w:rPr>
        <w:t>让人工智能教育追求的最高目标，是让我们的学生能够领悟到人工智能的科技之美。</w:t>
      </w:r>
      <w:r>
        <w:t>""</w:t>
      </w:r>
      <w:r>
        <w:rPr>
          <w:rFonts w:ascii="微软雅黑" w:eastAsia="微软雅黑" w:hAnsi="微软雅黑" w:cs="微软雅黑" w:hint="eastAsia"/>
          <w:lang w:eastAsia="zh-CN"/>
        </w:rPr>
        <w:t>机器人帮我们动手，人帮我们动脑；机器人最关键的是延伸了我们的大脑。</w:t>
      </w:r>
      <w:r>
        <w:t>""</w:t>
      </w:r>
      <w:r>
        <w:rPr>
          <w:rFonts w:ascii="微软雅黑" w:eastAsia="微软雅黑" w:hAnsi="微软雅黑" w:cs="微软雅黑" w:hint="eastAsia"/>
          <w:lang w:eastAsia="zh-CN"/>
        </w:rPr>
        <w:t>机器人怎么干活，是人类告诉它的。</w:t>
      </w:r>
      <w:r>
        <w:t>""</w:t>
      </w:r>
      <w:r>
        <w:rPr>
          <w:rFonts w:ascii="微软雅黑" w:eastAsia="微软雅黑" w:hAnsi="微软雅黑" w:cs="微软雅黑" w:hint="eastAsia"/>
          <w:lang w:eastAsia="zh-CN"/>
        </w:rPr>
        <w:t>人工智能的通识教育，最后就是要引导我们的学生思考、反思人工智能技术的存在。</w:t>
      </w:r>
      <w:r>
        <w:t>"</w:t>
      </w:r>
    </w:p>
    <w:p>
      <w:pPr/>
      <w:r>
        <w:rPr>
          <w:rFonts w:ascii="微软雅黑" w:eastAsia="微软雅黑" w:hAnsi="微软雅黑" w:cs="微软雅黑" w:hint="eastAsia"/>
          <w:lang w:eastAsia="zh-CN"/>
        </w:rPr>
        <w:t>与教学设计的连接点：提问素材：</w:t>
      </w:r>
      <w:r>
        <w:t>"</w:t>
      </w:r>
      <w:r>
        <w:rPr>
          <w:rFonts w:ascii="微软雅黑" w:eastAsia="微软雅黑" w:hAnsi="微软雅黑" w:cs="微软雅黑" w:hint="eastAsia"/>
          <w:lang w:eastAsia="zh-CN"/>
        </w:rPr>
        <w:t>机器人和人是什么关系？</w:t>
      </w:r>
      <w:r>
        <w:t>""</w:t>
      </w:r>
      <w:r>
        <w:rPr>
          <w:rFonts w:ascii="微软雅黑" w:eastAsia="微软雅黑" w:hAnsi="微软雅黑" w:cs="微软雅黑" w:hint="eastAsia"/>
          <w:lang w:eastAsia="zh-CN"/>
        </w:rPr>
        <w:t>人工智能能不能超过人类智能？</w:t>
      </w:r>
      <w:r>
        <w:t>""</w:t>
      </w:r>
      <w:r>
        <w:rPr>
          <w:rFonts w:ascii="微软雅黑" w:eastAsia="微软雅黑" w:hAnsi="微软雅黑" w:cs="微软雅黑" w:hint="eastAsia"/>
          <w:lang w:eastAsia="zh-CN"/>
        </w:rPr>
        <w:t>人应该怎么和人工智能打交道？</w:t>
      </w:r>
      <w:r>
        <w:t>"</w:t>
      </w:r>
      <w:r>
        <w:rPr>
          <w:rFonts w:ascii="微软雅黑" w:eastAsia="微软雅黑" w:hAnsi="微软雅黑" w:cs="微软雅黑" w:hint="eastAsia"/>
          <w:lang w:eastAsia="zh-CN"/>
        </w:rPr>
        <w:t>可搬用的课堂活动：让学生看人形机器人图片说出</w:t>
      </w:r>
      <w:r>
        <w:t>AI</w:t>
      </w:r>
      <w:r>
        <w:rPr>
          <w:rFonts w:ascii="微软雅黑" w:eastAsia="微软雅黑" w:hAnsi="微软雅黑" w:cs="微软雅黑" w:hint="eastAsia"/>
          <w:lang w:eastAsia="zh-CN"/>
        </w:rPr>
        <w:t>五大能力并</w:t>
      </w:r>
      <w:r>
        <w:t>"</w:t>
      </w:r>
      <w:r>
        <w:rPr>
          <w:rFonts w:ascii="微软雅黑" w:eastAsia="微软雅黑" w:hAnsi="微软雅黑" w:cs="微软雅黑" w:hint="eastAsia"/>
          <w:lang w:eastAsia="zh-CN"/>
        </w:rPr>
        <w:t>把</w:t>
      </w:r>
      <w:r>
        <w:t>5</w:t>
      </w:r>
      <w:r>
        <w:rPr>
          <w:rFonts w:ascii="微软雅黑" w:eastAsia="微软雅黑" w:hAnsi="微软雅黑" w:cs="微软雅黑" w:hint="eastAsia"/>
          <w:lang w:eastAsia="zh-CN"/>
        </w:rPr>
        <w:t>件事连在一起</w:t>
      </w:r>
      <w:r>
        <w:t>"</w:t>
      </w:r>
      <w:r>
        <w:rPr>
          <w:rFonts w:ascii="微软雅黑" w:eastAsia="微软雅黑" w:hAnsi="微软雅黑" w:cs="微软雅黑" w:hint="eastAsia"/>
          <w:lang w:eastAsia="zh-CN"/>
        </w:rPr>
        <w:t>；讨论</w:t>
      </w:r>
      <w:r>
        <w:t>"</w:t>
      </w:r>
      <w:r>
        <w:rPr>
          <w:rFonts w:ascii="微软雅黑" w:eastAsia="微软雅黑" w:hAnsi="微软雅黑" w:cs="微软雅黑" w:hint="eastAsia"/>
          <w:lang w:eastAsia="zh-CN"/>
        </w:rPr>
        <w:t>哪些工作机器人比人干得好、哪些永远替代不了人</w:t>
      </w:r>
      <w:r>
        <w:t>"</w:t>
      </w:r>
      <w:r>
        <w:rPr>
          <w:rFonts w:ascii="微软雅黑" w:eastAsia="微软雅黑" w:hAnsi="微软雅黑" w:cs="微软雅黑" w:hint="eastAsia"/>
          <w:lang w:eastAsia="zh-CN"/>
        </w:rPr>
        <w:t>。板书素材：五大能力环形图、</w:t>
      </w:r>
      <w:r>
        <w:t xml:space="preserve">Artificial vs Human </w:t>
      </w:r>
      <w:r>
        <w:rPr>
          <w:rFonts w:ascii="微软雅黑" w:eastAsia="微软雅黑" w:hAnsi="微软雅黑" w:cs="微软雅黑" w:hint="eastAsia"/>
          <w:lang w:eastAsia="zh-CN"/>
        </w:rPr>
        <w:t>对比图。</w:t>
      </w:r>
    </w:p>
    <w:p>
      <w:pPr>
        <w:pStyle w:val="Heading3"/>
      </w:pPr>
      <w:r>
        <w:rPr>
          <w:rFonts w:ascii="微软雅黑" w:hAnsi="微软雅黑" w:eastAsia="微软雅黑" w:cs="微软雅黑" w:hint="eastAsia"/>
          <w:b w:val="0"/>
          <w:color w:val="1A237E"/>
          <w:sz w:val="20"/>
          <w:lang w:eastAsia="zh-CN"/>
        </w:rPr>
        <w:t>七、研修作业与迁移任务（2-3项）</w:t>
      </w:r>
    </w:p>
    <w:p>
      <w:pPr>
        <w:pStyle w:val="ListNumber"/>
        <w:numPr>
          <w:ilvl w:val="0"/>
          <w:numId w:val="26"/>
        </w:numPr>
        <w:spacing w:after="72"/>
      </w:pPr>
      <w:r>
        <w:rPr>
          <w:rFonts w:ascii="微软雅黑" w:eastAsia="微软雅黑" w:hAnsi="微软雅黑" w:cs="微软雅黑" w:hint="eastAsia"/>
          <w:b/>
          <w:lang w:eastAsia="zh-CN"/>
        </w:rPr>
        <w:t>目标对照表</w:t>
      </w:r>
      <w:r>
        <w:rPr>
          <w:rFonts w:ascii="微软雅黑" w:eastAsia="微软雅黑" w:hAnsi="微软雅黑" w:cs="微软雅黑" w:hint="eastAsia"/>
          <w:lang w:eastAsia="zh-CN"/>
        </w:rPr>
        <w:t>：对照本讲</w:t>
      </w:r>
      <w:r>
        <w:t>"</w:t>
      </w:r>
      <w:r>
        <w:rPr>
          <w:rFonts w:ascii="微软雅黑" w:eastAsia="微软雅黑" w:hAnsi="微软雅黑" w:cs="微软雅黑" w:hint="eastAsia"/>
          <w:lang w:eastAsia="zh-CN"/>
        </w:rPr>
        <w:t>四句育人目标</w:t>
      </w:r>
      <w:r>
        <w:t>"</w:t>
      </w:r>
      <w:r>
        <w:rPr>
          <w:rFonts w:ascii="微软雅黑" w:eastAsia="微软雅黑" w:hAnsi="微软雅黑" w:cs="微软雅黑" w:hint="eastAsia"/>
          <w:lang w:eastAsia="zh-CN"/>
        </w:rPr>
        <w:t>，填写本人所教学段（小学</w:t>
      </w:r>
      <w:r>
        <w:t>/</w:t>
      </w:r>
      <w:r>
        <w:rPr>
          <w:rFonts w:ascii="微软雅黑" w:eastAsia="微软雅黑" w:hAnsi="微软雅黑" w:cs="微软雅黑" w:hint="eastAsia"/>
          <w:lang w:eastAsia="zh-CN"/>
        </w:rPr>
        <w:t>初中</w:t>
      </w:r>
      <w:r>
        <w:t>/</w:t>
      </w:r>
      <w:r>
        <w:rPr>
          <w:rFonts w:ascii="微软雅黑" w:eastAsia="微软雅黑" w:hAnsi="微软雅黑" w:cs="微软雅黑" w:hint="eastAsia"/>
          <w:lang w:eastAsia="zh-CN"/>
        </w:rPr>
        <w:t>高中）的</w:t>
      </w:r>
      <w:r>
        <w:t>AI</w:t>
      </w:r>
      <w:r>
        <w:rPr>
          <w:rFonts w:ascii="微软雅黑" w:eastAsia="微软雅黑" w:hAnsi="微软雅黑" w:cs="微软雅黑" w:hint="eastAsia"/>
          <w:lang w:eastAsia="zh-CN"/>
        </w:rPr>
        <w:t>通识课目标映射表，说明本校本学段可落地的</w:t>
      </w:r>
      <w:r>
        <w:t>1-2</w:t>
      </w:r>
      <w:r>
        <w:rPr>
          <w:rFonts w:ascii="微软雅黑" w:eastAsia="微软雅黑" w:hAnsi="微软雅黑" w:cs="微软雅黑" w:hint="eastAsia"/>
          <w:lang w:eastAsia="zh-CN"/>
        </w:rPr>
        <w:t>条具体表现。</w:t>
      </w:r>
    </w:p>
    <w:p>
      <w:pPr>
        <w:pStyle w:val="ListNumber"/>
        <w:numPr>
          <w:ilvl w:val="0"/>
          <w:numId w:val="26"/>
        </w:numPr>
        <w:spacing w:after="72"/>
      </w:pPr>
      <w:r>
        <w:rPr>
          <w:rFonts w:ascii="微软雅黑" w:eastAsia="微软雅黑" w:hAnsi="微软雅黑" w:cs="微软雅黑" w:hint="eastAsia"/>
          <w:b/>
          <w:lang w:eastAsia="zh-CN"/>
        </w:rPr>
        <w:t>微课设计</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人工智能五大能力圈</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人与</w:t>
      </w:r>
      <w:r>
        <w:t>AI</w:t>
      </w:r>
      <w:r>
        <w:rPr>
          <w:rFonts w:ascii="微软雅黑" w:eastAsia="微软雅黑" w:hAnsi="微软雅黑" w:cs="微软雅黑" w:hint="eastAsia"/>
          <w:lang w:eastAsia="zh-CN"/>
        </w:rPr>
        <w:t>如何相处</w:t>
      </w:r>
      <w:r>
        <w:t>"</w:t>
      </w:r>
      <w:r>
        <w:rPr>
          <w:rFonts w:ascii="微软雅黑" w:eastAsia="微软雅黑" w:hAnsi="微软雅黑" w:cs="微软雅黑" w:hint="eastAsia"/>
          <w:lang w:eastAsia="zh-CN"/>
        </w:rPr>
        <w:t>为题，设计一段</w:t>
      </w:r>
      <w:r>
        <w:t>5-8</w:t>
      </w:r>
      <w:r>
        <w:rPr>
          <w:rFonts w:ascii="微软雅黑" w:eastAsia="微软雅黑" w:hAnsi="微软雅黑" w:cs="微软雅黑" w:hint="eastAsia"/>
          <w:lang w:eastAsia="zh-CN"/>
        </w:rPr>
        <w:t>分钟的通识微课教案（含导入提问、核心活动、总结升华），下周三前上传教研平台。</w:t>
      </w:r>
    </w:p>
    <w:p>
      <w:pPr>
        <w:pStyle w:val="ListNumber"/>
        <w:numPr>
          <w:ilvl w:val="0"/>
          <w:numId w:val="26"/>
        </w:numPr>
        <w:spacing w:after="72"/>
      </w:pPr>
      <w:r>
        <w:rPr>
          <w:rFonts w:ascii="微软雅黑" w:eastAsia="微软雅黑" w:hAnsi="微软雅黑" w:cs="微软雅黑" w:hint="eastAsia"/>
          <w:b/>
          <w:lang w:eastAsia="zh-CN"/>
        </w:rPr>
        <w:t>校本衔接建议</w:t>
      </w:r>
      <w:r>
        <w:rPr>
          <w:rFonts w:ascii="微软雅黑" w:eastAsia="微软雅黑" w:hAnsi="微软雅黑" w:cs="微软雅黑" w:hint="eastAsia"/>
          <w:lang w:eastAsia="zh-CN"/>
        </w:rPr>
        <w:t>：作为完全中学，请小学部与中学部各出</w:t>
      </w:r>
      <w:r>
        <w:t>1</w:t>
      </w:r>
      <w:r>
        <w:rPr>
          <w:rFonts w:ascii="微软雅黑" w:eastAsia="微软雅黑" w:hAnsi="微软雅黑" w:cs="微软雅黑" w:hint="eastAsia"/>
          <w:lang w:eastAsia="zh-CN"/>
        </w:rPr>
        <w:t>名代表，联合撰写《泉州一中</w:t>
      </w:r>
      <w:r>
        <w:t>AI</w:t>
      </w:r>
      <w:r>
        <w:rPr>
          <w:rFonts w:ascii="微软雅黑" w:eastAsia="微软雅黑" w:hAnsi="微软雅黑" w:cs="微软雅黑" w:hint="eastAsia"/>
          <w:lang w:eastAsia="zh-CN"/>
        </w:rPr>
        <w:t>通识目标小初高衔接建议》（</w:t>
      </w:r>
      <w:r>
        <w:t>300</w:t>
      </w:r>
      <w:r>
        <w:rPr>
          <w:rFonts w:ascii="微软雅黑" w:eastAsia="微软雅黑" w:hAnsi="微软雅黑" w:cs="微软雅黑" w:hint="eastAsia"/>
          <w:lang w:eastAsia="zh-CN"/>
        </w:rPr>
        <w:t>字内），纳入教研室资源库。</w:t>
      </w:r>
    </w:p>
    <w:p>
      <w:pPr>
        <w:pStyle w:val="Heading3"/>
      </w:pPr>
      <w:r>
        <w:rPr>
          <w:rFonts w:ascii="微软雅黑" w:hAnsi="微软雅黑" w:eastAsia="微软雅黑" w:cs="微软雅黑" w:hint="eastAsia"/>
          <w:b w:val="0"/>
          <w:color w:val="1A237E"/>
          <w:sz w:val="20"/>
          <w:lang w:eastAsia="zh-CN"/>
        </w:rPr>
        <w:t>八、AI 视频创作拓展（导演思维提示词）</w:t>
      </w:r>
    </w:p>
    <w:p>
      <w:pPr/>
      <w:r>
        <w:rPr>
          <w:rFonts w:ascii="微软雅黑" w:eastAsia="微软雅黑" w:hAnsi="微软雅黑" w:cs="微软雅黑" w:hint="eastAsia"/>
          <w:lang w:eastAsia="zh-CN"/>
        </w:rPr>
        <w:t>主体：一名戴红领巾的小学生与一台银白色人形机器人并肩站立；动作：孩子仰头想象、机器人同步做出思考姿态，随后二人共同用积木搭建桥梁；场景：洒满晨光的未来感教室，窗外可见泉州开元寺东西塔剪影；光影：柔和暖金侧逆光，尘埃在光柱中漂浮；镜头运动：从机器人面部特写缓慢拉远至两人全景再上摇至星空；风格：皮克斯三维动画＋教育纪录片质感；情绪：温暖、好奇、充满希望，传递</w:t>
      </w:r>
      <w:r>
        <w:t>"</w:t>
      </w:r>
      <w:r>
        <w:rPr>
          <w:rFonts w:ascii="微软雅黑" w:eastAsia="微软雅黑" w:hAnsi="微软雅黑" w:cs="微软雅黑" w:hint="eastAsia"/>
          <w:lang w:eastAsia="zh-CN"/>
        </w:rPr>
        <w:t>科技之美与人文之善共生</w:t>
      </w:r>
      <w:r>
        <w:t>"</w:t>
      </w:r>
      <w:r>
        <w:rPr>
          <w:rFonts w:ascii="微软雅黑" w:eastAsia="微软雅黑" w:hAnsi="微软雅黑" w:cs="微软雅黑" w:hint="eastAsia"/>
          <w:lang w:eastAsia="zh-CN"/>
        </w:rPr>
        <w:t>。</w:t>
      </w:r>
      <w:r/>
    </w:p>
    <w:p>
      <w:bookmarkStart w:id="30" w:name="_Toc_section_9"/>
      <w:bookmarkStart w:id="8" w:name="section-9"/>
      <w:pPr>
        <w:pStyle w:val="Heading2"/>
        <w:pageBreakBefore/>
      </w:pPr>
      <w:bookmarkEnd w:id="8"/>
      <w:r>
        <w:rPr>
          <w:rFonts w:ascii="微软雅黑" w:hAnsi="微软雅黑" w:eastAsia="微软雅黑" w:cs="微软雅黑" w:hint="eastAsia"/>
          <w:b w:val="0"/>
          <w:color w:val="1A237E"/>
          <w:sz w:val="22"/>
          <w:lang w:eastAsia="zh-CN"/>
        </w:rPr>
        <w:t xml:space="preserve">  课题：《玩转机器人》（人工智能通识课·小学低段1-2年级）</w:t>
      </w:r>
      <w:bookmarkEnd w:id="30"/>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8</w:t>
      </w:r>
      <w:r>
        <w:rPr>
          <w:rFonts w:ascii="微软雅黑" w:eastAsia="微软雅黑" w:hAnsi="微软雅黑" w:cs="微软雅黑" w:hint="eastAsia"/>
          <w:color w:val="212121"/>
          <w:lang w:eastAsia="zh-CN"/>
        </w:rPr>
        <w:t>讲《玩转机器人》｜示范时长约</w:t>
      </w:r>
      <w:r>
        <w:rPr>
          <w:color w:val="212121"/>
        </w:rPr>
        <w:t>12</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1-2</w:t>
      </w:r>
      <w:r>
        <w:rPr>
          <w:rFonts w:ascii="微软雅黑" w:eastAsia="微软雅黑" w:hAnsi="微软雅黑" w:cs="微软雅黑" w:hint="eastAsia"/>
          <w:lang w:eastAsia="zh-CN"/>
        </w:rPr>
        <w:t>年级（低段）｜</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数学（欧氏几何基本元素、空间方位与几何变换）</w:t>
      </w:r>
      <w:r>
        <w:t xml:space="preserve"> + </w:t>
      </w:r>
      <w:r>
        <w:rPr>
          <w:rFonts w:ascii="微软雅黑" w:eastAsia="微软雅黑" w:hAnsi="微软雅黑" w:cs="微软雅黑" w:hint="eastAsia"/>
          <w:lang w:eastAsia="zh-CN"/>
        </w:rPr>
        <w:t>儿童认知心理学</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w:t>
      </w:r>
      <w:r>
        <w:t xml:space="preserve"> / </w:t>
      </w:r>
      <w:r>
        <w:rPr>
          <w:rFonts w:ascii="微软雅黑" w:eastAsia="微软雅黑" w:hAnsi="微软雅黑" w:cs="微软雅黑" w:hint="eastAsia"/>
          <w:lang w:eastAsia="zh-CN"/>
        </w:rPr>
        <w:t>通识课（按内容判断：以具身体验与游戏化活动为主的通识体验课）</w:t>
      </w:r>
    </w:p>
    <w:p>
      <w:pPr>
        <w:pStyle w:val="Heading3"/>
      </w:pPr>
      <w:r>
        <w:rPr>
          <w:rFonts w:ascii="微软雅黑" w:hAnsi="微软雅黑" w:eastAsia="微软雅黑" w:cs="微软雅黑" w:hint="eastAsia"/>
          <w:b w:val="0"/>
          <w:color w:val="1A237E"/>
          <w:sz w:val="20"/>
          <w:lang w:eastAsia="zh-CN"/>
        </w:rPr>
        <w:t>一、教学目标</w:t>
      </w:r>
    </w:p>
    <w:p>
      <w:pPr>
        <w:pStyle w:val="ListNumber"/>
        <w:numPr>
          <w:ilvl w:val="0"/>
          <w:numId w:val="27"/>
        </w:numPr>
        <w:spacing w:after="72"/>
      </w:pPr>
      <w:r>
        <w:rPr>
          <w:rFonts w:ascii="微软雅黑" w:eastAsia="微软雅黑" w:hAnsi="微软雅黑" w:cs="微软雅黑" w:hint="eastAsia"/>
          <w:b/>
          <w:lang w:eastAsia="zh-CN"/>
        </w:rPr>
        <w:t>知识与技能</w:t>
      </w:r>
      <w:r>
        <w:rPr>
          <w:rFonts w:ascii="微软雅黑" w:eastAsia="微软雅黑" w:hAnsi="微软雅黑" w:cs="微软雅黑" w:hint="eastAsia"/>
          <w:lang w:eastAsia="zh-CN"/>
        </w:rPr>
        <w:t>：能说出</w:t>
      </w:r>
      <w:r>
        <w:t>"</w:t>
      </w:r>
      <w:r>
        <w:rPr>
          <w:rFonts w:ascii="微软雅黑" w:eastAsia="微软雅黑" w:hAnsi="微软雅黑" w:cs="微软雅黑" w:hint="eastAsia"/>
          <w:lang w:eastAsia="zh-CN"/>
        </w:rPr>
        <w:t>机器人是人工智能的载体</w:t>
      </w:r>
      <w:r>
        <w:t>"</w:t>
      </w:r>
      <w:r>
        <w:rPr>
          <w:rFonts w:ascii="微软雅黑" w:eastAsia="微软雅黑" w:hAnsi="微软雅黑" w:cs="微软雅黑" w:hint="eastAsia"/>
          <w:lang w:eastAsia="zh-CN"/>
        </w:rPr>
        <w:t>这一基本认识；借助</w:t>
      </w:r>
      <w:r>
        <w:t>AI</w:t>
      </w:r>
      <w:r>
        <w:rPr>
          <w:rFonts w:ascii="微软雅黑" w:eastAsia="微软雅黑" w:hAnsi="微软雅黑" w:cs="微软雅黑" w:hint="eastAsia"/>
          <w:lang w:eastAsia="zh-CN"/>
        </w:rPr>
        <w:t>五大能力图（能懂、看见、听见、会说、能动），指出机器人</w:t>
      </w:r>
      <w:r>
        <w:t>"</w:t>
      </w:r>
      <w:r>
        <w:rPr>
          <w:rFonts w:ascii="微软雅黑" w:eastAsia="微软雅黑" w:hAnsi="微软雅黑" w:cs="微软雅黑" w:hint="eastAsia"/>
          <w:lang w:eastAsia="zh-CN"/>
        </w:rPr>
        <w:t>光能看见</w:t>
      </w:r>
      <w:r>
        <w:t>"</w:t>
      </w:r>
      <w:r>
        <w:rPr>
          <w:rFonts w:ascii="微软雅黑" w:eastAsia="微软雅黑" w:hAnsi="微软雅黑" w:cs="微软雅黑" w:hint="eastAsia"/>
          <w:lang w:eastAsia="zh-CN"/>
        </w:rPr>
        <w:t>而人能同时干</w:t>
      </w:r>
      <w:r>
        <w:t>5</w:t>
      </w:r>
      <w:r>
        <w:rPr>
          <w:rFonts w:ascii="微软雅黑" w:eastAsia="微软雅黑" w:hAnsi="微软雅黑" w:cs="微软雅黑" w:hint="eastAsia"/>
          <w:lang w:eastAsia="zh-CN"/>
        </w:rPr>
        <w:t>件事；能用圆、线段、长方形三种欧氏几何基本元素画出一个</w:t>
      </w:r>
      <w:r>
        <w:t>"</w:t>
      </w:r>
      <w:r>
        <w:rPr>
          <w:rFonts w:ascii="微软雅黑" w:eastAsia="微软雅黑" w:hAnsi="微软雅黑" w:cs="微软雅黑" w:hint="eastAsia"/>
          <w:lang w:eastAsia="zh-CN"/>
        </w:rPr>
        <w:t>火柴人</w:t>
      </w:r>
      <w:r>
        <w:t>"</w:t>
      </w:r>
      <w:r>
        <w:rPr>
          <w:rFonts w:ascii="微软雅黑" w:eastAsia="微软雅黑" w:hAnsi="微软雅黑" w:cs="微软雅黑" w:hint="eastAsia"/>
          <w:lang w:eastAsia="zh-CN"/>
        </w:rPr>
        <w:t>并标注右</w:t>
      </w:r>
      <w:r>
        <w:t>(A)</w:t>
      </w:r>
      <w:r>
        <w:rPr>
          <w:rFonts w:ascii="微软雅黑" w:eastAsia="微软雅黑" w:hAnsi="微软雅黑" w:cs="微软雅黑" w:hint="eastAsia"/>
          <w:lang w:eastAsia="zh-CN"/>
        </w:rPr>
        <w:t>、左</w:t>
      </w:r>
      <w:r>
        <w:t>(B)</w:t>
      </w:r>
      <w:r>
        <w:rPr>
          <w:rFonts w:ascii="微软雅黑" w:eastAsia="微软雅黑" w:hAnsi="微软雅黑" w:cs="微软雅黑" w:hint="eastAsia"/>
          <w:lang w:eastAsia="zh-CN"/>
        </w:rPr>
        <w:t>、前</w:t>
      </w:r>
      <w:r>
        <w:t>(C)</w:t>
      </w:r>
      <w:r>
        <w:rPr>
          <w:rFonts w:ascii="微软雅黑" w:eastAsia="微软雅黑" w:hAnsi="微软雅黑" w:cs="微软雅黑" w:hint="eastAsia"/>
          <w:lang w:eastAsia="zh-CN"/>
        </w:rPr>
        <w:t>、后</w:t>
      </w:r>
      <w:r>
        <w:t>(D)</w:t>
      </w:r>
      <w:r>
        <w:rPr>
          <w:rFonts w:ascii="微软雅黑" w:eastAsia="微软雅黑" w:hAnsi="微软雅黑" w:cs="微软雅黑" w:hint="eastAsia"/>
          <w:lang w:eastAsia="zh-CN"/>
        </w:rPr>
        <w:t>四个方位。</w:t>
      </w:r>
    </w:p>
    <w:p>
      <w:pPr>
        <w:pStyle w:val="ListNumber"/>
        <w:numPr>
          <w:ilvl w:val="0"/>
          <w:numId w:val="27"/>
        </w:numPr>
        <w:spacing w:after="72"/>
      </w:pPr>
      <w:r>
        <w:rPr>
          <w:rFonts w:ascii="微软雅黑" w:eastAsia="微软雅黑" w:hAnsi="微软雅黑" w:cs="微软雅黑" w:hint="eastAsia"/>
          <w:b/>
          <w:lang w:eastAsia="zh-CN"/>
        </w:rPr>
        <w:t>过程与方法</w:t>
      </w:r>
      <w:r>
        <w:rPr>
          <w:rFonts w:ascii="微软雅黑" w:eastAsia="微软雅黑" w:hAnsi="微软雅黑" w:cs="微软雅黑" w:hint="eastAsia"/>
          <w:lang w:eastAsia="zh-CN"/>
        </w:rPr>
        <w:t>：在</w:t>
      </w:r>
      <w:r>
        <w:t>"</w:t>
      </w:r>
      <w:r>
        <w:rPr>
          <w:rFonts w:ascii="微软雅黑" w:eastAsia="微软雅黑" w:hAnsi="微软雅黑" w:cs="微软雅黑" w:hint="eastAsia"/>
          <w:lang w:eastAsia="zh-CN"/>
        </w:rPr>
        <w:t>同向走</w:t>
      </w:r>
      <w:r>
        <w:t>→</w:t>
      </w:r>
      <w:r>
        <w:rPr>
          <w:rFonts w:ascii="微软雅黑" w:eastAsia="微软雅黑" w:hAnsi="微软雅黑" w:cs="微软雅黑" w:hint="eastAsia"/>
          <w:lang w:eastAsia="zh-CN"/>
        </w:rPr>
        <w:t>站背后</w:t>
      </w:r>
      <w:r>
        <w:t>→</w:t>
      </w:r>
      <w:r>
        <w:rPr>
          <w:rFonts w:ascii="微软雅黑" w:eastAsia="微软雅黑" w:hAnsi="微软雅黑" w:cs="微软雅黑" w:hint="eastAsia"/>
          <w:lang w:eastAsia="zh-CN"/>
        </w:rPr>
        <w:t>相对</w:t>
      </w:r>
      <w:r>
        <w:t>/</w:t>
      </w:r>
      <w:r>
        <w:rPr>
          <w:rFonts w:ascii="微软雅黑" w:eastAsia="微软雅黑" w:hAnsi="微软雅黑" w:cs="微软雅黑" w:hint="eastAsia"/>
          <w:lang w:eastAsia="zh-CN"/>
        </w:rPr>
        <w:t>镜像方向变换</w:t>
      </w:r>
      <w:r>
        <w:t>"</w:t>
      </w:r>
      <w:r>
        <w:rPr>
          <w:rFonts w:ascii="微软雅黑" w:eastAsia="微软雅黑" w:hAnsi="微软雅黑" w:cs="微软雅黑" w:hint="eastAsia"/>
          <w:lang w:eastAsia="zh-CN"/>
        </w:rPr>
        <w:t>的空间方向游戏中，获得空间方位感知与几何变换的直接经验；经历</w:t>
      </w:r>
      <w:r>
        <w:t>"</w:t>
      </w:r>
      <w:r>
        <w:rPr>
          <w:rFonts w:ascii="微软雅黑" w:eastAsia="微软雅黑" w:hAnsi="微软雅黑" w:cs="微软雅黑" w:hint="eastAsia"/>
          <w:lang w:eastAsia="zh-CN"/>
        </w:rPr>
        <w:t>三维机器人</w:t>
      </w:r>
      <w:r>
        <w:t>→</w:t>
      </w:r>
      <w:r>
        <w:rPr>
          <w:rFonts w:ascii="微软雅黑" w:eastAsia="微软雅黑" w:hAnsi="微软雅黑" w:cs="微软雅黑" w:hint="eastAsia"/>
          <w:lang w:eastAsia="zh-CN"/>
        </w:rPr>
        <w:t>二维火柴人</w:t>
      </w:r>
      <w:r>
        <w:t>→</w:t>
      </w:r>
      <w:r>
        <w:rPr>
          <w:rFonts w:ascii="微软雅黑" w:eastAsia="微软雅黑" w:hAnsi="微软雅黑" w:cs="微软雅黑" w:hint="eastAsia"/>
          <w:lang w:eastAsia="zh-CN"/>
        </w:rPr>
        <w:t>一条线</w:t>
      </w:r>
      <w:r>
        <w:t>→</w:t>
      </w:r>
      <w:r>
        <w:rPr>
          <w:rFonts w:ascii="微软雅黑" w:eastAsia="微软雅黑" w:hAnsi="微软雅黑" w:cs="微软雅黑" w:hint="eastAsia"/>
          <w:lang w:eastAsia="zh-CN"/>
        </w:rPr>
        <w:t>一个点</w:t>
      </w:r>
      <w:r>
        <w:t>"</w:t>
      </w:r>
      <w:r>
        <w:rPr>
          <w:rFonts w:ascii="微软雅黑" w:eastAsia="微软雅黑" w:hAnsi="微软雅黑" w:cs="微软雅黑" w:hint="eastAsia"/>
          <w:lang w:eastAsia="zh-CN"/>
        </w:rPr>
        <w:t>的逐级抽象过程，初步体会建模与抽象的思维方法。</w:t>
      </w:r>
    </w:p>
    <w:p>
      <w:pPr>
        <w:pStyle w:val="ListNumber"/>
        <w:numPr>
          <w:ilvl w:val="0"/>
          <w:numId w:val="27"/>
        </w:numPr>
        <w:spacing w:after="72"/>
      </w:pPr>
      <w:r>
        <w:rPr>
          <w:rFonts w:ascii="微软雅黑" w:eastAsia="微软雅黑" w:hAnsi="微软雅黑" w:cs="微软雅黑" w:hint="eastAsia"/>
          <w:b/>
          <w:lang w:eastAsia="zh-CN"/>
        </w:rPr>
        <w:t>情感态度与价值观</w:t>
      </w:r>
      <w:r>
        <w:rPr>
          <w:rFonts w:ascii="微软雅黑" w:eastAsia="微软雅黑" w:hAnsi="微软雅黑" w:cs="微软雅黑" w:hint="eastAsia"/>
          <w:lang w:eastAsia="zh-CN"/>
        </w:rPr>
        <w:t>：在具身游戏与动手建模中感受人工智能的通识趣味，愿意像主讲教师所言</w:t>
      </w:r>
      <w:r>
        <w:t>"</w:t>
      </w:r>
      <w:r>
        <w:rPr>
          <w:rFonts w:ascii="微软雅黑" w:eastAsia="微软雅黑" w:hAnsi="微软雅黑" w:cs="微软雅黑" w:hint="eastAsia"/>
          <w:lang w:eastAsia="zh-CN"/>
        </w:rPr>
        <w:t>根据学生不同阶段的心理发展水平</w:t>
      </w:r>
      <w:r>
        <w:t>"</w:t>
      </w:r>
      <w:r>
        <w:rPr>
          <w:rFonts w:ascii="微软雅黑" w:eastAsia="微软雅黑" w:hAnsi="微软雅黑" w:cs="微软雅黑" w:hint="eastAsia"/>
          <w:lang w:eastAsia="zh-CN"/>
        </w:rPr>
        <w:t>去观察、去想象，建立</w:t>
      </w:r>
      <w:r>
        <w:t>"</w:t>
      </w:r>
      <w:r>
        <w:rPr>
          <w:rFonts w:ascii="微软雅黑" w:eastAsia="微软雅黑" w:hAnsi="微软雅黑" w:cs="微软雅黑" w:hint="eastAsia"/>
          <w:lang w:eastAsia="zh-CN"/>
        </w:rPr>
        <w:t>越是低学段，越要好玩、越要贴近儿童心理</w:t>
      </w:r>
      <w:r>
        <w:t>"</w:t>
      </w:r>
      <w:r>
        <w:rPr>
          <w:rFonts w:ascii="微软雅黑" w:eastAsia="微软雅黑" w:hAnsi="微软雅黑" w:cs="微软雅黑" w:hint="eastAsia"/>
          <w:lang w:eastAsia="zh-CN"/>
        </w:rPr>
        <w:t>的学习自信。</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建立</w:t>
      </w:r>
      <w:r>
        <w:t>"</w:t>
      </w:r>
      <w:r>
        <w:rPr>
          <w:rFonts w:ascii="微软雅黑" w:eastAsia="微软雅黑" w:hAnsi="微软雅黑" w:cs="微软雅黑" w:hint="eastAsia"/>
          <w:lang w:eastAsia="zh-CN"/>
        </w:rPr>
        <w:t>机器人是人工智能载体</w:t>
      </w:r>
      <w:r>
        <w:t>"</w:t>
      </w:r>
      <w:r>
        <w:rPr>
          <w:rFonts w:ascii="微软雅黑" w:eastAsia="微软雅黑" w:hAnsi="微软雅黑" w:cs="微软雅黑" w:hint="eastAsia"/>
          <w:lang w:eastAsia="zh-CN"/>
        </w:rPr>
        <w:t>的具象化入口；</w:t>
      </w:r>
      <w:r>
        <w:t>②</w:t>
      </w:r>
      <w:r>
        <w:rPr>
          <w:rFonts w:ascii="微软雅黑" w:eastAsia="微软雅黑" w:hAnsi="微软雅黑" w:cs="微软雅黑" w:hint="eastAsia"/>
          <w:lang w:eastAsia="zh-CN"/>
        </w:rPr>
        <w:t>用圆、线段、长方形给机器人建模并标注四个方位；</w:t>
      </w:r>
      <w:r>
        <w:t>③</w:t>
      </w:r>
      <w:r>
        <w:rPr>
          <w:rFonts w:ascii="微软雅黑" w:eastAsia="微软雅黑" w:hAnsi="微软雅黑" w:cs="微软雅黑" w:hint="eastAsia"/>
          <w:lang w:eastAsia="zh-CN"/>
        </w:rPr>
        <w:t>在方向游戏中感知空间方位与相对</w:t>
      </w:r>
      <w:r>
        <w:t>/</w:t>
      </w:r>
      <w:r>
        <w:rPr>
          <w:rFonts w:ascii="微软雅黑" w:eastAsia="微软雅黑" w:hAnsi="微软雅黑" w:cs="微软雅黑" w:hint="eastAsia"/>
          <w:lang w:eastAsia="zh-CN"/>
        </w:rPr>
        <w:t>镜像关系。</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三维的机器人</w:t>
      </w:r>
      <w:r>
        <w:t>"</w:t>
      </w:r>
      <w:r>
        <w:rPr>
          <w:rFonts w:ascii="微软雅黑" w:eastAsia="微软雅黑" w:hAnsi="微软雅黑" w:cs="微软雅黑" w:hint="eastAsia"/>
          <w:lang w:eastAsia="zh-CN"/>
        </w:rPr>
        <w:t>抽象到</w:t>
      </w:r>
      <w:r>
        <w:t>"</w:t>
      </w:r>
      <w:r>
        <w:rPr>
          <w:rFonts w:ascii="微软雅黑" w:eastAsia="微软雅黑" w:hAnsi="微软雅黑" w:cs="微软雅黑" w:hint="eastAsia"/>
          <w:lang w:eastAsia="zh-CN"/>
        </w:rPr>
        <w:t>一条竖线</w:t>
      </w:r>
      <w:r>
        <w:t>"</w:t>
      </w:r>
      <w:r>
        <w:rPr>
          <w:rFonts w:ascii="微软雅黑" w:eastAsia="微软雅黑" w:hAnsi="微软雅黑" w:cs="微软雅黑" w:hint="eastAsia"/>
          <w:lang w:eastAsia="zh-CN"/>
        </w:rPr>
        <w:t>再抽象到</w:t>
      </w:r>
      <w:r>
        <w:t>"</w:t>
      </w:r>
      <w:r>
        <w:rPr>
          <w:rFonts w:ascii="微软雅黑" w:eastAsia="微软雅黑" w:hAnsi="微软雅黑" w:cs="微软雅黑" w:hint="eastAsia"/>
          <w:lang w:eastAsia="zh-CN"/>
        </w:rPr>
        <w:t>线上的一个点</w:t>
      </w:r>
      <w:r>
        <w:t>"</w:t>
      </w:r>
      <w:r>
        <w:rPr>
          <w:rFonts w:ascii="微软雅黑" w:eastAsia="微软雅黑" w:hAnsi="微软雅黑" w:cs="微软雅黑" w:hint="eastAsia"/>
          <w:lang w:eastAsia="zh-CN"/>
        </w:rPr>
        <w:t>的再现式简约思维</w:t>
      </w:r>
      <w:r>
        <w:t>——</w:t>
      </w:r>
      <w:r>
        <w:rPr>
          <w:rFonts w:ascii="微软雅黑" w:eastAsia="微软雅黑" w:hAnsi="微软雅黑" w:cs="微软雅黑" w:hint="eastAsia"/>
          <w:lang w:eastAsia="zh-CN"/>
        </w:rPr>
        <w:t>这是本课对儿童抽象思维水平的评估点，也是低段教学最容易</w:t>
      </w:r>
      <w:r>
        <w:t>"</w:t>
      </w:r>
      <w:r>
        <w:rPr>
          <w:rFonts w:ascii="微软雅黑" w:eastAsia="微软雅黑" w:hAnsi="微软雅黑" w:cs="微软雅黑" w:hint="eastAsia"/>
          <w:lang w:eastAsia="zh-CN"/>
        </w:rPr>
        <w:t>跳步</w:t>
      </w:r>
      <w:r>
        <w:t>"</w:t>
      </w:r>
      <w:r>
        <w:rPr>
          <w:rFonts w:ascii="微软雅黑" w:eastAsia="微软雅黑" w:hAnsi="微软雅黑" w:cs="微软雅黑" w:hint="eastAsia"/>
          <w:lang w:eastAsia="zh-CN"/>
        </w:rPr>
        <w:t>的地方，须慢下来、让每个孩子都画出来。</w:t>
      </w:r>
    </w:p>
    <w:p>
      <w:pPr>
        <w:pStyle w:val="Heading3"/>
      </w:pPr>
      <w:r>
        <w:rPr>
          <w:rFonts w:ascii="微软雅黑" w:hAnsi="微软雅黑" w:eastAsia="微软雅黑" w:cs="微软雅黑" w:hint="eastAsia"/>
          <w:b w:val="0"/>
          <w:color w:val="1A237E"/>
          <w:sz w:val="20"/>
          <w:lang w:eastAsia="zh-CN"/>
        </w:rPr>
        <w:t>三、教学准备</w:t>
      </w:r>
    </w:p>
    <w:p>
      <w:pPr>
        <w:pStyle w:val="ListBullet"/>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（按笔记活动要求列全）：</w:t>
      </w:r>
    </w:p>
    <w:p>
      <w:pPr>
        <w:pStyle w:val="ListNumber2"/>
        <w:numPr>
          <w:ilvl w:val="1"/>
          <w:numId w:val="28"/>
        </w:numPr>
        <w:spacing w:after="72"/>
      </w:pPr>
      <w:r>
        <w:rPr>
          <w:rFonts w:ascii="微软雅黑" w:eastAsia="微软雅黑" w:hAnsi="微软雅黑" w:cs="微软雅黑" w:hint="eastAsia"/>
          <w:lang w:eastAsia="zh-CN"/>
        </w:rPr>
        <w:t>人形机器人实物或等大手办</w:t>
      </w:r>
      <w:r>
        <w:t>1</w:t>
      </w:r>
      <w:r>
        <w:rPr>
          <w:rFonts w:ascii="微软雅黑" w:eastAsia="微软雅黑" w:hAnsi="微软雅黑" w:cs="微软雅黑" w:hint="eastAsia"/>
          <w:lang w:eastAsia="zh-CN"/>
        </w:rPr>
        <w:t>台（课堂活动一</w:t>
      </w:r>
      <w:r>
        <w:t>"</w:t>
      </w:r>
      <w:r>
        <w:rPr>
          <w:rFonts w:ascii="微软雅黑" w:eastAsia="微软雅黑" w:hAnsi="微软雅黑" w:cs="微软雅黑" w:hint="eastAsia"/>
          <w:lang w:eastAsia="zh-CN"/>
        </w:rPr>
        <w:t>空间方向游戏</w:t>
      </w:r>
      <w:r>
        <w:t>"</w:t>
      </w:r>
      <w:r>
        <w:rPr>
          <w:rFonts w:ascii="微软雅黑" w:eastAsia="微软雅黑" w:hAnsi="微软雅黑" w:cs="微软雅黑" w:hint="eastAsia"/>
          <w:lang w:eastAsia="zh-CN"/>
        </w:rPr>
        <w:t>中与学生同向</w:t>
      </w:r>
      <w:r>
        <w:t>/</w:t>
      </w:r>
      <w:r>
        <w:rPr>
          <w:rFonts w:ascii="微软雅黑" w:eastAsia="微软雅黑" w:hAnsi="微软雅黑" w:cs="微软雅黑" w:hint="eastAsia"/>
          <w:lang w:eastAsia="zh-CN"/>
        </w:rPr>
        <w:t>反向行走用；无实物时由教师或一名学生</w:t>
      </w:r>
      <w:r>
        <w:rPr>
          <w:rFonts w:ascii="微软雅黑" w:eastAsia="微软雅黑" w:hAnsi="微软雅黑" w:cs="微软雅黑" w:hint="eastAsia"/>
          <w:b/>
          <w:lang w:eastAsia="zh-CN"/>
        </w:rPr>
        <w:t>扮演机器人</w:t>
      </w:r>
      <w:r>
        <w:rPr>
          <w:rFonts w:ascii="微软雅黑" w:eastAsia="微软雅黑" w:hAnsi="微软雅黑" w:cs="微软雅黑" w:hint="eastAsia"/>
          <w:lang w:eastAsia="zh-CN"/>
        </w:rPr>
        <w:t>，戴纸盒机器人头饰即可，见替代方案）。</w:t>
      </w:r>
    </w:p>
    <w:p>
      <w:pPr>
        <w:pStyle w:val="ListNumber2"/>
        <w:numPr>
          <w:ilvl w:val="1"/>
          <w:numId w:val="28"/>
        </w:numPr>
        <w:spacing w:after="72"/>
      </w:pPr>
      <w:r>
        <w:rPr>
          <w:rFonts w:ascii="微软雅黑" w:eastAsia="微软雅黑" w:hAnsi="微软雅黑" w:cs="微软雅黑" w:hint="eastAsia"/>
          <w:lang w:eastAsia="zh-CN"/>
        </w:rPr>
        <w:t>人形机器人照片</w:t>
      </w:r>
      <w:r>
        <w:t>1</w:t>
      </w:r>
      <w:r>
        <w:rPr>
          <w:rFonts w:ascii="微软雅黑" w:eastAsia="微软雅黑" w:hAnsi="微软雅黑" w:cs="微软雅黑" w:hint="eastAsia"/>
          <w:lang w:eastAsia="zh-CN"/>
        </w:rPr>
        <w:t>张</w:t>
      </w:r>
      <w:r>
        <w:t xml:space="preserve"> + </w:t>
      </w:r>
      <w:r>
        <w:rPr>
          <w:rFonts w:ascii="微软雅黑" w:eastAsia="微软雅黑" w:hAnsi="微软雅黑" w:cs="微软雅黑" w:hint="eastAsia"/>
          <w:lang w:eastAsia="zh-CN"/>
        </w:rPr>
        <w:t>小学生简笔画小人</w:t>
      </w:r>
      <w:r>
        <w:t>1</w:t>
      </w:r>
      <w:r>
        <w:rPr>
          <w:rFonts w:ascii="微软雅黑" w:eastAsia="微软雅黑" w:hAnsi="微软雅黑" w:cs="微软雅黑" w:hint="eastAsia"/>
          <w:lang w:eastAsia="zh-CN"/>
        </w:rPr>
        <w:t>张（情境导入并排展示用）。</w:t>
      </w:r>
    </w:p>
    <w:p>
      <w:pPr>
        <w:pStyle w:val="ListNumber2"/>
        <w:numPr>
          <w:ilvl w:val="1"/>
          <w:numId w:val="28"/>
        </w:numPr>
        <w:spacing w:after="72"/>
      </w:pPr>
      <w:r>
        <w:t>AI</w:t>
      </w:r>
      <w:r>
        <w:rPr>
          <w:rFonts w:ascii="微软雅黑" w:eastAsia="微软雅黑" w:hAnsi="微软雅黑" w:cs="微软雅黑" w:hint="eastAsia"/>
          <w:lang w:eastAsia="zh-CN"/>
        </w:rPr>
        <w:t>五大能力图教学挂图或</w:t>
      </w:r>
      <w:r>
        <w:t>PPT</w:t>
      </w:r>
      <w:r>
        <w:rPr>
          <w:rFonts w:ascii="微软雅黑" w:eastAsia="微软雅黑" w:hAnsi="微软雅黑" w:cs="微软雅黑" w:hint="eastAsia"/>
          <w:lang w:eastAsia="zh-CN"/>
        </w:rPr>
        <w:t>（能懂</w:t>
      </w:r>
      <w:r>
        <w:t>/</w:t>
      </w:r>
      <w:r>
        <w:rPr>
          <w:rFonts w:ascii="微软雅黑" w:eastAsia="微软雅黑" w:hAnsi="微软雅黑" w:cs="微软雅黑" w:hint="eastAsia"/>
          <w:lang w:eastAsia="zh-CN"/>
        </w:rPr>
        <w:t>看见</w:t>
      </w:r>
      <w:r>
        <w:t>/</w:t>
      </w:r>
      <w:r>
        <w:rPr>
          <w:rFonts w:ascii="微软雅黑" w:eastAsia="微软雅黑" w:hAnsi="微软雅黑" w:cs="微软雅黑" w:hint="eastAsia"/>
          <w:lang w:eastAsia="zh-CN"/>
        </w:rPr>
        <w:t>听见</w:t>
      </w:r>
      <w:r>
        <w:t>/</w:t>
      </w:r>
      <w:r>
        <w:rPr>
          <w:rFonts w:ascii="微软雅黑" w:eastAsia="微软雅黑" w:hAnsi="微软雅黑" w:cs="微软雅黑" w:hint="eastAsia"/>
          <w:lang w:eastAsia="zh-CN"/>
        </w:rPr>
        <w:t>会说</w:t>
      </w:r>
      <w:r>
        <w:t>/</w:t>
      </w:r>
      <w:r>
        <w:rPr>
          <w:rFonts w:ascii="微软雅黑" w:eastAsia="微软雅黑" w:hAnsi="微软雅黑" w:cs="微软雅黑" w:hint="eastAsia"/>
          <w:lang w:eastAsia="zh-CN"/>
        </w:rPr>
        <w:t>能动，中心小人被五项能力环绕）。</w:t>
      </w:r>
    </w:p>
    <w:p>
      <w:pPr>
        <w:pStyle w:val="ListNumber2"/>
        <w:numPr>
          <w:ilvl w:val="1"/>
          <w:numId w:val="28"/>
        </w:numPr>
        <w:spacing w:after="72"/>
      </w:pPr>
      <w:r>
        <w:rPr>
          <w:rFonts w:ascii="微软雅黑" w:eastAsia="微软雅黑" w:hAnsi="微软雅黑" w:cs="微软雅黑" w:hint="eastAsia"/>
          <w:lang w:eastAsia="zh-CN"/>
        </w:rPr>
        <w:t>白纸、水彩笔</w:t>
      </w:r>
      <w:r>
        <w:t>/</w:t>
      </w:r>
      <w:r>
        <w:rPr>
          <w:rFonts w:ascii="微软雅黑" w:eastAsia="微软雅黑" w:hAnsi="微软雅黑" w:cs="微软雅黑" w:hint="eastAsia"/>
          <w:lang w:eastAsia="zh-CN"/>
        </w:rPr>
        <w:t>蜡笔（活动二</w:t>
      </w:r>
      <w:r>
        <w:t>"</w:t>
      </w:r>
      <w:r>
        <w:rPr>
          <w:rFonts w:ascii="微软雅黑" w:eastAsia="微软雅黑" w:hAnsi="微软雅黑" w:cs="微软雅黑" w:hint="eastAsia"/>
          <w:lang w:eastAsia="zh-CN"/>
        </w:rPr>
        <w:t>给机器人建模</w:t>
      </w:r>
      <w:r>
        <w:t>"</w:t>
      </w:r>
      <w:r>
        <w:rPr>
          <w:rFonts w:ascii="微软雅黑" w:eastAsia="微软雅黑" w:hAnsi="微软雅黑" w:cs="微软雅黑" w:hint="eastAsia"/>
          <w:lang w:eastAsia="zh-CN"/>
        </w:rPr>
        <w:t>用，每人</w:t>
      </w:r>
      <w:r>
        <w:t>1</w:t>
      </w:r>
      <w:r>
        <w:rPr>
          <w:rFonts w:ascii="微软雅黑" w:eastAsia="微软雅黑" w:hAnsi="微软雅黑" w:cs="微软雅黑" w:hint="eastAsia"/>
          <w:lang w:eastAsia="zh-CN"/>
        </w:rPr>
        <w:t>张）。</w:t>
      </w:r>
    </w:p>
    <w:p>
      <w:pPr>
        <w:pStyle w:val="ListNumber2"/>
        <w:numPr>
          <w:ilvl w:val="1"/>
          <w:numId w:val="28"/>
        </w:numPr>
        <w:spacing w:after="72"/>
      </w:pPr>
      <w:r>
        <w:rPr>
          <w:rFonts w:ascii="微软雅黑" w:eastAsia="微软雅黑" w:hAnsi="微软雅黑" w:cs="微软雅黑" w:hint="eastAsia"/>
          <w:lang w:eastAsia="zh-CN"/>
        </w:rPr>
        <w:t>方位贴纸或磁贴：</w:t>
      </w:r>
      <w:r>
        <w:t>A</w:t>
      </w:r>
      <w:r>
        <w:rPr>
          <w:rFonts w:ascii="微软雅黑" w:eastAsia="微软雅黑" w:hAnsi="微软雅黑" w:cs="微软雅黑" w:hint="eastAsia"/>
          <w:lang w:eastAsia="zh-CN"/>
        </w:rPr>
        <w:t>（右）、</w:t>
      </w:r>
      <w:r>
        <w:t>B</w:t>
      </w:r>
      <w:r>
        <w:rPr>
          <w:rFonts w:ascii="微软雅黑" w:eastAsia="微软雅黑" w:hAnsi="微软雅黑" w:cs="微软雅黑" w:hint="eastAsia"/>
          <w:lang w:eastAsia="zh-CN"/>
        </w:rPr>
        <w:t>（左）、</w:t>
      </w:r>
      <w:r>
        <w:t>C</w:t>
      </w:r>
      <w:r>
        <w:rPr>
          <w:rFonts w:ascii="微软雅黑" w:eastAsia="微软雅黑" w:hAnsi="微软雅黑" w:cs="微软雅黑" w:hint="eastAsia"/>
          <w:lang w:eastAsia="zh-CN"/>
        </w:rPr>
        <w:t>（前）、</w:t>
      </w:r>
      <w:r>
        <w:t>D</w:t>
      </w:r>
      <w:r>
        <w:rPr>
          <w:rFonts w:ascii="微软雅黑" w:eastAsia="微软雅黑" w:hAnsi="微软雅黑" w:cs="微软雅黑" w:hint="eastAsia"/>
          <w:lang w:eastAsia="zh-CN"/>
        </w:rPr>
        <w:t>（后）四枚。</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：普通教室即可，活动一需留出中间约</w:t>
      </w:r>
      <w:r>
        <w:t>2</w:t>
      </w:r>
      <w:r>
        <w:rPr>
          <w:rFonts w:ascii="微软雅黑" w:eastAsia="微软雅黑" w:hAnsi="微软雅黑" w:cs="微软雅黑" w:hint="eastAsia"/>
          <w:lang w:eastAsia="zh-CN"/>
        </w:rPr>
        <w:t>米</w:t>
      </w:r>
      <w:r>
        <w:t>×2</w:t>
      </w:r>
      <w:r>
        <w:rPr>
          <w:rFonts w:ascii="微软雅黑" w:eastAsia="微软雅黑" w:hAnsi="微软雅黑" w:cs="微软雅黑" w:hint="eastAsia"/>
          <w:lang w:eastAsia="zh-CN"/>
        </w:rPr>
        <w:t>米空地供</w:t>
      </w:r>
      <w:r>
        <w:t>"</w:t>
      </w:r>
      <w:r>
        <w:rPr>
          <w:rFonts w:ascii="微软雅黑" w:eastAsia="微软雅黑" w:hAnsi="微软雅黑" w:cs="微软雅黑" w:hint="eastAsia"/>
          <w:lang w:eastAsia="zh-CN"/>
        </w:rPr>
        <w:t>行走游戏</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：投影</w:t>
      </w:r>
      <w:r>
        <w:t>/</w:t>
      </w:r>
      <w:r>
        <w:rPr>
          <w:rFonts w:ascii="微软雅黑" w:eastAsia="微软雅黑" w:hAnsi="微软雅黑" w:cs="微软雅黑" w:hint="eastAsia"/>
          <w:lang w:eastAsia="zh-CN"/>
        </w:rPr>
        <w:t>一体机播放</w:t>
      </w:r>
      <w:r>
        <w:t>PPT</w:t>
      </w:r>
      <w:r>
        <w:rPr>
          <w:rFonts w:ascii="微软雅黑" w:eastAsia="微软雅黑" w:hAnsi="微软雅黑" w:cs="微软雅黑" w:hint="eastAsia"/>
          <w:lang w:eastAsia="zh-CN"/>
        </w:rPr>
        <w:t>与五大能力图；无多媒体时可用手绘挂图替代。</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无机器人实物</w:t>
      </w:r>
      <w:r>
        <w:t>→</w:t>
      </w:r>
      <w:r>
        <w:rPr>
          <w:rFonts w:ascii="微软雅黑" w:eastAsia="微软雅黑" w:hAnsi="微软雅黑" w:cs="微软雅黑" w:hint="eastAsia"/>
          <w:lang w:eastAsia="zh-CN"/>
        </w:rPr>
        <w:t>教师戴</w:t>
      </w:r>
      <w:r>
        <w:t>"</w:t>
      </w:r>
      <w:r>
        <w:rPr>
          <w:rFonts w:ascii="微软雅黑" w:eastAsia="微软雅黑" w:hAnsi="微软雅黑" w:cs="微软雅黑" w:hint="eastAsia"/>
          <w:lang w:eastAsia="zh-CN"/>
        </w:rPr>
        <w:t>机器人头饰</w:t>
      </w:r>
      <w:r>
        <w:t>"</w:t>
      </w:r>
      <w:r>
        <w:rPr>
          <w:rFonts w:ascii="微软雅黑" w:eastAsia="微软雅黑" w:hAnsi="微软雅黑" w:cs="微软雅黑" w:hint="eastAsia"/>
          <w:lang w:eastAsia="zh-CN"/>
        </w:rPr>
        <w:t>扮演，或用椅子</w:t>
      </w:r>
      <w:r>
        <w:t>+</w:t>
      </w:r>
      <w:r>
        <w:rPr>
          <w:rFonts w:ascii="微软雅黑" w:eastAsia="微软雅黑" w:hAnsi="微软雅黑" w:cs="微软雅黑" w:hint="eastAsia"/>
          <w:lang w:eastAsia="zh-CN"/>
        </w:rPr>
        <w:t>纸箱拼出</w:t>
      </w:r>
      <w:r>
        <w:t>"</w:t>
      </w:r>
      <w:r>
        <w:rPr>
          <w:rFonts w:ascii="微软雅黑" w:eastAsia="微软雅黑" w:hAnsi="微软雅黑" w:cs="微软雅黑" w:hint="eastAsia"/>
          <w:lang w:eastAsia="zh-CN"/>
        </w:rPr>
        <w:t>站姿机器人</w:t>
      </w:r>
      <w:r>
        <w:t>"</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无</w:t>
      </w:r>
      <w:r>
        <w:t>PPT→</w:t>
      </w:r>
      <w:r>
        <w:rPr>
          <w:rFonts w:ascii="微软雅黑" w:eastAsia="微软雅黑" w:hAnsi="微软雅黑" w:cs="微软雅黑" w:hint="eastAsia"/>
          <w:lang w:eastAsia="zh-CN"/>
        </w:rPr>
        <w:t>手绘五大能力环形图张贴于黑板；</w:t>
      </w:r>
      <w:r>
        <w:t>③</w:t>
      </w:r>
      <w:r>
        <w:rPr>
          <w:rFonts w:ascii="微软雅黑" w:eastAsia="微软雅黑" w:hAnsi="微软雅黑" w:cs="微软雅黑" w:hint="eastAsia"/>
          <w:lang w:eastAsia="zh-CN"/>
        </w:rPr>
        <w:t>低段孩子握笔弱</w:t>
      </w:r>
      <w:r>
        <w:t>→</w:t>
      </w:r>
      <w:r>
        <w:rPr>
          <w:rFonts w:ascii="微软雅黑" w:eastAsia="微软雅黑" w:hAnsi="微软雅黑" w:cs="微软雅黑" w:hint="eastAsia"/>
          <w:lang w:eastAsia="zh-CN"/>
        </w:rPr>
        <w:t>提供</w:t>
      </w:r>
      <w:r>
        <w:t>"</w:t>
      </w:r>
      <w:r>
        <w:rPr>
          <w:rFonts w:ascii="微软雅黑" w:eastAsia="微软雅黑" w:hAnsi="微软雅黑" w:cs="微软雅黑" w:hint="eastAsia"/>
          <w:lang w:eastAsia="zh-CN"/>
        </w:rPr>
        <w:t>半成品火柴人</w:t>
      </w:r>
      <w:r>
        <w:t>"</w:t>
      </w:r>
      <w:r>
        <w:rPr>
          <w:rFonts w:ascii="微软雅黑" w:eastAsia="微软雅黑" w:hAnsi="微软雅黑" w:cs="微软雅黑" w:hint="eastAsia"/>
          <w:lang w:eastAsia="zh-CN"/>
        </w:rPr>
        <w:t>描红卡，只需补画四肢与标方位。</w:t>
      </w:r>
    </w:p>
    <w:p>
      <w:pPr>
        <w:pStyle w:val="Heading3"/>
      </w:pPr>
      <w:r>
        <w:rPr>
          <w:rFonts w:ascii="微软雅黑" w:hAnsi="微软雅黑" w:eastAsia="微软雅黑" w:cs="微软雅黑" w:hint="eastAsia"/>
          <w:b w:val="0"/>
          <w:color w:val="1A237E"/>
          <w:sz w:val="20"/>
          <w:lang w:eastAsia="zh-CN"/>
        </w:rPr>
        <w:t>四、教学过程（完整40分钟，以示范课真实活动为骨架扩写）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一、情境导入：机器人与人</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屏幕并排出示</w:t>
            </w:r>
            <w:r>
              <w:rPr>
                <w:sz w:val="18"/>
              </w:rPr>
              <w:t xml:space="preserve"> </w:t>
            </w:r>
            <w:r>
              <w:rPr>
                <w:sz w:val="18"/>
              </w:rPr>
              <w:t>"</w:t>
            </w:r>
            <w:r>
              <w:rPr>
                <w:sz w:val="18"/>
              </w:rPr>
              <w:t xml:space="preserve"> </w:t>
            </w:r>
            <w:r>
              <w:rPr>
                <w:sz w:val="18"/>
              </w:rPr>
              <w:t>人形机器人照片</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小学生简笔画小人</w:t>
            </w:r>
            <w:r>
              <w:rPr>
                <w:sz w:val="18"/>
              </w:rPr>
              <w:t xml:space="preserve"> </w:t>
            </w:r>
            <w:r>
              <w:rPr>
                <w:sz w:val="18"/>
              </w:rPr>
              <w:t>"</w:t>
            </w:r>
            <w:r>
              <w:rPr>
                <w:sz w:val="18"/>
              </w:rPr>
              <w:t xml:space="preserve"> </w:t>
            </w:r>
            <w:r>
              <w:rPr>
                <w:sz w:val="18"/>
              </w:rPr>
              <w:t>。教师用亲切的语气抛出原话：</w:t>
            </w:r>
            <w:r>
              <w:rPr>
                <w:sz w:val="18"/>
              </w:rPr>
              <w:t xml:space="preserve"> </w:t>
            </w:r>
            <w:r>
              <w:rPr>
                <w:sz w:val="18"/>
              </w:rPr>
              <w:t>"</w:t>
            </w:r>
            <w:r>
              <w:rPr>
                <w:sz w:val="18"/>
              </w:rPr>
              <w:t xml:space="preserve"> </w:t>
            </w:r>
            <w:r>
              <w:rPr>
                <w:sz w:val="18"/>
              </w:rPr>
              <w:t>如果人工智能就是机器人，那么机器人又是什么？</w:t>
            </w:r>
            <w:r>
              <w:rPr>
                <w:sz w:val="18"/>
              </w:rPr>
              <w:t xml:space="preserve"> </w:t>
            </w:r>
            <w:r>
              <w:rPr>
                <w:sz w:val="18"/>
              </w:rPr>
              <w:t>"</w:t>
            </w:r>
            <w:r>
              <w:rPr>
                <w:sz w:val="18"/>
              </w:rPr>
              <w:t xml:space="preserve"> </w:t>
            </w:r>
            <w:r>
              <w:rPr>
                <w:sz w:val="18"/>
              </w:rPr>
              <w:t>停顿，引导学生自由说。再追问：</w:t>
            </w:r>
            <w:r>
              <w:rPr>
                <w:sz w:val="18"/>
              </w:rPr>
              <w:t xml:space="preserve"> </w:t>
            </w:r>
            <w:r>
              <w:rPr>
                <w:sz w:val="18"/>
              </w:rPr>
              <w:t>"</w:t>
            </w:r>
            <w:r>
              <w:rPr>
                <w:sz w:val="18"/>
              </w:rPr>
              <w:t xml:space="preserve"> </w:t>
            </w:r>
            <w:r>
              <w:rPr>
                <w:sz w:val="18"/>
              </w:rPr>
              <w:t>像人是什么意思呢？</w:t>
            </w:r>
            <w:r>
              <w:rPr>
                <w:sz w:val="18"/>
              </w:rPr>
              <w:t xml:space="preserve"> </w:t>
            </w:r>
            <w:r>
              <w:rPr>
                <w:sz w:val="18"/>
              </w:rPr>
              <w:t>"</w:t>
            </w:r>
            <w:r>
              <w:rPr>
                <w:sz w:val="18"/>
              </w:rPr>
              <w:t xml:space="preserve"> </w:t>
            </w:r>
            <w:r>
              <w:rPr>
                <w:sz w:val="18"/>
              </w:rPr>
              <w:t>把学生模糊的</w:t>
            </w:r>
            <w:r>
              <w:rPr>
                <w:sz w:val="18"/>
              </w:rPr>
              <w:t xml:space="preserve"> </w:t>
            </w:r>
            <w:r>
              <w:rPr>
                <w:sz w:val="18"/>
              </w:rPr>
              <w:t>"AI</w:t>
            </w:r>
            <w:r>
              <w:rPr>
                <w:sz w:val="18"/>
              </w:rPr>
              <w:t xml:space="preserve"> </w:t>
            </w:r>
            <w:r>
              <w:rPr>
                <w:sz w:val="18"/>
              </w:rPr>
              <w:t>就是机器人</w:t>
            </w:r>
            <w:r>
              <w:rPr>
                <w:sz w:val="18"/>
              </w:rPr>
              <w:t xml:space="preserve"> </w:t>
            </w:r>
            <w:r>
              <w:rPr>
                <w:sz w:val="18"/>
              </w:rPr>
              <w:t>"</w:t>
            </w:r>
            <w:r>
              <w:rPr>
                <w:sz w:val="18"/>
              </w:rPr>
              <w:t xml:space="preserve"> </w:t>
            </w:r>
            <w:r>
              <w:rPr>
                <w:sz w:val="18"/>
              </w:rPr>
              <w:t>引向对</w:t>
            </w:r>
            <w:r>
              <w:rPr>
                <w:sz w:val="18"/>
              </w:rPr>
              <w:t xml:space="preserve"> </w:t>
            </w:r>
            <w:r>
              <w:rPr>
                <w:sz w:val="18"/>
              </w:rPr>
              <w:t>"</w:t>
            </w:r>
            <w:r>
              <w:rPr>
                <w:sz w:val="18"/>
              </w:rPr>
              <w:t xml:space="preserve"> </w:t>
            </w:r>
            <w:r>
              <w:rPr>
                <w:sz w:val="18"/>
              </w:rPr>
              <w:t>机器人与人</w:t>
            </w:r>
            <w:r>
              <w:rPr>
                <w:sz w:val="18"/>
              </w:rPr>
              <w:t xml:space="preserve"> </w:t>
            </w:r>
            <w:r>
              <w:rPr>
                <w:sz w:val="18"/>
              </w:rPr>
              <w:t>"</w:t>
            </w:r>
            <w:r>
              <w:rPr>
                <w:sz w:val="18"/>
              </w:rPr>
              <w:t xml:space="preserve"> </w:t>
            </w:r>
            <w:r>
              <w:rPr>
                <w:sz w:val="18"/>
              </w:rPr>
              <w:t>的对比思考，思维被结构化。</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观察两张图，举手说出自己眼中的</w:t>
            </w:r>
            <w:r>
              <w:rPr>
                <w:sz w:val="18"/>
              </w:rPr>
              <w:t xml:space="preserve"> </w:t>
            </w:r>
            <w:r>
              <w:rPr>
                <w:sz w:val="18"/>
              </w:rPr>
              <w:t>"</w:t>
            </w:r>
            <w:r>
              <w:rPr>
                <w:sz w:val="18"/>
              </w:rPr>
              <w:t xml:space="preserve"> </w:t>
            </w:r>
            <w:r>
              <w:rPr>
                <w:sz w:val="18"/>
              </w:rPr>
              <w:t>机器人像人之处</w:t>
            </w:r>
            <w:r>
              <w:rPr>
                <w:sz w:val="18"/>
              </w:rPr>
              <w:t xml:space="preserve"> </w:t>
            </w:r>
            <w:r>
              <w:rPr>
                <w:sz w:val="18"/>
              </w:rPr>
              <w:t>"</w:t>
            </w:r>
            <w:r>
              <w:rPr>
                <w:sz w:val="18"/>
              </w:rPr>
              <w:t xml:space="preserve"> </w:t>
            </w:r>
            <w:r>
              <w:rPr>
                <w:sz w:val="18"/>
              </w:rPr>
              <w:t>（有头、有手、能站）。在教师追问下尝试对比</w:t>
            </w:r>
            <w:r>
              <w:rPr>
                <w:sz w:val="18"/>
              </w:rPr>
              <w:t xml:space="preserve"> </w:t>
            </w:r>
            <w:r>
              <w:rPr>
                <w:sz w:val="18"/>
              </w:rPr>
              <w:t>"</w:t>
            </w:r>
            <w:r>
              <w:rPr>
                <w:sz w:val="18"/>
              </w:rPr>
              <w:t xml:space="preserve"> </w:t>
            </w:r>
            <w:r>
              <w:rPr>
                <w:sz w:val="18"/>
              </w:rPr>
              <w:t>机器人与人哪里一样、哪里不一样</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用原话提问，把低段孩子从模糊概念拉向结构化对比，落实笔记</w:t>
            </w:r>
            <w:r>
              <w:rPr>
                <w:sz w:val="18"/>
              </w:rPr>
              <w:t xml:space="preserve"> </w:t>
            </w:r>
            <w:r>
              <w:rPr>
                <w:sz w:val="18"/>
              </w:rPr>
              <w:t>"</w:t>
            </w:r>
            <w:r>
              <w:rPr>
                <w:sz w:val="18"/>
              </w:rPr>
              <w:t xml:space="preserve"> </w:t>
            </w:r>
            <w:r>
              <w:rPr>
                <w:sz w:val="18"/>
              </w:rPr>
              <w:t>思维被结构化</w:t>
            </w:r>
            <w:r>
              <w:rPr>
                <w:sz w:val="18"/>
              </w:rPr>
              <w:t xml:space="preserve"> </w:t>
            </w:r>
            <w:r>
              <w:rPr>
                <w:sz w:val="18"/>
              </w:rPr>
              <w:t>"</w:t>
            </w:r>
            <w:r>
              <w:rPr>
                <w:sz w:val="18"/>
              </w:rPr>
              <w:t xml:space="preserve"> </w:t>
            </w:r>
            <w:r>
              <w:rPr>
                <w:sz w:val="18"/>
              </w:rPr>
              <w:t>的设计意图。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二、回扣</w:t>
            </w:r>
            <w:r>
              <w:rPr>
                <w:sz w:val="18"/>
              </w:rPr>
              <w:t xml:space="preserve"> </w:t>
            </w:r>
            <w:r>
              <w:rPr>
                <w:sz w:val="18"/>
              </w:rPr>
              <w:t>AI</w:t>
            </w:r>
            <w:r>
              <w:rPr>
                <w:sz w:val="18"/>
              </w:rPr>
              <w:t xml:space="preserve"> </w:t>
            </w:r>
            <w:r>
              <w:rPr>
                <w:sz w:val="18"/>
              </w:rPr>
              <w:t>五大能力图</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w:t>
            </w:r>
            <w:r>
              <w:rPr>
                <w:sz w:val="18"/>
              </w:rPr>
              <w:t xml:space="preserve"> </w:t>
            </w:r>
            <w:r>
              <w:rPr>
                <w:sz w:val="18"/>
              </w:rPr>
              <w:t>AI</w:t>
            </w:r>
            <w:r>
              <w:rPr>
                <w:sz w:val="18"/>
              </w:rPr>
              <w:t xml:space="preserve"> </w:t>
            </w:r>
            <w:r>
              <w:rPr>
                <w:sz w:val="18"/>
              </w:rPr>
              <w:t>五大能力图（能懂</w:t>
            </w:r>
            <w:r>
              <w:rPr>
                <w:sz w:val="18"/>
              </w:rPr>
              <w:t xml:space="preserve"> </w:t>
            </w:r>
            <w:r>
              <w:rPr>
                <w:sz w:val="18"/>
              </w:rPr>
              <w:t>/</w:t>
            </w:r>
            <w:r>
              <w:rPr>
                <w:sz w:val="18"/>
              </w:rPr>
              <w:t xml:space="preserve"> </w:t>
            </w:r>
            <w:r>
              <w:rPr>
                <w:sz w:val="18"/>
              </w:rPr>
              <w:t>看见</w:t>
            </w:r>
            <w:r>
              <w:rPr>
                <w:sz w:val="18"/>
              </w:rPr>
              <w:t xml:space="preserve"> </w:t>
            </w:r>
            <w:r>
              <w:rPr>
                <w:sz w:val="18"/>
              </w:rPr>
              <w:t>/</w:t>
            </w:r>
            <w:r>
              <w:rPr>
                <w:sz w:val="18"/>
              </w:rPr>
              <w:t xml:space="preserve"> </w:t>
            </w:r>
            <w:r>
              <w:rPr>
                <w:sz w:val="18"/>
              </w:rPr>
              <w:t>听见</w:t>
            </w:r>
            <w:r>
              <w:rPr>
                <w:sz w:val="18"/>
              </w:rPr>
              <w:t xml:space="preserve"> </w:t>
            </w:r>
            <w:r>
              <w:rPr>
                <w:sz w:val="18"/>
              </w:rPr>
              <w:t>/</w:t>
            </w:r>
            <w:r>
              <w:rPr>
                <w:sz w:val="18"/>
              </w:rPr>
              <w:t xml:space="preserve"> </w:t>
            </w:r>
            <w:r>
              <w:rPr>
                <w:sz w:val="18"/>
              </w:rPr>
              <w:t>会说</w:t>
            </w:r>
            <w:r>
              <w:rPr>
                <w:sz w:val="18"/>
              </w:rPr>
              <w:t xml:space="preserve"> </w:t>
            </w:r>
            <w:r>
              <w:rPr>
                <w:sz w:val="18"/>
              </w:rPr>
              <w:t>/</w:t>
            </w:r>
            <w:r>
              <w:rPr>
                <w:sz w:val="18"/>
              </w:rPr>
              <w:t xml:space="preserve"> </w:t>
            </w:r>
            <w:r>
              <w:rPr>
                <w:sz w:val="18"/>
              </w:rPr>
              <w:t>能动，中心小人被五项环绕）。教师讲解：</w:t>
            </w:r>
            <w:r>
              <w:rPr>
                <w:sz w:val="18"/>
              </w:rPr>
              <w:t xml:space="preserve"> </w:t>
            </w:r>
            <w:r>
              <w:rPr>
                <w:sz w:val="18"/>
              </w:rPr>
              <w:t>"</w:t>
            </w:r>
            <w:r>
              <w:rPr>
                <w:sz w:val="18"/>
              </w:rPr>
              <w:t xml:space="preserve"> </w:t>
            </w:r>
            <w:r>
              <w:rPr>
                <w:sz w:val="18"/>
              </w:rPr>
              <w:t>机器人可以被理解为人工智能的载体，让机器人干人才能干的事。</w:t>
            </w:r>
            <w:r>
              <w:rPr>
                <w:sz w:val="18"/>
              </w:rPr>
              <w:t xml:space="preserve"> </w:t>
            </w:r>
            <w:r>
              <w:rPr>
                <w:sz w:val="18"/>
              </w:rPr>
              <w:t>"</w:t>
            </w:r>
            <w:r>
              <w:rPr>
                <w:sz w:val="18"/>
              </w:rPr>
              <w:t xml:space="preserve"> </w:t>
            </w:r>
            <w:r>
              <w:rPr>
                <w:sz w:val="18"/>
              </w:rPr>
              <w:t>指图对比：</w:t>
            </w:r>
            <w:r>
              <w:rPr>
                <w:sz w:val="18"/>
              </w:rPr>
              <w:t xml:space="preserve"> </w:t>
            </w:r>
            <w:r>
              <w:rPr>
                <w:sz w:val="18"/>
              </w:rPr>
              <w:t>"</w:t>
            </w:r>
            <w:r>
              <w:rPr>
                <w:sz w:val="18"/>
              </w:rPr>
              <w:t xml:space="preserve"> </w:t>
            </w:r>
            <w:r>
              <w:rPr>
                <w:sz w:val="18"/>
              </w:rPr>
              <w:t>它（机器人）光能看见，而人是同时干</w:t>
            </w:r>
            <w:r>
              <w:rPr>
                <w:sz w:val="18"/>
              </w:rPr>
              <w:t xml:space="preserve"> </w:t>
            </w:r>
            <w:r>
              <w:rPr>
                <w:sz w:val="18"/>
              </w:rPr>
              <w:t>5</w:t>
            </w:r>
            <w:r>
              <w:rPr>
                <w:sz w:val="18"/>
              </w:rPr>
              <w:t xml:space="preserve"> </w:t>
            </w:r>
            <w:r>
              <w:rPr>
                <w:sz w:val="18"/>
              </w:rPr>
              <w:t>件事。</w:t>
            </w:r>
            <w:r>
              <w:rPr>
                <w:sz w:val="18"/>
              </w:rPr>
              <w:t xml:space="preserve"> </w:t>
            </w:r>
            <w:r>
              <w:rPr>
                <w:sz w:val="18"/>
              </w:rPr>
              <w:t>"</w:t>
            </w:r>
            <w:r>
              <w:rPr>
                <w:sz w:val="18"/>
              </w:rPr>
              <w:t xml:space="preserve"> </w:t>
            </w:r>
            <w:r>
              <w:rPr>
                <w:sz w:val="18"/>
              </w:rPr>
              <w:t>抛出原话两问：</w:t>
            </w:r>
            <w:r>
              <w:rPr>
                <w:sz w:val="18"/>
              </w:rPr>
              <w:t xml:space="preserve"> </w:t>
            </w:r>
            <w:r>
              <w:rPr>
                <w:sz w:val="18"/>
              </w:rPr>
              <w:t>"</w:t>
            </w:r>
            <w:r>
              <w:rPr>
                <w:sz w:val="18"/>
              </w:rPr>
              <w:t xml:space="preserve"> </w:t>
            </w:r>
            <w:r>
              <w:rPr>
                <w:sz w:val="18"/>
              </w:rPr>
              <w:t>机器人和人是什么关系？</w:t>
            </w:r>
            <w:r>
              <w:rPr>
                <w:sz w:val="18"/>
              </w:rPr>
              <w:t xml:space="preserve"> </w:t>
            </w:r>
            <w:r>
              <w:rPr>
                <w:sz w:val="18"/>
              </w:rPr>
              <w:t>""</w:t>
            </w:r>
            <w:r>
              <w:rPr>
                <w:sz w:val="18"/>
              </w:rPr>
              <w:t xml:space="preserve"> </w:t>
            </w:r>
            <w:r>
              <w:rPr>
                <w:sz w:val="18"/>
              </w:rPr>
              <w:t>人工智能和人类智能又是什么关系？</w:t>
            </w:r>
            <w:r>
              <w:rPr>
                <w:sz w:val="18"/>
              </w:rPr>
              <w:t xml:space="preserve"> </w:t>
            </w:r>
            <w:r>
              <w:rPr>
                <w:sz w:val="18"/>
              </w:rPr>
              <w:t>"——</w:t>
            </w:r>
            <w:r>
              <w:rPr>
                <w:sz w:val="18"/>
              </w:rPr>
              <w:t xml:space="preserve"> </w:t>
            </w:r>
            <w:r>
              <w:rPr>
                <w:sz w:val="18"/>
              </w:rPr>
              <w:t>把</w:t>
            </w:r>
            <w:r>
              <w:rPr>
                <w:sz w:val="18"/>
              </w:rPr>
              <w:t xml:space="preserve"> </w:t>
            </w:r>
            <w:r>
              <w:rPr>
                <w:sz w:val="18"/>
              </w:rPr>
              <w:t>AI</w:t>
            </w:r>
            <w:r>
              <w:rPr>
                <w:sz w:val="18"/>
              </w:rPr>
              <w:t xml:space="preserve"> </w:t>
            </w:r>
            <w:r>
              <w:rPr>
                <w:sz w:val="18"/>
              </w:rPr>
              <w:t>具象化为机器人来理解。</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看图听讲解，跟着教师数</w:t>
            </w:r>
            <w:r>
              <w:rPr>
                <w:sz w:val="18"/>
              </w:rPr>
              <w:t xml:space="preserve"> </w:t>
            </w:r>
            <w:r>
              <w:rPr>
                <w:sz w:val="18"/>
              </w:rPr>
              <w:t>"</w:t>
            </w:r>
            <w:r>
              <w:rPr>
                <w:sz w:val="18"/>
              </w:rPr>
              <w:t xml:space="preserve"> </w:t>
            </w:r>
            <w:r>
              <w:rPr>
                <w:sz w:val="18"/>
              </w:rPr>
              <w:t>五件事</w:t>
            </w:r>
            <w:r>
              <w:rPr>
                <w:sz w:val="18"/>
              </w:rPr>
              <w:t xml:space="preserve"> </w:t>
            </w:r>
            <w:r>
              <w:rPr>
                <w:sz w:val="18"/>
              </w:rPr>
              <w:t>"</w:t>
            </w:r>
            <w:r>
              <w:rPr>
                <w:sz w:val="18"/>
              </w:rPr>
              <w:t xml:space="preserve"> </w:t>
            </w:r>
            <w:r>
              <w:rPr>
                <w:sz w:val="18"/>
              </w:rPr>
              <w:t>；在教师引导下发现</w:t>
            </w:r>
            <w:r>
              <w:rPr>
                <w:sz w:val="18"/>
              </w:rPr>
              <w:t xml:space="preserve"> </w:t>
            </w:r>
            <w:r>
              <w:rPr>
                <w:sz w:val="18"/>
              </w:rPr>
              <w:t>"</w:t>
            </w:r>
            <w:r>
              <w:rPr>
                <w:sz w:val="18"/>
              </w:rPr>
              <w:t xml:space="preserve"> </w:t>
            </w:r>
            <w:r>
              <w:rPr>
                <w:sz w:val="18"/>
              </w:rPr>
              <w:t>机器人光能看见，人同时干</w:t>
            </w:r>
            <w:r>
              <w:rPr>
                <w:sz w:val="18"/>
              </w:rPr>
              <w:t xml:space="preserve"> </w:t>
            </w:r>
            <w:r>
              <w:rPr>
                <w:sz w:val="18"/>
              </w:rPr>
              <w:t>5</w:t>
            </w:r>
            <w:r>
              <w:rPr>
                <w:sz w:val="18"/>
              </w:rPr>
              <w:t xml:space="preserve"> </w:t>
            </w:r>
            <w:r>
              <w:rPr>
                <w:sz w:val="18"/>
              </w:rPr>
              <w:t>件事</w:t>
            </w:r>
            <w:r>
              <w:rPr>
                <w:sz w:val="18"/>
              </w:rPr>
              <w:t xml:space="preserve"> </w:t>
            </w:r>
            <w:r>
              <w:rPr>
                <w:sz w:val="18"/>
              </w:rPr>
              <w:t>"</w:t>
            </w:r>
            <w:r>
              <w:rPr>
                <w:sz w:val="18"/>
              </w:rPr>
              <w:t xml:space="preserve"> </w:t>
            </w:r>
            <w:r>
              <w:rPr>
                <w:sz w:val="18"/>
              </w:rPr>
              <w:t>。用自己话试着答两问（如</w:t>
            </w:r>
            <w:r>
              <w:rPr>
                <w:sz w:val="18"/>
              </w:rPr>
              <w:t xml:space="preserve"> </w:t>
            </w:r>
            <w:r>
              <w:rPr>
                <w:sz w:val="18"/>
              </w:rPr>
              <w:t>"</w:t>
            </w:r>
            <w:r>
              <w:rPr>
                <w:sz w:val="18"/>
              </w:rPr>
              <w:t xml:space="preserve"> </w:t>
            </w:r>
            <w:r>
              <w:rPr>
                <w:sz w:val="18"/>
              </w:rPr>
              <w:t>机器人是人做的</w:t>
            </w:r>
            <w:r>
              <w:rPr>
                <w:sz w:val="18"/>
              </w:rPr>
              <w:t xml:space="preserve"> </w:t>
            </w:r>
            <w:r>
              <w:rPr>
                <w:sz w:val="18"/>
              </w:rPr>
              <w:t>""</w:t>
            </w:r>
            <w:r>
              <w:rPr>
                <w:sz w:val="18"/>
              </w:rPr>
              <w:t xml:space="preserve"> </w:t>
            </w:r>
            <w:r>
              <w:rPr>
                <w:sz w:val="18"/>
              </w:rPr>
              <w:t>人比机器人聪明</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w:t>
            </w:r>
            <w:r>
              <w:rPr>
                <w:sz w:val="18"/>
              </w:rPr>
              <w:t xml:space="preserve"> </w:t>
            </w:r>
            <w:r>
              <w:rPr>
                <w:sz w:val="18"/>
              </w:rPr>
              <w:t>"</w:t>
            </w:r>
            <w:r>
              <w:rPr>
                <w:sz w:val="18"/>
              </w:rPr>
              <w:t xml:space="preserve"> </w:t>
            </w:r>
            <w:r>
              <w:rPr>
                <w:sz w:val="18"/>
              </w:rPr>
              <w:t>把</w:t>
            </w:r>
            <w:r>
              <w:rPr>
                <w:sz w:val="18"/>
              </w:rPr>
              <w:t xml:space="preserve"> </w:t>
            </w:r>
            <w:r>
              <w:rPr>
                <w:sz w:val="18"/>
              </w:rPr>
              <w:t>AI</w:t>
            </w:r>
            <w:r>
              <w:rPr>
                <w:sz w:val="18"/>
              </w:rPr>
              <w:t xml:space="preserve"> </w:t>
            </w:r>
            <w:r>
              <w:rPr>
                <w:sz w:val="18"/>
              </w:rPr>
              <w:t>具象化为机器人来理解</w:t>
            </w:r>
            <w:r>
              <w:rPr>
                <w:sz w:val="18"/>
              </w:rPr>
              <w:t xml:space="preserve"> </w:t>
            </w:r>
            <w:r>
              <w:rPr>
                <w:sz w:val="18"/>
              </w:rPr>
              <w:t>"</w:t>
            </w:r>
            <w:r>
              <w:rPr>
                <w:sz w:val="18"/>
              </w:rPr>
              <w:t xml:space="preserve"> </w:t>
            </w:r>
            <w:r>
              <w:rPr>
                <w:sz w:val="18"/>
              </w:rPr>
              <w:t>的入口，为后续活动铺垫。</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三、课堂活动一：空间方向游戏</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教师搬出人形机器人（或自己扮演机器人戴头饰）站到教室中间。指令逐级推进：</w:t>
            </w:r>
            <w:r>
              <w:rPr>
                <w:sz w:val="18"/>
              </w:rPr>
              <w:t xml:space="preserve"> </w:t>
            </w:r>
            <w:r>
              <w:rPr>
                <w:sz w:val="18"/>
              </w:rPr>
              <w:t>①"</w:t>
            </w:r>
            <w:r>
              <w:rPr>
                <w:sz w:val="18"/>
              </w:rPr>
              <w:t xml:space="preserve"> </w:t>
            </w:r>
            <w:r>
              <w:rPr>
                <w:sz w:val="18"/>
              </w:rPr>
              <w:t>让机器人与小朋友朝同一个方向走</w:t>
            </w:r>
            <w:r>
              <w:rPr>
                <w:sz w:val="18"/>
              </w:rPr>
              <w:t xml:space="preserve"> </w:t>
            </w:r>
            <w:r>
              <w:rPr>
                <w:sz w:val="18"/>
              </w:rPr>
              <w:t>"——</w:t>
            </w:r>
            <w:r>
              <w:rPr>
                <w:sz w:val="18"/>
              </w:rPr>
              <w:t xml:space="preserve"> </w:t>
            </w:r>
            <w:r>
              <w:rPr>
                <w:sz w:val="18"/>
              </w:rPr>
              <w:t>师带做同向走；</w:t>
            </w:r>
            <w:r>
              <w:rPr>
                <w:sz w:val="18"/>
              </w:rPr>
              <w:t xml:space="preserve"> </w:t>
            </w:r>
            <w:r>
              <w:rPr>
                <w:sz w:val="18"/>
              </w:rPr>
              <w:t>②"</w:t>
            </w:r>
            <w:r>
              <w:rPr>
                <w:sz w:val="18"/>
              </w:rPr>
              <w:t xml:space="preserve"> </w:t>
            </w:r>
            <w:r>
              <w:rPr>
                <w:sz w:val="18"/>
              </w:rPr>
              <w:t>现在，站到机器人背后</w:t>
            </w:r>
            <w:r>
              <w:rPr>
                <w:sz w:val="18"/>
              </w:rPr>
              <w:t xml:space="preserve"> </w:t>
            </w:r>
            <w:r>
              <w:rPr>
                <w:sz w:val="18"/>
              </w:rPr>
              <w:t>"——</w:t>
            </w:r>
            <w:r>
              <w:rPr>
                <w:sz w:val="18"/>
              </w:rPr>
              <w:t xml:space="preserve"> </w:t>
            </w:r>
            <w:r>
              <w:rPr>
                <w:sz w:val="18"/>
              </w:rPr>
              <w:t>请一生站其背后，问大家</w:t>
            </w:r>
            <w:r>
              <w:rPr>
                <w:sz w:val="18"/>
              </w:rPr>
              <w:t xml:space="preserve"> </w:t>
            </w:r>
            <w:r>
              <w:rPr>
                <w:sz w:val="18"/>
              </w:rPr>
              <w:t>"</w:t>
            </w:r>
            <w:r>
              <w:rPr>
                <w:sz w:val="18"/>
              </w:rPr>
              <w:t xml:space="preserve"> </w:t>
            </w:r>
            <w:r>
              <w:rPr>
                <w:sz w:val="18"/>
              </w:rPr>
              <w:t>他俩现在朝向一样吗</w:t>
            </w:r>
            <w:r>
              <w:rPr>
                <w:sz w:val="18"/>
              </w:rPr>
              <w:t xml:space="preserve"> </w:t>
            </w:r>
            <w:r>
              <w:rPr>
                <w:sz w:val="18"/>
              </w:rPr>
              <w:t>"</w:t>
            </w:r>
            <w:r>
              <w:rPr>
                <w:sz w:val="18"/>
              </w:rPr>
              <w:t xml:space="preserve"> </w:t>
            </w:r>
            <w:r>
              <w:rPr>
                <w:sz w:val="18"/>
              </w:rPr>
              <w:t>；</w:t>
            </w:r>
            <w:r>
              <w:rPr>
                <w:sz w:val="18"/>
              </w:rPr>
              <w:t xml:space="preserve"> </w:t>
            </w:r>
            <w:r>
              <w:rPr>
                <w:sz w:val="18"/>
              </w:rPr>
              <w:t>③</w:t>
            </w:r>
            <w:r>
              <w:rPr>
                <w:sz w:val="18"/>
              </w:rPr>
              <w:t xml:space="preserve"> </w:t>
            </w:r>
            <w:r>
              <w:rPr>
                <w:sz w:val="18"/>
              </w:rPr>
              <w:t>变换</w:t>
            </w:r>
            <w:r>
              <w:rPr>
                <w:sz w:val="18"/>
              </w:rPr>
              <w:t xml:space="preserve"> </w:t>
            </w:r>
            <w:r>
              <w:rPr>
                <w:sz w:val="18"/>
              </w:rPr>
              <w:t>"</w:t>
            </w:r>
            <w:r>
              <w:rPr>
                <w:sz w:val="18"/>
              </w:rPr>
              <w:t xml:space="preserve"> </w:t>
            </w:r>
            <w:r>
              <w:rPr>
                <w:sz w:val="18"/>
              </w:rPr>
              <w:t>镜像</w:t>
            </w:r>
            <w:r>
              <w:rPr>
                <w:sz w:val="18"/>
              </w:rPr>
              <w:t xml:space="preserve"> </w:t>
            </w:r>
            <w:r>
              <w:rPr>
                <w:sz w:val="18"/>
              </w:rPr>
              <w:t>/</w:t>
            </w:r>
            <w:r>
              <w:rPr>
                <w:sz w:val="18"/>
              </w:rPr>
              <w:t xml:space="preserve"> </w:t>
            </w:r>
            <w:r>
              <w:rPr>
                <w:sz w:val="18"/>
              </w:rPr>
              <w:t>相对方向</w:t>
            </w:r>
            <w:r>
              <w:rPr>
                <w:sz w:val="18"/>
              </w:rPr>
              <w:t xml:space="preserve"> </w:t>
            </w:r>
            <w:r>
              <w:rPr>
                <w:sz w:val="18"/>
              </w:rPr>
              <w:t>"——</w:t>
            </w:r>
            <w:r>
              <w:rPr>
                <w:sz w:val="18"/>
              </w:rPr>
              <w:t xml:space="preserve"> </w:t>
            </w:r>
            <w:r>
              <w:rPr>
                <w:sz w:val="18"/>
              </w:rPr>
              <w:t>师做镜面动作，让孩子做相对方向，难度逐级上开。教师边玩边说：</w:t>
            </w:r>
            <w:r>
              <w:rPr>
                <w:sz w:val="18"/>
              </w:rPr>
              <w:t xml:space="preserve"> </w:t>
            </w:r>
            <w:r>
              <w:rPr>
                <w:sz w:val="18"/>
              </w:rPr>
              <w:t>"</w:t>
            </w:r>
            <w:r>
              <w:rPr>
                <w:sz w:val="18"/>
              </w:rPr>
              <w:t xml:space="preserve"> </w:t>
            </w:r>
            <w:r>
              <w:rPr>
                <w:sz w:val="18"/>
              </w:rPr>
              <w:t>我们在对空间做几何变换，这是在训练小朋友的各种心理能力，为学人工智能奠定基础的基础。</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全体起立，跟着机器人做同向走</w:t>
            </w:r>
            <w:r>
              <w:rPr>
                <w:sz w:val="18"/>
              </w:rPr>
              <w:t xml:space="preserve"> </w:t>
            </w:r>
            <w:r>
              <w:rPr>
                <w:sz w:val="18"/>
              </w:rPr>
              <w:t>→</w:t>
            </w:r>
            <w:r>
              <w:rPr>
                <w:sz w:val="18"/>
              </w:rPr>
              <w:t xml:space="preserve"> </w:t>
            </w:r>
            <w:r>
              <w:rPr>
                <w:sz w:val="18"/>
              </w:rPr>
              <w:t>站背后</w:t>
            </w:r>
            <w:r>
              <w:rPr>
                <w:sz w:val="18"/>
              </w:rPr>
              <w:t xml:space="preserve"> </w:t>
            </w:r>
            <w:r>
              <w:rPr>
                <w:sz w:val="18"/>
              </w:rPr>
              <w:t>→</w:t>
            </w:r>
            <w:r>
              <w:rPr>
                <w:sz w:val="18"/>
              </w:rPr>
              <w:t xml:space="preserve"> </w:t>
            </w:r>
            <w:r>
              <w:rPr>
                <w:sz w:val="18"/>
              </w:rPr>
              <w:t>做相对</w:t>
            </w:r>
            <w:r>
              <w:rPr>
                <w:sz w:val="18"/>
              </w:rPr>
              <w:t xml:space="preserve"> </w:t>
            </w:r>
            <w:r>
              <w:rPr>
                <w:sz w:val="18"/>
              </w:rPr>
              <w:t>/</w:t>
            </w:r>
            <w:r>
              <w:rPr>
                <w:sz w:val="18"/>
              </w:rPr>
              <w:t xml:space="preserve"> </w:t>
            </w:r>
            <w:r>
              <w:rPr>
                <w:sz w:val="18"/>
              </w:rPr>
              <w:t>镜像方向变换。在每一次变换后，用小手比划</w:t>
            </w:r>
            <w:r>
              <w:rPr>
                <w:sz w:val="18"/>
              </w:rPr>
              <w:t xml:space="preserve"> </w:t>
            </w:r>
            <w:r>
              <w:rPr>
                <w:sz w:val="18"/>
              </w:rPr>
              <w:t>"</w:t>
            </w:r>
            <w:r>
              <w:rPr>
                <w:sz w:val="18"/>
              </w:rPr>
              <w:t xml:space="preserve"> </w:t>
            </w:r>
            <w:r>
              <w:rPr>
                <w:sz w:val="18"/>
              </w:rPr>
              <w:t>我在机器人的左</w:t>
            </w:r>
            <w:r>
              <w:rPr>
                <w:sz w:val="18"/>
              </w:rPr>
              <w:t xml:space="preserve"> </w:t>
            </w:r>
            <w:r>
              <w:rPr>
                <w:sz w:val="18"/>
              </w:rPr>
              <w:t>/</w:t>
            </w:r>
            <w:r>
              <w:rPr>
                <w:sz w:val="18"/>
              </w:rPr>
              <w:t xml:space="preserve"> </w:t>
            </w:r>
            <w:r>
              <w:rPr>
                <w:sz w:val="18"/>
              </w:rPr>
              <w:t>右</w:t>
            </w:r>
            <w:r>
              <w:rPr>
                <w:sz w:val="18"/>
              </w:rPr>
              <w:t xml:space="preserve"> </w:t>
            </w:r>
            <w:r>
              <w:rPr>
                <w:sz w:val="18"/>
              </w:rPr>
              <w:t>/</w:t>
            </w:r>
            <w:r>
              <w:rPr>
                <w:sz w:val="18"/>
              </w:rPr>
              <w:t xml:space="preserve"> </w:t>
            </w:r>
            <w:r>
              <w:rPr>
                <w:sz w:val="18"/>
              </w:rPr>
              <w:t>前</w:t>
            </w:r>
            <w:r>
              <w:rPr>
                <w:sz w:val="18"/>
              </w:rPr>
              <w:t xml:space="preserve"> </w:t>
            </w:r>
            <w:r>
              <w:rPr>
                <w:sz w:val="18"/>
              </w:rPr>
              <w:t>/</w:t>
            </w:r>
            <w:r>
              <w:rPr>
                <w:sz w:val="18"/>
              </w:rPr>
              <w:t xml:space="preserve"> </w:t>
            </w:r>
            <w:r>
              <w:rPr>
                <w:sz w:val="18"/>
              </w:rPr>
              <w:t>后</w:t>
            </w:r>
            <w:r>
              <w:rPr>
                <w:sz w:val="18"/>
              </w:rPr>
              <w:t xml:space="preserve"> </w:t>
            </w:r>
            <w:r>
              <w:rPr>
                <w:sz w:val="18"/>
              </w:rPr>
              <w:t>"</w:t>
            </w:r>
            <w:r>
              <w:rPr>
                <w:sz w:val="18"/>
              </w:rPr>
              <w:t xml:space="preserve"> </w:t>
            </w:r>
            <w:r>
              <w:rPr>
                <w:sz w:val="18"/>
              </w:rPr>
              <w:t>。笑声中体会方位变化。</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直接照搬笔记活动一，用身体动作建立空间方位与几何变换经验，训练低幼心理能力。</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四、课堂活动二：给机器人建模</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教师出示</w:t>
            </w:r>
            <w:r>
              <w:rPr>
                <w:sz w:val="18"/>
              </w:rPr>
              <w:t xml:space="preserve"> </w:t>
            </w:r>
            <w:r>
              <w:rPr>
                <w:sz w:val="18"/>
              </w:rPr>
              <w:t>"</w:t>
            </w:r>
            <w:r>
              <w:rPr>
                <w:sz w:val="18"/>
              </w:rPr>
              <w:t xml:space="preserve"> </w:t>
            </w:r>
            <w:r>
              <w:rPr>
                <w:sz w:val="18"/>
              </w:rPr>
              <w:t>火柴人</w:t>
            </w:r>
            <w:r>
              <w:rPr>
                <w:sz w:val="18"/>
              </w:rPr>
              <w:t xml:space="preserve"> </w:t>
            </w:r>
            <w:r>
              <w:rPr>
                <w:sz w:val="18"/>
              </w:rPr>
              <w:t>"</w:t>
            </w:r>
            <w:r>
              <w:rPr>
                <w:sz w:val="18"/>
              </w:rPr>
              <w:t xml:space="preserve"> </w:t>
            </w:r>
            <w:r>
              <w:rPr>
                <w:sz w:val="18"/>
              </w:rPr>
              <w:t>范画，说原话：</w:t>
            </w:r>
            <w:r>
              <w:rPr>
                <w:sz w:val="18"/>
              </w:rPr>
              <w:t xml:space="preserve"> </w:t>
            </w:r>
            <w:r>
              <w:rPr>
                <w:sz w:val="18"/>
              </w:rPr>
              <w:t>"</w:t>
            </w:r>
            <w:r>
              <w:rPr>
                <w:sz w:val="18"/>
              </w:rPr>
              <w:t xml:space="preserve"> </w:t>
            </w:r>
            <w:r>
              <w:rPr>
                <w:sz w:val="18"/>
              </w:rPr>
              <w:t>用圆、线段、长方形来表示机器人</w:t>
            </w:r>
            <w:r>
              <w:rPr>
                <w:sz w:val="18"/>
              </w:rPr>
              <w:t xml:space="preserve"> </w:t>
            </w:r>
            <w:r>
              <w:rPr>
                <w:sz w:val="18"/>
              </w:rPr>
              <w:t>——</w:t>
            </w:r>
            <w:r>
              <w:rPr>
                <w:sz w:val="18"/>
              </w:rPr>
              <w:t xml:space="preserve"> </w:t>
            </w:r>
            <w:r>
              <w:rPr>
                <w:sz w:val="18"/>
              </w:rPr>
              <w:t>这就是建模的过程。</w:t>
            </w:r>
            <w:r>
              <w:rPr>
                <w:sz w:val="18"/>
              </w:rPr>
              <w:t xml:space="preserve"> </w:t>
            </w:r>
            <w:r>
              <w:rPr>
                <w:sz w:val="18"/>
              </w:rPr>
              <w:t>"</w:t>
            </w:r>
            <w:r>
              <w:rPr>
                <w:sz w:val="18"/>
              </w:rPr>
              <w:t xml:space="preserve"> </w:t>
            </w:r>
            <w:r>
              <w:rPr>
                <w:sz w:val="18"/>
              </w:rPr>
              <w:t>示范：圆代替头、长方形代替躯干、线段代替四肢。发给每人白纸，要求画一个</w:t>
            </w:r>
            <w:r>
              <w:rPr>
                <w:sz w:val="18"/>
              </w:rPr>
              <w:t xml:space="preserve"> </w:t>
            </w:r>
            <w:r>
              <w:rPr>
                <w:sz w:val="18"/>
              </w:rPr>
              <w:t>"</w:t>
            </w:r>
            <w:r>
              <w:rPr>
                <w:sz w:val="18"/>
              </w:rPr>
              <w:t xml:space="preserve"> </w:t>
            </w:r>
            <w:r>
              <w:rPr>
                <w:sz w:val="18"/>
              </w:rPr>
              <w:t>火柴人机器人</w:t>
            </w:r>
            <w:r>
              <w:rPr>
                <w:sz w:val="18"/>
              </w:rPr>
              <w:t xml:space="preserve"> </w:t>
            </w:r>
            <w:r>
              <w:rPr>
                <w:sz w:val="18"/>
              </w:rPr>
              <w:t>"</w:t>
            </w:r>
            <w:r>
              <w:rPr>
                <w:sz w:val="18"/>
              </w:rPr>
              <w:t xml:space="preserve"> </w:t>
            </w:r>
            <w:r>
              <w:rPr>
                <w:sz w:val="18"/>
              </w:rPr>
              <w:t>，并用方位贴纸标注</w:t>
            </w:r>
            <w:r>
              <w:rPr>
                <w:sz w:val="18"/>
              </w:rPr>
              <w:t xml:space="preserve"> </w:t>
            </w:r>
            <w:r>
              <w:rPr>
                <w:sz w:val="18"/>
              </w:rPr>
              <w:t xml:space="preserve"> A</w:t>
            </w:r>
            <w:r>
              <w:rPr>
                <w:sz w:val="18"/>
              </w:rPr>
              <w:t xml:space="preserve"> </w:t>
            </w:r>
            <w:r>
              <w:rPr>
                <w:sz w:val="18"/>
              </w:rPr>
              <w:t>（右）、</w:t>
            </w:r>
            <w:r>
              <w:rPr>
                <w:sz w:val="18"/>
              </w:rPr>
              <w:t xml:space="preserve"> </w:t>
            </w:r>
            <w:r>
              <w:rPr>
                <w:sz w:val="18"/>
              </w:rPr>
              <w:t>B</w:t>
            </w:r>
            <w:r>
              <w:rPr>
                <w:sz w:val="18"/>
              </w:rPr>
              <w:t xml:space="preserve"> </w:t>
            </w:r>
            <w:r>
              <w:rPr>
                <w:sz w:val="18"/>
              </w:rPr>
              <w:t>（左）、</w:t>
            </w:r>
            <w:r>
              <w:rPr>
                <w:sz w:val="18"/>
              </w:rPr>
              <w:t xml:space="preserve"> </w:t>
            </w:r>
            <w:r>
              <w:rPr>
                <w:sz w:val="18"/>
              </w:rPr>
              <w:t>C</w:t>
            </w:r>
            <w:r>
              <w:rPr>
                <w:sz w:val="18"/>
              </w:rPr>
              <w:t xml:space="preserve"> </w:t>
            </w:r>
            <w:r>
              <w:rPr>
                <w:sz w:val="18"/>
              </w:rPr>
              <w:t>（前）、</w:t>
            </w:r>
            <w:r>
              <w:rPr>
                <w:sz w:val="18"/>
              </w:rPr>
              <w:t xml:space="preserve"> </w:t>
            </w:r>
            <w:r>
              <w:rPr>
                <w:sz w:val="18"/>
              </w:rPr>
              <w:t>D</w:t>
            </w:r>
            <w:r>
              <w:rPr>
                <w:sz w:val="18"/>
              </w:rPr>
              <w:t xml:space="preserve"> </w:t>
            </w:r>
            <w:r>
              <w:rPr>
                <w:sz w:val="18"/>
              </w:rPr>
              <w:t>（后）四个方位。引导体会</w:t>
            </w:r>
            <w:r>
              <w:rPr>
                <w:sz w:val="18"/>
              </w:rPr>
              <w:t xml:space="preserve"> </w:t>
            </w:r>
            <w:r>
              <w:rPr>
                <w:sz w:val="18"/>
              </w:rPr>
              <w:t>"</w:t>
            </w:r>
            <w:r>
              <w:rPr>
                <w:sz w:val="18"/>
              </w:rPr>
              <w:t xml:space="preserve"> </w:t>
            </w:r>
            <w:r>
              <w:rPr>
                <w:sz w:val="18"/>
              </w:rPr>
              <w:t>有长有宽、没有厚度</w:t>
            </w:r>
            <w:r>
              <w:rPr>
                <w:sz w:val="18"/>
              </w:rPr>
              <w:t xml:space="preserve"> </w:t>
            </w:r>
            <w:r>
              <w:rPr>
                <w:sz w:val="18"/>
              </w:rPr>
              <w:t>"</w:t>
            </w:r>
            <w:r>
              <w:rPr>
                <w:sz w:val="18"/>
              </w:rPr>
              <w:t xml:space="preserve"> </w:t>
            </w:r>
            <w:r>
              <w:rPr>
                <w:sz w:val="18"/>
              </w:rPr>
              <w:t>的抽象表达。</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动手画</w:t>
            </w:r>
            <w:r>
              <w:rPr>
                <w:sz w:val="18"/>
              </w:rPr>
              <w:t xml:space="preserve"> </w:t>
            </w:r>
            <w:r>
              <w:rPr>
                <w:sz w:val="18"/>
              </w:rPr>
              <w:t>"</w:t>
            </w:r>
            <w:r>
              <w:rPr>
                <w:sz w:val="18"/>
              </w:rPr>
              <w:t xml:space="preserve"> </w:t>
            </w:r>
            <w:r>
              <w:rPr>
                <w:sz w:val="18"/>
              </w:rPr>
              <w:t>圆</w:t>
            </w:r>
            <w:r>
              <w:rPr>
                <w:sz w:val="18"/>
              </w:rPr>
              <w:t xml:space="preserve"> </w:t>
            </w:r>
            <w:r>
              <w:rPr>
                <w:sz w:val="18"/>
              </w:rPr>
              <w:t>+</w:t>
            </w:r>
            <w:r>
              <w:rPr>
                <w:sz w:val="18"/>
              </w:rPr>
              <w:t xml:space="preserve"> </w:t>
            </w:r>
            <w:r>
              <w:rPr>
                <w:sz w:val="18"/>
              </w:rPr>
              <w:t>长方形</w:t>
            </w:r>
            <w:r>
              <w:rPr>
                <w:sz w:val="18"/>
              </w:rPr>
              <w:t xml:space="preserve"> </w:t>
            </w:r>
            <w:r>
              <w:rPr>
                <w:sz w:val="18"/>
              </w:rPr>
              <w:t>+</w:t>
            </w:r>
            <w:r>
              <w:rPr>
                <w:sz w:val="18"/>
              </w:rPr>
              <w:t xml:space="preserve"> </w:t>
            </w:r>
            <w:r>
              <w:rPr>
                <w:sz w:val="18"/>
              </w:rPr>
              <w:t>线段</w:t>
            </w:r>
            <w:r>
              <w:rPr>
                <w:sz w:val="18"/>
              </w:rPr>
              <w:t xml:space="preserve"> </w:t>
            </w:r>
            <w:r>
              <w:rPr>
                <w:sz w:val="18"/>
              </w:rPr>
              <w:t>"</w:t>
            </w:r>
            <w:r>
              <w:rPr>
                <w:sz w:val="18"/>
              </w:rPr>
              <w:t xml:space="preserve"> </w:t>
            </w:r>
            <w:r>
              <w:rPr>
                <w:sz w:val="18"/>
              </w:rPr>
              <w:t>火柴人，把</w:t>
            </w:r>
            <w:r>
              <w:rPr>
                <w:sz w:val="18"/>
              </w:rPr>
              <w:t xml:space="preserve"> </w:t>
            </w:r>
            <w:r>
              <w:rPr>
                <w:sz w:val="18"/>
              </w:rPr>
              <w:t>A/B/C/D</w:t>
            </w:r>
            <w:r>
              <w:rPr>
                <w:sz w:val="18"/>
              </w:rPr>
              <w:t xml:space="preserve"> </w:t>
            </w:r>
            <w:r>
              <w:rPr>
                <w:sz w:val="18"/>
              </w:rPr>
              <w:t>四枚方位贴在正确位置。互相检查</w:t>
            </w:r>
            <w:r>
              <w:rPr>
                <w:sz w:val="18"/>
              </w:rPr>
              <w:t xml:space="preserve"> </w:t>
            </w:r>
            <w:r>
              <w:rPr>
                <w:sz w:val="18"/>
              </w:rPr>
              <w:t>"</w:t>
            </w:r>
            <w:r>
              <w:rPr>
                <w:sz w:val="18"/>
              </w:rPr>
              <w:t xml:space="preserve"> </w:t>
            </w:r>
            <w:r>
              <w:rPr>
                <w:sz w:val="18"/>
              </w:rPr>
              <w:t>你的机器人右边标</w:t>
            </w:r>
            <w:r>
              <w:rPr>
                <w:sz w:val="18"/>
              </w:rPr>
              <w:t xml:space="preserve"> </w:t>
            </w:r>
            <w:r>
              <w:rPr>
                <w:sz w:val="18"/>
              </w:rPr>
              <w:t>A</w:t>
            </w:r>
            <w:r>
              <w:rPr>
                <w:sz w:val="18"/>
              </w:rPr>
              <w:t xml:space="preserve"> </w:t>
            </w:r>
            <w:r>
              <w:rPr>
                <w:sz w:val="18"/>
              </w:rPr>
              <w:t>了吗</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落实笔记活动二，用欧氏几何基本元素完成建模，体会二维抽象表达。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五、抽象思维评估与总结</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教师请刚上一年级的孩子站在机器人左边看、再站右边看，鼓励画出</w:t>
            </w:r>
            <w:r>
              <w:rPr>
                <w:sz w:val="18"/>
              </w:rPr>
              <w:t xml:space="preserve"> </w:t>
            </w:r>
            <w:r>
              <w:rPr>
                <w:sz w:val="18"/>
              </w:rPr>
              <w:t>"</w:t>
            </w:r>
            <w:r>
              <w:rPr>
                <w:sz w:val="18"/>
              </w:rPr>
              <w:t xml:space="preserve"> </w:t>
            </w:r>
            <w:r>
              <w:rPr>
                <w:sz w:val="18"/>
              </w:rPr>
              <w:t>一条竖线</w:t>
            </w:r>
            <w:r>
              <w:rPr>
                <w:sz w:val="18"/>
              </w:rPr>
              <w:t xml:space="preserve"> </w:t>
            </w:r>
            <w:r>
              <w:rPr>
                <w:sz w:val="18"/>
              </w:rPr>
              <w:t>"</w:t>
            </w:r>
            <w:r>
              <w:rPr>
                <w:sz w:val="18"/>
              </w:rPr>
              <w:t xml:space="preserve"> </w:t>
            </w:r>
            <w:r>
              <w:rPr>
                <w:sz w:val="18"/>
              </w:rPr>
              <w:t>，并进一步引导说出</w:t>
            </w:r>
            <w:r>
              <w:rPr>
                <w:sz w:val="18"/>
              </w:rPr>
              <w:t xml:space="preserve"> </w:t>
            </w:r>
            <w:r>
              <w:rPr>
                <w:sz w:val="18"/>
              </w:rPr>
              <w:t>"</w:t>
            </w:r>
            <w:r>
              <w:rPr>
                <w:sz w:val="18"/>
              </w:rPr>
              <w:t xml:space="preserve"> </w:t>
            </w:r>
            <w:r>
              <w:rPr>
                <w:sz w:val="18"/>
              </w:rPr>
              <w:t>那就是线上的一个点</w:t>
            </w:r>
            <w:r>
              <w:rPr>
                <w:sz w:val="18"/>
              </w:rPr>
              <w:t xml:space="preserve"> </w:t>
            </w:r>
            <w:r>
              <w:rPr>
                <w:sz w:val="18"/>
              </w:rPr>
              <w:t>"</w:t>
            </w:r>
            <w:r>
              <w:rPr>
                <w:sz w:val="18"/>
              </w:rPr>
              <w:t xml:space="preserve"> </w:t>
            </w:r>
            <w:r>
              <w:rPr>
                <w:sz w:val="18"/>
              </w:rPr>
              <w:t>。教师点评：</w:t>
            </w:r>
            <w:r>
              <w:rPr>
                <w:sz w:val="18"/>
              </w:rPr>
              <w:t xml:space="preserve"> </w:t>
            </w:r>
            <w:r>
              <w:rPr>
                <w:sz w:val="18"/>
              </w:rPr>
              <w:t>"</w:t>
            </w:r>
            <w:r>
              <w:rPr>
                <w:sz w:val="18"/>
              </w:rPr>
              <w:t xml:space="preserve"> </w:t>
            </w:r>
            <w:r>
              <w:rPr>
                <w:sz w:val="18"/>
              </w:rPr>
              <w:t>从三维的对象，抽象到一条线、一个点，是再现式的简约形式。</w:t>
            </w:r>
            <w:r>
              <w:rPr>
                <w:sz w:val="18"/>
              </w:rPr>
              <w:t xml:space="preserve"> </w:t>
            </w:r>
            <w:r>
              <w:rPr>
                <w:sz w:val="18"/>
              </w:rPr>
              <w:t>"</w:t>
            </w:r>
            <w:r>
              <w:rPr>
                <w:sz w:val="18"/>
              </w:rPr>
              <w:t xml:space="preserve"> </w:t>
            </w:r>
            <w:r>
              <w:rPr>
                <w:sz w:val="18"/>
              </w:rPr>
              <w:t>总结原话：</w:t>
            </w:r>
            <w:r>
              <w:rPr>
                <w:sz w:val="18"/>
              </w:rPr>
              <w:t xml:space="preserve"> </w:t>
            </w:r>
            <w:r>
              <w:rPr>
                <w:sz w:val="18"/>
              </w:rPr>
              <w:t>"</w:t>
            </w:r>
            <w:r>
              <w:rPr>
                <w:sz w:val="18"/>
              </w:rPr>
              <w:t xml:space="preserve"> </w:t>
            </w:r>
            <w:r>
              <w:rPr>
                <w:sz w:val="18"/>
              </w:rPr>
              <w:t>它根据学生不同阶段的心理发展水平（来设计）。</w:t>
            </w:r>
            <w:r>
              <w:rPr>
                <w:sz w:val="18"/>
              </w:rPr>
              <w:t xml:space="preserve"> </w:t>
            </w:r>
            <w:r>
              <w:rPr>
                <w:sz w:val="18"/>
              </w:rPr>
              <w:t>""</w:t>
            </w:r>
            <w:r>
              <w:rPr>
                <w:sz w:val="18"/>
              </w:rPr>
              <w:t xml:space="preserve"> </w:t>
            </w:r>
            <w:r>
              <w:rPr>
                <w:sz w:val="18"/>
              </w:rPr>
              <w:t>通识课不但可以教人工智能这个学科本身的东西，还可以教稍微深刻一点的思考。</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尝试从</w:t>
            </w:r>
            <w:r>
              <w:rPr>
                <w:sz w:val="18"/>
              </w:rPr>
              <w:t xml:space="preserve"> </w:t>
            </w:r>
            <w:r>
              <w:rPr>
                <w:sz w:val="18"/>
              </w:rPr>
              <w:t>"</w:t>
            </w:r>
            <w:r>
              <w:rPr>
                <w:sz w:val="18"/>
              </w:rPr>
              <w:t xml:space="preserve"> </w:t>
            </w:r>
            <w:r>
              <w:rPr>
                <w:sz w:val="18"/>
              </w:rPr>
              <w:t>竖线</w:t>
            </w:r>
            <w:r>
              <w:rPr>
                <w:sz w:val="18"/>
              </w:rPr>
              <w:t xml:space="preserve"> </w:t>
            </w:r>
            <w:r>
              <w:rPr>
                <w:sz w:val="18"/>
              </w:rPr>
              <w:t>"</w:t>
            </w:r>
            <w:r>
              <w:rPr>
                <w:sz w:val="18"/>
              </w:rPr>
              <w:t xml:space="preserve"> </w:t>
            </w:r>
            <w:r>
              <w:rPr>
                <w:sz w:val="18"/>
              </w:rPr>
              <w:t>再抽象到</w:t>
            </w:r>
            <w:r>
              <w:rPr>
                <w:sz w:val="18"/>
              </w:rPr>
              <w:t xml:space="preserve"> </w:t>
            </w:r>
            <w:r>
              <w:rPr>
                <w:sz w:val="18"/>
              </w:rPr>
              <w:t>"</w:t>
            </w:r>
            <w:r>
              <w:rPr>
                <w:sz w:val="18"/>
              </w:rPr>
              <w:t xml:space="preserve"> </w:t>
            </w:r>
            <w:r>
              <w:rPr>
                <w:sz w:val="18"/>
              </w:rPr>
              <w:t>一个点</w:t>
            </w:r>
            <w:r>
              <w:rPr>
                <w:sz w:val="18"/>
              </w:rPr>
              <w:t xml:space="preserve"> </w:t>
            </w:r>
            <w:r>
              <w:rPr>
                <w:sz w:val="18"/>
              </w:rPr>
              <w:t>"</w:t>
            </w:r>
            <w:r>
              <w:rPr>
                <w:sz w:val="18"/>
              </w:rPr>
              <w:t xml:space="preserve"> </w:t>
            </w:r>
            <w:r>
              <w:rPr>
                <w:sz w:val="18"/>
              </w:rPr>
              <w:t>，用画笔表达。听教师总结，明白</w:t>
            </w:r>
            <w:r>
              <w:rPr>
                <w:sz w:val="18"/>
              </w:rPr>
              <w:t xml:space="preserve"> </w:t>
            </w:r>
            <w:r>
              <w:rPr>
                <w:sz w:val="18"/>
              </w:rPr>
              <w:t>"</w:t>
            </w:r>
            <w:r>
              <w:rPr>
                <w:sz w:val="18"/>
              </w:rPr>
              <w:t xml:space="preserve"> </w:t>
            </w:r>
            <w:r>
              <w:rPr>
                <w:sz w:val="18"/>
              </w:rPr>
              <w:t>低段也能想得深</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落实笔记评估点，观察抽象思维水平；用原话收束，呼应</w:t>
            </w:r>
            <w:r>
              <w:rPr>
                <w:sz w:val="18"/>
              </w:rPr>
              <w:t xml:space="preserve"> </w:t>
            </w:r>
            <w:r>
              <w:rPr>
                <w:sz w:val="18"/>
              </w:rPr>
              <w:t>"</w:t>
            </w:r>
            <w:r>
              <w:rPr>
                <w:sz w:val="18"/>
              </w:rPr>
              <w:t xml:space="preserve"> </w:t>
            </w:r>
            <w:r>
              <w:rPr>
                <w:sz w:val="18"/>
              </w:rPr>
              <w:t>按心理发展水平设计</w:t>
            </w:r>
            <w:r>
              <w:rPr>
                <w:sz w:val="18"/>
              </w:rPr>
              <w:t xml:space="preserve"> </w:t>
            </w:r>
            <w:r>
              <w:rPr>
                <w:sz w:val="18"/>
              </w:rPr>
              <w:t>"</w:t>
            </w:r>
            <w:r>
              <w:rPr>
                <w:sz w:val="18"/>
              </w:rPr>
              <w:t xml:space="preserve"> </w:t>
            </w:r>
            <w:r>
              <w:rPr>
                <w:sz w:val="18"/>
              </w:rPr>
              <w:t>。</w:t>
            </w:r>
          </w:p>
        </w:tc>
      </w:tr>
    </w:tbl>
    <w:p>
      <w:pPr>
        <w:pStyle w:val="Heading3"/>
      </w:pPr>
      <w:r>
        <w:rPr>
          <w:rFonts w:ascii="微软雅黑" w:hAnsi="微软雅黑" w:eastAsia="微软雅黑" w:cs="微软雅黑" w:hint="eastAsia"/>
          <w:b w:val="0"/>
          <w:color w:val="1A237E"/>
          <w:sz w:val="20"/>
          <w:lang w:eastAsia="zh-CN"/>
        </w:rPr>
        <w:t>五、课堂互动设计（递进式，游戏化、短时高频）</w:t>
      </w:r>
    </w:p>
    <w:p>
      <w:pPr>
        <w:pStyle w:val="ListBullet"/>
        <w:spacing w:after="72"/>
      </w:pPr>
      <w:r>
        <w:rPr>
          <w:rFonts w:ascii="微软雅黑" w:eastAsia="微软雅黑" w:hAnsi="微软雅黑" w:cs="微软雅黑" w:hint="eastAsia"/>
          <w:b/>
          <w:lang w:eastAsia="zh-CN"/>
        </w:rPr>
        <w:t>导入互动</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分钟</w:t>
      </w:r>
      <w:r>
        <w:t>·</w:t>
      </w:r>
      <w:r>
        <w:rPr>
          <w:rFonts w:ascii="微软雅黑" w:eastAsia="微软雅黑" w:hAnsi="微软雅黑" w:cs="微软雅黑" w:hint="eastAsia"/>
          <w:lang w:eastAsia="zh-CN"/>
        </w:rPr>
        <w:t>全班齐答）：教师举机器人照片问</w:t>
      </w:r>
      <w:r>
        <w:t>"</w:t>
      </w:r>
      <w:r>
        <w:rPr>
          <w:rFonts w:ascii="微软雅黑" w:eastAsia="微软雅黑" w:hAnsi="微软雅黑" w:cs="微软雅黑" w:hint="eastAsia"/>
          <w:lang w:eastAsia="zh-CN"/>
        </w:rPr>
        <w:t>机器人像你吗？哪里像？</w:t>
      </w:r>
      <w:r>
        <w:t>"——</w:t>
      </w:r>
      <w:r>
        <w:rPr>
          <w:rFonts w:ascii="微软雅黑" w:eastAsia="微软雅黑" w:hAnsi="微软雅黑" w:cs="微软雅黑" w:hint="eastAsia"/>
          <w:lang w:eastAsia="zh-CN"/>
        </w:rPr>
        <w:t>开火车式每人说一个</w:t>
      </w:r>
      <w:r>
        <w:t>"</w:t>
      </w:r>
      <w:r>
        <w:rPr>
          <w:rFonts w:ascii="微软雅黑" w:eastAsia="微软雅黑" w:hAnsi="微软雅黑" w:cs="微软雅黑" w:hint="eastAsia"/>
          <w:lang w:eastAsia="zh-CN"/>
        </w:rPr>
        <w:t>像</w:t>
      </w:r>
      <w:r>
        <w:t>"</w:t>
      </w:r>
      <w:r>
        <w:rPr>
          <w:rFonts w:ascii="微软雅黑" w:eastAsia="微软雅黑" w:hAnsi="微软雅黑" w:cs="微软雅黑" w:hint="eastAsia"/>
          <w:lang w:eastAsia="zh-CN"/>
        </w:rPr>
        <w:t>字特征，节奏快、不批评。</w:t>
      </w:r>
    </w:p>
    <w:p>
      <w:pPr>
        <w:pStyle w:val="ListBullet"/>
        <w:spacing w:after="72"/>
      </w:pPr>
      <w:r>
        <w:rPr>
          <w:rFonts w:ascii="微软雅黑" w:eastAsia="微软雅黑" w:hAnsi="微软雅黑" w:cs="微软雅黑" w:hint="eastAsia"/>
          <w:b/>
          <w:lang w:eastAsia="zh-CN"/>
        </w:rPr>
        <w:t>探究互动</w:t>
      </w:r>
      <w:r>
        <w:rPr>
          <w:rFonts w:ascii="微软雅黑" w:eastAsia="微软雅黑" w:hAnsi="微软雅黑" w:cs="微软雅黑" w:hint="eastAsia"/>
          <w:lang w:eastAsia="zh-CN"/>
        </w:rPr>
        <w:t>（活动一内嵌</w:t>
      </w:r>
      <w:r>
        <w:t>·3</w:t>
      </w:r>
      <w:r>
        <w:rPr>
          <w:rFonts w:ascii="微软雅黑" w:eastAsia="微软雅黑" w:hAnsi="微软雅黑" w:cs="微软雅黑" w:hint="eastAsia"/>
          <w:lang w:eastAsia="zh-CN"/>
        </w:rPr>
        <w:t>轮</w:t>
      </w:r>
      <w:r>
        <w:t>×1</w:t>
      </w:r>
      <w:r>
        <w:rPr>
          <w:rFonts w:ascii="微软雅黑" w:eastAsia="微软雅黑" w:hAnsi="微软雅黑" w:cs="微软雅黑" w:hint="eastAsia"/>
          <w:lang w:eastAsia="zh-CN"/>
        </w:rPr>
        <w:t>分钟）：每轮方向变换后，邻座</w:t>
      </w:r>
      <w:r>
        <w:t>2</w:t>
      </w:r>
      <w:r>
        <w:rPr>
          <w:rFonts w:ascii="微软雅黑" w:eastAsia="微软雅黑" w:hAnsi="微软雅黑" w:cs="微软雅黑" w:hint="eastAsia"/>
          <w:lang w:eastAsia="zh-CN"/>
        </w:rPr>
        <w:t>人互指</w:t>
      </w:r>
      <w:r>
        <w:t>"</w:t>
      </w:r>
      <w:r>
        <w:rPr>
          <w:rFonts w:ascii="微软雅黑" w:eastAsia="微软雅黑" w:hAnsi="微软雅黑" w:cs="微软雅黑" w:hint="eastAsia"/>
          <w:lang w:eastAsia="zh-CN"/>
        </w:rPr>
        <w:t>我在你</w:t>
      </w:r>
      <w:r>
        <w:t>/</w:t>
      </w:r>
      <w:r>
        <w:rPr>
          <w:rFonts w:ascii="微软雅黑" w:eastAsia="微软雅黑" w:hAnsi="微软雅黑" w:cs="微软雅黑" w:hint="eastAsia"/>
          <w:lang w:eastAsia="zh-CN"/>
        </w:rPr>
        <w:t>机器人的哪边</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左</w:t>
      </w:r>
      <w:r>
        <w:t>/</w:t>
      </w:r>
      <w:r>
        <w:rPr>
          <w:rFonts w:ascii="微软雅黑" w:eastAsia="微软雅黑" w:hAnsi="微软雅黑" w:cs="微软雅黑" w:hint="eastAsia"/>
          <w:lang w:eastAsia="zh-CN"/>
        </w:rPr>
        <w:t>右</w:t>
      </w:r>
      <w:r>
        <w:t>/</w:t>
      </w:r>
      <w:r>
        <w:rPr>
          <w:rFonts w:ascii="微软雅黑" w:eastAsia="微软雅黑" w:hAnsi="微软雅黑" w:cs="微软雅黑" w:hint="eastAsia"/>
          <w:lang w:eastAsia="zh-CN"/>
        </w:rPr>
        <w:t>前</w:t>
      </w:r>
      <w:r>
        <w:t>/</w:t>
      </w:r>
      <w:r>
        <w:rPr>
          <w:rFonts w:ascii="微软雅黑" w:eastAsia="微软雅黑" w:hAnsi="微软雅黑" w:cs="微软雅黑" w:hint="eastAsia"/>
          <w:lang w:eastAsia="zh-CN"/>
        </w:rPr>
        <w:t>后</w:t>
      </w:r>
      <w:r>
        <w:t>"</w:t>
      </w:r>
      <w:r>
        <w:rPr>
          <w:rFonts w:ascii="微软雅黑" w:eastAsia="微软雅黑" w:hAnsi="微软雅黑" w:cs="微软雅黑" w:hint="eastAsia"/>
          <w:lang w:eastAsia="zh-CN"/>
        </w:rPr>
        <w:t>短词接龙，强化方位词。</w:t>
      </w:r>
    </w:p>
    <w:p>
      <w:pPr>
        <w:pStyle w:val="ListBullet"/>
        <w:spacing w:after="72"/>
      </w:pPr>
      <w:r>
        <w:rPr>
          <w:rFonts w:ascii="微软雅黑" w:eastAsia="微软雅黑" w:hAnsi="微软雅黑" w:cs="微软雅黑" w:hint="eastAsia"/>
          <w:b/>
          <w:lang w:eastAsia="zh-CN"/>
        </w:rPr>
        <w:t>应用互动</w:t>
      </w:r>
      <w:r>
        <w:rPr>
          <w:rFonts w:ascii="微软雅黑" w:eastAsia="微软雅黑" w:hAnsi="微软雅黑" w:cs="微软雅黑" w:hint="eastAsia"/>
          <w:lang w:eastAsia="zh-CN"/>
        </w:rPr>
        <w:t>（活动二</w:t>
      </w:r>
      <w:r>
        <w:t>·4</w:t>
      </w:r>
      <w:r>
        <w:rPr>
          <w:rFonts w:ascii="微软雅黑" w:eastAsia="微软雅黑" w:hAnsi="微软雅黑" w:cs="微软雅黑" w:hint="eastAsia"/>
          <w:lang w:eastAsia="zh-CN"/>
        </w:rPr>
        <w:t>分钟</w:t>
      </w:r>
      <w:r>
        <w:t>·4</w:t>
      </w:r>
      <w:r>
        <w:rPr>
          <w:rFonts w:ascii="微软雅黑" w:eastAsia="微软雅黑" w:hAnsi="微软雅黑" w:cs="微软雅黑" w:hint="eastAsia"/>
          <w:lang w:eastAsia="zh-CN"/>
        </w:rPr>
        <w:t>人小组）：小组内交换</w:t>
      </w:r>
      <w:r>
        <w:t>"</w:t>
      </w:r>
      <w:r>
        <w:rPr>
          <w:rFonts w:ascii="微软雅黑" w:eastAsia="微软雅黑" w:hAnsi="微软雅黑" w:cs="微软雅黑" w:hint="eastAsia"/>
          <w:lang w:eastAsia="zh-CN"/>
        </w:rPr>
        <w:t>火柴人</w:t>
      </w:r>
      <w:r>
        <w:t>"</w:t>
      </w:r>
      <w:r>
        <w:rPr>
          <w:rFonts w:ascii="微软雅黑" w:eastAsia="微软雅黑" w:hAnsi="微软雅黑" w:cs="微软雅黑" w:hint="eastAsia"/>
          <w:lang w:eastAsia="zh-CN"/>
        </w:rPr>
        <w:t>，找出对方标错的方位并帮改正；最快全对的小组得</w:t>
      </w:r>
      <w:r>
        <w:t>"</w:t>
      </w:r>
      <w:r>
        <w:rPr>
          <w:rFonts w:ascii="微软雅黑" w:eastAsia="微软雅黑" w:hAnsi="微软雅黑" w:cs="微软雅黑" w:hint="eastAsia"/>
          <w:lang w:eastAsia="zh-CN"/>
        </w:rPr>
        <w:t>建模小能手</w:t>
      </w:r>
      <w:r>
        <w:t>"</w:t>
      </w:r>
      <w:r>
        <w:rPr>
          <w:rFonts w:ascii="微软雅黑" w:eastAsia="微软雅黑" w:hAnsi="微软雅黑" w:cs="微软雅黑" w:hint="eastAsia"/>
          <w:lang w:eastAsia="zh-CN"/>
        </w:rPr>
        <w:t>贴纸。</w:t>
      </w:r>
    </w:p>
    <w:p>
      <w:pPr>
        <w:pStyle w:val="ListBullet"/>
        <w:spacing w:after="72"/>
      </w:pPr>
      <w:r>
        <w:rPr>
          <w:rFonts w:ascii="微软雅黑" w:eastAsia="微软雅黑" w:hAnsi="微软雅黑" w:cs="微软雅黑" w:hint="eastAsia"/>
          <w:b/>
          <w:lang w:eastAsia="zh-CN"/>
        </w:rPr>
        <w:t>总结互动</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分钟</w:t>
      </w:r>
      <w:r>
        <w:t>·</w:t>
      </w:r>
      <w:r>
        <w:rPr>
          <w:rFonts w:ascii="微软雅黑" w:eastAsia="微软雅黑" w:hAnsi="微软雅黑" w:cs="微软雅黑" w:hint="eastAsia"/>
          <w:lang w:eastAsia="zh-CN"/>
        </w:rPr>
        <w:t>手势投票）：教师问</w:t>
      </w:r>
      <w:r>
        <w:t>"</w:t>
      </w:r>
      <w:r>
        <w:rPr>
          <w:rFonts w:ascii="微软雅黑" w:eastAsia="微软雅黑" w:hAnsi="微软雅黑" w:cs="微软雅黑" w:hint="eastAsia"/>
          <w:lang w:eastAsia="zh-CN"/>
        </w:rPr>
        <w:t>今天你觉得机器人光能干哪件事？</w:t>
      </w:r>
      <w:r>
        <w:t>"——</w:t>
      </w:r>
      <w:r>
        <w:rPr>
          <w:rFonts w:ascii="微软雅黑" w:eastAsia="微软雅黑" w:hAnsi="微软雅黑" w:cs="微软雅黑" w:hint="eastAsia"/>
          <w:lang w:eastAsia="zh-CN"/>
        </w:rPr>
        <w:t>全班用手势比</w:t>
      </w:r>
      <w:r>
        <w:t>"</w:t>
      </w:r>
      <w:r>
        <w:rPr>
          <w:rFonts w:ascii="微软雅黑" w:eastAsia="微软雅黑" w:hAnsi="微软雅黑" w:cs="微软雅黑" w:hint="eastAsia"/>
          <w:lang w:eastAsia="zh-CN"/>
        </w:rPr>
        <w:t>看见</w:t>
      </w:r>
      <w:r>
        <w:t>"</w:t>
      </w:r>
      <w:r>
        <w:rPr>
          <w:rFonts w:ascii="微软雅黑" w:eastAsia="微软雅黑" w:hAnsi="微软雅黑" w:cs="微软雅黑" w:hint="eastAsia"/>
          <w:lang w:eastAsia="zh-CN"/>
        </w:rPr>
        <w:t>（指眼睛），齐声答</w:t>
      </w:r>
      <w:r>
        <w:t>"</w:t>
      </w:r>
      <w:r>
        <w:rPr>
          <w:rFonts w:ascii="微软雅黑" w:eastAsia="微软雅黑" w:hAnsi="微软雅黑" w:cs="微软雅黑" w:hint="eastAsia"/>
          <w:lang w:eastAsia="zh-CN"/>
        </w:rPr>
        <w:t>光能看见！</w:t>
      </w:r>
      <w:r>
        <w:t>"</w:t>
      </w:r>
      <w:r>
        <w:rPr>
          <w:rFonts w:ascii="微软雅黑" w:eastAsia="微软雅黑" w:hAnsi="微软雅黑" w:cs="微软雅黑" w:hint="eastAsia"/>
          <w:lang w:eastAsia="zh-CN"/>
        </w:rPr>
        <w:t>，在笑声中巩固五大能力对比。</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机器人身上，我们用什么形状画它的头、身体、手？</w:t>
            </w:r>
            <w:r>
              <w:rPr>
                <w:sz w:val="18"/>
              </w:rPr>
              <w:t xml:space="preserve"> </w:t>
            </w:r>
            <w:r>
              <w:rPr>
                <w:sz w:val="18"/>
              </w:rPr>
              <w:t>②</w:t>
            </w:r>
            <w:r>
              <w:rPr>
                <w:sz w:val="18"/>
              </w:rPr>
              <w:t xml:space="preserve"> </w:t>
            </w:r>
            <w:r>
              <w:rPr>
                <w:sz w:val="18"/>
              </w:rPr>
              <w:t>机器人的右边，我们标哪个字母？</w:t>
            </w:r>
            <w:r>
              <w:rPr>
                <w:sz w:val="18"/>
              </w:rPr>
              <w:t xml:space="preserve"> </w:t>
            </w:r>
            <w:r>
              <w:rPr>
                <w:sz w:val="18"/>
              </w:rPr>
              <w:t>③</w:t>
            </w:r>
            <w:r>
              <w:rPr>
                <w:sz w:val="18"/>
              </w:rPr>
              <w:t xml:space="preserve"> </w:t>
            </w:r>
            <w:r>
              <w:rPr>
                <w:sz w:val="18"/>
              </w:rPr>
              <w:t>机器人和人比，它光能干五件事里的哪一件？</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为什么我们要先和机器人</w:t>
            </w:r>
            <w:r>
              <w:rPr>
                <w:sz w:val="18"/>
              </w:rPr>
              <w:t xml:space="preserve"> </w:t>
            </w:r>
            <w:r>
              <w:rPr>
                <w:sz w:val="18"/>
              </w:rPr>
              <w:t>"</w:t>
            </w:r>
            <w:r>
              <w:rPr>
                <w:sz w:val="18"/>
              </w:rPr>
              <w:t xml:space="preserve"> </w:t>
            </w:r>
            <w:r>
              <w:rPr>
                <w:sz w:val="18"/>
              </w:rPr>
              <w:t>同向走</w:t>
            </w:r>
            <w:r>
              <w:rPr>
                <w:sz w:val="18"/>
              </w:rPr>
              <w:t xml:space="preserve"> </w:t>
            </w:r>
            <w:r>
              <w:rPr>
                <w:sz w:val="18"/>
              </w:rPr>
              <w:t>"</w:t>
            </w:r>
            <w:r>
              <w:rPr>
                <w:sz w:val="18"/>
              </w:rPr>
              <w:t xml:space="preserve"> </w:t>
            </w:r>
            <w:r>
              <w:rPr>
                <w:sz w:val="18"/>
              </w:rPr>
              <w:t>再</w:t>
            </w:r>
            <w:r>
              <w:rPr>
                <w:sz w:val="18"/>
              </w:rPr>
              <w:t xml:space="preserve"> </w:t>
            </w:r>
            <w:r>
              <w:rPr>
                <w:sz w:val="18"/>
              </w:rPr>
              <w:t>"</w:t>
            </w:r>
            <w:r>
              <w:rPr>
                <w:sz w:val="18"/>
              </w:rPr>
              <w:t xml:space="preserve"> </w:t>
            </w:r>
            <w:r>
              <w:rPr>
                <w:sz w:val="18"/>
              </w:rPr>
              <w:t>站背后</w:t>
            </w:r>
            <w:r>
              <w:rPr>
                <w:sz w:val="18"/>
              </w:rPr>
              <w:t xml:space="preserve"> </w:t>
            </w:r>
            <w:r>
              <w:rPr>
                <w:sz w:val="18"/>
              </w:rPr>
              <w:t>"</w:t>
            </w:r>
            <w:r>
              <w:rPr>
                <w:sz w:val="18"/>
              </w:rPr>
              <w:t xml:space="preserve"> </w:t>
            </w:r>
            <w:r>
              <w:rPr>
                <w:sz w:val="18"/>
              </w:rPr>
              <w:t>？</w:t>
            </w:r>
            <w:r>
              <w:rPr>
                <w:sz w:val="18"/>
              </w:rPr>
              <w:t xml:space="preserve"> </w:t>
            </w:r>
            <w:r>
              <w:rPr>
                <w:sz w:val="18"/>
              </w:rPr>
              <w:t>②</w:t>
            </w:r>
            <w:r>
              <w:rPr>
                <w:sz w:val="18"/>
              </w:rPr>
              <w:t xml:space="preserve"> </w:t>
            </w:r>
            <w:r>
              <w:rPr>
                <w:sz w:val="18"/>
              </w:rPr>
              <w:t>为什么用圆、线段、长方形就能表示机器人，这就叫什么？</w:t>
            </w:r>
            <w:r>
              <w:rPr>
                <w:sz w:val="18"/>
              </w:rPr>
              <w:t xml:space="preserve"> </w:t>
            </w:r>
            <w:r>
              <w:rPr>
                <w:sz w:val="18"/>
              </w:rPr>
              <w:t>③</w:t>
            </w:r>
            <w:r>
              <w:rPr>
                <w:sz w:val="18"/>
              </w:rPr>
              <w:t xml:space="preserve"> </w:t>
            </w:r>
            <w:r>
              <w:rPr>
                <w:sz w:val="18"/>
              </w:rPr>
              <w:t>为什么</w:t>
            </w:r>
            <w:r>
              <w:rPr>
                <w:sz w:val="18"/>
              </w:rPr>
              <w:t xml:space="preserve"> </w:t>
            </w:r>
            <w:r>
              <w:rPr>
                <w:sz w:val="18"/>
              </w:rPr>
              <w:t>"</w:t>
            </w:r>
            <w:r>
              <w:rPr>
                <w:sz w:val="18"/>
              </w:rPr>
              <w:t xml:space="preserve"> </w:t>
            </w:r>
            <w:r>
              <w:rPr>
                <w:sz w:val="18"/>
              </w:rPr>
              <w:t>站到机器人背后</w:t>
            </w:r>
            <w:r>
              <w:rPr>
                <w:sz w:val="18"/>
              </w:rPr>
              <w:t xml:space="preserve"> </w:t>
            </w:r>
            <w:r>
              <w:rPr>
                <w:sz w:val="18"/>
              </w:rPr>
              <w:t>"</w:t>
            </w:r>
            <w:r>
              <w:rPr>
                <w:sz w:val="18"/>
              </w:rPr>
              <w:t xml:space="preserve"> </w:t>
            </w:r>
            <w:r>
              <w:rPr>
                <w:sz w:val="18"/>
              </w:rPr>
              <w:t>时，它的</w:t>
            </w:r>
            <w:r>
              <w:rPr>
                <w:sz w:val="18"/>
              </w:rPr>
              <w:t xml:space="preserve"> </w:t>
            </w:r>
            <w:r>
              <w:rPr>
                <w:sz w:val="18"/>
              </w:rPr>
              <w:t>"</w:t>
            </w:r>
            <w:r>
              <w:rPr>
                <w:sz w:val="18"/>
              </w:rPr>
              <w:t xml:space="preserve"> </w:t>
            </w:r>
            <w:r>
              <w:rPr>
                <w:sz w:val="18"/>
              </w:rPr>
              <w:t>前面</w:t>
            </w:r>
            <w:r>
              <w:rPr>
                <w:sz w:val="18"/>
              </w:rPr>
              <w:t xml:space="preserve"> </w:t>
            </w:r>
            <w:r>
              <w:rPr>
                <w:sz w:val="18"/>
              </w:rPr>
              <w:t>"</w:t>
            </w:r>
            <w:r>
              <w:rPr>
                <w:sz w:val="18"/>
              </w:rPr>
              <w:t xml:space="preserve"> </w:t>
            </w:r>
            <w:r>
              <w:rPr>
                <w:sz w:val="18"/>
              </w:rPr>
              <w:t>就变成你的</w:t>
            </w:r>
            <w:r>
              <w:rPr>
                <w:sz w:val="18"/>
              </w:rPr>
              <w:t xml:space="preserve"> </w:t>
            </w:r>
            <w:r>
              <w:rPr>
                <w:sz w:val="18"/>
              </w:rPr>
              <w:t>"</w:t>
            </w:r>
            <w:r>
              <w:rPr>
                <w:sz w:val="18"/>
              </w:rPr>
              <w:t xml:space="preserve"> </w:t>
            </w:r>
            <w:r>
              <w:rPr>
                <w:sz w:val="18"/>
              </w:rPr>
              <w:t>后面</w:t>
            </w:r>
            <w:r>
              <w:rPr>
                <w:sz w:val="18"/>
              </w:rPr>
              <w:t xml:space="preserve"> </w:t>
            </w:r>
            <w:r>
              <w:rPr>
                <w:sz w:val="18"/>
              </w:rPr>
              <w:t>"</w:t>
            </w:r>
            <w:r>
              <w:rPr>
                <w:sz w:val="18"/>
              </w:rPr>
              <w:t xml:space="preserve"> </w:t>
            </w:r>
            <w:r>
              <w:rPr>
                <w:sz w:val="18"/>
              </w:rPr>
              <w:t>了？</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如果是你</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如果你是设计师，想给机器人再加一种</w:t>
            </w:r>
            <w:r>
              <w:rPr>
                <w:sz w:val="18"/>
              </w:rPr>
              <w:t xml:space="preserve"> </w:t>
            </w:r>
            <w:r>
              <w:rPr>
                <w:sz w:val="18"/>
              </w:rPr>
              <w:t>"</w:t>
            </w:r>
            <w:r>
              <w:rPr>
                <w:sz w:val="18"/>
              </w:rPr>
              <w:t xml:space="preserve"> </w:t>
            </w:r>
            <w:r>
              <w:rPr>
                <w:sz w:val="18"/>
              </w:rPr>
              <w:t>能动</w:t>
            </w:r>
            <w:r>
              <w:rPr>
                <w:sz w:val="18"/>
              </w:rPr>
              <w:t xml:space="preserve"> </w:t>
            </w:r>
            <w:r>
              <w:rPr>
                <w:sz w:val="18"/>
              </w:rPr>
              <w:t>"</w:t>
            </w:r>
            <w:r>
              <w:rPr>
                <w:sz w:val="18"/>
              </w:rPr>
              <w:t xml:space="preserve"> </w:t>
            </w:r>
            <w:r>
              <w:rPr>
                <w:sz w:val="18"/>
              </w:rPr>
              <w:t>的本领，你会加什么？</w:t>
            </w:r>
            <w:r>
              <w:rPr>
                <w:sz w:val="18"/>
              </w:rPr>
              <w:t xml:space="preserve"> </w:t>
            </w:r>
            <w:r>
              <w:rPr>
                <w:sz w:val="18"/>
              </w:rPr>
              <w:t>②</w:t>
            </w:r>
            <w:r>
              <w:rPr>
                <w:sz w:val="18"/>
              </w:rPr>
              <w:t xml:space="preserve"> </w:t>
            </w:r>
            <w:r>
              <w:rPr>
                <w:sz w:val="18"/>
              </w:rPr>
              <w:t>如果让你教幼儿园弟弟妹妹</w:t>
            </w:r>
            <w:r>
              <w:rPr>
                <w:sz w:val="18"/>
              </w:rPr>
              <w:t xml:space="preserve"> </w:t>
            </w:r>
            <w:r>
              <w:rPr>
                <w:sz w:val="18"/>
              </w:rPr>
              <w:t>"</w:t>
            </w:r>
            <w:r>
              <w:rPr>
                <w:sz w:val="18"/>
              </w:rPr>
              <w:t xml:space="preserve"> </w:t>
            </w:r>
            <w:r>
              <w:rPr>
                <w:sz w:val="18"/>
              </w:rPr>
              <w:t>什么是机器人</w:t>
            </w:r>
            <w:r>
              <w:rPr>
                <w:sz w:val="18"/>
              </w:rPr>
              <w:t xml:space="preserve"> </w:t>
            </w:r>
            <w:r>
              <w:rPr>
                <w:sz w:val="18"/>
              </w:rPr>
              <w:t>"</w:t>
            </w:r>
            <w:r>
              <w:rPr>
                <w:sz w:val="18"/>
              </w:rPr>
              <w:t xml:space="preserve"> </w:t>
            </w:r>
            <w:r>
              <w:rPr>
                <w:sz w:val="18"/>
              </w:rPr>
              <w:t>，你会怎么用今天画的火柴人讲？</w:t>
            </w:r>
            <w:r>
              <w:rPr>
                <w:sz w:val="18"/>
              </w:rPr>
              <w:t xml:space="preserve"> </w:t>
            </w:r>
            <w:r>
              <w:rPr>
                <w:sz w:val="18"/>
              </w:rPr>
              <w:t>③</w:t>
            </w:r>
            <w:r>
              <w:rPr>
                <w:sz w:val="18"/>
              </w:rPr>
              <w:t xml:space="preserve"> </w:t>
            </w:r>
            <w:r>
              <w:rPr>
                <w:sz w:val="18"/>
              </w:rPr>
              <w:t>你觉得机器人能不能有一天</w:t>
            </w:r>
            <w:r>
              <w:rPr>
                <w:sz w:val="18"/>
              </w:rPr>
              <w:t xml:space="preserve"> </w:t>
            </w:r>
            <w:r>
              <w:rPr>
                <w:sz w:val="18"/>
              </w:rPr>
              <w:t>"</w:t>
            </w:r>
            <w:r>
              <w:rPr>
                <w:sz w:val="18"/>
              </w:rPr>
              <w:t xml:space="preserve"> </w:t>
            </w:r>
            <w:r>
              <w:rPr>
                <w:sz w:val="18"/>
              </w:rPr>
              <w:t>像人一样想象</w:t>
            </w:r>
            <w:r>
              <w:rPr>
                <w:sz w:val="18"/>
              </w:rPr>
              <w:t xml:space="preserve"> </w:t>
            </w:r>
            <w:r>
              <w:rPr>
                <w:sz w:val="18"/>
              </w:rPr>
              <w:t>"</w:t>
            </w:r>
            <w:r>
              <w:rPr>
                <w:sz w:val="18"/>
              </w:rPr>
              <w:t xml:space="preserve"> </w:t>
            </w:r>
            <w:r>
              <w:rPr>
                <w:sz w:val="18"/>
              </w:rPr>
              <w:t>？为什么？</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左区（导入）</w:t>
      </w:r>
      <w:r>
        <w:rPr>
          <w:rFonts w:ascii="微软雅黑" w:eastAsia="微软雅黑" w:hAnsi="微软雅黑" w:cs="微软雅黑" w:hint="eastAsia"/>
          <w:lang w:eastAsia="zh-CN"/>
        </w:rPr>
        <w:t>：并排两图</w:t>
      </w:r>
      <w:r>
        <w:t>——</w:t>
      </w:r>
      <w:r>
        <w:rPr>
          <w:rFonts w:ascii="微软雅黑" w:eastAsia="微软雅黑" w:hAnsi="微软雅黑" w:cs="微软雅黑" w:hint="eastAsia"/>
          <w:lang w:eastAsia="zh-CN"/>
        </w:rPr>
        <w:t>「人形机器人照片」「小学生简笔画小人」，中间写原话问句</w:t>
      </w:r>
      <w:r>
        <w:t>"</w:t>
      </w:r>
      <w:r>
        <w:rPr>
          <w:rFonts w:ascii="微软雅黑" w:eastAsia="微软雅黑" w:hAnsi="微软雅黑" w:cs="微软雅黑" w:hint="eastAsia"/>
          <w:lang w:eastAsia="zh-CN"/>
        </w:rPr>
        <w:t>如果人工智能就是机器人，那么机器人又是什么？</w:t>
      </w:r>
      <w:r>
        <w:t>"</w:t>
      </w:r>
    </w:p>
    <w:p>
      <w:pPr>
        <w:pStyle w:val="ListBullet"/>
        <w:spacing w:after="72"/>
      </w:pPr>
      <w:r>
        <w:rPr>
          <w:rFonts w:ascii="微软雅黑" w:eastAsia="微软雅黑" w:hAnsi="微软雅黑" w:cs="微软雅黑" w:hint="eastAsia"/>
          <w:b/>
          <w:lang w:eastAsia="zh-CN"/>
        </w:rPr>
        <w:t>中区（能力）</w:t>
      </w:r>
      <w:r>
        <w:rPr>
          <w:rFonts w:ascii="微软雅黑" w:eastAsia="微软雅黑" w:hAnsi="微软雅黑" w:cs="微软雅黑" w:hint="eastAsia"/>
          <w:lang w:eastAsia="zh-CN"/>
        </w:rPr>
        <w:t>：画中心小人被五项能力环绕的环形图，标注「能懂</w:t>
      </w:r>
      <w:r>
        <w:t>/</w:t>
      </w:r>
      <w:r>
        <w:rPr>
          <w:rFonts w:ascii="微软雅黑" w:eastAsia="微软雅黑" w:hAnsi="微软雅黑" w:cs="微软雅黑" w:hint="eastAsia"/>
          <w:lang w:eastAsia="zh-CN"/>
        </w:rPr>
        <w:t>看见</w:t>
      </w:r>
      <w:r>
        <w:t>/</w:t>
      </w:r>
      <w:r>
        <w:rPr>
          <w:rFonts w:ascii="微软雅黑" w:eastAsia="微软雅黑" w:hAnsi="微软雅黑" w:cs="微软雅黑" w:hint="eastAsia"/>
          <w:lang w:eastAsia="zh-CN"/>
        </w:rPr>
        <w:t>听见</w:t>
      </w:r>
      <w:r>
        <w:t>/</w:t>
      </w:r>
      <w:r>
        <w:rPr>
          <w:rFonts w:ascii="微软雅黑" w:eastAsia="微软雅黑" w:hAnsi="微软雅黑" w:cs="微软雅黑" w:hint="eastAsia"/>
          <w:lang w:eastAsia="zh-CN"/>
        </w:rPr>
        <w:t>会说</w:t>
      </w:r>
      <w:r>
        <w:t>/</w:t>
      </w:r>
      <w:r>
        <w:rPr>
          <w:rFonts w:ascii="微软雅黑" w:eastAsia="微软雅黑" w:hAnsi="微软雅黑" w:cs="微软雅黑" w:hint="eastAsia"/>
          <w:lang w:eastAsia="zh-CN"/>
        </w:rPr>
        <w:t>能动」，旁注</w:t>
      </w:r>
      <w:r>
        <w:t>"</w:t>
      </w:r>
      <w:r>
        <w:rPr>
          <w:rFonts w:ascii="微软雅黑" w:eastAsia="微软雅黑" w:hAnsi="微软雅黑" w:cs="微软雅黑" w:hint="eastAsia"/>
          <w:lang w:eastAsia="zh-CN"/>
        </w:rPr>
        <w:t>机器人光能看见，人同时干</w:t>
      </w:r>
      <w:r>
        <w:t>5</w:t>
      </w:r>
      <w:r>
        <w:rPr>
          <w:rFonts w:ascii="微软雅黑" w:eastAsia="微软雅黑" w:hAnsi="微软雅黑" w:cs="微软雅黑" w:hint="eastAsia"/>
          <w:lang w:eastAsia="zh-CN"/>
        </w:rPr>
        <w:t>件事</w:t>
      </w:r>
      <w:r>
        <w:t>""AI=</w:t>
      </w:r>
      <w:r>
        <w:rPr>
          <w:rFonts w:ascii="微软雅黑" w:eastAsia="微软雅黑" w:hAnsi="微软雅黑" w:cs="微软雅黑" w:hint="eastAsia"/>
          <w:lang w:eastAsia="zh-CN"/>
        </w:rPr>
        <w:t>机器模拟人类智能</w:t>
      </w:r>
      <w:r>
        <w:t>""</w:t>
      </w:r>
      <w:r>
        <w:rPr>
          <w:rFonts w:ascii="微软雅黑" w:eastAsia="微软雅黑" w:hAnsi="微软雅黑" w:cs="微软雅黑" w:hint="eastAsia"/>
          <w:lang w:eastAsia="zh-CN"/>
        </w:rPr>
        <w:t>机器人是</w:t>
      </w:r>
      <w:r>
        <w:t>AI</w:t>
      </w:r>
      <w:r>
        <w:rPr>
          <w:rFonts w:ascii="微软雅黑" w:eastAsia="微软雅黑" w:hAnsi="微软雅黑" w:cs="微软雅黑" w:hint="eastAsia"/>
          <w:lang w:eastAsia="zh-CN"/>
        </w:rPr>
        <w:t>的载体</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右区（建模）</w:t>
      </w:r>
      <w:r>
        <w:rPr>
          <w:rFonts w:ascii="微软雅黑" w:eastAsia="微软雅黑" w:hAnsi="微软雅黑" w:cs="微软雅黑" w:hint="eastAsia"/>
          <w:lang w:eastAsia="zh-CN"/>
        </w:rPr>
        <w:t>：画</w:t>
      </w:r>
      <w:r>
        <w:t>"</w:t>
      </w:r>
      <w:r>
        <w:rPr>
          <w:rFonts w:ascii="微软雅黑" w:eastAsia="微软雅黑" w:hAnsi="微软雅黑" w:cs="微软雅黑" w:hint="eastAsia"/>
          <w:lang w:eastAsia="zh-CN"/>
        </w:rPr>
        <w:t>圆</w:t>
      </w:r>
      <w:r>
        <w:t>(</w:t>
      </w:r>
      <w:r>
        <w:rPr>
          <w:rFonts w:ascii="微软雅黑" w:eastAsia="微软雅黑" w:hAnsi="微软雅黑" w:cs="微软雅黑" w:hint="eastAsia"/>
          <w:lang w:eastAsia="zh-CN"/>
        </w:rPr>
        <w:t>头</w:t>
      </w:r>
      <w:r>
        <w:t>)+</w:t>
      </w:r>
      <w:r>
        <w:rPr>
          <w:rFonts w:ascii="微软雅黑" w:eastAsia="微软雅黑" w:hAnsi="微软雅黑" w:cs="微软雅黑" w:hint="eastAsia"/>
          <w:lang w:eastAsia="zh-CN"/>
        </w:rPr>
        <w:t>长方形</w:t>
      </w:r>
      <w:r>
        <w:t>(</w:t>
      </w:r>
      <w:r>
        <w:rPr>
          <w:rFonts w:ascii="微软雅黑" w:eastAsia="微软雅黑" w:hAnsi="微软雅黑" w:cs="微软雅黑" w:hint="eastAsia"/>
          <w:lang w:eastAsia="zh-CN"/>
        </w:rPr>
        <w:t>身</w:t>
      </w:r>
      <w:r>
        <w:t>)+</w:t>
      </w:r>
      <w:r>
        <w:rPr>
          <w:rFonts w:ascii="微软雅黑" w:eastAsia="微软雅黑" w:hAnsi="微软雅黑" w:cs="微软雅黑" w:hint="eastAsia"/>
          <w:lang w:eastAsia="zh-CN"/>
        </w:rPr>
        <w:t>线段</w:t>
      </w:r>
      <w:r>
        <w:t>(</w:t>
      </w:r>
      <w:r>
        <w:rPr>
          <w:rFonts w:ascii="微软雅黑" w:eastAsia="微软雅黑" w:hAnsi="微软雅黑" w:cs="微软雅黑" w:hint="eastAsia"/>
          <w:lang w:eastAsia="zh-CN"/>
        </w:rPr>
        <w:t>四肢</w:t>
      </w:r>
      <w:r>
        <w:t>)"</w:t>
      </w:r>
      <w:r>
        <w:rPr>
          <w:rFonts w:ascii="微软雅黑" w:eastAsia="微软雅黑" w:hAnsi="微软雅黑" w:cs="微软雅黑" w:hint="eastAsia"/>
          <w:lang w:eastAsia="zh-CN"/>
        </w:rPr>
        <w:t>火柴人，四角标</w:t>
      </w:r>
      <w:r>
        <w:t xml:space="preserve"> A</w:t>
      </w:r>
      <w:r>
        <w:rPr>
          <w:rFonts w:ascii="微软雅黑" w:eastAsia="微软雅黑" w:hAnsi="微软雅黑" w:cs="微软雅黑" w:hint="eastAsia"/>
          <w:lang w:eastAsia="zh-CN"/>
        </w:rPr>
        <w:t>右、</w:t>
      </w:r>
      <w:r>
        <w:t>B</w:t>
      </w:r>
      <w:r>
        <w:rPr>
          <w:rFonts w:ascii="微软雅黑" w:eastAsia="微软雅黑" w:hAnsi="微软雅黑" w:cs="微软雅黑" w:hint="eastAsia"/>
          <w:lang w:eastAsia="zh-CN"/>
        </w:rPr>
        <w:t>左、</w:t>
      </w:r>
      <w:r>
        <w:t>C</w:t>
      </w:r>
      <w:r>
        <w:rPr>
          <w:rFonts w:ascii="微软雅黑" w:eastAsia="微软雅黑" w:hAnsi="微软雅黑" w:cs="微软雅黑" w:hint="eastAsia"/>
          <w:lang w:eastAsia="zh-CN"/>
        </w:rPr>
        <w:t>前、</w:t>
      </w:r>
      <w:r>
        <w:t>D</w:t>
      </w:r>
      <w:r>
        <w:rPr>
          <w:rFonts w:ascii="微软雅黑" w:eastAsia="微软雅黑" w:hAnsi="微软雅黑" w:cs="微软雅黑" w:hint="eastAsia"/>
          <w:lang w:eastAsia="zh-CN"/>
        </w:rPr>
        <w:t>后；下方写</w:t>
      </w:r>
      <w:r>
        <w:t>"</w:t>
      </w:r>
      <w:r>
        <w:rPr>
          <w:rFonts w:ascii="微软雅黑" w:eastAsia="微软雅黑" w:hAnsi="微软雅黑" w:cs="微软雅黑" w:hint="eastAsia"/>
          <w:lang w:eastAsia="zh-CN"/>
        </w:rPr>
        <w:t>有长有宽、没有厚度</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下区（抽象阶梯）</w:t>
      </w:r>
      <w:r>
        <w:rPr>
          <w:rFonts w:ascii="微软雅黑" w:eastAsia="微软雅黑" w:hAnsi="微软雅黑" w:cs="微软雅黑" w:hint="eastAsia"/>
          <w:lang w:eastAsia="zh-CN"/>
        </w:rPr>
        <w:t>：竖向箭头「三维机器人</w:t>
      </w:r>
      <w:r>
        <w:t xml:space="preserve"> → </w:t>
      </w:r>
      <w:r>
        <w:rPr>
          <w:rFonts w:ascii="微软雅黑" w:eastAsia="微软雅黑" w:hAnsi="微软雅黑" w:cs="微软雅黑" w:hint="eastAsia"/>
          <w:lang w:eastAsia="zh-CN"/>
        </w:rPr>
        <w:t>二维火柴人</w:t>
      </w:r>
      <w:r>
        <w:t xml:space="preserve"> → </w:t>
      </w:r>
      <w:r>
        <w:rPr>
          <w:rFonts w:ascii="微软雅黑" w:eastAsia="微软雅黑" w:hAnsi="微软雅黑" w:cs="微软雅黑" w:hint="eastAsia"/>
          <w:lang w:eastAsia="zh-CN"/>
        </w:rPr>
        <w:t>一条线</w:t>
      </w:r>
      <w:r>
        <w:t xml:space="preserve"> → </w:t>
      </w:r>
      <w:r>
        <w:rPr>
          <w:rFonts w:ascii="微软雅黑" w:eastAsia="微软雅黑" w:hAnsi="微软雅黑" w:cs="微软雅黑" w:hint="eastAsia"/>
          <w:lang w:eastAsia="zh-CN"/>
        </w:rPr>
        <w:t>一个点（再现式简约）」，落款金句</w:t>
      </w:r>
      <w:r>
        <w:t>"</w:t>
      </w:r>
      <w:r>
        <w:rPr>
          <w:rFonts w:ascii="微软雅黑" w:eastAsia="微软雅黑" w:hAnsi="微软雅黑" w:cs="微软雅黑" w:hint="eastAsia"/>
          <w:lang w:eastAsia="zh-CN"/>
        </w:rPr>
        <w:t>根据学生不同阶段的心理发展水平来设计</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八、作业设计（分层，小学段重实践轻书写）</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：回家找一找家里或绘本里的</w:t>
      </w:r>
      <w:r>
        <w:t>"</w:t>
      </w:r>
      <w:r>
        <w:rPr>
          <w:rFonts w:ascii="微软雅黑" w:eastAsia="微软雅黑" w:hAnsi="微软雅黑" w:cs="微软雅黑" w:hint="eastAsia"/>
          <w:lang w:eastAsia="zh-CN"/>
        </w:rPr>
        <w:t>机器人</w:t>
      </w:r>
      <w:r>
        <w:t>"</w:t>
      </w:r>
      <w:r>
        <w:rPr>
          <w:rFonts w:ascii="微软雅黑" w:eastAsia="微软雅黑" w:hAnsi="微软雅黑" w:cs="微软雅黑" w:hint="eastAsia"/>
          <w:lang w:eastAsia="zh-CN"/>
        </w:rPr>
        <w:t>，用今天学的圆、线段、长方形画一个，标上</w:t>
      </w:r>
      <w:r>
        <w:t>A/B/C/D</w:t>
      </w:r>
      <w:r>
        <w:rPr>
          <w:rFonts w:ascii="微软雅黑" w:eastAsia="微软雅黑" w:hAnsi="微软雅黑" w:cs="微软雅黑" w:hint="eastAsia"/>
          <w:lang w:eastAsia="zh-CN"/>
        </w:rPr>
        <w:t>四个方位，明天带来贴</w:t>
      </w:r>
      <w:r>
        <w:t>"</w:t>
      </w:r>
      <w:r>
        <w:rPr>
          <w:rFonts w:ascii="微软雅黑" w:eastAsia="微软雅黑" w:hAnsi="微软雅黑" w:cs="微软雅黑" w:hint="eastAsia"/>
          <w:lang w:eastAsia="zh-CN"/>
        </w:rPr>
        <w:t>班级机器人墙</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：和爸爸妈妈玩一次</w:t>
      </w:r>
      <w:r>
        <w:t>"</w:t>
      </w:r>
      <w:r>
        <w:rPr>
          <w:rFonts w:ascii="微软雅黑" w:eastAsia="微软雅黑" w:hAnsi="微软雅黑" w:cs="微软雅黑" w:hint="eastAsia"/>
          <w:lang w:eastAsia="zh-CN"/>
        </w:rPr>
        <w:t>同向走</w:t>
      </w:r>
      <w:r>
        <w:t>→</w:t>
      </w:r>
      <w:r>
        <w:rPr>
          <w:rFonts w:ascii="微软雅黑" w:eastAsia="微软雅黑" w:hAnsi="微软雅黑" w:cs="微软雅黑" w:hint="eastAsia"/>
          <w:lang w:eastAsia="zh-CN"/>
        </w:rPr>
        <w:t>站背后</w:t>
      </w:r>
      <w:r>
        <w:t>→</w:t>
      </w:r>
      <w:r>
        <w:rPr>
          <w:rFonts w:ascii="微软雅黑" w:eastAsia="微软雅黑" w:hAnsi="微软雅黑" w:cs="微软雅黑" w:hint="eastAsia"/>
          <w:lang w:eastAsia="zh-CN"/>
        </w:rPr>
        <w:t>相对方向</w:t>
      </w:r>
      <w:r>
        <w:t>"</w:t>
      </w:r>
      <w:r>
        <w:rPr>
          <w:rFonts w:ascii="微软雅黑" w:eastAsia="微软雅黑" w:hAnsi="微软雅黑" w:cs="微软雅黑" w:hint="eastAsia"/>
          <w:lang w:eastAsia="zh-CN"/>
        </w:rPr>
        <w:t>游戏，当一次</w:t>
      </w:r>
      <w:r>
        <w:t>"</w:t>
      </w:r>
      <w:r>
        <w:rPr>
          <w:rFonts w:ascii="微软雅黑" w:eastAsia="微软雅黑" w:hAnsi="微软雅黑" w:cs="微软雅黑" w:hint="eastAsia"/>
          <w:lang w:eastAsia="zh-CN"/>
        </w:rPr>
        <w:t>小机器人</w:t>
      </w:r>
      <w:r>
        <w:t>"</w:t>
      </w:r>
      <w:r>
        <w:rPr>
          <w:rFonts w:ascii="微软雅黑" w:eastAsia="微软雅黑" w:hAnsi="微软雅黑" w:cs="微软雅黑" w:hint="eastAsia"/>
          <w:lang w:eastAsia="zh-CN"/>
        </w:rPr>
        <w:t>也当一次</w:t>
      </w:r>
      <w:r>
        <w:t>"</w:t>
      </w:r>
      <w:r>
        <w:rPr>
          <w:rFonts w:ascii="微软雅黑" w:eastAsia="微软雅黑" w:hAnsi="微软雅黑" w:cs="微软雅黑" w:hint="eastAsia"/>
          <w:lang w:eastAsia="zh-CN"/>
        </w:rPr>
        <w:t>指挥员</w:t>
      </w:r>
      <w:r>
        <w:t>"</w:t>
      </w:r>
      <w:r>
        <w:rPr>
          <w:rFonts w:ascii="微软雅黑" w:eastAsia="微软雅黑" w:hAnsi="微软雅黑" w:cs="微软雅黑" w:hint="eastAsia"/>
          <w:lang w:eastAsia="zh-CN"/>
        </w:rPr>
        <w:t>，把最好玩的一个动作画下来。</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：试着像课堂上那样，把自己的火柴人</w:t>
      </w:r>
      <w:r>
        <w:t>"</w:t>
      </w:r>
      <w:r>
        <w:rPr>
          <w:rFonts w:ascii="微软雅黑" w:eastAsia="微软雅黑" w:hAnsi="微软雅黑" w:cs="微软雅黑" w:hint="eastAsia"/>
          <w:lang w:eastAsia="zh-CN"/>
        </w:rPr>
        <w:t>越画越简单</w:t>
      </w:r>
      <w:r>
        <w:t>"——</w:t>
      </w:r>
      <w:r>
        <w:rPr>
          <w:rFonts w:ascii="微软雅黑" w:eastAsia="微软雅黑" w:hAnsi="微软雅黑" w:cs="微软雅黑" w:hint="eastAsia"/>
          <w:lang w:eastAsia="zh-CN"/>
        </w:rPr>
        <w:t>先画全身，再画成一条线，最后只点一个点，带给老师看并说说</w:t>
      </w:r>
      <w:r>
        <w:t>"</w:t>
      </w:r>
      <w:r>
        <w:rPr>
          <w:rFonts w:ascii="微软雅黑" w:eastAsia="微软雅黑" w:hAnsi="微软雅黑" w:cs="微软雅黑" w:hint="eastAsia"/>
          <w:lang w:eastAsia="zh-CN"/>
        </w:rPr>
        <w:t>这是机器人的什么</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九、教学评价（观察点清单）</w:t>
      </w:r>
    </w:p>
    <w:p>
      <w:pPr>
        <w:pStyle w:val="ListBullet"/>
        <w:spacing w:after="72"/>
      </w:pPr>
      <w:r>
        <w:rPr>
          <w:rFonts w:ascii="微软雅黑" w:eastAsia="微软雅黑" w:hAnsi="微软雅黑" w:cs="微软雅黑" w:hint="eastAsia"/>
          <w:b/>
          <w:lang w:eastAsia="zh-CN"/>
        </w:rPr>
        <w:t>抽象思维</w:t>
      </w:r>
      <w:r>
        <w:rPr>
          <w:rFonts w:ascii="微软雅黑" w:eastAsia="微软雅黑" w:hAnsi="微软雅黑" w:cs="微软雅黑" w:hint="eastAsia"/>
          <w:lang w:eastAsia="zh-CN"/>
        </w:rPr>
        <w:t>：能否从</w:t>
      </w:r>
      <w:r>
        <w:t>"</w:t>
      </w:r>
      <w:r>
        <w:rPr>
          <w:rFonts w:ascii="微软雅黑" w:eastAsia="微软雅黑" w:hAnsi="微软雅黑" w:cs="微软雅黑" w:hint="eastAsia"/>
          <w:lang w:eastAsia="zh-CN"/>
        </w:rPr>
        <w:t>竖线</w:t>
      </w:r>
      <w:r>
        <w:t>"</w:t>
      </w:r>
      <w:r>
        <w:rPr>
          <w:rFonts w:ascii="微软雅黑" w:eastAsia="微软雅黑" w:hAnsi="微软雅黑" w:cs="微软雅黑" w:hint="eastAsia"/>
          <w:lang w:eastAsia="zh-CN"/>
        </w:rPr>
        <w:t>再抽象到</w:t>
      </w:r>
      <w:r>
        <w:t>"</w:t>
      </w:r>
      <w:r>
        <w:rPr>
          <w:rFonts w:ascii="微软雅黑" w:eastAsia="微软雅黑" w:hAnsi="微软雅黑" w:cs="微软雅黑" w:hint="eastAsia"/>
          <w:lang w:eastAsia="zh-CN"/>
        </w:rPr>
        <w:t>点</w:t>
      </w:r>
      <w:r>
        <w:t>"</w:t>
      </w:r>
      <w:r>
        <w:rPr>
          <w:rFonts w:ascii="微软雅黑" w:eastAsia="微软雅黑" w:hAnsi="微软雅黑" w:cs="微软雅黑" w:hint="eastAsia"/>
          <w:lang w:eastAsia="zh-CN"/>
        </w:rPr>
        <w:t>（优：能说</w:t>
      </w:r>
      <w:r>
        <w:t>"</w:t>
      </w:r>
      <w:r>
        <w:rPr>
          <w:rFonts w:ascii="微软雅黑" w:eastAsia="微软雅黑" w:hAnsi="微软雅黑" w:cs="微软雅黑" w:hint="eastAsia"/>
          <w:lang w:eastAsia="zh-CN"/>
        </w:rPr>
        <w:t>线上的一个点</w:t>
      </w:r>
      <w:r>
        <w:t>"</w:t>
      </w:r>
      <w:r>
        <w:rPr>
          <w:rFonts w:ascii="微软雅黑" w:eastAsia="微软雅黑" w:hAnsi="微软雅黑" w:cs="微软雅黑" w:hint="eastAsia"/>
          <w:lang w:eastAsia="zh-CN"/>
        </w:rPr>
        <w:t>；中：能画竖线；待：仅能画全身火柴人）。</w:t>
      </w:r>
    </w:p>
    <w:p>
      <w:pPr>
        <w:pStyle w:val="ListBullet"/>
        <w:spacing w:after="72"/>
      </w:pPr>
      <w:r>
        <w:rPr>
          <w:rFonts w:ascii="微软雅黑" w:eastAsia="微软雅黑" w:hAnsi="微软雅黑" w:cs="微软雅黑" w:hint="eastAsia"/>
          <w:b/>
          <w:lang w:eastAsia="zh-CN"/>
        </w:rPr>
        <w:t>方位感知</w:t>
      </w:r>
      <w:r>
        <w:rPr>
          <w:rFonts w:ascii="微软雅黑" w:eastAsia="微软雅黑" w:hAnsi="微软雅黑" w:cs="微软雅黑" w:hint="eastAsia"/>
          <w:lang w:eastAsia="zh-CN"/>
        </w:rPr>
        <w:t>：同向</w:t>
      </w:r>
      <w:r>
        <w:t>/</w:t>
      </w:r>
      <w:r>
        <w:rPr>
          <w:rFonts w:ascii="微软雅黑" w:eastAsia="微软雅黑" w:hAnsi="微软雅黑" w:cs="微软雅黑" w:hint="eastAsia"/>
          <w:lang w:eastAsia="zh-CN"/>
        </w:rPr>
        <w:t>背后</w:t>
      </w:r>
      <w:r>
        <w:t>/</w:t>
      </w:r>
      <w:r>
        <w:rPr>
          <w:rFonts w:ascii="微软雅黑" w:eastAsia="微软雅黑" w:hAnsi="微软雅黑" w:cs="微软雅黑" w:hint="eastAsia"/>
          <w:lang w:eastAsia="zh-CN"/>
        </w:rPr>
        <w:t>相对方向变换中，能否正确指认自身与机器人的左</w:t>
      </w:r>
      <w:r>
        <w:t>/</w:t>
      </w:r>
      <w:r>
        <w:rPr>
          <w:rFonts w:ascii="微软雅黑" w:eastAsia="微软雅黑" w:hAnsi="微软雅黑" w:cs="微软雅黑" w:hint="eastAsia"/>
          <w:lang w:eastAsia="zh-CN"/>
        </w:rPr>
        <w:t>右</w:t>
      </w:r>
      <w:r>
        <w:t>/</w:t>
      </w:r>
      <w:r>
        <w:rPr>
          <w:rFonts w:ascii="微软雅黑" w:eastAsia="微软雅黑" w:hAnsi="微软雅黑" w:cs="微软雅黑" w:hint="eastAsia"/>
          <w:lang w:eastAsia="zh-CN"/>
        </w:rPr>
        <w:t>前</w:t>
      </w:r>
      <w:r>
        <w:t>/</w:t>
      </w:r>
      <w:r>
        <w:rPr>
          <w:rFonts w:ascii="微软雅黑" w:eastAsia="微软雅黑" w:hAnsi="微软雅黑" w:cs="微软雅黑" w:hint="eastAsia"/>
          <w:lang w:eastAsia="zh-CN"/>
        </w:rPr>
        <w:t>后（观察</w:t>
      </w:r>
      <w:r>
        <w:t>3</w:t>
      </w:r>
      <w:r>
        <w:rPr>
          <w:rFonts w:ascii="微软雅黑" w:eastAsia="微软雅黑" w:hAnsi="微软雅黑" w:cs="微软雅黑" w:hint="eastAsia"/>
          <w:lang w:eastAsia="zh-CN"/>
        </w:rPr>
        <w:t>次变换正确率）。</w:t>
      </w:r>
    </w:p>
    <w:p>
      <w:pPr>
        <w:pStyle w:val="ListBullet"/>
        <w:spacing w:after="72"/>
      </w:pPr>
      <w:r>
        <w:rPr>
          <w:rFonts w:ascii="微软雅黑" w:eastAsia="微软雅黑" w:hAnsi="微软雅黑" w:cs="微软雅黑" w:hint="eastAsia"/>
          <w:b/>
          <w:lang w:eastAsia="zh-CN"/>
        </w:rPr>
        <w:t>参与度</w:t>
      </w:r>
      <w:r>
        <w:rPr>
          <w:rFonts w:ascii="微软雅黑" w:eastAsia="微软雅黑" w:hAnsi="微软雅黑" w:cs="微软雅黑" w:hint="eastAsia"/>
          <w:lang w:eastAsia="zh-CN"/>
        </w:rPr>
        <w:t>：方向游戏与建模活动中举手、动手、小组互查的主动次数。</w:t>
      </w:r>
    </w:p>
    <w:p>
      <w:pPr>
        <w:pStyle w:val="ListBullet"/>
        <w:spacing w:after="72"/>
      </w:pPr>
      <w:r>
        <w:rPr>
          <w:rFonts w:ascii="微软雅黑" w:eastAsia="微软雅黑" w:hAnsi="微软雅黑" w:cs="微软雅黑" w:hint="eastAsia"/>
          <w:b/>
          <w:lang w:eastAsia="zh-CN"/>
        </w:rPr>
        <w:t>合作</w:t>
      </w:r>
      <w:r>
        <w:rPr>
          <w:rFonts w:ascii="微软雅黑" w:eastAsia="微软雅黑" w:hAnsi="微软雅黑" w:cs="微软雅黑" w:hint="eastAsia"/>
          <w:lang w:eastAsia="zh-CN"/>
        </w:rPr>
        <w:t>：</w:t>
      </w:r>
      <w:r>
        <w:t>4</w:t>
      </w:r>
      <w:r>
        <w:rPr>
          <w:rFonts w:ascii="微软雅黑" w:eastAsia="微软雅黑" w:hAnsi="微软雅黑" w:cs="微软雅黑" w:hint="eastAsia"/>
          <w:lang w:eastAsia="zh-CN"/>
        </w:rPr>
        <w:t>人小组内能否互相发现并改正方位标注错误。</w:t>
      </w:r>
    </w:p>
    <w:p>
      <w:pPr/>
      <w:r>
        <w:rPr>
          <w:rFonts w:ascii="微软雅黑" w:eastAsia="微软雅黑" w:hAnsi="微软雅黑" w:cs="微软雅黑" w:hint="eastAsia"/>
          <w:lang w:eastAsia="zh-CN"/>
        </w:rPr>
        <w:t>（建议用</w:t>
      </w:r>
      <w:r>
        <w:t>★</w:t>
      </w:r>
      <w:r>
        <w:rPr>
          <w:rFonts w:ascii="微软雅黑" w:eastAsia="微软雅黑" w:hAnsi="微软雅黑" w:cs="微软雅黑" w:hint="eastAsia"/>
          <w:lang w:eastAsia="zh-CN"/>
        </w:rPr>
        <w:t>涂色量表：每项</w:t>
      </w:r>
      <w:r>
        <w:t>3★</w:t>
      </w:r>
      <w:r>
        <w:rPr>
          <w:rFonts w:ascii="微软雅黑" w:eastAsia="微软雅黑" w:hAnsi="微软雅黑" w:cs="微软雅黑" w:hint="eastAsia"/>
          <w:lang w:eastAsia="zh-CN"/>
        </w:rPr>
        <w:t>达标，</w:t>
      </w:r>
      <w:r>
        <w:t>2★</w:t>
      </w:r>
      <w:r>
        <w:rPr>
          <w:rFonts w:ascii="微软雅黑" w:eastAsia="微软雅黑" w:hAnsi="微软雅黑" w:cs="微软雅黑" w:hint="eastAsia"/>
          <w:lang w:eastAsia="zh-CN"/>
        </w:rPr>
        <w:t>发展中，</w:t>
      </w:r>
      <w:r>
        <w:t>1★</w:t>
      </w:r>
      <w:r>
        <w:rPr>
          <w:rFonts w:ascii="微软雅黑" w:eastAsia="微软雅黑" w:hAnsi="微软雅黑" w:cs="微软雅黑" w:hint="eastAsia"/>
          <w:lang w:eastAsia="zh-CN"/>
        </w:rPr>
        <w:t>需关注，课后</w:t>
      </w:r>
      <w:r>
        <w:t>5</w:t>
      </w:r>
      <w:r>
        <w:rPr>
          <w:rFonts w:ascii="微软雅黑" w:eastAsia="微软雅黑" w:hAnsi="微软雅黑" w:cs="微软雅黑" w:hint="eastAsia"/>
          <w:lang w:eastAsia="zh-CN"/>
        </w:rPr>
        <w:t>分钟完成。）</w:t>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lang w:eastAsia="zh-CN"/>
        </w:rPr>
        <w:t>主体：一台圆头圆脑的银白色人形机器人与一名一年级小女孩在教室里面对面；动作：机器人先原地踏步（同向），小女孩绕到它背后挥手，再与它做镜像动作，最后二人一起用积木拼出火柴人；场景：阳光充足的童话风小学教室，地板上画着左</w:t>
      </w:r>
      <w:r>
        <w:t>/</w:t>
      </w:r>
      <w:r>
        <w:rPr>
          <w:rFonts w:ascii="微软雅黑" w:eastAsia="微软雅黑" w:hAnsi="微软雅黑" w:cs="微软雅黑" w:hint="eastAsia"/>
          <w:lang w:eastAsia="zh-CN"/>
        </w:rPr>
        <w:t>右</w:t>
      </w:r>
      <w:r>
        <w:t>/</w:t>
      </w:r>
      <w:r>
        <w:rPr>
          <w:rFonts w:ascii="微软雅黑" w:eastAsia="微软雅黑" w:hAnsi="微软雅黑" w:cs="微软雅黑" w:hint="eastAsia"/>
          <w:lang w:eastAsia="zh-CN"/>
        </w:rPr>
        <w:t>前</w:t>
      </w:r>
      <w:r>
        <w:t>/</w:t>
      </w:r>
      <w:r>
        <w:rPr>
          <w:rFonts w:ascii="微软雅黑" w:eastAsia="微软雅黑" w:hAnsi="微软雅黑" w:cs="微软雅黑" w:hint="eastAsia"/>
          <w:lang w:eastAsia="zh-CN"/>
        </w:rPr>
        <w:t>后方位格；光影：明亮柔和的上午窗光，暖色调；镜头运动：低角度跟拍孩童视角，环绕机器人一周后上摇；风格：低多边形</w:t>
      </w:r>
      <w:r>
        <w:t>3D</w:t>
      </w:r>
      <w:r>
        <w:rPr>
          <w:rFonts w:ascii="微软雅黑" w:eastAsia="微软雅黑" w:hAnsi="微软雅黑" w:cs="微软雅黑" w:hint="eastAsia"/>
          <w:lang w:eastAsia="zh-CN"/>
        </w:rPr>
        <w:t>动画＋绘本质感；情绪：天真、欢快、好奇，传递</w:t>
      </w:r>
      <w:r>
        <w:t>"</w:t>
      </w:r>
      <w:r>
        <w:rPr>
          <w:rFonts w:ascii="微软雅黑" w:eastAsia="微软雅黑" w:hAnsi="微软雅黑" w:cs="微软雅黑" w:hint="eastAsia"/>
          <w:lang w:eastAsia="zh-CN"/>
        </w:rPr>
        <w:t>越低段越好玩</w:t>
      </w:r>
      <w:r>
        <w:t>"</w:t>
      </w:r>
      <w:r>
        <w:rPr>
          <w:rFonts w:ascii="微软雅黑" w:eastAsia="微软雅黑" w:hAnsi="微软雅黑" w:cs="微软雅黑" w:hint="eastAsia"/>
          <w:lang w:eastAsia="zh-CN"/>
        </w:rPr>
        <w:t>的通识启蒙气息。</w:t>
      </w:r>
      <w:r/>
    </w:p>
    <w:p>
      <w:bookmarkStart w:id="31" w:name="_Toc_section_10"/>
      <w:bookmarkStart w:id="9" w:name="section-10"/>
      <w:pPr>
        <w:pStyle w:val="Heading2"/>
        <w:pageBreakBefore/>
      </w:pPr>
      <w:bookmarkEnd w:id="9"/>
      <w:r>
        <w:rPr>
          <w:rFonts w:ascii="微软雅黑" w:hAnsi="微软雅黑" w:eastAsia="微软雅黑" w:cs="微软雅黑" w:hint="eastAsia"/>
          <w:b w:val="0"/>
          <w:color w:val="1A237E"/>
          <w:sz w:val="22"/>
          <w:lang w:eastAsia="zh-CN"/>
        </w:rPr>
        <w:t xml:space="preserve">  课题：《人工智能通识教育第一课：逻辑运算与或非》（人工智能通识课·小学中段3-4年级）</w:t>
      </w:r>
      <w:bookmarkEnd w:id="31"/>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9</w:t>
      </w:r>
      <w:r>
        <w:rPr>
          <w:rFonts w:ascii="微软雅黑" w:eastAsia="微软雅黑" w:hAnsi="微软雅黑" w:cs="微软雅黑" w:hint="eastAsia"/>
          <w:color w:val="212121"/>
          <w:lang w:eastAsia="zh-CN"/>
        </w:rPr>
        <w:t>讲《逻辑运算与或非》｜示范时长约</w:t>
      </w:r>
      <w:r>
        <w:rPr>
          <w:color w:val="212121"/>
        </w:rPr>
        <w:t>12</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3-4</w:t>
      </w:r>
      <w:r>
        <w:rPr>
          <w:rFonts w:ascii="微软雅黑" w:eastAsia="微软雅黑" w:hAnsi="微软雅黑" w:cs="微软雅黑" w:hint="eastAsia"/>
          <w:lang w:eastAsia="zh-CN"/>
        </w:rPr>
        <w:t>年级（中段）｜</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数学（真值表、四则运算与逻辑运算对比、二进制）</w:t>
      </w:r>
      <w:r>
        <w:t xml:space="preserve"> + </w:t>
      </w:r>
      <w:r>
        <w:rPr>
          <w:rFonts w:ascii="微软雅黑" w:eastAsia="微软雅黑" w:hAnsi="微软雅黑" w:cs="微软雅黑" w:hint="eastAsia"/>
          <w:lang w:eastAsia="zh-CN"/>
        </w:rPr>
        <w:t>科学（电路）</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：通识课</w:t>
      </w:r>
      <w:r>
        <w:t xml:space="preserve"> / </w:t>
      </w:r>
      <w:r>
        <w:rPr>
          <w:rFonts w:ascii="微软雅黑" w:eastAsia="微软雅黑" w:hAnsi="微软雅黑" w:cs="微软雅黑" w:hint="eastAsia"/>
          <w:lang w:eastAsia="zh-CN"/>
        </w:rPr>
        <w:t>学科本位体验课（按内容判断：以学科为本位、用故事与实验理解逻辑运算的通识课）</w:t>
      </w:r>
    </w:p>
    <w:p>
      <w:pPr>
        <w:pStyle w:val="Heading3"/>
      </w:pPr>
      <w:r>
        <w:rPr>
          <w:rFonts w:ascii="微软雅黑" w:hAnsi="微软雅黑" w:eastAsia="微软雅黑" w:cs="微软雅黑" w:hint="eastAsia"/>
          <w:b w:val="0"/>
          <w:color w:val="1A237E"/>
          <w:sz w:val="20"/>
          <w:lang w:eastAsia="zh-CN"/>
        </w:rPr>
        <w:t>一、教学目标</w:t>
      </w:r>
    </w:p>
    <w:p>
      <w:pPr>
        <w:pStyle w:val="ListNumber"/>
        <w:numPr>
          <w:ilvl w:val="0"/>
          <w:numId w:val="29"/>
        </w:numPr>
        <w:spacing w:after="72"/>
      </w:pPr>
      <w:r>
        <w:rPr>
          <w:rFonts w:ascii="微软雅黑" w:eastAsia="微软雅黑" w:hAnsi="微软雅黑" w:cs="微软雅黑" w:hint="eastAsia"/>
          <w:b/>
          <w:lang w:eastAsia="zh-CN"/>
        </w:rPr>
        <w:t>知识与技能</w:t>
      </w:r>
      <w:r>
        <w:rPr>
          <w:rFonts w:ascii="微软雅黑" w:eastAsia="微软雅黑" w:hAnsi="微软雅黑" w:cs="微软雅黑" w:hint="eastAsia"/>
          <w:lang w:eastAsia="zh-CN"/>
        </w:rPr>
        <w:t>：通过</w:t>
      </w:r>
      <w:r>
        <w:t>"</w:t>
      </w:r>
      <w:r>
        <w:rPr>
          <w:rFonts w:ascii="微软雅黑" w:eastAsia="微软雅黑" w:hAnsi="微软雅黑" w:cs="微软雅黑" w:hint="eastAsia"/>
          <w:lang w:eastAsia="zh-CN"/>
        </w:rPr>
        <w:t>芝麻开门</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点亮小灯泡</w:t>
      </w:r>
      <w:r>
        <w:t>"</w:t>
      </w:r>
      <w:r>
        <w:rPr>
          <w:rFonts w:ascii="微软雅黑" w:eastAsia="微软雅黑" w:hAnsi="微软雅黑" w:cs="微软雅黑" w:hint="eastAsia"/>
          <w:lang w:eastAsia="zh-CN"/>
        </w:rPr>
        <w:t>两个活动，能说出</w:t>
      </w:r>
      <w:r>
        <w:t>"</w:t>
      </w:r>
      <w:r>
        <w:rPr>
          <w:rFonts w:ascii="微软雅黑" w:eastAsia="微软雅黑" w:hAnsi="微软雅黑" w:cs="微软雅黑" w:hint="eastAsia"/>
          <w:lang w:eastAsia="zh-CN"/>
        </w:rPr>
        <w:t>与（</w:t>
      </w:r>
      <w:r>
        <w:t>AND</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运算的规则</w:t>
      </w:r>
      <w:r>
        <w:t>——</w:t>
      </w:r>
      <w:r>
        <w:rPr>
          <w:rFonts w:ascii="微软雅黑" w:eastAsia="微软雅黑" w:hAnsi="微软雅黑" w:cs="微软雅黑" w:hint="eastAsia"/>
          <w:lang w:eastAsia="zh-CN"/>
        </w:rPr>
        <w:t>只有两件事都为真（或两开关都闭合），结果才通过（或灯才亮）；能在黑板真值表上列出</w:t>
      </w:r>
      <w:r>
        <w:t>"</w:t>
      </w:r>
      <w:r>
        <w:rPr>
          <w:rFonts w:ascii="微软雅黑" w:eastAsia="微软雅黑" w:hAnsi="微软雅黑" w:cs="微软雅黑" w:hint="eastAsia"/>
          <w:lang w:eastAsia="zh-CN"/>
        </w:rPr>
        <w:t>真真</w:t>
      </w:r>
      <w:r>
        <w:t>/</w:t>
      </w:r>
      <w:r>
        <w:rPr>
          <w:rFonts w:ascii="微软雅黑" w:eastAsia="微软雅黑" w:hAnsi="微软雅黑" w:cs="微软雅黑" w:hint="eastAsia"/>
          <w:lang w:eastAsia="zh-CN"/>
        </w:rPr>
        <w:t>真假</w:t>
      </w:r>
      <w:r>
        <w:t>/</w:t>
      </w:r>
      <w:r>
        <w:rPr>
          <w:rFonts w:ascii="微软雅黑" w:eastAsia="微软雅黑" w:hAnsi="微软雅黑" w:cs="微软雅黑" w:hint="eastAsia"/>
          <w:lang w:eastAsia="zh-CN"/>
        </w:rPr>
        <w:t>假真</w:t>
      </w:r>
      <w:r>
        <w:t>/</w:t>
      </w:r>
      <w:r>
        <w:rPr>
          <w:rFonts w:ascii="微软雅黑" w:eastAsia="微软雅黑" w:hAnsi="微软雅黑" w:cs="微软雅黑" w:hint="eastAsia"/>
          <w:lang w:eastAsia="zh-CN"/>
        </w:rPr>
        <w:t>假假</w:t>
      </w:r>
      <w:r>
        <w:t>"</w:t>
      </w:r>
      <w:r>
        <w:rPr>
          <w:rFonts w:ascii="微软雅黑" w:eastAsia="微软雅黑" w:hAnsi="微软雅黑" w:cs="微软雅黑" w:hint="eastAsia"/>
          <w:lang w:eastAsia="zh-CN"/>
        </w:rPr>
        <w:t>四种组合；知道用</w:t>
      </w:r>
      <w:r>
        <w:t>"1"</w:t>
      </w:r>
      <w:r>
        <w:rPr>
          <w:rFonts w:ascii="微软雅黑" w:eastAsia="微软雅黑" w:hAnsi="微软雅黑" w:cs="微软雅黑" w:hint="eastAsia"/>
          <w:lang w:eastAsia="zh-CN"/>
        </w:rPr>
        <w:t>表示真</w:t>
      </w:r>
      <w:r>
        <w:t>/</w:t>
      </w:r>
      <w:r>
        <w:rPr>
          <w:rFonts w:ascii="微软雅黑" w:eastAsia="微软雅黑" w:hAnsi="微软雅黑" w:cs="微软雅黑" w:hint="eastAsia"/>
          <w:lang w:eastAsia="zh-CN"/>
        </w:rPr>
        <w:t>闭合</w:t>
      </w:r>
      <w:r>
        <w:t>/</w:t>
      </w:r>
      <w:r>
        <w:rPr>
          <w:rFonts w:ascii="微软雅黑" w:eastAsia="微软雅黑" w:hAnsi="微软雅黑" w:cs="微软雅黑" w:hint="eastAsia"/>
          <w:lang w:eastAsia="zh-CN"/>
        </w:rPr>
        <w:t>亮、用</w:t>
      </w:r>
      <w:r>
        <w:t>"0"</w:t>
      </w:r>
      <w:r>
        <w:rPr>
          <w:rFonts w:ascii="微软雅黑" w:eastAsia="微软雅黑" w:hAnsi="微软雅黑" w:cs="微软雅黑" w:hint="eastAsia"/>
          <w:lang w:eastAsia="zh-CN"/>
        </w:rPr>
        <w:t>表示假</w:t>
      </w:r>
      <w:r>
        <w:t>/</w:t>
      </w:r>
      <w:r>
        <w:rPr>
          <w:rFonts w:ascii="微软雅黑" w:eastAsia="微软雅黑" w:hAnsi="微软雅黑" w:cs="微软雅黑" w:hint="eastAsia"/>
          <w:lang w:eastAsia="zh-CN"/>
        </w:rPr>
        <w:t>打开</w:t>
      </w:r>
      <w:r>
        <w:t>/</w:t>
      </w:r>
      <w:r>
        <w:rPr>
          <w:rFonts w:ascii="微软雅黑" w:eastAsia="微软雅黑" w:hAnsi="微软雅黑" w:cs="微软雅黑" w:hint="eastAsia"/>
          <w:lang w:eastAsia="zh-CN"/>
        </w:rPr>
        <w:t>不亮，认识逻辑运算符号</w:t>
      </w:r>
      <w:r>
        <w:t xml:space="preserve"> 1∧1=1</w:t>
      </w:r>
      <w:r>
        <w:rPr>
          <w:rFonts w:ascii="微软雅黑" w:eastAsia="微软雅黑" w:hAnsi="微软雅黑" w:cs="微软雅黑" w:hint="eastAsia"/>
          <w:lang w:eastAsia="zh-CN"/>
        </w:rPr>
        <w:t>（与）、</w:t>
      </w:r>
      <w:r>
        <w:t>1∨1=1</w:t>
      </w:r>
      <w:r>
        <w:rPr>
          <w:rFonts w:ascii="微软雅黑" w:eastAsia="微软雅黑" w:hAnsi="微软雅黑" w:cs="微软雅黑" w:hint="eastAsia"/>
          <w:lang w:eastAsia="zh-CN"/>
        </w:rPr>
        <w:t>（或）、</w:t>
      </w:r>
      <w:r>
        <w:t>¬1=0</w:t>
      </w:r>
      <w:r>
        <w:rPr>
          <w:rFonts w:ascii="微软雅黑" w:eastAsia="微软雅黑" w:hAnsi="微软雅黑" w:cs="微软雅黑" w:hint="eastAsia"/>
          <w:lang w:eastAsia="zh-CN"/>
        </w:rPr>
        <w:t>（非）。</w:t>
      </w:r>
    </w:p>
    <w:p>
      <w:pPr>
        <w:pStyle w:val="ListNumber"/>
        <w:numPr>
          <w:ilvl w:val="0"/>
          <w:numId w:val="29"/>
        </w:numPr>
        <w:spacing w:after="72"/>
      </w:pPr>
      <w:r>
        <w:rPr>
          <w:rFonts w:ascii="微软雅黑" w:eastAsia="微软雅黑" w:hAnsi="微软雅黑" w:cs="微软雅黑" w:hint="eastAsia"/>
          <w:b/>
          <w:lang w:eastAsia="zh-CN"/>
        </w:rPr>
        <w:t>过程与方法</w:t>
      </w:r>
      <w:r>
        <w:rPr>
          <w:rFonts w:ascii="微软雅黑" w:eastAsia="微软雅黑" w:hAnsi="微软雅黑" w:cs="微软雅黑" w:hint="eastAsia"/>
          <w:lang w:eastAsia="zh-CN"/>
        </w:rPr>
        <w:t>：在</w:t>
      </w:r>
      <w:r>
        <w:t>"</w:t>
      </w:r>
      <w:r>
        <w:rPr>
          <w:rFonts w:ascii="微软雅黑" w:eastAsia="微软雅黑" w:hAnsi="微软雅黑" w:cs="微软雅黑" w:hint="eastAsia"/>
          <w:lang w:eastAsia="zh-CN"/>
        </w:rPr>
        <w:t>令牌角色扮演</w:t>
      </w:r>
      <w:r>
        <w:t>→</w:t>
      </w:r>
      <w:r>
        <w:rPr>
          <w:rFonts w:ascii="微软雅黑" w:eastAsia="微软雅黑" w:hAnsi="微软雅黑" w:cs="微软雅黑" w:hint="eastAsia"/>
          <w:lang w:eastAsia="zh-CN"/>
        </w:rPr>
        <w:t>电路实验</w:t>
      </w:r>
      <w:r>
        <w:t>→</w:t>
      </w:r>
      <w:r>
        <w:rPr>
          <w:rFonts w:ascii="微软雅黑" w:eastAsia="微软雅黑" w:hAnsi="微软雅黑" w:cs="微软雅黑" w:hint="eastAsia"/>
          <w:lang w:eastAsia="zh-CN"/>
        </w:rPr>
        <w:t>连一连同构</w:t>
      </w:r>
      <w:r>
        <w:t>→0-1</w:t>
      </w:r>
      <w:r>
        <w:rPr>
          <w:rFonts w:ascii="微软雅黑" w:eastAsia="微软雅黑" w:hAnsi="微软雅黑" w:cs="微软雅黑" w:hint="eastAsia"/>
          <w:lang w:eastAsia="zh-CN"/>
        </w:rPr>
        <w:t>编码</w:t>
      </w:r>
      <w:r>
        <w:t>→</w:t>
      </w:r>
      <w:r>
        <w:rPr>
          <w:rFonts w:ascii="微软雅黑" w:eastAsia="微软雅黑" w:hAnsi="微软雅黑" w:cs="微软雅黑" w:hint="eastAsia"/>
          <w:lang w:eastAsia="zh-CN"/>
        </w:rPr>
        <w:t>与四则运算对比</w:t>
      </w:r>
      <w:r>
        <w:t>"</w:t>
      </w:r>
      <w:r>
        <w:rPr>
          <w:rFonts w:ascii="微软雅黑" w:eastAsia="微软雅黑" w:hAnsi="微软雅黑" w:cs="微软雅黑" w:hint="eastAsia"/>
          <w:lang w:eastAsia="zh-CN"/>
        </w:rPr>
        <w:t>的递进链条中，经历</w:t>
      </w:r>
      <w:r>
        <w:t>"</w:t>
      </w:r>
      <w:r>
        <w:rPr>
          <w:rFonts w:ascii="微软雅黑" w:eastAsia="微软雅黑" w:hAnsi="微软雅黑" w:cs="微软雅黑" w:hint="eastAsia"/>
          <w:lang w:eastAsia="zh-CN"/>
        </w:rPr>
        <w:t>具体情境</w:t>
      </w:r>
      <w:r>
        <w:t>→</w:t>
      </w:r>
      <w:r>
        <w:rPr>
          <w:rFonts w:ascii="微软雅黑" w:eastAsia="微软雅黑" w:hAnsi="微软雅黑" w:cs="微软雅黑" w:hint="eastAsia"/>
          <w:lang w:eastAsia="zh-CN"/>
        </w:rPr>
        <w:t>状态映射</w:t>
      </w:r>
      <w:r>
        <w:t>→</w:t>
      </w:r>
      <w:r>
        <w:rPr>
          <w:rFonts w:ascii="微软雅黑" w:eastAsia="微软雅黑" w:hAnsi="微软雅黑" w:cs="微软雅黑" w:hint="eastAsia"/>
          <w:lang w:eastAsia="zh-CN"/>
        </w:rPr>
        <w:t>形式化编码</w:t>
      </w:r>
      <w:r>
        <w:t>→</w:t>
      </w:r>
      <w:r>
        <w:rPr>
          <w:rFonts w:ascii="微软雅黑" w:eastAsia="微软雅黑" w:hAnsi="微软雅黑" w:cs="微软雅黑" w:hint="eastAsia"/>
          <w:lang w:eastAsia="zh-CN"/>
        </w:rPr>
        <w:t>数学抽象</w:t>
      </w:r>
      <w:r>
        <w:t>"</w:t>
      </w:r>
      <w:r>
        <w:rPr>
          <w:rFonts w:ascii="微软雅黑" w:eastAsia="微软雅黑" w:hAnsi="微软雅黑" w:cs="微软雅黑" w:hint="eastAsia"/>
          <w:lang w:eastAsia="zh-CN"/>
        </w:rPr>
        <w:t>的建模过程；通过</w:t>
      </w:r>
      <w:r>
        <w:t>"</w:t>
      </w:r>
      <w:r>
        <w:rPr>
          <w:rFonts w:ascii="微软雅黑" w:eastAsia="微软雅黑" w:hAnsi="微软雅黑" w:cs="微软雅黑" w:hint="eastAsia"/>
          <w:lang w:eastAsia="zh-CN"/>
        </w:rPr>
        <w:t>想一想：</w:t>
      </w:r>
      <w:r>
        <w:t xml:space="preserve">1+1=2 </w:t>
      </w:r>
      <w:r>
        <w:rPr>
          <w:rFonts w:ascii="微软雅黑" w:eastAsia="微软雅黑" w:hAnsi="微软雅黑" w:cs="微软雅黑" w:hint="eastAsia"/>
          <w:lang w:eastAsia="zh-CN"/>
        </w:rPr>
        <w:t>与</w:t>
      </w:r>
      <w:r>
        <w:t xml:space="preserve"> 1∧1=1 </w:t>
      </w:r>
      <w:r>
        <w:rPr>
          <w:rFonts w:ascii="微软雅黑" w:eastAsia="微软雅黑" w:hAnsi="微软雅黑" w:cs="微软雅黑" w:hint="eastAsia"/>
          <w:lang w:eastAsia="zh-CN"/>
        </w:rPr>
        <w:t>的相同点和不同点</w:t>
      </w:r>
      <w:r>
        <w:t>"</w:t>
      </w:r>
      <w:r>
        <w:rPr>
          <w:rFonts w:ascii="微软雅黑" w:eastAsia="微软雅黑" w:hAnsi="微软雅黑" w:cs="微软雅黑" w:hint="eastAsia"/>
          <w:lang w:eastAsia="zh-CN"/>
        </w:rPr>
        <w:t>，初步区分计数运算与状态运算。</w:t>
      </w:r>
    </w:p>
    <w:p>
      <w:pPr>
        <w:pStyle w:val="ListNumber"/>
        <w:numPr>
          <w:ilvl w:val="0"/>
          <w:numId w:val="29"/>
        </w:numPr>
        <w:spacing w:after="72"/>
      </w:pPr>
      <w:r>
        <w:rPr>
          <w:rFonts w:ascii="微软雅黑" w:eastAsia="微软雅黑" w:hAnsi="微软雅黑" w:cs="微软雅黑" w:hint="eastAsia"/>
          <w:b/>
          <w:lang w:eastAsia="zh-CN"/>
        </w:rPr>
        <w:t>情感态度与价值观</w:t>
      </w:r>
      <w:r>
        <w:rPr>
          <w:rFonts w:ascii="微软雅黑" w:eastAsia="微软雅黑" w:hAnsi="微软雅黑" w:cs="微软雅黑" w:hint="eastAsia"/>
          <w:lang w:eastAsia="zh-CN"/>
        </w:rPr>
        <w:t>：体会</w:t>
      </w:r>
      <w:r>
        <w:t>"</w:t>
      </w:r>
      <w:r>
        <w:rPr>
          <w:rFonts w:ascii="微软雅黑" w:eastAsia="微软雅黑" w:hAnsi="微软雅黑" w:cs="微软雅黑" w:hint="eastAsia"/>
          <w:lang w:eastAsia="zh-CN"/>
        </w:rPr>
        <w:t>通识课以学科为本位</w:t>
      </w:r>
      <w:r>
        <w:t>"</w:t>
      </w:r>
      <w:r>
        <w:rPr>
          <w:rFonts w:ascii="微软雅黑" w:eastAsia="微软雅黑" w:hAnsi="微软雅黑" w:cs="微软雅黑" w:hint="eastAsia"/>
          <w:lang w:eastAsia="zh-CN"/>
        </w:rPr>
        <w:t>的价值，感受</w:t>
      </w:r>
      <w:r>
        <w:t>"</w:t>
      </w:r>
      <w:r>
        <w:rPr>
          <w:rFonts w:ascii="微软雅黑" w:eastAsia="微软雅黑" w:hAnsi="微软雅黑" w:cs="微软雅黑" w:hint="eastAsia"/>
          <w:lang w:eastAsia="zh-CN"/>
        </w:rPr>
        <w:t>二进制是计算机科学的</w:t>
      </w:r>
      <w:r>
        <w:t>ABC</w:t>
      </w:r>
      <w:r>
        <w:rPr>
          <w:rFonts w:ascii="微软雅黑" w:eastAsia="微软雅黑" w:hAnsi="微软雅黑" w:cs="微软雅黑" w:hint="eastAsia"/>
          <w:lang w:eastAsia="zh-CN"/>
        </w:rPr>
        <w:t>，也就是人工智能的</w:t>
      </w:r>
      <w:r>
        <w:t>ABC"</w:t>
      </w:r>
      <w:r>
        <w:rPr>
          <w:rFonts w:ascii="微软雅黑" w:eastAsia="微软雅黑" w:hAnsi="微软雅黑" w:cs="微软雅黑" w:hint="eastAsia"/>
          <w:lang w:eastAsia="zh-CN"/>
        </w:rPr>
        <w:t>的惊奇感；在动手连电路、填真值表中建立</w:t>
      </w:r>
      <w:r>
        <w:t>"</w:t>
      </w:r>
      <w:r>
        <w:rPr>
          <w:rFonts w:ascii="微软雅黑" w:eastAsia="微软雅黑" w:hAnsi="微软雅黑" w:cs="微软雅黑" w:hint="eastAsia"/>
          <w:lang w:eastAsia="zh-CN"/>
        </w:rPr>
        <w:t>我也能懂人工智能底层规则</w:t>
      </w:r>
      <w:r>
        <w:t>"</w:t>
      </w:r>
      <w:r>
        <w:rPr>
          <w:rFonts w:ascii="微软雅黑" w:eastAsia="微软雅黑" w:hAnsi="微软雅黑" w:cs="微软雅黑" w:hint="eastAsia"/>
          <w:lang w:eastAsia="zh-CN"/>
        </w:rPr>
        <w:t>的自信，理解</w:t>
      </w:r>
      <w:r>
        <w:t>"</w:t>
      </w:r>
      <w:r>
        <w:rPr>
          <w:rFonts w:ascii="微软雅黑" w:eastAsia="微软雅黑" w:hAnsi="微软雅黑" w:cs="微软雅黑" w:hint="eastAsia"/>
          <w:lang w:eastAsia="zh-CN"/>
        </w:rPr>
        <w:t>一块芯片无论集成多少电路，遵从的都是三种基本逻辑运算规则</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芝麻开门</w:t>
      </w:r>
      <w:r>
        <w:t>"</w:t>
      </w:r>
      <w:r>
        <w:rPr>
          <w:rFonts w:ascii="微软雅黑" w:eastAsia="微软雅黑" w:hAnsi="微软雅黑" w:cs="微软雅黑" w:hint="eastAsia"/>
          <w:lang w:eastAsia="zh-CN"/>
        </w:rPr>
        <w:t>与运算真值表（全真才开）；</w:t>
      </w:r>
      <w:r>
        <w:t>②"</w:t>
      </w:r>
      <w:r>
        <w:rPr>
          <w:rFonts w:ascii="微软雅黑" w:eastAsia="微软雅黑" w:hAnsi="微软雅黑" w:cs="微软雅黑" w:hint="eastAsia"/>
          <w:lang w:eastAsia="zh-CN"/>
        </w:rPr>
        <w:t>点亮小灯泡</w:t>
      </w:r>
      <w:r>
        <w:t>"</w:t>
      </w:r>
      <w:r>
        <w:rPr>
          <w:rFonts w:ascii="微软雅黑" w:eastAsia="微软雅黑" w:hAnsi="微软雅黑" w:cs="微软雅黑" w:hint="eastAsia"/>
          <w:lang w:eastAsia="zh-CN"/>
        </w:rPr>
        <w:t>串联电路实验（全闭合才亮）；</w:t>
      </w:r>
      <w:r>
        <w:t>③</w:t>
      </w:r>
      <w:r>
        <w:rPr>
          <w:rFonts w:ascii="微软雅黑" w:eastAsia="微软雅黑" w:hAnsi="微软雅黑" w:cs="微软雅黑" w:hint="eastAsia"/>
          <w:lang w:eastAsia="zh-CN"/>
        </w:rPr>
        <w:t>「连一连」同构对应（令牌</w:t>
      </w:r>
      <w:r>
        <w:t>↔</w:t>
      </w:r>
      <w:r>
        <w:rPr>
          <w:rFonts w:ascii="微软雅黑" w:eastAsia="微软雅黑" w:hAnsi="微软雅黑" w:cs="微软雅黑" w:hint="eastAsia"/>
          <w:lang w:eastAsia="zh-CN"/>
        </w:rPr>
        <w:t>开关、门</w:t>
      </w:r>
      <w:r>
        <w:t>↔</w:t>
      </w:r>
      <w:r>
        <w:rPr>
          <w:rFonts w:ascii="微软雅黑" w:eastAsia="微软雅黑" w:hAnsi="微软雅黑" w:cs="微软雅黑" w:hint="eastAsia"/>
          <w:lang w:eastAsia="zh-CN"/>
        </w:rPr>
        <w:t>灯）；</w:t>
      </w:r>
      <w:r>
        <w:t>④0-1</w:t>
      </w:r>
      <w:r>
        <w:rPr>
          <w:rFonts w:ascii="微软雅黑" w:eastAsia="微软雅黑" w:hAnsi="微软雅黑" w:cs="微软雅黑" w:hint="eastAsia"/>
          <w:lang w:eastAsia="zh-CN"/>
        </w:rPr>
        <w:t>编码与逻辑符号</w:t>
      </w:r>
      <w:r>
        <w:t xml:space="preserve"> ∧</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模拟（形式化）</w:t>
      </w:r>
      <w:r>
        <w:t>"</w:t>
      </w:r>
      <w:r>
        <w:rPr>
          <w:rFonts w:ascii="微软雅黑" w:eastAsia="微软雅黑" w:hAnsi="微软雅黑" w:cs="微软雅黑" w:hint="eastAsia"/>
          <w:lang w:eastAsia="zh-CN"/>
        </w:rPr>
        <w:t>思想的建立</w:t>
      </w:r>
      <w:r>
        <w:t>——</w:t>
      </w:r>
      <w:r>
        <w:rPr>
          <w:rFonts w:ascii="微软雅黑" w:eastAsia="微软雅黑" w:hAnsi="微软雅黑" w:cs="微软雅黑" w:hint="eastAsia"/>
          <w:lang w:eastAsia="zh-CN"/>
        </w:rPr>
        <w:t>把</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开</w:t>
      </w:r>
      <w:r>
        <w:t>/</w:t>
      </w:r>
      <w:r>
        <w:rPr>
          <w:rFonts w:ascii="微软雅黑" w:eastAsia="微软雅黑" w:hAnsi="微软雅黑" w:cs="微软雅黑" w:hint="eastAsia"/>
          <w:lang w:eastAsia="zh-CN"/>
        </w:rPr>
        <w:t>关</w:t>
      </w:r>
      <w:r>
        <w:t>""</w:t>
      </w:r>
      <w:r>
        <w:rPr>
          <w:rFonts w:ascii="微软雅黑" w:eastAsia="微软雅黑" w:hAnsi="微软雅黑" w:cs="微软雅黑" w:hint="eastAsia"/>
          <w:lang w:eastAsia="zh-CN"/>
        </w:rPr>
        <w:t>亮</w:t>
      </w:r>
      <w:r>
        <w:t>/</w:t>
      </w:r>
      <w:r>
        <w:rPr>
          <w:rFonts w:ascii="微软雅黑" w:eastAsia="微软雅黑" w:hAnsi="微软雅黑" w:cs="微软雅黑" w:hint="eastAsia"/>
          <w:lang w:eastAsia="zh-CN"/>
        </w:rPr>
        <w:t>不亮</w:t>
      </w:r>
      <w:r>
        <w:t>"</w:t>
      </w:r>
      <w:r>
        <w:rPr>
          <w:rFonts w:ascii="微软雅黑" w:eastAsia="微软雅黑" w:hAnsi="微软雅黑" w:cs="微软雅黑" w:hint="eastAsia"/>
          <w:lang w:eastAsia="zh-CN"/>
        </w:rPr>
        <w:t>统一编码为</w:t>
      </w:r>
      <w:r>
        <w:t>1/0</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区分</w:t>
      </w:r>
      <w:r>
        <w:t>"1+1=2"</w:t>
      </w:r>
      <w:r>
        <w:rPr>
          <w:rFonts w:ascii="微软雅黑" w:eastAsia="微软雅黑" w:hAnsi="微软雅黑" w:cs="微软雅黑" w:hint="eastAsia"/>
          <w:lang w:eastAsia="zh-CN"/>
        </w:rPr>
        <w:t>（计数）与</w:t>
      </w:r>
      <w:r>
        <w:t>"1∧1=1"</w:t>
      </w:r>
      <w:r>
        <w:rPr>
          <w:rFonts w:ascii="微软雅黑" w:eastAsia="微软雅黑" w:hAnsi="微软雅黑" w:cs="微软雅黑" w:hint="eastAsia"/>
          <w:lang w:eastAsia="zh-CN"/>
        </w:rPr>
        <w:t>（状态）</w:t>
      </w:r>
      <w:r>
        <w:t>——</w:t>
      </w:r>
      <w:r>
        <w:rPr>
          <w:rFonts w:ascii="微软雅黑" w:eastAsia="微软雅黑" w:hAnsi="微软雅黑" w:cs="微软雅黑" w:hint="eastAsia"/>
          <w:lang w:eastAsia="zh-CN"/>
        </w:rPr>
        <w:t>这是从算术思维跃迁到逻辑思维的关口；</w:t>
      </w:r>
      <w:r>
        <w:t>③</w:t>
      </w:r>
      <w:r>
        <w:rPr>
          <w:rFonts w:ascii="微软雅黑" w:eastAsia="微软雅黑" w:hAnsi="微软雅黑" w:cs="微软雅黑" w:hint="eastAsia"/>
          <w:lang w:eastAsia="zh-CN"/>
        </w:rPr>
        <w:t>理解</w:t>
      </w:r>
      <w:r>
        <w:t>"</w:t>
      </w:r>
      <w:r>
        <w:rPr>
          <w:rFonts w:ascii="微软雅黑" w:eastAsia="微软雅黑" w:hAnsi="微软雅黑" w:cs="微软雅黑" w:hint="eastAsia"/>
          <w:lang w:eastAsia="zh-CN"/>
        </w:rPr>
        <w:t>逻辑运算是人工智能的</w:t>
      </w:r>
      <w:r>
        <w:t>ABC"</w:t>
      </w:r>
      <w:r>
        <w:rPr>
          <w:rFonts w:ascii="微软雅黑" w:eastAsia="微软雅黑" w:hAnsi="微软雅黑" w:cs="微软雅黑" w:hint="eastAsia"/>
          <w:lang w:eastAsia="zh-CN"/>
        </w:rPr>
        <w:t>及麦卡洛克</w:t>
      </w:r>
      <w:r>
        <w:t>-</w:t>
      </w:r>
      <w:r>
        <w:rPr>
          <w:rFonts w:ascii="微软雅黑" w:eastAsia="微软雅黑" w:hAnsi="微软雅黑" w:cs="微软雅黑" w:hint="eastAsia"/>
          <w:lang w:eastAsia="zh-CN"/>
        </w:rPr>
        <w:t>皮茨神经元模型与布尔逻辑的关系（作为提升，点到即止）。</w:t>
      </w:r>
    </w:p>
    <w:p>
      <w:pPr>
        <w:pStyle w:val="Heading3"/>
      </w:pPr>
      <w:r>
        <w:rPr>
          <w:rFonts w:ascii="微软雅黑" w:hAnsi="微软雅黑" w:eastAsia="微软雅黑" w:cs="微软雅黑" w:hint="eastAsia"/>
          <w:b w:val="0"/>
          <w:color w:val="1A237E"/>
          <w:sz w:val="20"/>
          <w:lang w:eastAsia="zh-CN"/>
        </w:rPr>
        <w:t>三、教学准备</w:t>
      </w:r>
    </w:p>
    <w:p>
      <w:pPr>
        <w:pStyle w:val="ListBullet"/>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（按笔记活动要求列全）：</w:t>
      </w:r>
    </w:p>
    <w:p>
      <w:pPr>
        <w:pStyle w:val="ListNumber2"/>
        <w:numPr>
          <w:ilvl w:val="1"/>
          <w:numId w:val="30"/>
        </w:numPr>
        <w:spacing w:after="72"/>
      </w:pPr>
      <w:r>
        <w:rPr>
          <w:rFonts w:ascii="微软雅黑" w:eastAsia="微软雅黑" w:hAnsi="微软雅黑" w:cs="微软雅黑" w:hint="eastAsia"/>
          <w:lang w:eastAsia="zh-CN"/>
        </w:rPr>
        <w:t>活动一「芝麻开门」：写有</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两面的令牌两枚（同学</w:t>
      </w:r>
      <w:r>
        <w:t>A</w:t>
      </w:r>
      <w:r>
        <w:rPr>
          <w:rFonts w:ascii="微软雅黑" w:eastAsia="微软雅黑" w:hAnsi="微软雅黑" w:cs="微软雅黑" w:hint="eastAsia"/>
          <w:lang w:eastAsia="zh-CN"/>
        </w:rPr>
        <w:t>、同学</w:t>
      </w:r>
      <w:r>
        <w:t>B</w:t>
      </w:r>
      <w:r>
        <w:rPr>
          <w:rFonts w:ascii="微软雅黑" w:eastAsia="微软雅黑" w:hAnsi="微软雅黑" w:cs="微软雅黑" w:hint="eastAsia"/>
          <w:lang w:eastAsia="zh-CN"/>
        </w:rPr>
        <w:t>各持一枚，可用硬卡纸双面书写）；《一千零一夜》</w:t>
      </w:r>
      <w:r>
        <w:t>"Open Sesame"</w:t>
      </w:r>
      <w:r>
        <w:rPr>
          <w:rFonts w:ascii="微软雅黑" w:eastAsia="微软雅黑" w:hAnsi="微软雅黑" w:cs="微软雅黑" w:hint="eastAsia"/>
          <w:lang w:eastAsia="zh-CN"/>
        </w:rPr>
        <w:t>漫画或</w:t>
      </w:r>
      <w:r>
        <w:t>PPT</w:t>
      </w:r>
      <w:r>
        <w:rPr>
          <w:rFonts w:ascii="微软雅黑" w:eastAsia="微软雅黑" w:hAnsi="微软雅黑" w:cs="微软雅黑" w:hint="eastAsia"/>
          <w:lang w:eastAsia="zh-CN"/>
        </w:rPr>
        <w:t>情境图；教师扮</w:t>
      </w:r>
      <w:r>
        <w:t>"</w:t>
      </w:r>
      <w:r>
        <w:rPr>
          <w:rFonts w:ascii="微软雅黑" w:eastAsia="微软雅黑" w:hAnsi="微软雅黑" w:cs="微软雅黑" w:hint="eastAsia"/>
          <w:lang w:eastAsia="zh-CN"/>
        </w:rPr>
        <w:t>守门人</w:t>
      </w:r>
      <w:r>
        <w:t>"</w:t>
      </w:r>
      <w:r>
        <w:rPr>
          <w:rFonts w:ascii="微软雅黑" w:eastAsia="微软雅黑" w:hAnsi="微软雅黑" w:cs="微软雅黑" w:hint="eastAsia"/>
          <w:lang w:eastAsia="zh-CN"/>
        </w:rPr>
        <w:t>用门形</w:t>
      </w:r>
      <w:r>
        <w:t>KT</w:t>
      </w:r>
      <w:r>
        <w:rPr>
          <w:rFonts w:ascii="微软雅黑" w:eastAsia="微软雅黑" w:hAnsi="微软雅黑" w:cs="微软雅黑" w:hint="eastAsia"/>
          <w:lang w:eastAsia="zh-CN"/>
        </w:rPr>
        <w:t>板或粉笔划出的</w:t>
      </w:r>
      <w:r>
        <w:t>"</w:t>
      </w:r>
      <w:r>
        <w:rPr>
          <w:rFonts w:ascii="微软雅黑" w:eastAsia="微软雅黑" w:hAnsi="微软雅黑" w:cs="微软雅黑" w:hint="eastAsia"/>
          <w:lang w:eastAsia="zh-CN"/>
        </w:rPr>
        <w:t>门</w:t>
      </w:r>
      <w:r>
        <w:t>"</w:t>
      </w:r>
      <w:r>
        <w:rPr>
          <w:rFonts w:ascii="微软雅黑" w:eastAsia="微软雅黑" w:hAnsi="微软雅黑" w:cs="微软雅黑" w:hint="eastAsia"/>
          <w:lang w:eastAsia="zh-CN"/>
        </w:rPr>
        <w:t>。</w:t>
      </w:r>
    </w:p>
    <w:p>
      <w:pPr>
        <w:pStyle w:val="ListNumber2"/>
        <w:numPr>
          <w:ilvl w:val="1"/>
          <w:numId w:val="30"/>
        </w:numPr>
        <w:spacing w:after="72"/>
      </w:pPr>
      <w:r>
        <w:rPr>
          <w:rFonts w:ascii="微软雅黑" w:eastAsia="微软雅黑" w:hAnsi="微软雅黑" w:cs="微软雅黑" w:hint="eastAsia"/>
          <w:lang w:eastAsia="zh-CN"/>
        </w:rPr>
        <w:t>活动二「点亮小灯泡」：电池盒</w:t>
      </w:r>
      <w:r>
        <w:t>+</w:t>
      </w:r>
      <w:r>
        <w:rPr>
          <w:rFonts w:ascii="微软雅黑" w:eastAsia="微软雅黑" w:hAnsi="微软雅黑" w:cs="微软雅黑" w:hint="eastAsia"/>
          <w:lang w:eastAsia="zh-CN"/>
        </w:rPr>
        <w:t>电池、导线若干、小灯泡（带灯座）、</w:t>
      </w:r>
      <w:r>
        <w:t>1</w:t>
      </w:r>
      <w:r>
        <w:rPr>
          <w:rFonts w:ascii="微软雅黑" w:eastAsia="微软雅黑" w:hAnsi="微软雅黑" w:cs="微软雅黑" w:hint="eastAsia"/>
          <w:lang w:eastAsia="zh-CN"/>
        </w:rPr>
        <w:t>号开关、</w:t>
      </w:r>
      <w:r>
        <w:t>2</w:t>
      </w:r>
      <w:r>
        <w:rPr>
          <w:rFonts w:ascii="微软雅黑" w:eastAsia="微软雅黑" w:hAnsi="微软雅黑" w:cs="微软雅黑" w:hint="eastAsia"/>
          <w:lang w:eastAsia="zh-CN"/>
        </w:rPr>
        <w:t>号开关各一，组装成串联电路（两人合作一套，分组则每组一套）。</w:t>
      </w:r>
    </w:p>
    <w:p>
      <w:pPr>
        <w:pStyle w:val="ListNumber2"/>
        <w:numPr>
          <w:ilvl w:val="1"/>
          <w:numId w:val="30"/>
        </w:numPr>
        <w:spacing w:after="72"/>
      </w:pPr>
      <w:r>
        <w:rPr>
          <w:rFonts w:ascii="微软雅黑" w:eastAsia="微软雅黑" w:hAnsi="微软雅黑" w:cs="微软雅黑" w:hint="eastAsia"/>
          <w:lang w:eastAsia="zh-CN"/>
        </w:rPr>
        <w:t>「连一连」：三对匹配卡片</w:t>
      </w:r>
      <w:r>
        <w:t>——</w:t>
      </w:r>
      <w:r>
        <w:rPr>
          <w:rFonts w:ascii="微软雅黑" w:eastAsia="微软雅黑" w:hAnsi="微软雅黑" w:cs="微软雅黑" w:hint="eastAsia"/>
          <w:lang w:eastAsia="zh-CN"/>
        </w:rPr>
        <w:t>令牌</w:t>
      </w:r>
      <w:r>
        <w:t>/</w:t>
      </w:r>
      <w:r>
        <w:rPr>
          <w:rFonts w:ascii="微软雅黑" w:eastAsia="微软雅黑" w:hAnsi="微软雅黑" w:cs="微软雅黑" w:hint="eastAsia"/>
          <w:lang w:eastAsia="zh-CN"/>
        </w:rPr>
        <w:t>开关、门</w:t>
      </w:r>
      <w:r>
        <w:t>/</w:t>
      </w:r>
      <w:r>
        <w:rPr>
          <w:rFonts w:ascii="微软雅黑" w:eastAsia="微软雅黑" w:hAnsi="微软雅黑" w:cs="微软雅黑" w:hint="eastAsia"/>
          <w:lang w:eastAsia="zh-CN"/>
        </w:rPr>
        <w:t>灯、守门规则</w:t>
      </w:r>
      <w:r>
        <w:t>/</w:t>
      </w:r>
      <w:r>
        <w:rPr>
          <w:rFonts w:ascii="微软雅黑" w:eastAsia="微软雅黑" w:hAnsi="微软雅黑" w:cs="微软雅黑" w:hint="eastAsia"/>
          <w:lang w:eastAsia="zh-CN"/>
        </w:rPr>
        <w:t>电路，供小组连线游戏。</w:t>
      </w:r>
    </w:p>
    <w:p>
      <w:pPr>
        <w:pStyle w:val="ListNumber2"/>
        <w:numPr>
          <w:ilvl w:val="1"/>
          <w:numId w:val="30"/>
        </w:numPr>
        <w:spacing w:after="72"/>
      </w:pPr>
      <w:r>
        <w:rPr>
          <w:rFonts w:ascii="微软雅黑" w:eastAsia="微软雅黑" w:hAnsi="微软雅黑" w:cs="微软雅黑" w:hint="eastAsia"/>
          <w:lang w:eastAsia="zh-CN"/>
        </w:rPr>
        <w:t>黑板真值表预印：芝麻开门表（真真</w:t>
      </w:r>
      <w:r>
        <w:t>→</w:t>
      </w:r>
      <w:r>
        <w:rPr>
          <w:rFonts w:ascii="微软雅黑" w:eastAsia="微软雅黑" w:hAnsi="微软雅黑" w:cs="微软雅黑" w:hint="eastAsia"/>
          <w:lang w:eastAsia="zh-CN"/>
        </w:rPr>
        <w:t>通过；真假、假真、假假</w:t>
      </w:r>
      <w:r>
        <w:t>→</w:t>
      </w:r>
      <w:r>
        <w:rPr>
          <w:rFonts w:ascii="微软雅黑" w:eastAsia="微软雅黑" w:hAnsi="微软雅黑" w:cs="微软雅黑" w:hint="eastAsia"/>
          <w:lang w:eastAsia="zh-CN"/>
        </w:rPr>
        <w:t>不通过）、灯泡表（闭合</w:t>
      </w:r>
      <w:r>
        <w:t>=</w:t>
      </w:r>
      <w:r>
        <w:rPr>
          <w:rFonts w:ascii="微软雅黑" w:eastAsia="微软雅黑" w:hAnsi="微软雅黑" w:cs="微软雅黑" w:hint="eastAsia"/>
          <w:lang w:eastAsia="zh-CN"/>
        </w:rPr>
        <w:t>亮）、</w:t>
      </w:r>
      <w:r>
        <w:t>0-1</w:t>
      </w:r>
      <w:r>
        <w:rPr>
          <w:rFonts w:ascii="微软雅黑" w:eastAsia="微软雅黑" w:hAnsi="微软雅黑" w:cs="微软雅黑" w:hint="eastAsia"/>
          <w:lang w:eastAsia="zh-CN"/>
        </w:rPr>
        <w:t>编码表、四则</w:t>
      </w:r>
      <w:r>
        <w:t>vs</w:t>
      </w:r>
      <w:r>
        <w:rPr>
          <w:rFonts w:ascii="微软雅黑" w:eastAsia="微软雅黑" w:hAnsi="微软雅黑" w:cs="微软雅黑" w:hint="eastAsia"/>
          <w:lang w:eastAsia="zh-CN"/>
        </w:rPr>
        <w:t>逻辑运算对照表。</w:t>
      </w:r>
    </w:p>
    <w:p>
      <w:pPr>
        <w:pStyle w:val="ListNumber2"/>
        <w:numPr>
          <w:ilvl w:val="1"/>
          <w:numId w:val="30"/>
        </w:numPr>
        <w:spacing w:after="72"/>
      </w:pPr>
      <w:r>
        <w:rPr>
          <w:rFonts w:ascii="微软雅黑" w:eastAsia="微软雅黑" w:hAnsi="微软雅黑" w:cs="微软雅黑" w:hint="eastAsia"/>
          <w:lang w:eastAsia="zh-CN"/>
        </w:rPr>
        <w:t>提升素材：</w:t>
      </w:r>
      <w:r>
        <w:t>NOT/AND/OR/XOR</w:t>
      </w:r>
      <w:r>
        <w:rPr>
          <w:rFonts w:ascii="微软雅黑" w:eastAsia="微软雅黑" w:hAnsi="微软雅黑" w:cs="微软雅黑" w:hint="eastAsia"/>
          <w:lang w:eastAsia="zh-CN"/>
        </w:rPr>
        <w:t>门电路符号图、神经元与开关对照图、麦卡洛克</w:t>
      </w:r>
      <w:r>
        <w:t>-</w:t>
      </w:r>
      <w:r>
        <w:rPr>
          <w:rFonts w:ascii="微软雅黑" w:eastAsia="微软雅黑" w:hAnsi="微软雅黑" w:cs="微软雅黑" w:hint="eastAsia"/>
          <w:lang w:eastAsia="zh-CN"/>
        </w:rPr>
        <w:t>皮茨模型图（</w:t>
      </w:r>
      <w:r>
        <w:t>PPT</w:t>
      </w:r>
      <w:r>
        <w:rPr>
          <w:rFonts w:ascii="微软雅黑" w:eastAsia="微软雅黑" w:hAnsi="微软雅黑" w:cs="微软雅黑" w:hint="eastAsia"/>
          <w:lang w:eastAsia="zh-CN"/>
        </w:rPr>
        <w:t>或挂图）。</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：科学</w:t>
      </w:r>
      <w:r>
        <w:t>/</w:t>
      </w:r>
      <w:r>
        <w:rPr>
          <w:rFonts w:ascii="微软雅黑" w:eastAsia="微软雅黑" w:hAnsi="微软雅黑" w:cs="微软雅黑" w:hint="eastAsia"/>
          <w:lang w:eastAsia="zh-CN"/>
        </w:rPr>
        <w:t>信息教室，每组课桌可摆放电路材料；无专用教室时可在普通教室分组传看。</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：投影播放漫画与符号图；无多媒体时手绘挂图。</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无灯泡电路套件</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红绿牌</w:t>
      </w:r>
      <w:r>
        <w:t>"</w:t>
      </w:r>
      <w:r>
        <w:rPr>
          <w:rFonts w:ascii="微软雅黑" w:eastAsia="微软雅黑" w:hAnsi="微软雅黑" w:cs="微软雅黑" w:hint="eastAsia"/>
          <w:lang w:eastAsia="zh-CN"/>
        </w:rPr>
        <w:t>表示灯亮</w:t>
      </w:r>
      <w:r>
        <w:t>/</w:t>
      </w:r>
      <w:r>
        <w:rPr>
          <w:rFonts w:ascii="微软雅黑" w:eastAsia="微软雅黑" w:hAnsi="微软雅黑" w:cs="微软雅黑" w:hint="eastAsia"/>
          <w:lang w:eastAsia="zh-CN"/>
        </w:rPr>
        <w:t>不亮，学生在记录表打</w:t>
      </w:r>
      <w:r>
        <w:t>√×</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无令牌</w:t>
      </w:r>
      <w:r>
        <w:t>→</w:t>
      </w:r>
      <w:r>
        <w:rPr>
          <w:rFonts w:ascii="微软雅黑" w:eastAsia="微软雅黑" w:hAnsi="微软雅黑" w:cs="微软雅黑" w:hint="eastAsia"/>
          <w:lang w:eastAsia="zh-CN"/>
        </w:rPr>
        <w:t>用写</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的翻牌卡；</w:t>
      </w:r>
      <w:r>
        <w:t>③</w:t>
      </w:r>
      <w:r>
        <w:rPr>
          <w:rFonts w:ascii="微软雅黑" w:eastAsia="微软雅黑" w:hAnsi="微软雅黑" w:cs="微软雅黑" w:hint="eastAsia"/>
          <w:lang w:eastAsia="zh-CN"/>
        </w:rPr>
        <w:t>电路危险顾虑</w:t>
      </w:r>
      <w:r>
        <w:t>→</w:t>
      </w:r>
      <w:r>
        <w:rPr>
          <w:rFonts w:ascii="微软雅黑" w:eastAsia="微软雅黑" w:hAnsi="微软雅黑" w:cs="微软雅黑" w:hint="eastAsia"/>
          <w:lang w:eastAsia="zh-CN"/>
        </w:rPr>
        <w:t>用仿真软件（如免费逻辑门模拟器）投屏演示。</w:t>
      </w:r>
    </w:p>
    <w:p>
      <w:pPr>
        <w:pStyle w:val="Heading3"/>
      </w:pPr>
      <w:r>
        <w:rPr>
          <w:rFonts w:ascii="微软雅黑" w:hAnsi="微软雅黑" w:eastAsia="微软雅黑" w:cs="微软雅黑" w:hint="eastAsia"/>
          <w:b w:val="0"/>
          <w:color w:val="1A237E"/>
          <w:sz w:val="20"/>
          <w:lang w:eastAsia="zh-CN"/>
        </w:rPr>
        <w:t>四、教学过程（完整40分钟，以示范课真实活动为骨架扩写）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一、片头定位与故事导入</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教师说明：</w:t>
            </w:r>
            <w:r>
              <w:rPr>
                <w:sz w:val="18"/>
              </w:rPr>
              <w:t xml:space="preserve"> </w:t>
            </w:r>
            <w:r>
              <w:rPr>
                <w:sz w:val="18"/>
              </w:rPr>
              <w:t>"</w:t>
            </w:r>
            <w:r>
              <w:rPr>
                <w:sz w:val="18"/>
              </w:rPr>
              <w:t xml:space="preserve"> </w:t>
            </w:r>
            <w:r>
              <w:rPr>
                <w:sz w:val="18"/>
              </w:rPr>
              <w:t>通识课一般来说是以学科为本位的。</w:t>
            </w:r>
            <w:r>
              <w:rPr>
                <w:sz w:val="18"/>
              </w:rPr>
              <w:t xml:space="preserve"> </w:t>
            </w:r>
            <w:r>
              <w:rPr>
                <w:sz w:val="18"/>
              </w:rPr>
              <w:t>"</w:t>
            </w:r>
            <w:r>
              <w:rPr>
                <w:sz w:val="18"/>
              </w:rPr>
              <w:t xml:space="preserve"> </w:t>
            </w:r>
            <w:r>
              <w:rPr>
                <w:sz w:val="18"/>
              </w:rPr>
              <w:t>出示《一千零一夜》</w:t>
            </w:r>
            <w:r>
              <w:rPr>
                <w:sz w:val="18"/>
              </w:rPr>
              <w:t xml:space="preserve"> </w:t>
            </w:r>
            <w:r>
              <w:rPr>
                <w:sz w:val="18"/>
              </w:rPr>
              <w:t>"Open Sesame"</w:t>
            </w:r>
            <w:r>
              <w:rPr>
                <w:sz w:val="18"/>
              </w:rPr>
              <w:t xml:space="preserve"> </w:t>
            </w:r>
            <w:r>
              <w:rPr>
                <w:sz w:val="18"/>
              </w:rPr>
              <w:t>漫画，讲</w:t>
            </w:r>
            <w:r>
              <w:rPr>
                <w:sz w:val="18"/>
              </w:rPr>
              <w:t xml:space="preserve"> </w:t>
            </w:r>
            <w:r>
              <w:rPr>
                <w:sz w:val="18"/>
              </w:rPr>
              <w:t>"</w:t>
            </w:r>
            <w:r>
              <w:rPr>
                <w:sz w:val="18"/>
              </w:rPr>
              <w:t xml:space="preserve"> </w:t>
            </w:r>
            <w:r>
              <w:rPr>
                <w:sz w:val="18"/>
              </w:rPr>
              <w:t>芝麻开门</w:t>
            </w:r>
            <w:r>
              <w:rPr>
                <w:sz w:val="18"/>
              </w:rPr>
              <w:t xml:space="preserve"> </w:t>
            </w:r>
            <w:r>
              <w:rPr>
                <w:sz w:val="18"/>
              </w:rPr>
              <w:t>"</w:t>
            </w:r>
            <w:r>
              <w:rPr>
                <w:sz w:val="18"/>
              </w:rPr>
              <w:t xml:space="preserve"> </w:t>
            </w:r>
            <w:r>
              <w:rPr>
                <w:sz w:val="18"/>
              </w:rPr>
              <w:t>故事，引出</w:t>
            </w:r>
            <w:r>
              <w:rPr>
                <w:sz w:val="18"/>
              </w:rPr>
              <w:t xml:space="preserve"> </w:t>
            </w:r>
            <w:r>
              <w:rPr>
                <w:sz w:val="18"/>
              </w:rPr>
              <w:t>"</w:t>
            </w:r>
            <w:r>
              <w:rPr>
                <w:sz w:val="18"/>
              </w:rPr>
              <w:t xml:space="preserve"> </w:t>
            </w:r>
            <w:r>
              <w:rPr>
                <w:sz w:val="18"/>
              </w:rPr>
              <w:t>为什么门只听</w:t>
            </w:r>
            <w:r>
              <w:rPr>
                <w:sz w:val="18"/>
              </w:rPr>
              <w:t xml:space="preserve"> </w:t>
            </w:r>
            <w:r>
              <w:rPr>
                <w:sz w:val="18"/>
              </w:rPr>
              <w:t>'</w:t>
            </w:r>
            <w:r>
              <w:rPr>
                <w:sz w:val="18"/>
              </w:rPr>
              <w:t xml:space="preserve"> </w:t>
            </w:r>
            <w:r>
              <w:rPr>
                <w:sz w:val="18"/>
              </w:rPr>
              <w:t>芝麻开门</w:t>
            </w:r>
            <w:r>
              <w:rPr>
                <w:sz w:val="18"/>
              </w:rPr>
              <w:t xml:space="preserve"> </w:t>
            </w:r>
            <w:r>
              <w:rPr>
                <w:sz w:val="18"/>
              </w:rPr>
              <w:t>'</w:t>
            </w:r>
            <w:r>
              <w:rPr>
                <w:sz w:val="18"/>
              </w:rPr>
              <w:t xml:space="preserve"> </w:t>
            </w:r>
            <w:r>
              <w:rPr>
                <w:sz w:val="18"/>
              </w:rPr>
              <w:t>？如果是两个人一起守门呢？</w:t>
            </w:r>
            <w:r>
              <w:rPr>
                <w:sz w:val="18"/>
              </w:rPr>
              <w:t xml:space="preserve"> </w:t>
            </w:r>
            <w:r>
              <w:rPr>
                <w:sz w:val="18"/>
              </w:rPr>
              <w:t>"</w:t>
            </w:r>
            <w:r>
              <w:rPr>
                <w:sz w:val="18"/>
              </w:rPr>
              <w:t xml:space="preserve"> </w:t>
            </w:r>
            <w:r>
              <w:rPr>
                <w:sz w:val="18"/>
              </w:rPr>
              <w:t>点明：</w:t>
            </w:r>
            <w:r>
              <w:rPr>
                <w:sz w:val="18"/>
              </w:rPr>
              <w:t xml:space="preserve"> </w:t>
            </w:r>
            <w:r>
              <w:rPr>
                <w:sz w:val="18"/>
              </w:rPr>
              <w:t>"</w:t>
            </w:r>
            <w:r>
              <w:rPr>
                <w:sz w:val="18"/>
              </w:rPr>
              <w:t xml:space="preserve"> </w:t>
            </w:r>
            <w:r>
              <w:rPr>
                <w:sz w:val="18"/>
              </w:rPr>
              <w:t>因为二年级的孩子太小了，如果从三年级开始的话，逻辑运算就是人工智能通识第一课。</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听故事，对</w:t>
            </w:r>
            <w:r>
              <w:rPr>
                <w:sz w:val="18"/>
              </w:rPr>
              <w:t xml:space="preserve"> </w:t>
            </w:r>
            <w:r>
              <w:rPr>
                <w:sz w:val="18"/>
              </w:rPr>
              <w:t>"</w:t>
            </w:r>
            <w:r>
              <w:rPr>
                <w:sz w:val="18"/>
              </w:rPr>
              <w:t xml:space="preserve"> </w:t>
            </w:r>
            <w:r>
              <w:rPr>
                <w:sz w:val="18"/>
              </w:rPr>
              <w:t>两个人守门</w:t>
            </w:r>
            <w:r>
              <w:rPr>
                <w:sz w:val="18"/>
              </w:rPr>
              <w:t xml:space="preserve"> </w:t>
            </w:r>
            <w:r>
              <w:rPr>
                <w:sz w:val="18"/>
              </w:rPr>
              <w:t>"</w:t>
            </w:r>
            <w:r>
              <w:rPr>
                <w:sz w:val="18"/>
              </w:rPr>
              <w:t xml:space="preserve"> </w:t>
            </w:r>
            <w:r>
              <w:rPr>
                <w:sz w:val="18"/>
              </w:rPr>
              <w:t>产生好奇；明确本课是</w:t>
            </w:r>
            <w:r>
              <w:rPr>
                <w:sz w:val="18"/>
              </w:rPr>
              <w:t xml:space="preserve"> </w:t>
            </w:r>
            <w:r>
              <w:rPr>
                <w:sz w:val="18"/>
              </w:rPr>
              <w:t>"AI</w:t>
            </w:r>
            <w:r>
              <w:rPr>
                <w:sz w:val="18"/>
              </w:rPr>
              <w:t xml:space="preserve"> </w:t>
            </w:r>
            <w:r>
              <w:rPr>
                <w:sz w:val="18"/>
              </w:rPr>
              <w:t>通识第一课</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用故事锚定注意力，落实</w:t>
            </w:r>
            <w:r>
              <w:rPr>
                <w:sz w:val="18"/>
              </w:rPr>
              <w:t xml:space="preserve"> </w:t>
            </w:r>
            <w:r>
              <w:rPr>
                <w:sz w:val="18"/>
              </w:rPr>
              <w:t>"</w:t>
            </w:r>
            <w:r>
              <w:rPr>
                <w:sz w:val="18"/>
              </w:rPr>
              <w:t xml:space="preserve"> </w:t>
            </w:r>
            <w:r>
              <w:rPr>
                <w:sz w:val="18"/>
              </w:rPr>
              <w:t>以学科为本位</w:t>
            </w:r>
            <w:r>
              <w:rPr>
                <w:sz w:val="18"/>
              </w:rPr>
              <w:t xml:space="preserve"> </w:t>
            </w:r>
            <w:r>
              <w:rPr>
                <w:sz w:val="18"/>
              </w:rPr>
              <w:t>""</w:t>
            </w:r>
            <w:r>
              <w:rPr>
                <w:sz w:val="18"/>
              </w:rPr>
              <w:t xml:space="preserve"> </w:t>
            </w:r>
            <w:r>
              <w:rPr>
                <w:sz w:val="18"/>
              </w:rPr>
              <w:t>从三年级开始</w:t>
            </w:r>
            <w:r>
              <w:rPr>
                <w:sz w:val="18"/>
              </w:rPr>
              <w:t xml:space="preserve"> </w:t>
            </w:r>
            <w:r>
              <w:rPr>
                <w:sz w:val="18"/>
              </w:rPr>
              <w:t>"</w:t>
            </w:r>
            <w:r>
              <w:rPr>
                <w:sz w:val="18"/>
              </w:rPr>
              <w:t xml:space="preserve"> </w:t>
            </w:r>
            <w:r>
              <w:rPr>
                <w:sz w:val="18"/>
              </w:rPr>
              <w:t>的定位。</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二、课堂活动一：芝麻开门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9</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教师扮</w:t>
            </w:r>
            <w:r>
              <w:rPr>
                <w:sz w:val="18"/>
              </w:rPr>
              <w:t xml:space="preserve"> </w:t>
            </w:r>
            <w:r>
              <w:rPr>
                <w:sz w:val="18"/>
              </w:rPr>
              <w:t>"</w:t>
            </w:r>
            <w:r>
              <w:rPr>
                <w:sz w:val="18"/>
              </w:rPr>
              <w:t xml:space="preserve"> </w:t>
            </w:r>
            <w:r>
              <w:rPr>
                <w:sz w:val="18"/>
              </w:rPr>
              <w:t>守门人</w:t>
            </w:r>
            <w:r>
              <w:rPr>
                <w:sz w:val="18"/>
              </w:rPr>
              <w:t xml:space="preserve"> </w:t>
            </w:r>
            <w:r>
              <w:rPr>
                <w:sz w:val="18"/>
              </w:rPr>
              <w:t>"</w:t>
            </w:r>
            <w:r>
              <w:rPr>
                <w:sz w:val="18"/>
              </w:rPr>
              <w:t xml:space="preserve"> </w:t>
            </w:r>
            <w:r>
              <w:rPr>
                <w:sz w:val="18"/>
              </w:rPr>
              <w:t>站门后；请同学</w:t>
            </w:r>
            <w:r>
              <w:rPr>
                <w:sz w:val="18"/>
              </w:rPr>
              <w:t xml:space="preserve"> </w:t>
            </w:r>
            <w:r>
              <w:rPr>
                <w:sz w:val="18"/>
              </w:rPr>
              <w:t>A</w:t>
            </w:r>
            <w:r>
              <w:rPr>
                <w:sz w:val="18"/>
              </w:rPr>
              <w:t xml:space="preserve"> </w:t>
            </w:r>
            <w:r>
              <w:rPr>
                <w:sz w:val="18"/>
              </w:rPr>
              <w:t>、同学</w:t>
            </w:r>
            <w:r>
              <w:rPr>
                <w:sz w:val="18"/>
              </w:rPr>
              <w:t xml:space="preserve"> </w:t>
            </w:r>
            <w:r>
              <w:rPr>
                <w:sz w:val="18"/>
              </w:rPr>
              <w:t>B</w:t>
            </w:r>
            <w:r>
              <w:rPr>
                <w:sz w:val="18"/>
              </w:rPr>
              <w:t xml:space="preserve"> </w:t>
            </w:r>
            <w:r>
              <w:rPr>
                <w:sz w:val="18"/>
              </w:rPr>
              <w:t>各持一枚令牌（一面</w:t>
            </w:r>
            <w:r>
              <w:rPr>
                <w:sz w:val="18"/>
              </w:rPr>
              <w:t xml:space="preserve"> </w:t>
            </w:r>
            <w:r>
              <w:rPr>
                <w:sz w:val="18"/>
              </w:rPr>
              <w:t>"</w:t>
            </w:r>
            <w:r>
              <w:rPr>
                <w:sz w:val="18"/>
              </w:rPr>
              <w:t xml:space="preserve"> </w:t>
            </w:r>
            <w:r>
              <w:rPr>
                <w:sz w:val="18"/>
              </w:rPr>
              <w:t>真</w:t>
            </w:r>
            <w:r>
              <w:rPr>
                <w:sz w:val="18"/>
              </w:rPr>
              <w:t xml:space="preserve"> </w:t>
            </w:r>
            <w:r>
              <w:rPr>
                <w:sz w:val="18"/>
              </w:rPr>
              <w:t>"</w:t>
            </w:r>
            <w:r>
              <w:rPr>
                <w:sz w:val="18"/>
              </w:rPr>
              <w:t xml:space="preserve"> </w:t>
            </w:r>
            <w:r>
              <w:rPr>
                <w:sz w:val="18"/>
              </w:rPr>
              <w:t>、一面</w:t>
            </w:r>
            <w:r>
              <w:rPr>
                <w:sz w:val="18"/>
              </w:rPr>
              <w:t xml:space="preserve"> </w:t>
            </w:r>
            <w:r>
              <w:rPr>
                <w:sz w:val="18"/>
              </w:rPr>
              <w:t>"</w:t>
            </w:r>
            <w:r>
              <w:rPr>
                <w:sz w:val="18"/>
              </w:rPr>
              <w:t xml:space="preserve"> </w:t>
            </w:r>
            <w:r>
              <w:rPr>
                <w:sz w:val="18"/>
              </w:rPr>
              <w:t>假</w:t>
            </w:r>
            <w:r>
              <w:rPr>
                <w:sz w:val="18"/>
              </w:rPr>
              <w:t xml:space="preserve"> </w:t>
            </w:r>
            <w:r>
              <w:rPr>
                <w:sz w:val="18"/>
              </w:rPr>
              <w:t>"</w:t>
            </w:r>
            <w:r>
              <w:rPr>
                <w:sz w:val="18"/>
              </w:rPr>
              <w:t xml:space="preserve"> </w:t>
            </w:r>
            <w:r>
              <w:rPr>
                <w:sz w:val="18"/>
              </w:rPr>
              <w:t>）上台。规则原话：两人都出</w:t>
            </w:r>
            <w:r>
              <w:rPr>
                <w:sz w:val="18"/>
              </w:rPr>
              <w:t xml:space="preserve"> </w:t>
            </w:r>
            <w:r>
              <w:rPr>
                <w:sz w:val="18"/>
              </w:rPr>
              <w:t>"</w:t>
            </w:r>
            <w:r>
              <w:rPr>
                <w:sz w:val="18"/>
              </w:rPr>
              <w:t xml:space="preserve"> </w:t>
            </w:r>
            <w:r>
              <w:rPr>
                <w:sz w:val="18"/>
              </w:rPr>
              <w:t>真</w:t>
            </w:r>
            <w:r>
              <w:rPr>
                <w:sz w:val="18"/>
              </w:rPr>
              <w:t xml:space="preserve"> </w:t>
            </w:r>
            <w:r>
              <w:rPr>
                <w:sz w:val="18"/>
              </w:rPr>
              <w:t>"</w:t>
            </w:r>
            <w:r>
              <w:rPr>
                <w:sz w:val="18"/>
              </w:rPr>
              <w:t xml:space="preserve"> </w:t>
            </w:r>
            <w:r>
              <w:rPr>
                <w:sz w:val="18"/>
              </w:rPr>
              <w:t>门才通过。学生轮流出示令牌，教师引导讨论</w:t>
            </w:r>
            <w:r>
              <w:rPr>
                <w:sz w:val="18"/>
              </w:rPr>
              <w:t xml:space="preserve"> </w:t>
            </w:r>
            <w:r>
              <w:rPr>
                <w:sz w:val="18"/>
              </w:rPr>
              <w:t>"</w:t>
            </w:r>
            <w:r>
              <w:rPr>
                <w:sz w:val="18"/>
              </w:rPr>
              <w:t xml:space="preserve"> </w:t>
            </w:r>
            <w:r>
              <w:rPr>
                <w:sz w:val="18"/>
              </w:rPr>
              <w:t>最多一共试几次</w:t>
            </w:r>
            <w:r>
              <w:rPr>
                <w:sz w:val="18"/>
              </w:rPr>
              <w:t xml:space="preserve"> </w:t>
            </w:r>
            <w:r>
              <w:rPr>
                <w:sz w:val="18"/>
              </w:rPr>
              <w:t>""</w:t>
            </w:r>
            <w:r>
              <w:rPr>
                <w:sz w:val="18"/>
              </w:rPr>
              <w:t xml:space="preserve"> </w:t>
            </w:r>
            <w:r>
              <w:rPr>
                <w:sz w:val="18"/>
              </w:rPr>
              <w:t>一人出假一人出真</w:t>
            </w:r>
            <w:r>
              <w:rPr>
                <w:sz w:val="18"/>
              </w:rPr>
              <w:t xml:space="preserve"> </w:t>
            </w:r>
            <w:r>
              <w:rPr>
                <w:sz w:val="18"/>
              </w:rPr>
              <w:t>"</w:t>
            </w:r>
            <w:r>
              <w:rPr>
                <w:sz w:val="18"/>
              </w:rPr>
              <w:t xml:space="preserve"> </w:t>
            </w:r>
            <w:r>
              <w:rPr>
                <w:sz w:val="18"/>
              </w:rPr>
              <w:t>等组合。在黑板列真值表：真真</w:t>
            </w:r>
            <w:r>
              <w:rPr>
                <w:sz w:val="18"/>
              </w:rPr>
              <w:t xml:space="preserve"> </w:t>
            </w:r>
            <w:r>
              <w:rPr>
                <w:sz w:val="18"/>
              </w:rPr>
              <w:t>→</w:t>
            </w:r>
            <w:r>
              <w:rPr>
                <w:sz w:val="18"/>
              </w:rPr>
              <w:t xml:space="preserve"> </w:t>
            </w:r>
            <w:r>
              <w:rPr>
                <w:sz w:val="18"/>
              </w:rPr>
              <w:t>通过；真假、假真、假假</w:t>
            </w:r>
            <w:r>
              <w:rPr>
                <w:sz w:val="18"/>
              </w:rPr>
              <w:t xml:space="preserve"> </w:t>
            </w:r>
            <w:r>
              <w:rPr>
                <w:sz w:val="18"/>
              </w:rPr>
              <w:t>→</w:t>
            </w:r>
            <w:r>
              <w:rPr>
                <w:sz w:val="18"/>
              </w:rPr>
              <w:t xml:space="preserve"> </w:t>
            </w:r>
            <w:r>
              <w:rPr>
                <w:sz w:val="18"/>
              </w:rPr>
              <w:t>不通过。</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两名同学轮流出牌，全班齐报</w:t>
            </w:r>
            <w:r>
              <w:rPr>
                <w:sz w:val="18"/>
              </w:rPr>
              <w:t xml:space="preserve"> </w:t>
            </w:r>
            <w:r>
              <w:rPr>
                <w:sz w:val="18"/>
              </w:rPr>
              <w:t>"</w:t>
            </w:r>
            <w:r>
              <w:rPr>
                <w:sz w:val="18"/>
              </w:rPr>
              <w:t xml:space="preserve"> </w:t>
            </w:r>
            <w:r>
              <w:rPr>
                <w:sz w:val="18"/>
              </w:rPr>
              <w:t>通过</w:t>
            </w:r>
            <w:r>
              <w:rPr>
                <w:sz w:val="18"/>
              </w:rPr>
              <w:t xml:space="preserve"> </w:t>
            </w:r>
            <w:r>
              <w:rPr>
                <w:sz w:val="18"/>
              </w:rPr>
              <w:t>/</w:t>
            </w:r>
            <w:r>
              <w:rPr>
                <w:sz w:val="18"/>
              </w:rPr>
              <w:t xml:space="preserve"> </w:t>
            </w:r>
            <w:r>
              <w:rPr>
                <w:sz w:val="18"/>
              </w:rPr>
              <w:t>不通过</w:t>
            </w:r>
            <w:r>
              <w:rPr>
                <w:sz w:val="18"/>
              </w:rPr>
              <w:t xml:space="preserve"> </w:t>
            </w:r>
            <w:r>
              <w:rPr>
                <w:sz w:val="18"/>
              </w:rPr>
              <w:t>"</w:t>
            </w:r>
            <w:r>
              <w:rPr>
                <w:sz w:val="18"/>
              </w:rPr>
              <w:t xml:space="preserve"> </w:t>
            </w:r>
            <w:r>
              <w:rPr>
                <w:sz w:val="18"/>
              </w:rPr>
              <w:t>；跟随教师填真值表；抢答</w:t>
            </w:r>
            <w:r>
              <w:rPr>
                <w:sz w:val="18"/>
              </w:rPr>
              <w:t xml:space="preserve"> </w:t>
            </w:r>
            <w:r>
              <w:rPr>
                <w:sz w:val="18"/>
              </w:rPr>
              <w:t>"</w:t>
            </w:r>
            <w:r>
              <w:rPr>
                <w:sz w:val="18"/>
              </w:rPr>
              <w:t xml:space="preserve"> </w:t>
            </w:r>
            <w:r>
              <w:rPr>
                <w:sz w:val="18"/>
              </w:rPr>
              <w:t>最多试几次（</w:t>
            </w:r>
            <w:r>
              <w:rPr>
                <w:sz w:val="18"/>
              </w:rPr>
              <w:t xml:space="preserve"> </w:t>
            </w:r>
            <w:r>
              <w:rPr>
                <w:sz w:val="18"/>
              </w:rPr>
              <w:t>4</w:t>
            </w:r>
            <w:r>
              <w:rPr>
                <w:sz w:val="18"/>
              </w:rPr>
              <w:t xml:space="preserve"> </w:t>
            </w:r>
            <w:r>
              <w:rPr>
                <w:sz w:val="18"/>
              </w:rPr>
              <w:t>次）</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直接照搬笔记活动一，用角色扮演建立</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运算直觉与组合枚举。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三、课堂活动二：点亮小灯泡</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出示实物电路（电池、导线、灯泡、</w:t>
            </w:r>
            <w:r>
              <w:rPr>
                <w:sz w:val="18"/>
              </w:rPr>
              <w:t xml:space="preserve"> </w:t>
            </w:r>
            <w:r>
              <w:rPr>
                <w:sz w:val="18"/>
              </w:rPr>
              <w:t>1</w:t>
            </w:r>
            <w:r>
              <w:rPr>
                <w:sz w:val="18"/>
              </w:rPr>
              <w:t xml:space="preserve"> </w:t>
            </w:r>
            <w:r>
              <w:rPr>
                <w:sz w:val="18"/>
              </w:rPr>
              <w:t>号和</w:t>
            </w:r>
            <w:r>
              <w:rPr>
                <w:sz w:val="18"/>
              </w:rPr>
              <w:t xml:space="preserve"> </w:t>
            </w:r>
            <w:r>
              <w:rPr>
                <w:sz w:val="18"/>
              </w:rPr>
              <w:t>2</w:t>
            </w:r>
            <w:r>
              <w:rPr>
                <w:sz w:val="18"/>
              </w:rPr>
              <w:t xml:space="preserve"> </w:t>
            </w:r>
            <w:r>
              <w:rPr>
                <w:sz w:val="18"/>
              </w:rPr>
              <w:t>号开关）。教师发指令：</w:t>
            </w:r>
            <w:r>
              <w:rPr>
                <w:sz w:val="18"/>
              </w:rPr>
              <w:t xml:space="preserve"> </w:t>
            </w:r>
            <w:r>
              <w:rPr>
                <w:sz w:val="18"/>
              </w:rPr>
              <w:t>"</w:t>
            </w:r>
            <w:r>
              <w:rPr>
                <w:sz w:val="18"/>
              </w:rPr>
              <w:t xml:space="preserve"> </w:t>
            </w:r>
            <w:r>
              <w:rPr>
                <w:sz w:val="18"/>
              </w:rPr>
              <w:t>请按指示操作并报告灯亮</w:t>
            </w:r>
            <w:r>
              <w:rPr>
                <w:sz w:val="18"/>
              </w:rPr>
              <w:t xml:space="preserve"> </w:t>
            </w:r>
            <w:r>
              <w:rPr>
                <w:sz w:val="18"/>
              </w:rPr>
              <w:t>/</w:t>
            </w:r>
            <w:r>
              <w:rPr>
                <w:sz w:val="18"/>
              </w:rPr>
              <w:t xml:space="preserve"> </w:t>
            </w:r>
            <w:r>
              <w:rPr>
                <w:sz w:val="18"/>
              </w:rPr>
              <w:t>不亮。</w:t>
            </w:r>
            <w:r>
              <w:rPr>
                <w:sz w:val="18"/>
              </w:rPr>
              <w:t xml:space="preserve"> </w:t>
            </w:r>
            <w:r>
              <w:rPr>
                <w:sz w:val="18"/>
              </w:rPr>
              <w:t>"</w:t>
            </w:r>
            <w:r>
              <w:rPr>
                <w:sz w:val="18"/>
              </w:rPr>
              <w:t xml:space="preserve"> </w:t>
            </w:r>
            <w:r>
              <w:rPr>
                <w:sz w:val="18"/>
              </w:rPr>
              <w:t>学生依次操作四种开关组合，教师强调结论：只有</w:t>
            </w:r>
            <w:r>
              <w:rPr>
                <w:sz w:val="18"/>
              </w:rPr>
              <w:t xml:space="preserve"> </w:t>
            </w:r>
            <w:r>
              <w:rPr>
                <w:sz w:val="18"/>
              </w:rPr>
              <w:t>"1</w:t>
            </w:r>
            <w:r>
              <w:rPr>
                <w:sz w:val="18"/>
              </w:rPr>
              <w:t xml:space="preserve"> </w:t>
            </w:r>
            <w:r>
              <w:rPr>
                <w:sz w:val="18"/>
              </w:rPr>
              <w:t>号闭合</w:t>
            </w:r>
            <w:r>
              <w:rPr>
                <w:sz w:val="18"/>
              </w:rPr>
              <w:t xml:space="preserve"> </w:t>
            </w:r>
            <w:r>
              <w:rPr>
                <w:sz w:val="18"/>
              </w:rPr>
              <w:t>+2</w:t>
            </w:r>
            <w:r>
              <w:rPr>
                <w:sz w:val="18"/>
              </w:rPr>
              <w:t xml:space="preserve"> </w:t>
            </w:r>
            <w:r>
              <w:rPr>
                <w:sz w:val="18"/>
              </w:rPr>
              <w:t>号闭合</w:t>
            </w:r>
            <w:r>
              <w:rPr>
                <w:sz w:val="18"/>
              </w:rPr>
              <w:t xml:space="preserve"> </w:t>
            </w:r>
            <w:r>
              <w:rPr>
                <w:sz w:val="18"/>
              </w:rPr>
              <w:t>"</w:t>
            </w:r>
            <w:r>
              <w:rPr>
                <w:sz w:val="18"/>
              </w:rPr>
              <w:t xml:space="preserve"> </w:t>
            </w:r>
            <w:r>
              <w:rPr>
                <w:sz w:val="18"/>
              </w:rPr>
              <w:t>才亮，其余不亮。对照黑板真值表（闭合</w:t>
            </w:r>
            <w:r>
              <w:rPr>
                <w:sz w:val="18"/>
              </w:rPr>
              <w:t xml:space="preserve"> </w:t>
            </w:r>
            <w:r>
              <w:rPr>
                <w:sz w:val="18"/>
              </w:rPr>
              <w:t>=</w:t>
            </w:r>
            <w:r>
              <w:rPr>
                <w:sz w:val="18"/>
              </w:rPr>
              <w:t xml:space="preserve"> </w:t>
            </w:r>
            <w:r>
              <w:rPr>
                <w:sz w:val="18"/>
              </w:rPr>
              <w:t>亮）。</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两人一组操作串联电路，记录</w:t>
            </w:r>
            <w:r>
              <w:rPr>
                <w:sz w:val="18"/>
              </w:rPr>
              <w:t xml:space="preserve"> </w:t>
            </w:r>
            <w:r>
              <w:rPr>
                <w:sz w:val="18"/>
              </w:rPr>
              <w:t>"</w:t>
            </w:r>
            <w:r>
              <w:rPr>
                <w:sz w:val="18"/>
              </w:rPr>
              <w:t xml:space="preserve"> </w:t>
            </w:r>
            <w:r>
              <w:rPr>
                <w:sz w:val="18"/>
              </w:rPr>
              <w:t>亮</w:t>
            </w:r>
            <w:r>
              <w:rPr>
                <w:sz w:val="18"/>
              </w:rPr>
              <w:t xml:space="preserve"> </w:t>
            </w:r>
            <w:r>
              <w:rPr>
                <w:sz w:val="18"/>
              </w:rPr>
              <w:t>/</w:t>
            </w:r>
            <w:r>
              <w:rPr>
                <w:sz w:val="18"/>
              </w:rPr>
              <w:t xml:space="preserve"> </w:t>
            </w:r>
            <w:r>
              <w:rPr>
                <w:sz w:val="18"/>
              </w:rPr>
              <w:t>不亮</w:t>
            </w:r>
            <w:r>
              <w:rPr>
                <w:sz w:val="18"/>
              </w:rPr>
              <w:t xml:space="preserve"> </w:t>
            </w:r>
            <w:r>
              <w:rPr>
                <w:sz w:val="18"/>
              </w:rPr>
              <w:t>"</w:t>
            </w:r>
            <w:r>
              <w:rPr>
                <w:sz w:val="18"/>
              </w:rPr>
              <w:t xml:space="preserve"> </w:t>
            </w:r>
            <w:r>
              <w:rPr>
                <w:sz w:val="18"/>
              </w:rPr>
              <w:t>；发现</w:t>
            </w:r>
            <w:r>
              <w:rPr>
                <w:sz w:val="18"/>
              </w:rPr>
              <w:t xml:space="preserve"> </w:t>
            </w:r>
            <w:r>
              <w:rPr>
                <w:sz w:val="18"/>
              </w:rPr>
              <w:t>"</w:t>
            </w:r>
            <w:r>
              <w:rPr>
                <w:sz w:val="18"/>
              </w:rPr>
              <w:t xml:space="preserve"> </w:t>
            </w:r>
            <w:r>
              <w:rPr>
                <w:sz w:val="18"/>
              </w:rPr>
              <w:t>必须两个开关都关上才亮</w:t>
            </w:r>
            <w:r>
              <w:rPr>
                <w:sz w:val="18"/>
              </w:rPr>
              <w:t xml:space="preserve"> </w:t>
            </w:r>
            <w:r>
              <w:rPr>
                <w:sz w:val="18"/>
              </w:rPr>
              <w:t>"</w:t>
            </w:r>
            <w:r>
              <w:rPr>
                <w:sz w:val="18"/>
              </w:rPr>
              <w:t xml:space="preserve"> </w:t>
            </w:r>
            <w:r>
              <w:rPr>
                <w:sz w:val="18"/>
              </w:rPr>
              <w:t>，与芝麻开门真值表对应。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照搬笔记活动二，用电路实验把抽象规则落到可触摸现象。</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四、「连一连」同构对应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教师发三对卡片，组织</w:t>
            </w:r>
            <w:r>
              <w:rPr>
                <w:sz w:val="18"/>
              </w:rPr>
              <w:t xml:space="preserve"> </w:t>
            </w:r>
            <w:r>
              <w:rPr>
                <w:sz w:val="18"/>
              </w:rPr>
              <w:t>"</w:t>
            </w:r>
            <w:r>
              <w:rPr>
                <w:sz w:val="18"/>
              </w:rPr>
              <w:t xml:space="preserve"> </w:t>
            </w:r>
            <w:r>
              <w:rPr>
                <w:sz w:val="18"/>
              </w:rPr>
              <w:t>连一连</w:t>
            </w:r>
            <w:r>
              <w:rPr>
                <w:sz w:val="18"/>
              </w:rPr>
              <w:t xml:space="preserve"> </w:t>
            </w:r>
            <w:r>
              <w:rPr>
                <w:sz w:val="18"/>
              </w:rPr>
              <w:t>"</w:t>
            </w:r>
            <w:r>
              <w:rPr>
                <w:sz w:val="18"/>
              </w:rPr>
              <w:t xml:space="preserve"> </w:t>
            </w:r>
            <w:r>
              <w:rPr>
                <w:sz w:val="18"/>
              </w:rPr>
              <w:t>：把令牌</w:t>
            </w:r>
            <w:r>
              <w:rPr>
                <w:sz w:val="18"/>
              </w:rPr>
              <w:t xml:space="preserve"> </w:t>
            </w:r>
            <w:r>
              <w:rPr>
                <w:sz w:val="18"/>
              </w:rPr>
              <w:t>↔</w:t>
            </w:r>
            <w:r>
              <w:rPr>
                <w:sz w:val="18"/>
              </w:rPr>
              <w:t xml:space="preserve"> </w:t>
            </w:r>
            <w:r>
              <w:rPr>
                <w:sz w:val="18"/>
              </w:rPr>
              <w:t>开关、门</w:t>
            </w:r>
            <w:r>
              <w:rPr>
                <w:sz w:val="18"/>
              </w:rPr>
              <w:t xml:space="preserve"> </w:t>
            </w:r>
            <w:r>
              <w:rPr>
                <w:sz w:val="18"/>
              </w:rPr>
              <w:t>↔</w:t>
            </w:r>
            <w:r>
              <w:rPr>
                <w:sz w:val="18"/>
              </w:rPr>
              <w:t xml:space="preserve"> </w:t>
            </w:r>
            <w:r>
              <w:rPr>
                <w:sz w:val="18"/>
              </w:rPr>
              <w:t>灯、守门规则</w:t>
            </w:r>
            <w:r>
              <w:rPr>
                <w:sz w:val="18"/>
              </w:rPr>
              <w:t xml:space="preserve"> </w:t>
            </w:r>
            <w:r>
              <w:rPr>
                <w:sz w:val="18"/>
              </w:rPr>
              <w:t>↔</w:t>
            </w:r>
            <w:r>
              <w:rPr>
                <w:sz w:val="18"/>
              </w:rPr>
              <w:t xml:space="preserve"> </w:t>
            </w:r>
            <w:r>
              <w:rPr>
                <w:sz w:val="18"/>
              </w:rPr>
              <w:t>电路一一连线。抛出原话：</w:t>
            </w:r>
            <w:r>
              <w:rPr>
                <w:sz w:val="18"/>
              </w:rPr>
              <w:t xml:space="preserve"> </w:t>
            </w:r>
            <w:r>
              <w:rPr>
                <w:sz w:val="18"/>
              </w:rPr>
              <w:t>"</w:t>
            </w:r>
            <w:r>
              <w:rPr>
                <w:sz w:val="18"/>
              </w:rPr>
              <w:t xml:space="preserve"> </w:t>
            </w:r>
            <w:r>
              <w:rPr>
                <w:sz w:val="18"/>
              </w:rPr>
              <w:t>开关的</w:t>
            </w:r>
            <w:r>
              <w:rPr>
                <w:sz w:val="18"/>
              </w:rPr>
              <w:t xml:space="preserve"> </w:t>
            </w:r>
            <w:r>
              <w:rPr>
                <w:sz w:val="18"/>
              </w:rPr>
              <w:t>'</w:t>
            </w:r>
            <w:r>
              <w:rPr>
                <w:sz w:val="18"/>
              </w:rPr>
              <w:t xml:space="preserve"> </w:t>
            </w:r>
            <w:r>
              <w:rPr>
                <w:sz w:val="18"/>
              </w:rPr>
              <w:t>开</w:t>
            </w:r>
            <w:r>
              <w:rPr>
                <w:sz w:val="18"/>
              </w:rPr>
              <w:t xml:space="preserve"> </w:t>
            </w:r>
            <w:r>
              <w:rPr>
                <w:sz w:val="18"/>
              </w:rPr>
              <w:t>'</w:t>
            </w:r>
            <w:r>
              <w:rPr>
                <w:sz w:val="18"/>
              </w:rPr>
              <w:t xml:space="preserve"> </w:t>
            </w:r>
            <w:r>
              <w:rPr>
                <w:sz w:val="18"/>
              </w:rPr>
              <w:t>相当于什么？</w:t>
            </w:r>
            <w:r>
              <w:rPr>
                <w:sz w:val="18"/>
              </w:rPr>
              <w:t xml:space="preserve"> </w:t>
            </w:r>
            <w:r>
              <w:rPr>
                <w:sz w:val="18"/>
              </w:rPr>
              <w:t>""</w:t>
            </w:r>
            <w:r>
              <w:rPr>
                <w:sz w:val="18"/>
              </w:rPr>
              <w:t xml:space="preserve"> </w:t>
            </w:r>
            <w:r>
              <w:rPr>
                <w:sz w:val="18"/>
              </w:rPr>
              <w:t>灯亮就相当于门开。</w:t>
            </w:r>
            <w:r>
              <w:rPr>
                <w:sz w:val="18"/>
              </w:rPr>
              <w:t xml:space="preserve"> </w:t>
            </w:r>
            <w:r>
              <w:rPr>
                <w:sz w:val="18"/>
              </w:rPr>
              <w:t>"</w:t>
            </w:r>
            <w:r>
              <w:rPr>
                <w:sz w:val="18"/>
              </w:rPr>
              <w:t xml:space="preserve"> </w:t>
            </w:r>
            <w:r>
              <w:rPr>
                <w:sz w:val="18"/>
              </w:rPr>
              <w:t>引导学生悟出两个情境同构、真值相同。</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小组合作连线，用语言说明</w:t>
            </w:r>
            <w:r>
              <w:rPr>
                <w:sz w:val="18"/>
              </w:rPr>
              <w:t xml:space="preserve"> </w:t>
            </w:r>
            <w:r>
              <w:rPr>
                <w:sz w:val="18"/>
              </w:rPr>
              <w:t>"</w:t>
            </w:r>
            <w:r>
              <w:rPr>
                <w:sz w:val="18"/>
              </w:rPr>
              <w:t xml:space="preserve"> </w:t>
            </w:r>
            <w:r>
              <w:rPr>
                <w:sz w:val="18"/>
              </w:rPr>
              <w:t>我的令牌</w:t>
            </w:r>
            <w:r>
              <w:rPr>
                <w:sz w:val="18"/>
              </w:rPr>
              <w:t xml:space="preserve"> </w:t>
            </w:r>
            <w:r>
              <w:rPr>
                <w:sz w:val="18"/>
              </w:rPr>
              <w:t>=</w:t>
            </w:r>
            <w:r>
              <w:rPr>
                <w:sz w:val="18"/>
              </w:rPr>
              <w:t xml:space="preserve"> </w:t>
            </w:r>
            <w:r>
              <w:rPr>
                <w:sz w:val="18"/>
              </w:rPr>
              <w:t>开关、我的门</w:t>
            </w:r>
            <w:r>
              <w:rPr>
                <w:sz w:val="18"/>
              </w:rPr>
              <w:t xml:space="preserve"> </w:t>
            </w:r>
            <w:r>
              <w:rPr>
                <w:sz w:val="18"/>
              </w:rPr>
              <w:t>=</w:t>
            </w:r>
            <w:r>
              <w:rPr>
                <w:sz w:val="18"/>
              </w:rPr>
              <w:t xml:space="preserve"> </w:t>
            </w:r>
            <w:r>
              <w:rPr>
                <w:sz w:val="18"/>
              </w:rPr>
              <w:t>灯</w:t>
            </w:r>
            <w:r>
              <w:rPr>
                <w:sz w:val="18"/>
              </w:rPr>
              <w:t xml:space="preserve"> </w:t>
            </w:r>
            <w:r>
              <w:rPr>
                <w:sz w:val="18"/>
              </w:rPr>
              <w:t>"</w:t>
            </w:r>
            <w:r>
              <w:rPr>
                <w:sz w:val="18"/>
              </w:rPr>
              <w:t xml:space="preserve"> </w:t>
            </w:r>
            <w:r>
              <w:rPr>
                <w:sz w:val="18"/>
              </w:rPr>
              <w:t>；齐答</w:t>
            </w:r>
            <w:r>
              <w:rPr>
                <w:sz w:val="18"/>
              </w:rPr>
              <w:t xml:space="preserve"> </w:t>
            </w:r>
            <w:r>
              <w:rPr>
                <w:sz w:val="18"/>
              </w:rPr>
              <w:t>"</w:t>
            </w:r>
            <w:r>
              <w:rPr>
                <w:sz w:val="18"/>
              </w:rPr>
              <w:t xml:space="preserve"> </w:t>
            </w:r>
            <w:r>
              <w:rPr>
                <w:sz w:val="18"/>
              </w:rPr>
              <w:t>灯亮</w:t>
            </w:r>
            <w:r>
              <w:rPr>
                <w:sz w:val="18"/>
              </w:rPr>
              <w:t xml:space="preserve"> </w:t>
            </w:r>
            <w:r>
              <w:rPr>
                <w:sz w:val="18"/>
              </w:rPr>
              <w:t>=</w:t>
            </w:r>
            <w:r>
              <w:rPr>
                <w:sz w:val="18"/>
              </w:rPr>
              <w:t xml:space="preserve"> </w:t>
            </w:r>
            <w:r>
              <w:rPr>
                <w:sz w:val="18"/>
              </w:rPr>
              <w:t>门开</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落实笔记「连一连」，建立状态映射与同构思想。</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五、编码与运算对比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教师在两张表下用</w:t>
            </w:r>
            <w:r>
              <w:rPr>
                <w:sz w:val="18"/>
              </w:rPr>
              <w:t xml:space="preserve"> </w:t>
            </w:r>
            <w:r>
              <w:rPr>
                <w:sz w:val="18"/>
              </w:rPr>
              <w:t>"1"</w:t>
            </w:r>
            <w:r>
              <w:rPr>
                <w:sz w:val="18"/>
              </w:rPr>
              <w:t xml:space="preserve"> </w:t>
            </w:r>
            <w:r>
              <w:rPr>
                <w:sz w:val="18"/>
              </w:rPr>
              <w:t>表示</w:t>
            </w:r>
            <w:r>
              <w:rPr>
                <w:sz w:val="18"/>
              </w:rPr>
              <w:t xml:space="preserve"> </w:t>
            </w:r>
            <w:r>
              <w:rPr>
                <w:sz w:val="18"/>
              </w:rPr>
              <w:t>"</w:t>
            </w:r>
            <w:r>
              <w:rPr>
                <w:sz w:val="18"/>
              </w:rPr>
              <w:t xml:space="preserve"> </w:t>
            </w:r>
            <w:r>
              <w:rPr>
                <w:sz w:val="18"/>
              </w:rPr>
              <w:t>真</w:t>
            </w:r>
            <w:r>
              <w:rPr>
                <w:sz w:val="18"/>
              </w:rPr>
              <w:t xml:space="preserve"> </w:t>
            </w:r>
            <w:r>
              <w:rPr>
                <w:sz w:val="18"/>
              </w:rPr>
              <w:t>/</w:t>
            </w:r>
            <w:r>
              <w:rPr>
                <w:sz w:val="18"/>
              </w:rPr>
              <w:t xml:space="preserve"> </w:t>
            </w:r>
            <w:r>
              <w:rPr>
                <w:sz w:val="18"/>
              </w:rPr>
              <w:t>闭合</w:t>
            </w:r>
            <w:r>
              <w:rPr>
                <w:sz w:val="18"/>
              </w:rPr>
              <w:t xml:space="preserve"> </w:t>
            </w:r>
            <w:r>
              <w:rPr>
                <w:sz w:val="18"/>
              </w:rPr>
              <w:t>/</w:t>
            </w:r>
            <w:r>
              <w:rPr>
                <w:sz w:val="18"/>
              </w:rPr>
              <w:t xml:space="preserve"> </w:t>
            </w:r>
            <w:r>
              <w:rPr>
                <w:sz w:val="18"/>
              </w:rPr>
              <w:t>亮</w:t>
            </w:r>
            <w:r>
              <w:rPr>
                <w:sz w:val="18"/>
              </w:rPr>
              <w:t xml:space="preserve"> </w:t>
            </w:r>
            <w:r>
              <w:rPr>
                <w:sz w:val="18"/>
              </w:rPr>
              <w:t>"</w:t>
            </w:r>
            <w:r>
              <w:rPr>
                <w:sz w:val="18"/>
              </w:rPr>
              <w:t xml:space="preserve"> </w:t>
            </w:r>
            <w:r>
              <w:rPr>
                <w:sz w:val="18"/>
              </w:rPr>
              <w:t>、</w:t>
            </w:r>
            <w:r>
              <w:rPr>
                <w:sz w:val="18"/>
              </w:rPr>
              <w:t xml:space="preserve"> </w:t>
            </w:r>
            <w:r>
              <w:rPr>
                <w:sz w:val="18"/>
              </w:rPr>
              <w:t>"0"</w:t>
            </w:r>
            <w:r>
              <w:rPr>
                <w:sz w:val="18"/>
              </w:rPr>
              <w:t xml:space="preserve"> </w:t>
            </w:r>
            <w:r>
              <w:rPr>
                <w:sz w:val="18"/>
              </w:rPr>
              <w:t>表示</w:t>
            </w:r>
            <w:r>
              <w:rPr>
                <w:sz w:val="18"/>
              </w:rPr>
              <w:t xml:space="preserve"> </w:t>
            </w:r>
            <w:r>
              <w:rPr>
                <w:sz w:val="18"/>
              </w:rPr>
              <w:t>"</w:t>
            </w:r>
            <w:r>
              <w:rPr>
                <w:sz w:val="18"/>
              </w:rPr>
              <w:t xml:space="preserve"> </w:t>
            </w:r>
            <w:r>
              <w:rPr>
                <w:sz w:val="18"/>
              </w:rPr>
              <w:t>假</w:t>
            </w:r>
            <w:r>
              <w:rPr>
                <w:sz w:val="18"/>
              </w:rPr>
              <w:t xml:space="preserve"> </w:t>
            </w:r>
            <w:r>
              <w:rPr>
                <w:sz w:val="18"/>
              </w:rPr>
              <w:t>/</w:t>
            </w:r>
            <w:r>
              <w:rPr>
                <w:sz w:val="18"/>
              </w:rPr>
              <w:t xml:space="preserve"> </w:t>
            </w:r>
            <w:r>
              <w:rPr>
                <w:sz w:val="18"/>
              </w:rPr>
              <w:t>打开</w:t>
            </w:r>
            <w:r>
              <w:rPr>
                <w:sz w:val="18"/>
              </w:rPr>
              <w:t xml:space="preserve"> </w:t>
            </w:r>
            <w:r>
              <w:rPr>
                <w:sz w:val="18"/>
              </w:rPr>
              <w:t>/</w:t>
            </w:r>
            <w:r>
              <w:rPr>
                <w:sz w:val="18"/>
              </w:rPr>
              <w:t xml:space="preserve"> </w:t>
            </w:r>
            <w:r>
              <w:rPr>
                <w:sz w:val="18"/>
              </w:rPr>
              <w:t>不亮</w:t>
            </w:r>
            <w:r>
              <w:rPr>
                <w:sz w:val="18"/>
              </w:rPr>
              <w:t xml:space="preserve"> </w:t>
            </w:r>
            <w:r>
              <w:rPr>
                <w:sz w:val="18"/>
              </w:rPr>
              <w:t>"</w:t>
            </w:r>
            <w:r>
              <w:rPr>
                <w:sz w:val="18"/>
              </w:rPr>
              <w:t xml:space="preserve"> </w:t>
            </w:r>
            <w:r>
              <w:rPr>
                <w:sz w:val="18"/>
              </w:rPr>
              <w:t>，得到</w:t>
            </w:r>
            <w:r>
              <w:rPr>
                <w:sz w:val="18"/>
              </w:rPr>
              <w:t xml:space="preserve"> </w:t>
            </w:r>
            <w:r>
              <w:rPr>
                <w:sz w:val="18"/>
              </w:rPr>
              <w:t>0-1</w:t>
            </w:r>
            <w:r>
              <w:rPr>
                <w:sz w:val="18"/>
              </w:rPr>
              <w:t xml:space="preserve"> </w:t>
            </w:r>
            <w:r>
              <w:rPr>
                <w:sz w:val="18"/>
              </w:rPr>
              <w:t>表，点明</w:t>
            </w:r>
            <w:r>
              <w:rPr>
                <w:sz w:val="18"/>
              </w:rPr>
              <w:t xml:space="preserve"> </w:t>
            </w:r>
            <w:r>
              <w:rPr>
                <w:sz w:val="18"/>
              </w:rPr>
              <w:t>"</w:t>
            </w:r>
            <w:r>
              <w:rPr>
                <w:sz w:val="18"/>
              </w:rPr>
              <w:t xml:space="preserve"> </w:t>
            </w:r>
            <w:r>
              <w:rPr>
                <w:sz w:val="18"/>
              </w:rPr>
              <w:t>模拟</w:t>
            </w:r>
            <w:r>
              <w:rPr>
                <w:sz w:val="18"/>
              </w:rPr>
              <w:t xml:space="preserve"> </w:t>
            </w:r>
            <w:r>
              <w:rPr>
                <w:sz w:val="18"/>
              </w:rPr>
              <w:t>"</w:t>
            </w:r>
            <w:r>
              <w:rPr>
                <w:sz w:val="18"/>
              </w:rPr>
              <w:t xml:space="preserve"> </w:t>
            </w:r>
            <w:r>
              <w:rPr>
                <w:sz w:val="18"/>
              </w:rPr>
              <w:t>思想</w:t>
            </w:r>
            <w:r>
              <w:rPr>
                <w:sz w:val="18"/>
              </w:rPr>
              <w:t xml:space="preserve"> </w:t>
            </w:r>
            <w:r>
              <w:rPr>
                <w:sz w:val="18"/>
              </w:rPr>
              <w:t>"</w:t>
            </w:r>
            <w:r>
              <w:rPr>
                <w:sz w:val="18"/>
              </w:rPr>
              <w:t xml:space="preserve"> </w:t>
            </w:r>
            <w:r>
              <w:rPr>
                <w:sz w:val="18"/>
              </w:rPr>
              <w:t>对于理解什么是人工智能很重要</w:t>
            </w:r>
            <w:r>
              <w:rPr>
                <w:sz w:val="18"/>
              </w:rPr>
              <w:t xml:space="preserve"> </w:t>
            </w:r>
            <w:r>
              <w:rPr>
                <w:sz w:val="18"/>
              </w:rPr>
              <w:t>"</w:t>
            </w:r>
            <w:r>
              <w:rPr>
                <w:sz w:val="18"/>
              </w:rPr>
              <w:t xml:space="preserve"> </w:t>
            </w:r>
            <w:r>
              <w:rPr>
                <w:sz w:val="18"/>
              </w:rPr>
              <w:t>。再组织</w:t>
            </w:r>
            <w:r>
              <w:rPr>
                <w:sz w:val="18"/>
              </w:rPr>
              <w:t xml:space="preserve"> </w:t>
            </w:r>
            <w:r>
              <w:rPr>
                <w:sz w:val="18"/>
              </w:rPr>
              <w:t>"</w:t>
            </w:r>
            <w:r>
              <w:rPr>
                <w:sz w:val="18"/>
              </w:rPr>
              <w:t xml:space="preserve"> </w:t>
            </w:r>
            <w:r>
              <w:rPr>
                <w:sz w:val="18"/>
              </w:rPr>
              <w:t>想一想：</w:t>
            </w:r>
            <w:r>
              <w:rPr>
                <w:sz w:val="18"/>
              </w:rPr>
              <w:t xml:space="preserve"> </w:t>
            </w:r>
            <w:r>
              <w:rPr>
                <w:sz w:val="18"/>
              </w:rPr>
              <w:t xml:space="preserve">1+1=2 </w:t>
            </w:r>
            <w:r>
              <w:rPr>
                <w:sz w:val="18"/>
              </w:rPr>
              <w:t xml:space="preserve"> </w:t>
            </w:r>
            <w:r>
              <w:rPr>
                <w:sz w:val="18"/>
              </w:rPr>
              <w:t>与</w:t>
            </w:r>
            <w:r>
              <w:rPr>
                <w:sz w:val="18"/>
              </w:rPr>
              <w:t xml:space="preserve"> </w:t>
            </w:r>
            <w:r>
              <w:rPr>
                <w:sz w:val="18"/>
              </w:rPr>
              <w:t xml:space="preserve"> 1∧1=1 </w:t>
            </w:r>
            <w:r>
              <w:rPr>
                <w:sz w:val="18"/>
              </w:rPr>
              <w:t xml:space="preserve"> </w:t>
            </w:r>
            <w:r>
              <w:rPr>
                <w:sz w:val="18"/>
              </w:rPr>
              <w:t>的相同点和不同点</w:t>
            </w:r>
            <w:r>
              <w:rPr>
                <w:sz w:val="18"/>
              </w:rPr>
              <w:t xml:space="preserve"> </w:t>
            </w:r>
            <w:r>
              <w:rPr>
                <w:sz w:val="18"/>
              </w:rPr>
              <w:t>"</w:t>
            </w:r>
            <w:r>
              <w:rPr>
                <w:sz w:val="18"/>
              </w:rPr>
              <w:t xml:space="preserve"> </w:t>
            </w:r>
            <w:r>
              <w:rPr>
                <w:sz w:val="18"/>
              </w:rPr>
              <w:t>，引出</w:t>
            </w:r>
            <w:r>
              <w:rPr>
                <w:sz w:val="18"/>
              </w:rPr>
              <w:t xml:space="preserve"> </w:t>
            </w:r>
            <w:r>
              <w:rPr>
                <w:sz w:val="18"/>
              </w:rPr>
              <w:t xml:space="preserve"> 1∧1=1</w:t>
            </w:r>
            <w:r>
              <w:rPr>
                <w:sz w:val="18"/>
              </w:rPr>
              <w:t xml:space="preserve"> </w:t>
            </w:r>
            <w:r>
              <w:rPr>
                <w:sz w:val="18"/>
              </w:rPr>
              <w:t>（与）、</w:t>
            </w:r>
            <w:r>
              <w:rPr>
                <w:sz w:val="18"/>
              </w:rPr>
              <w:t xml:space="preserve"> </w:t>
            </w:r>
            <w:r>
              <w:rPr>
                <w:sz w:val="18"/>
              </w:rPr>
              <w:t>1∨1=1</w:t>
            </w:r>
            <w:r>
              <w:rPr>
                <w:sz w:val="18"/>
              </w:rPr>
              <w:t xml:space="preserve"> </w:t>
            </w:r>
            <w:r>
              <w:rPr>
                <w:sz w:val="18"/>
              </w:rPr>
              <w:t>（或）、</w:t>
            </w:r>
            <w:r>
              <w:rPr>
                <w:sz w:val="18"/>
              </w:rPr>
              <w:t xml:space="preserve"> </w:t>
            </w:r>
            <w:r>
              <w:rPr>
                <w:sz w:val="18"/>
              </w:rPr>
              <w:t>¬1=0</w:t>
            </w:r>
            <w:r>
              <w:rPr>
                <w:sz w:val="18"/>
              </w:rPr>
              <w:t xml:space="preserve"> </w:t>
            </w:r>
            <w:r>
              <w:rPr>
                <w:sz w:val="18"/>
              </w:rPr>
              <w:t>（非），与四则运算并列对比：</w:t>
            </w:r>
            <w:r>
              <w:rPr>
                <w:sz w:val="18"/>
              </w:rPr>
              <w:t xml:space="preserve"> </w:t>
            </w:r>
            <w:r>
              <w:rPr>
                <w:sz w:val="18"/>
              </w:rPr>
              <w:t>"</w:t>
            </w:r>
            <w:r>
              <w:rPr>
                <w:sz w:val="18"/>
              </w:rPr>
              <w:t xml:space="preserve"> </w:t>
            </w:r>
            <w:r>
              <w:rPr>
                <w:sz w:val="18"/>
              </w:rPr>
              <w:t>四则运算是出于计数的需要（如数屋里一共几人），而逻辑运算是用数学来表示门的状态。</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跟着把真</w:t>
            </w:r>
            <w:r>
              <w:rPr>
                <w:sz w:val="18"/>
              </w:rPr>
              <w:t xml:space="preserve"> </w:t>
            </w:r>
            <w:r>
              <w:rPr>
                <w:sz w:val="18"/>
              </w:rPr>
              <w:t>/</w:t>
            </w:r>
            <w:r>
              <w:rPr>
                <w:sz w:val="18"/>
              </w:rPr>
              <w:t xml:space="preserve"> </w:t>
            </w:r>
            <w:r>
              <w:rPr>
                <w:sz w:val="18"/>
              </w:rPr>
              <w:t>假译成</w:t>
            </w:r>
            <w:r>
              <w:rPr>
                <w:sz w:val="18"/>
              </w:rPr>
              <w:t xml:space="preserve"> </w:t>
            </w:r>
            <w:r>
              <w:rPr>
                <w:sz w:val="18"/>
              </w:rPr>
              <w:t>1/0</w:t>
            </w:r>
            <w:r>
              <w:rPr>
                <w:sz w:val="18"/>
              </w:rPr>
              <w:t xml:space="preserve"> </w:t>
            </w:r>
            <w:r>
              <w:rPr>
                <w:sz w:val="18"/>
              </w:rPr>
              <w:t>；思考并说</w:t>
            </w:r>
            <w:r>
              <w:rPr>
                <w:sz w:val="18"/>
              </w:rPr>
              <w:t xml:space="preserve"> </w:t>
            </w:r>
            <w:r>
              <w:rPr>
                <w:sz w:val="18"/>
              </w:rPr>
              <w:t>"1+1=2</w:t>
            </w:r>
            <w:r>
              <w:rPr>
                <w:sz w:val="18"/>
              </w:rPr>
              <w:t xml:space="preserve"> </w:t>
            </w:r>
            <w:r>
              <w:rPr>
                <w:sz w:val="18"/>
              </w:rPr>
              <w:t>是算人数，</w:t>
            </w:r>
            <w:r>
              <w:rPr>
                <w:sz w:val="18"/>
              </w:rPr>
              <w:t xml:space="preserve"> </w:t>
            </w:r>
            <w:r>
              <w:rPr>
                <w:sz w:val="18"/>
              </w:rPr>
              <w:t>1∧1=1</w:t>
            </w:r>
            <w:r>
              <w:rPr>
                <w:sz w:val="18"/>
              </w:rPr>
              <w:t xml:space="preserve"> </w:t>
            </w:r>
            <w:r>
              <w:rPr>
                <w:sz w:val="18"/>
              </w:rPr>
              <w:t>是门开没开</w:t>
            </w:r>
            <w:r>
              <w:rPr>
                <w:sz w:val="18"/>
              </w:rPr>
              <w:t xml:space="preserve"> </w:t>
            </w:r>
            <w:r>
              <w:rPr>
                <w:sz w:val="18"/>
              </w:rPr>
              <w:t>"</w:t>
            </w:r>
            <w:r>
              <w:rPr>
                <w:sz w:val="18"/>
              </w:rPr>
              <w:t xml:space="preserve"> </w:t>
            </w:r>
            <w:r>
              <w:rPr>
                <w:sz w:val="18"/>
              </w:rPr>
              <w:t>；在练习单写三个逻辑符号。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落实笔记编码与对比，突破算术</w:t>
            </w:r>
            <w:r>
              <w:rPr>
                <w:sz w:val="18"/>
              </w:rPr>
              <w:t xml:space="preserve"> </w:t>
            </w:r>
            <w:r>
              <w:rPr>
                <w:sz w:val="18"/>
              </w:rPr>
              <w:t>→</w:t>
            </w:r>
            <w:r>
              <w:rPr>
                <w:sz w:val="18"/>
              </w:rPr>
              <w:t xml:space="preserve"> </w:t>
            </w:r>
            <w:r>
              <w:rPr>
                <w:sz w:val="18"/>
              </w:rPr>
              <w:t>逻辑的思维跃迁。</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六、提升到</w:t>
            </w:r>
            <w:r>
              <w:rPr>
                <w:sz w:val="18"/>
              </w:rPr>
              <w:t xml:space="preserve"> </w:t>
            </w:r>
            <w:r>
              <w:rPr>
                <w:sz w:val="18"/>
              </w:rPr>
              <w:t>AI</w:t>
            </w:r>
            <w:r>
              <w:rPr>
                <w:sz w:val="18"/>
              </w:rPr>
              <w:t xml:space="preserve"> </w:t>
            </w:r>
            <w:r>
              <w:rPr>
                <w:sz w:val="18"/>
              </w:rPr>
              <w:t>本源</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w:t>
            </w:r>
            <w:r>
              <w:rPr>
                <w:sz w:val="18"/>
              </w:rPr>
              <w:t xml:space="preserve"> </w:t>
            </w:r>
            <w:r>
              <w:rPr>
                <w:sz w:val="18"/>
              </w:rPr>
              <w:t>NOT/AND/OR/XOR</w:t>
            </w:r>
            <w:r>
              <w:rPr>
                <w:sz w:val="18"/>
              </w:rPr>
              <w:t xml:space="preserve"> </w:t>
            </w:r>
            <w:r>
              <w:rPr>
                <w:sz w:val="18"/>
              </w:rPr>
              <w:t>真值表与门电路符号图，讲：</w:t>
            </w:r>
            <w:r>
              <w:rPr>
                <w:sz w:val="18"/>
              </w:rPr>
              <w:t xml:space="preserve"> </w:t>
            </w:r>
            <w:r>
              <w:rPr>
                <w:sz w:val="18"/>
              </w:rPr>
              <w:t>"</w:t>
            </w:r>
            <w:r>
              <w:rPr>
                <w:sz w:val="18"/>
              </w:rPr>
              <w:t xml:space="preserve"> </w:t>
            </w:r>
            <w:r>
              <w:rPr>
                <w:sz w:val="18"/>
              </w:rPr>
              <w:t>二进制是计算机科学的</w:t>
            </w:r>
            <w:r>
              <w:rPr>
                <w:sz w:val="18"/>
              </w:rPr>
              <w:t xml:space="preserve"> </w:t>
            </w:r>
            <w:r>
              <w:rPr>
                <w:sz w:val="18"/>
              </w:rPr>
              <w:t>'ABC'</w:t>
            </w:r>
            <w:r>
              <w:rPr>
                <w:sz w:val="18"/>
              </w:rPr>
              <w:t xml:space="preserve"> </w:t>
            </w:r>
            <w:r>
              <w:rPr>
                <w:sz w:val="18"/>
              </w:rPr>
              <w:t>，人工智能的</w:t>
            </w:r>
            <w:r>
              <w:rPr>
                <w:sz w:val="18"/>
              </w:rPr>
              <w:t xml:space="preserve"> </w:t>
            </w:r>
            <w:r>
              <w:rPr>
                <w:sz w:val="18"/>
              </w:rPr>
              <w:t>'ABC'</w:t>
            </w:r>
            <w:r>
              <w:rPr>
                <w:sz w:val="18"/>
              </w:rPr>
              <w:t xml:space="preserve"> </w:t>
            </w:r>
            <w:r>
              <w:rPr>
                <w:sz w:val="18"/>
              </w:rPr>
              <w:t>。</w:t>
            </w:r>
            <w:r>
              <w:rPr>
                <w:sz w:val="18"/>
              </w:rPr>
              <w:t xml:space="preserve"> </w:t>
            </w:r>
            <w:r>
              <w:rPr>
                <w:sz w:val="18"/>
              </w:rPr>
              <w:t>"</w:t>
            </w:r>
            <w:r>
              <w:rPr>
                <w:sz w:val="18"/>
              </w:rPr>
              <w:t xml:space="preserve"> </w:t>
            </w:r>
            <w:r>
              <w:rPr>
                <w:sz w:val="18"/>
              </w:rPr>
              <w:t>展示神经元与开关对照图：</w:t>
            </w:r>
            <w:r>
              <w:rPr>
                <w:sz w:val="18"/>
              </w:rPr>
              <w:t xml:space="preserve"> </w:t>
            </w:r>
            <w:r>
              <w:rPr>
                <w:sz w:val="18"/>
              </w:rPr>
              <w:t>"</w:t>
            </w:r>
            <w:r>
              <w:rPr>
                <w:sz w:val="18"/>
              </w:rPr>
              <w:t xml:space="preserve"> </w:t>
            </w:r>
            <w:r>
              <w:rPr>
                <w:sz w:val="18"/>
              </w:rPr>
              <w:t>一块芯片上不管集成多少个电路，它遵从的都是这三种基本的逻辑运算规则</w:t>
            </w:r>
            <w:r>
              <w:rPr>
                <w:sz w:val="18"/>
              </w:rPr>
              <w:t xml:space="preserve"> </w:t>
            </w:r>
            <w:r>
              <w:rPr>
                <w:sz w:val="18"/>
              </w:rPr>
              <w:t>"</w:t>
            </w:r>
            <w:r>
              <w:rPr>
                <w:sz w:val="18"/>
              </w:rPr>
              <w:t xml:space="preserve"> </w:t>
            </w:r>
            <w:r>
              <w:rPr>
                <w:sz w:val="18"/>
              </w:rPr>
              <w:t>，即逻辑电路；引麦卡洛克和皮茨模型说明神经元如何体现布尔逻辑。</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看符号图与神经元图，听教师点到即止地提升，建立</w:t>
            </w:r>
            <w:r>
              <w:rPr>
                <w:sz w:val="18"/>
              </w:rPr>
              <w:t xml:space="preserve"> </w:t>
            </w:r>
            <w:r>
              <w:rPr>
                <w:sz w:val="18"/>
              </w:rPr>
              <w:t>"AI</w:t>
            </w:r>
            <w:r>
              <w:rPr>
                <w:sz w:val="18"/>
              </w:rPr>
              <w:t xml:space="preserve"> </w:t>
            </w:r>
            <w:r>
              <w:rPr>
                <w:sz w:val="18"/>
              </w:rPr>
              <w:t>的</w:t>
            </w:r>
            <w:r>
              <w:rPr>
                <w:sz w:val="18"/>
              </w:rPr>
              <w:t xml:space="preserve"> </w:t>
            </w:r>
            <w:r>
              <w:rPr>
                <w:sz w:val="18"/>
              </w:rPr>
              <w:t>ABC"</w:t>
            </w:r>
            <w:r>
              <w:rPr>
                <w:sz w:val="18"/>
              </w:rPr>
              <w:t xml:space="preserve"> </w:t>
            </w:r>
            <w:r>
              <w:rPr>
                <w:sz w:val="18"/>
              </w:rPr>
              <w:t>印象。</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落实笔记提升段，把逻辑运算锚定到</w:t>
            </w:r>
            <w:r>
              <w:rPr>
                <w:sz w:val="18"/>
              </w:rPr>
              <w:t xml:space="preserve"> </w:t>
            </w:r>
            <w:r>
              <w:rPr>
                <w:sz w:val="18"/>
              </w:rPr>
              <w:t>AI</w:t>
            </w:r>
            <w:r>
              <w:rPr>
                <w:sz w:val="18"/>
              </w:rPr>
              <w:t xml:space="preserve"> </w:t>
            </w:r>
            <w:r>
              <w:rPr>
                <w:sz w:val="18"/>
              </w:rPr>
              <w:t>底层，留探究空间。</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七、总结评价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回顾四环节链条，强调</w:t>
            </w:r>
            <w:r>
              <w:rPr>
                <w:sz w:val="18"/>
              </w:rPr>
              <w:t xml:space="preserve"> </w:t>
            </w:r>
            <w:r>
              <w:rPr>
                <w:sz w:val="18"/>
              </w:rPr>
              <w:t>"</w:t>
            </w:r>
            <w:r>
              <w:rPr>
                <w:sz w:val="18"/>
              </w:rPr>
              <w:t xml:space="preserve"> </w:t>
            </w:r>
            <w:r>
              <w:rPr>
                <w:sz w:val="18"/>
              </w:rPr>
              <w:t>逻辑运算是人工智能的第一课</w:t>
            </w:r>
            <w:r>
              <w:rPr>
                <w:sz w:val="18"/>
              </w:rPr>
              <w:t xml:space="preserve"> </w:t>
            </w:r>
            <w:r>
              <w:rPr>
                <w:sz w:val="18"/>
              </w:rPr>
              <w:t>"</w:t>
            </w:r>
            <w:r>
              <w:rPr>
                <w:sz w:val="18"/>
              </w:rPr>
              <w:t xml:space="preserve"> </w:t>
            </w:r>
            <w:r>
              <w:rPr>
                <w:sz w:val="18"/>
              </w:rPr>
              <w:t>；布置分层作业，收回电路材料。</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随教师口述复述链条；整理桌面。</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收束全课，强化主线。</w:t>
            </w:r>
          </w:p>
        </w:tc>
      </w:tr>
    </w:tbl>
    <w:p>
      <w:pPr>
        <w:pStyle w:val="Heading3"/>
      </w:pPr>
      <w:r>
        <w:rPr>
          <w:rFonts w:ascii="微软雅黑" w:hAnsi="微软雅黑" w:eastAsia="微软雅黑" w:cs="微软雅黑" w:hint="eastAsia"/>
          <w:b w:val="0"/>
          <w:color w:val="1A237E"/>
          <w:sz w:val="20"/>
          <w:lang w:eastAsia="zh-CN"/>
        </w:rPr>
        <w:t>五、课堂互动设计（递进式）</w:t>
      </w:r>
    </w:p>
    <w:p>
      <w:pPr>
        <w:pStyle w:val="ListBullet"/>
        <w:spacing w:after="72"/>
      </w:pPr>
      <w:r>
        <w:rPr>
          <w:rFonts w:ascii="微软雅黑" w:eastAsia="微软雅黑" w:hAnsi="微软雅黑" w:cs="微软雅黑" w:hint="eastAsia"/>
          <w:b/>
          <w:lang w:eastAsia="zh-CN"/>
        </w:rPr>
        <w:t>导入互动</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分钟</w:t>
      </w:r>
      <w:r>
        <w:t>·</w:t>
      </w:r>
      <w:r>
        <w:rPr>
          <w:rFonts w:ascii="微软雅黑" w:eastAsia="微软雅黑" w:hAnsi="微软雅黑" w:cs="微软雅黑" w:hint="eastAsia"/>
          <w:lang w:eastAsia="zh-CN"/>
        </w:rPr>
        <w:t>全班猜想）：教师讲完</w:t>
      </w:r>
      <w:r>
        <w:t>"</w:t>
      </w:r>
      <w:r>
        <w:rPr>
          <w:rFonts w:ascii="微软雅黑" w:eastAsia="微软雅黑" w:hAnsi="微软雅黑" w:cs="微软雅黑" w:hint="eastAsia"/>
          <w:lang w:eastAsia="zh-CN"/>
        </w:rPr>
        <w:t>芝麻开门</w:t>
      </w:r>
      <w:r>
        <w:t>"</w:t>
      </w:r>
      <w:r>
        <w:rPr>
          <w:rFonts w:ascii="微软雅黑" w:eastAsia="微软雅黑" w:hAnsi="微软雅黑" w:cs="微软雅黑" w:hint="eastAsia"/>
          <w:lang w:eastAsia="zh-CN"/>
        </w:rPr>
        <w:t>问</w:t>
      </w:r>
      <w:r>
        <w:t>"</w:t>
      </w:r>
      <w:r>
        <w:rPr>
          <w:rFonts w:ascii="微软雅黑" w:eastAsia="微软雅黑" w:hAnsi="微软雅黑" w:cs="微软雅黑" w:hint="eastAsia"/>
          <w:lang w:eastAsia="zh-CN"/>
        </w:rPr>
        <w:t>如果是两个人守门，要怎样才开？</w:t>
      </w:r>
      <w:r>
        <w:t>"——</w:t>
      </w:r>
      <w:r>
        <w:rPr>
          <w:rFonts w:ascii="微软雅黑" w:eastAsia="微软雅黑" w:hAnsi="微软雅黑" w:cs="微软雅黑" w:hint="eastAsia"/>
          <w:lang w:eastAsia="zh-CN"/>
        </w:rPr>
        <w:t>举手表决</w:t>
      </w:r>
      <w:r>
        <w:t>"</w:t>
      </w:r>
      <w:r>
        <w:rPr>
          <w:rFonts w:ascii="微软雅黑" w:eastAsia="微软雅黑" w:hAnsi="微软雅黑" w:cs="微软雅黑" w:hint="eastAsia"/>
          <w:lang w:eastAsia="zh-CN"/>
        </w:rPr>
        <w:t>两人都喊暗号</w:t>
      </w:r>
      <w:r>
        <w:t>/</w:t>
      </w:r>
      <w:r>
        <w:rPr>
          <w:rFonts w:ascii="微软雅黑" w:eastAsia="微软雅黑" w:hAnsi="微软雅黑" w:cs="微软雅黑" w:hint="eastAsia"/>
          <w:lang w:eastAsia="zh-CN"/>
        </w:rPr>
        <w:t>一人喊就行</w:t>
      </w:r>
      <w:r>
        <w:t>"</w:t>
      </w:r>
      <w:r>
        <w:rPr>
          <w:rFonts w:ascii="微软雅黑" w:eastAsia="微软雅黑" w:hAnsi="微软雅黑" w:cs="微软雅黑" w:hint="eastAsia"/>
          <w:lang w:eastAsia="zh-CN"/>
        </w:rPr>
        <w:t>，制造认知冲突。</w:t>
      </w:r>
    </w:p>
    <w:p>
      <w:pPr>
        <w:pStyle w:val="ListBullet"/>
        <w:spacing w:after="72"/>
      </w:pPr>
      <w:r>
        <w:rPr>
          <w:rFonts w:ascii="微软雅黑" w:eastAsia="微软雅黑" w:hAnsi="微软雅黑" w:cs="微软雅黑" w:hint="eastAsia"/>
          <w:b/>
          <w:lang w:eastAsia="zh-CN"/>
        </w:rPr>
        <w:t>探究互动</w:t>
      </w:r>
      <w:r>
        <w:rPr>
          <w:rFonts w:ascii="微软雅黑" w:eastAsia="微软雅黑" w:hAnsi="微软雅黑" w:cs="微软雅黑" w:hint="eastAsia"/>
          <w:lang w:eastAsia="zh-CN"/>
        </w:rPr>
        <w:t>（活动一内嵌</w:t>
      </w:r>
      <w:r>
        <w:t>·3</w:t>
      </w:r>
      <w:r>
        <w:rPr>
          <w:rFonts w:ascii="微软雅黑" w:eastAsia="微软雅黑" w:hAnsi="微软雅黑" w:cs="微软雅黑" w:hint="eastAsia"/>
          <w:lang w:eastAsia="zh-CN"/>
        </w:rPr>
        <w:t>分钟）：每出一组合，邻座互猜结果再验证；</w:t>
      </w:r>
      <w:r>
        <w:t>"</w:t>
      </w:r>
      <w:r>
        <w:rPr>
          <w:rFonts w:ascii="微软雅黑" w:eastAsia="微软雅黑" w:hAnsi="微软雅黑" w:cs="微软雅黑" w:hint="eastAsia"/>
          <w:lang w:eastAsia="zh-CN"/>
        </w:rPr>
        <w:t>真假、假真、假假</w:t>
      </w:r>
      <w:r>
        <w:t>"</w:t>
      </w:r>
      <w:r>
        <w:rPr>
          <w:rFonts w:ascii="微软雅黑" w:eastAsia="微软雅黑" w:hAnsi="微软雅黑" w:cs="微软雅黑" w:hint="eastAsia"/>
          <w:lang w:eastAsia="zh-CN"/>
        </w:rPr>
        <w:t>三组中，同桌抢答</w:t>
      </w:r>
      <w:r>
        <w:t>"</w:t>
      </w:r>
      <w:r>
        <w:rPr>
          <w:rFonts w:ascii="微软雅黑" w:eastAsia="微软雅黑" w:hAnsi="微软雅黑" w:cs="微软雅黑" w:hint="eastAsia"/>
          <w:lang w:eastAsia="zh-CN"/>
        </w:rPr>
        <w:t>这次过不过</w:t>
      </w:r>
      <w:r>
        <w:t>"</w:t>
      </w:r>
      <w:r>
        <w:rPr>
          <w:rFonts w:ascii="微软雅黑" w:eastAsia="微软雅黑" w:hAnsi="微软雅黑" w:cs="微软雅黑" w:hint="eastAsia"/>
          <w:lang w:eastAsia="zh-CN"/>
        </w:rPr>
        <w:t>，训练真值直觉。</w:t>
      </w:r>
    </w:p>
    <w:p>
      <w:pPr>
        <w:pStyle w:val="ListBullet"/>
        <w:spacing w:after="72"/>
      </w:pPr>
      <w:r>
        <w:rPr>
          <w:rFonts w:ascii="微软雅黑" w:eastAsia="微软雅黑" w:hAnsi="微软雅黑" w:cs="微软雅黑" w:hint="eastAsia"/>
          <w:b/>
          <w:lang w:eastAsia="zh-CN"/>
        </w:rPr>
        <w:t>应用互动</w:t>
      </w:r>
      <w:r>
        <w:rPr>
          <w:rFonts w:ascii="微软雅黑" w:eastAsia="微软雅黑" w:hAnsi="微软雅黑" w:cs="微软雅黑" w:hint="eastAsia"/>
          <w:lang w:eastAsia="zh-CN"/>
        </w:rPr>
        <w:t>（连一连</w:t>
      </w:r>
      <w:r>
        <w:t>·3</w:t>
      </w:r>
      <w:r>
        <w:rPr>
          <w:rFonts w:ascii="微软雅黑" w:eastAsia="微软雅黑" w:hAnsi="微软雅黑" w:cs="微软雅黑" w:hint="eastAsia"/>
          <w:lang w:eastAsia="zh-CN"/>
        </w:rPr>
        <w:t>分钟</w:t>
      </w:r>
      <w:r>
        <w:t>·4</w:t>
      </w:r>
      <w:r>
        <w:rPr>
          <w:rFonts w:ascii="微软雅黑" w:eastAsia="微软雅黑" w:hAnsi="微软雅黑" w:cs="微软雅黑" w:hint="eastAsia"/>
          <w:lang w:eastAsia="zh-CN"/>
        </w:rPr>
        <w:t>人小组）：小组竞赛连线三对卡片，最快且正确的组解释</w:t>
      </w:r>
      <w:r>
        <w:t>"</w:t>
      </w:r>
      <w:r>
        <w:rPr>
          <w:rFonts w:ascii="微软雅黑" w:eastAsia="微软雅黑" w:hAnsi="微软雅黑" w:cs="微软雅黑" w:hint="eastAsia"/>
          <w:lang w:eastAsia="zh-CN"/>
        </w:rPr>
        <w:t>为什么令牌</w:t>
      </w:r>
      <w:r>
        <w:t>=</w:t>
      </w:r>
      <w:r>
        <w:rPr>
          <w:rFonts w:ascii="微软雅黑" w:eastAsia="微软雅黑" w:hAnsi="微软雅黑" w:cs="微软雅黑" w:hint="eastAsia"/>
          <w:lang w:eastAsia="zh-CN"/>
        </w:rPr>
        <w:t>开关</w:t>
      </w:r>
      <w:r>
        <w:t>"</w:t>
      </w:r>
      <w:r>
        <w:rPr>
          <w:rFonts w:ascii="微软雅黑" w:eastAsia="微软雅黑" w:hAnsi="微软雅黑" w:cs="微软雅黑" w:hint="eastAsia"/>
          <w:lang w:eastAsia="zh-CN"/>
        </w:rPr>
        <w:t>，锻炼同构表达。</w:t>
      </w:r>
    </w:p>
    <w:p>
      <w:pPr>
        <w:pStyle w:val="ListBullet"/>
        <w:spacing w:after="72"/>
      </w:pPr>
      <w:r>
        <w:rPr>
          <w:rFonts w:ascii="微软雅黑" w:eastAsia="微软雅黑" w:hAnsi="微软雅黑" w:cs="微软雅黑" w:hint="eastAsia"/>
          <w:b/>
          <w:lang w:eastAsia="zh-CN"/>
        </w:rPr>
        <w:t>总结互动</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分钟</w:t>
      </w:r>
      <w:r>
        <w:t>·</w:t>
      </w:r>
      <w:r>
        <w:rPr>
          <w:rFonts w:ascii="微软雅黑" w:eastAsia="微软雅黑" w:hAnsi="微软雅黑" w:cs="微软雅黑" w:hint="eastAsia"/>
          <w:lang w:eastAsia="zh-CN"/>
        </w:rPr>
        <w:t>手势表决）：教师问</w:t>
      </w:r>
      <w:r>
        <w:t>"</w:t>
      </w:r>
      <w:r>
        <w:rPr>
          <w:rFonts w:ascii="微软雅黑" w:eastAsia="微软雅黑" w:hAnsi="微软雅黑" w:cs="微软雅黑" w:hint="eastAsia"/>
          <w:lang w:eastAsia="zh-CN"/>
        </w:rPr>
        <w:t>逻辑运算和四则运算，哪个是数人数、哪个是看门开没开？</w:t>
      </w:r>
      <w:r>
        <w:t>"——</w:t>
      </w:r>
      <w:r>
        <w:rPr>
          <w:rFonts w:ascii="微软雅黑" w:eastAsia="微软雅黑" w:hAnsi="微软雅黑" w:cs="微软雅黑" w:hint="eastAsia"/>
          <w:lang w:eastAsia="zh-CN"/>
        </w:rPr>
        <w:t>左手比</w:t>
      </w:r>
      <w:r>
        <w:t>"</w:t>
      </w:r>
      <w:r>
        <w:rPr>
          <w:rFonts w:ascii="微软雅黑" w:eastAsia="微软雅黑" w:hAnsi="微软雅黑" w:cs="微软雅黑" w:hint="eastAsia"/>
          <w:lang w:eastAsia="zh-CN"/>
        </w:rPr>
        <w:t>数数</w:t>
      </w:r>
      <w:r>
        <w:t>"</w:t>
      </w:r>
      <w:r>
        <w:rPr>
          <w:rFonts w:ascii="微软雅黑" w:eastAsia="微软雅黑" w:hAnsi="微软雅黑" w:cs="微软雅黑" w:hint="eastAsia"/>
          <w:lang w:eastAsia="zh-CN"/>
        </w:rPr>
        <w:t>、右手比</w:t>
      </w:r>
      <w:r>
        <w:t>"</w:t>
      </w:r>
      <w:r>
        <w:rPr>
          <w:rFonts w:ascii="微软雅黑" w:eastAsia="微软雅黑" w:hAnsi="微软雅黑" w:cs="微软雅黑" w:hint="eastAsia"/>
          <w:lang w:eastAsia="zh-CN"/>
        </w:rPr>
        <w:t>门</w:t>
      </w:r>
      <w:r>
        <w:t>"</w:t>
      </w:r>
      <w:r>
        <w:rPr>
          <w:rFonts w:ascii="微软雅黑" w:eastAsia="微软雅黑" w:hAnsi="微软雅黑" w:cs="微软雅黑" w:hint="eastAsia"/>
          <w:lang w:eastAsia="zh-CN"/>
        </w:rPr>
        <w:t>，全班同步做，巩固对比。</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芝麻开门</w:t>
            </w:r>
            <w:r>
              <w:rPr>
                <w:sz w:val="18"/>
              </w:rPr>
              <w:t xml:space="preserve"> </w:t>
            </w:r>
            <w:r>
              <w:rPr>
                <w:sz w:val="18"/>
              </w:rPr>
              <w:t>"</w:t>
            </w:r>
            <w:r>
              <w:rPr>
                <w:sz w:val="18"/>
              </w:rPr>
              <w:t xml:space="preserve"> </w:t>
            </w:r>
            <w:r>
              <w:rPr>
                <w:sz w:val="18"/>
              </w:rPr>
              <w:t>里，两个人要怎样出牌门才开？</w:t>
            </w:r>
            <w:r>
              <w:rPr>
                <w:sz w:val="18"/>
              </w:rPr>
              <w:t xml:space="preserve"> </w:t>
            </w:r>
            <w:r>
              <w:rPr>
                <w:sz w:val="18"/>
              </w:rPr>
              <w:t>②</w:t>
            </w:r>
            <w:r>
              <w:rPr>
                <w:sz w:val="18"/>
              </w:rPr>
              <w:t xml:space="preserve"> </w:t>
            </w:r>
            <w:r>
              <w:rPr>
                <w:sz w:val="18"/>
              </w:rPr>
              <w:t>灯泡电路里，几个开关都闭合灯才亮？</w:t>
            </w:r>
            <w:r>
              <w:rPr>
                <w:sz w:val="18"/>
              </w:rPr>
              <w:t xml:space="preserve"> </w:t>
            </w:r>
            <w:r>
              <w:rPr>
                <w:sz w:val="18"/>
              </w:rPr>
              <w:t>③</w:t>
            </w:r>
            <w:r>
              <w:rPr>
                <w:sz w:val="18"/>
              </w:rPr>
              <w:t xml:space="preserve"> </w:t>
            </w:r>
            <w:r>
              <w:rPr>
                <w:sz w:val="18"/>
              </w:rPr>
              <w:t>我们用</w:t>
            </w:r>
            <w:r>
              <w:rPr>
                <w:sz w:val="18"/>
              </w:rPr>
              <w:t xml:space="preserve"> </w:t>
            </w:r>
            <w:r>
              <w:rPr>
                <w:sz w:val="18"/>
              </w:rPr>
              <w:t>"1"</w:t>
            </w:r>
            <w:r>
              <w:rPr>
                <w:sz w:val="18"/>
              </w:rPr>
              <w:t xml:space="preserve"> </w:t>
            </w:r>
            <w:r>
              <w:rPr>
                <w:sz w:val="18"/>
              </w:rPr>
              <w:t>表示什么、</w:t>
            </w:r>
            <w:r>
              <w:rPr>
                <w:sz w:val="18"/>
              </w:rPr>
              <w:t xml:space="preserve"> </w:t>
            </w:r>
            <w:r>
              <w:rPr>
                <w:sz w:val="18"/>
              </w:rPr>
              <w:t>"0"</w:t>
            </w:r>
            <w:r>
              <w:rPr>
                <w:sz w:val="18"/>
              </w:rPr>
              <w:t xml:space="preserve"> </w:t>
            </w:r>
            <w:r>
              <w:rPr>
                <w:sz w:val="18"/>
              </w:rPr>
              <w:t>表示什么？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w:t>
            </w:r>
            <w:r>
              <w:rPr>
                <w:sz w:val="18"/>
              </w:rPr>
              <w:t xml:space="preserve"> </w:t>
            </w:r>
            <w:r>
              <w:rPr>
                <w:sz w:val="18"/>
              </w:rPr>
              <w:t>"</w:t>
            </w:r>
            <w:r>
              <w:rPr>
                <w:sz w:val="18"/>
              </w:rPr>
              <w:t xml:space="preserve"> </w:t>
            </w:r>
            <w:r>
              <w:rPr>
                <w:sz w:val="18"/>
              </w:rPr>
              <w:t>一人出假一人出真</w:t>
            </w:r>
            <w:r>
              <w:rPr>
                <w:sz w:val="18"/>
              </w:rPr>
              <w:t xml:space="preserve"> </w:t>
            </w:r>
            <w:r>
              <w:rPr>
                <w:sz w:val="18"/>
              </w:rPr>
              <w:t>"</w:t>
            </w:r>
            <w:r>
              <w:rPr>
                <w:sz w:val="18"/>
              </w:rPr>
              <w:t xml:space="preserve"> </w:t>
            </w:r>
            <w:r>
              <w:rPr>
                <w:sz w:val="18"/>
              </w:rPr>
              <w:t>门就不开？（安全</w:t>
            </w:r>
            <w:r>
              <w:rPr>
                <w:sz w:val="18"/>
              </w:rPr>
              <w:t xml:space="preserve"> </w:t>
            </w:r>
            <w:r>
              <w:rPr>
                <w:sz w:val="18"/>
              </w:rPr>
              <w:t>/</w:t>
            </w:r>
            <w:r>
              <w:rPr>
                <w:sz w:val="18"/>
              </w:rPr>
              <w:t xml:space="preserve"> </w:t>
            </w:r>
            <w:r>
              <w:rPr>
                <w:sz w:val="18"/>
              </w:rPr>
              <w:t>权限类比）</w:t>
            </w:r>
            <w:r>
              <w:rPr>
                <w:sz w:val="18"/>
              </w:rPr>
              <w:t xml:space="preserve"> </w:t>
            </w:r>
            <w:r>
              <w:rPr>
                <w:sz w:val="18"/>
              </w:rPr>
              <w:t>②</w:t>
            </w:r>
            <w:r>
              <w:rPr>
                <w:sz w:val="18"/>
              </w:rPr>
              <w:t xml:space="preserve"> </w:t>
            </w:r>
            <w:r>
              <w:rPr>
                <w:sz w:val="18"/>
              </w:rPr>
              <w:t>为什么</w:t>
            </w:r>
            <w:r>
              <w:rPr>
                <w:sz w:val="18"/>
              </w:rPr>
              <w:t xml:space="preserve"> </w:t>
            </w:r>
            <w:r>
              <w:rPr>
                <w:sz w:val="18"/>
              </w:rPr>
              <w:t>"</w:t>
            </w:r>
            <w:r>
              <w:rPr>
                <w:sz w:val="18"/>
              </w:rPr>
              <w:t xml:space="preserve"> </w:t>
            </w:r>
            <w:r>
              <w:rPr>
                <w:sz w:val="18"/>
              </w:rPr>
              <w:t>开关的开</w:t>
            </w:r>
            <w:r>
              <w:rPr>
                <w:sz w:val="18"/>
              </w:rPr>
              <w:t xml:space="preserve"> </w:t>
            </w:r>
            <w:r>
              <w:rPr>
                <w:sz w:val="18"/>
              </w:rPr>
              <w:t>"</w:t>
            </w:r>
            <w:r>
              <w:rPr>
                <w:sz w:val="18"/>
              </w:rPr>
              <w:t xml:space="preserve"> </w:t>
            </w:r>
            <w:r>
              <w:rPr>
                <w:sz w:val="18"/>
              </w:rPr>
              <w:t>相当于</w:t>
            </w:r>
            <w:r>
              <w:rPr>
                <w:sz w:val="18"/>
              </w:rPr>
              <w:t xml:space="preserve"> </w:t>
            </w:r>
            <w:r>
              <w:rPr>
                <w:sz w:val="18"/>
              </w:rPr>
              <w:t>"</w:t>
            </w:r>
            <w:r>
              <w:rPr>
                <w:sz w:val="18"/>
              </w:rPr>
              <w:t xml:space="preserve"> </w:t>
            </w:r>
            <w:r>
              <w:rPr>
                <w:sz w:val="18"/>
              </w:rPr>
              <w:t>门开</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灯亮相当于门开</w:t>
            </w:r>
            <w:r>
              <w:rPr>
                <w:sz w:val="18"/>
              </w:rPr>
              <w:t xml:space="preserve"> </w:t>
            </w:r>
            <w:r>
              <w:rPr>
                <w:sz w:val="18"/>
              </w:rPr>
              <w:t>"</w:t>
            </w:r>
            <w:r>
              <w:rPr>
                <w:sz w:val="18"/>
              </w:rPr>
              <w:t xml:space="preserve"> </w:t>
            </w:r>
            <w:r>
              <w:rPr>
                <w:sz w:val="18"/>
              </w:rPr>
              <w:t>？</w:t>
            </w:r>
            <w:r>
              <w:rPr>
                <w:sz w:val="18"/>
              </w:rPr>
              <w:t xml:space="preserve"> </w:t>
            </w:r>
            <w:r>
              <w:rPr>
                <w:sz w:val="18"/>
              </w:rPr>
              <w:t>③</w:t>
            </w:r>
            <w:r>
              <w:rPr>
                <w:sz w:val="18"/>
              </w:rPr>
              <w:t xml:space="preserve"> </w:t>
            </w:r>
            <w:r>
              <w:rPr>
                <w:sz w:val="18"/>
              </w:rPr>
              <w:t>为什么</w:t>
            </w:r>
            <w:r>
              <w:rPr>
                <w:sz w:val="18"/>
              </w:rPr>
              <w:t xml:space="preserve"> </w:t>
            </w:r>
            <w:r>
              <w:rPr>
                <w:sz w:val="18"/>
              </w:rPr>
              <w:t>1+1=2</w:t>
            </w:r>
            <w:r>
              <w:rPr>
                <w:sz w:val="18"/>
              </w:rPr>
              <w:t xml:space="preserve"> </w:t>
            </w:r>
            <w:r>
              <w:rPr>
                <w:sz w:val="18"/>
              </w:rPr>
              <w:t>和</w:t>
            </w:r>
            <w:r>
              <w:rPr>
                <w:sz w:val="18"/>
              </w:rPr>
              <w:t xml:space="preserve"> </w:t>
            </w:r>
            <w:r>
              <w:rPr>
                <w:sz w:val="18"/>
              </w:rPr>
              <w:t>1∧1=1</w:t>
            </w:r>
            <w:r>
              <w:rPr>
                <w:sz w:val="18"/>
              </w:rPr>
              <w:t xml:space="preserve"> </w:t>
            </w:r>
            <w:r>
              <w:rPr>
                <w:sz w:val="18"/>
              </w:rPr>
              <w:t>不一样，一个数人数一个看状态？</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如果是你</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如果让你设计</w:t>
            </w:r>
            <w:r>
              <w:rPr>
                <w:sz w:val="18"/>
              </w:rPr>
              <w:t xml:space="preserve"> </w:t>
            </w:r>
            <w:r>
              <w:rPr>
                <w:sz w:val="18"/>
              </w:rPr>
              <w:t>"</w:t>
            </w:r>
            <w:r>
              <w:rPr>
                <w:sz w:val="18"/>
              </w:rPr>
              <w:t xml:space="preserve"> </w:t>
            </w:r>
            <w:r>
              <w:rPr>
                <w:sz w:val="18"/>
              </w:rPr>
              <w:t>或门</w:t>
            </w:r>
            <w:r>
              <w:rPr>
                <w:sz w:val="18"/>
              </w:rPr>
              <w:t xml:space="preserve"> </w:t>
            </w:r>
            <w:r>
              <w:rPr>
                <w:sz w:val="18"/>
              </w:rPr>
              <w:t>"</w:t>
            </w:r>
            <w:r>
              <w:rPr>
                <w:sz w:val="18"/>
              </w:rPr>
              <w:t xml:space="preserve"> </w:t>
            </w:r>
            <w:r>
              <w:rPr>
                <w:sz w:val="18"/>
              </w:rPr>
              <w:t>守门规则（一人真就开），真值表会怎样变？</w:t>
            </w:r>
            <w:r>
              <w:rPr>
                <w:sz w:val="18"/>
              </w:rPr>
              <w:t xml:space="preserve"> </w:t>
            </w:r>
            <w:r>
              <w:rPr>
                <w:sz w:val="18"/>
              </w:rPr>
              <w:t>②</w:t>
            </w:r>
            <w:r>
              <w:rPr>
                <w:sz w:val="18"/>
              </w:rPr>
              <w:t xml:space="preserve"> </w:t>
            </w:r>
            <w:r>
              <w:rPr>
                <w:sz w:val="18"/>
              </w:rPr>
              <w:t>为什么说</w:t>
            </w:r>
            <w:r>
              <w:rPr>
                <w:sz w:val="18"/>
              </w:rPr>
              <w:t xml:space="preserve"> </w:t>
            </w:r>
            <w:r>
              <w:rPr>
                <w:sz w:val="18"/>
              </w:rPr>
              <w:t>"</w:t>
            </w:r>
            <w:r>
              <w:rPr>
                <w:sz w:val="18"/>
              </w:rPr>
              <w:t xml:space="preserve"> </w:t>
            </w:r>
            <w:r>
              <w:rPr>
                <w:sz w:val="18"/>
              </w:rPr>
              <w:t>逻辑运算是人工智能的第一课</w:t>
            </w:r>
            <w:r>
              <w:rPr>
                <w:sz w:val="18"/>
              </w:rPr>
              <w:t xml:space="preserve"> </w:t>
            </w:r>
            <w:r>
              <w:rPr>
                <w:sz w:val="18"/>
              </w:rPr>
              <w:t>"</w:t>
            </w:r>
            <w:r>
              <w:rPr>
                <w:sz w:val="18"/>
              </w:rPr>
              <w:t xml:space="preserve"> </w:t>
            </w:r>
            <w:r>
              <w:rPr>
                <w:sz w:val="18"/>
              </w:rPr>
              <w:t>，你能用今天学的解释给二年级弟弟听吗？</w:t>
            </w:r>
            <w:r>
              <w:rPr>
                <w:sz w:val="18"/>
              </w:rPr>
              <w:t xml:space="preserve"> </w:t>
            </w:r>
            <w:r>
              <w:rPr>
                <w:sz w:val="18"/>
              </w:rPr>
              <w:t>③</w:t>
            </w:r>
            <w:r>
              <w:rPr>
                <w:sz w:val="18"/>
              </w:rPr>
              <w:t xml:space="preserve"> </w:t>
            </w:r>
            <w:r>
              <w:rPr>
                <w:sz w:val="18"/>
              </w:rPr>
              <w:t>如果神经元像开关，你觉得人脑和芯片在</w:t>
            </w:r>
            <w:r>
              <w:rPr>
                <w:sz w:val="18"/>
              </w:rPr>
              <w:t xml:space="preserve"> </w:t>
            </w:r>
            <w:r>
              <w:rPr>
                <w:sz w:val="18"/>
              </w:rPr>
              <w:t>"</w:t>
            </w:r>
            <w:r>
              <w:rPr>
                <w:sz w:val="18"/>
              </w:rPr>
              <w:t xml:space="preserve"> </w:t>
            </w:r>
            <w:r>
              <w:rPr>
                <w:sz w:val="18"/>
              </w:rPr>
              <w:t>逻辑</w:t>
            </w:r>
            <w:r>
              <w:rPr>
                <w:sz w:val="18"/>
              </w:rPr>
              <w:t xml:space="preserve"> </w:t>
            </w:r>
            <w:r>
              <w:rPr>
                <w:sz w:val="18"/>
              </w:rPr>
              <w:t>"</w:t>
            </w:r>
            <w:r>
              <w:rPr>
                <w:sz w:val="18"/>
              </w:rPr>
              <w:t xml:space="preserve"> </w:t>
            </w:r>
            <w:r>
              <w:rPr>
                <w:sz w:val="18"/>
              </w:rPr>
              <w:t>上像不像？</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左上（芝麻开门）</w:t>
      </w:r>
      <w:r>
        <w:rPr>
          <w:rFonts w:ascii="微软雅黑" w:eastAsia="微软雅黑" w:hAnsi="微软雅黑" w:cs="微软雅黑" w:hint="eastAsia"/>
          <w:lang w:eastAsia="zh-CN"/>
        </w:rPr>
        <w:t>：漫画小图</w:t>
      </w:r>
      <w:r>
        <w:t xml:space="preserve"> + </w:t>
      </w:r>
      <w:r>
        <w:rPr>
          <w:rFonts w:ascii="微软雅黑" w:eastAsia="微软雅黑" w:hAnsi="微软雅黑" w:cs="微软雅黑" w:hint="eastAsia"/>
          <w:lang w:eastAsia="zh-CN"/>
        </w:rPr>
        <w:t>真值表「真真</w:t>
      </w:r>
      <w:r>
        <w:t>→</w:t>
      </w:r>
      <w:r>
        <w:rPr>
          <w:rFonts w:ascii="微软雅黑" w:eastAsia="微软雅黑" w:hAnsi="微软雅黑" w:cs="微软雅黑" w:hint="eastAsia"/>
          <w:lang w:eastAsia="zh-CN"/>
        </w:rPr>
        <w:t>通过｜真假</w:t>
      </w:r>
      <w:r>
        <w:t>→</w:t>
      </w:r>
      <w:r>
        <w:rPr>
          <w:rFonts w:ascii="微软雅黑" w:eastAsia="微软雅黑" w:hAnsi="微软雅黑" w:cs="微软雅黑" w:hint="eastAsia"/>
          <w:lang w:eastAsia="zh-CN"/>
        </w:rPr>
        <w:t>不通过｜假真</w:t>
      </w:r>
      <w:r>
        <w:t>→</w:t>
      </w:r>
      <w:r>
        <w:rPr>
          <w:rFonts w:ascii="微软雅黑" w:eastAsia="微软雅黑" w:hAnsi="微软雅黑" w:cs="微软雅黑" w:hint="eastAsia"/>
          <w:lang w:eastAsia="zh-CN"/>
        </w:rPr>
        <w:t>不通过｜假假</w:t>
      </w:r>
      <w:r>
        <w:t>→</w:t>
      </w:r>
      <w:r>
        <w:rPr>
          <w:rFonts w:ascii="微软雅黑" w:eastAsia="微软雅黑" w:hAnsi="微软雅黑" w:cs="微软雅黑" w:hint="eastAsia"/>
          <w:lang w:eastAsia="zh-CN"/>
        </w:rPr>
        <w:t>不通过」，注</w:t>
      </w:r>
      <w:r>
        <w:t>"</w:t>
      </w:r>
      <w:r>
        <w:rPr>
          <w:rFonts w:ascii="微软雅黑" w:eastAsia="微软雅黑" w:hAnsi="微软雅黑" w:cs="微软雅黑" w:hint="eastAsia"/>
          <w:lang w:eastAsia="zh-CN"/>
        </w:rPr>
        <w:t>最多试</w:t>
      </w:r>
      <w:r>
        <w:t>4</w:t>
      </w:r>
      <w:r>
        <w:rPr>
          <w:rFonts w:ascii="微软雅黑" w:eastAsia="微软雅黑" w:hAnsi="微软雅黑" w:cs="微软雅黑" w:hint="eastAsia"/>
          <w:lang w:eastAsia="zh-CN"/>
        </w:rPr>
        <w:t>次</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左下（点亮灯泡）</w:t>
      </w:r>
      <w:r>
        <w:rPr>
          <w:rFonts w:ascii="微软雅黑" w:eastAsia="微软雅黑" w:hAnsi="微软雅黑" w:cs="微软雅黑" w:hint="eastAsia"/>
          <w:lang w:eastAsia="zh-CN"/>
        </w:rPr>
        <w:t>：串联电路简图（电池</w:t>
      </w:r>
      <w:r>
        <w:t>-1</w:t>
      </w:r>
      <w:r>
        <w:rPr>
          <w:rFonts w:ascii="微软雅黑" w:eastAsia="微软雅黑" w:hAnsi="微软雅黑" w:cs="微软雅黑" w:hint="eastAsia"/>
          <w:lang w:eastAsia="zh-CN"/>
        </w:rPr>
        <w:t>号开关</w:t>
      </w:r>
      <w:r>
        <w:t>-2</w:t>
      </w:r>
      <w:r>
        <w:rPr>
          <w:rFonts w:ascii="微软雅黑" w:eastAsia="微软雅黑" w:hAnsi="微软雅黑" w:cs="微软雅黑" w:hint="eastAsia"/>
          <w:lang w:eastAsia="zh-CN"/>
        </w:rPr>
        <w:t>号开关</w:t>
      </w:r>
      <w:r>
        <w:t>-</w:t>
      </w:r>
      <w:r>
        <w:rPr>
          <w:rFonts w:ascii="微软雅黑" w:eastAsia="微软雅黑" w:hAnsi="微软雅黑" w:cs="微软雅黑" w:hint="eastAsia"/>
          <w:lang w:eastAsia="zh-CN"/>
        </w:rPr>
        <w:t>灯泡），真值表「</w:t>
      </w:r>
      <w:r>
        <w:t>1</w:t>
      </w:r>
      <w:r>
        <w:rPr>
          <w:rFonts w:ascii="微软雅黑" w:eastAsia="微软雅黑" w:hAnsi="微软雅黑" w:cs="微软雅黑" w:hint="eastAsia"/>
          <w:lang w:eastAsia="zh-CN"/>
        </w:rPr>
        <w:t>闭</w:t>
      </w:r>
      <w:r>
        <w:t>+2</w:t>
      </w:r>
      <w:r>
        <w:rPr>
          <w:rFonts w:ascii="微软雅黑" w:eastAsia="微软雅黑" w:hAnsi="微软雅黑" w:cs="微软雅黑" w:hint="eastAsia"/>
          <w:lang w:eastAsia="zh-CN"/>
        </w:rPr>
        <w:t>闭</w:t>
      </w:r>
      <w:r>
        <w:t>→</w:t>
      </w:r>
      <w:r>
        <w:rPr>
          <w:rFonts w:ascii="微软雅黑" w:eastAsia="微软雅黑" w:hAnsi="微软雅黑" w:cs="微软雅黑" w:hint="eastAsia"/>
          <w:lang w:eastAsia="zh-CN"/>
        </w:rPr>
        <w:t>亮，余</w:t>
      </w:r>
      <w:r>
        <w:t>→</w:t>
      </w:r>
      <w:r>
        <w:rPr>
          <w:rFonts w:ascii="微软雅黑" w:eastAsia="微软雅黑" w:hAnsi="微软雅黑" w:cs="微软雅黑" w:hint="eastAsia"/>
          <w:lang w:eastAsia="zh-CN"/>
        </w:rPr>
        <w:t>不亮」。</w:t>
      </w:r>
    </w:p>
    <w:p>
      <w:pPr>
        <w:pStyle w:val="ListBullet"/>
        <w:spacing w:after="72"/>
      </w:pPr>
      <w:r>
        <w:rPr>
          <w:rFonts w:ascii="微软雅黑" w:eastAsia="微软雅黑" w:hAnsi="微软雅黑" w:cs="微软雅黑" w:hint="eastAsia"/>
          <w:b/>
          <w:lang w:eastAsia="zh-CN"/>
        </w:rPr>
        <w:t>中（连一连）</w:t>
      </w:r>
      <w:r>
        <w:rPr>
          <w:rFonts w:ascii="微软雅黑" w:eastAsia="微软雅黑" w:hAnsi="微软雅黑" w:cs="微软雅黑" w:hint="eastAsia"/>
          <w:lang w:eastAsia="zh-CN"/>
        </w:rPr>
        <w:t>：箭头对「令牌</w:t>
      </w:r>
      <w:r>
        <w:t>↔</w:t>
      </w:r>
      <w:r>
        <w:rPr>
          <w:rFonts w:ascii="微软雅黑" w:eastAsia="微软雅黑" w:hAnsi="微软雅黑" w:cs="微软雅黑" w:hint="eastAsia"/>
          <w:lang w:eastAsia="zh-CN"/>
        </w:rPr>
        <w:t>开关」「门</w:t>
      </w:r>
      <w:r>
        <w:t>↔</w:t>
      </w:r>
      <w:r>
        <w:rPr>
          <w:rFonts w:ascii="微软雅黑" w:eastAsia="微软雅黑" w:hAnsi="微软雅黑" w:cs="微软雅黑" w:hint="eastAsia"/>
          <w:lang w:eastAsia="zh-CN"/>
        </w:rPr>
        <w:t>灯」「守门规则</w:t>
      </w:r>
      <w:r>
        <w:t>↔</w:t>
      </w:r>
      <w:r>
        <w:rPr>
          <w:rFonts w:ascii="微软雅黑" w:eastAsia="微软雅黑" w:hAnsi="微软雅黑" w:cs="微软雅黑" w:hint="eastAsia"/>
          <w:lang w:eastAsia="zh-CN"/>
        </w:rPr>
        <w:t>电路</w:t>
      </w:r>
      <w:r>
        <w:t>"</w:t>
      </w:r>
      <w:r>
        <w:rPr>
          <w:rFonts w:ascii="微软雅黑" w:eastAsia="微软雅黑" w:hAnsi="微软雅黑" w:cs="微软雅黑" w:hint="eastAsia"/>
          <w:lang w:eastAsia="zh-CN"/>
        </w:rPr>
        <w:t>，旁注</w:t>
      </w:r>
      <w:r>
        <w:t>"</w:t>
      </w:r>
      <w:r>
        <w:rPr>
          <w:rFonts w:ascii="微软雅黑" w:eastAsia="微软雅黑" w:hAnsi="微软雅黑" w:cs="微软雅黑" w:hint="eastAsia"/>
          <w:lang w:eastAsia="zh-CN"/>
        </w:rPr>
        <w:t>同构</w:t>
      </w:r>
      <w:r>
        <w:t>·</w:t>
      </w:r>
      <w:r>
        <w:rPr>
          <w:rFonts w:ascii="微软雅黑" w:eastAsia="微软雅黑" w:hAnsi="微软雅黑" w:cs="微软雅黑" w:hint="eastAsia"/>
          <w:lang w:eastAsia="zh-CN"/>
        </w:rPr>
        <w:t>真值相同</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右上（0-1编码）</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闭合</w:t>
      </w:r>
      <w:r>
        <w:t>/</w:t>
      </w:r>
      <w:r>
        <w:rPr>
          <w:rFonts w:ascii="微软雅黑" w:eastAsia="微软雅黑" w:hAnsi="微软雅黑" w:cs="微软雅黑" w:hint="eastAsia"/>
          <w:lang w:eastAsia="zh-CN"/>
        </w:rPr>
        <w:t>亮，</w:t>
      </w:r>
      <w:r>
        <w:t>0=</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打开</w:t>
      </w:r>
      <w:r>
        <w:t>/</w:t>
      </w:r>
      <w:r>
        <w:rPr>
          <w:rFonts w:ascii="微软雅黑" w:eastAsia="微软雅黑" w:hAnsi="微软雅黑" w:cs="微软雅黑" w:hint="eastAsia"/>
          <w:lang w:eastAsia="zh-CN"/>
        </w:rPr>
        <w:t>不亮（模拟思想）。</w:t>
      </w:r>
    </w:p>
    <w:p>
      <w:pPr>
        <w:pStyle w:val="ListBullet"/>
        <w:spacing w:after="72"/>
      </w:pPr>
      <w:r>
        <w:rPr>
          <w:rFonts w:ascii="微软雅黑" w:eastAsia="微软雅黑" w:hAnsi="微软雅黑" w:cs="微软雅黑" w:hint="eastAsia"/>
          <w:b/>
          <w:lang w:eastAsia="zh-CN"/>
        </w:rPr>
        <w:t>右中（运算对比）</w:t>
      </w:r>
      <w:r>
        <w:rPr>
          <w:rFonts w:ascii="微软雅黑" w:eastAsia="微软雅黑" w:hAnsi="微软雅黑" w:cs="微软雅黑" w:hint="eastAsia"/>
          <w:lang w:eastAsia="zh-CN"/>
        </w:rPr>
        <w:t>：「</w:t>
      </w:r>
      <w:r>
        <w:t>1+1=2</w:t>
      </w:r>
      <w:r>
        <w:rPr>
          <w:rFonts w:ascii="微软雅黑" w:eastAsia="微软雅黑" w:hAnsi="微软雅黑" w:cs="微软雅黑" w:hint="eastAsia"/>
          <w:lang w:eastAsia="zh-CN"/>
        </w:rPr>
        <w:t>（计数）</w:t>
      </w:r>
      <w:r>
        <w:t>vs 1∧1=1</w:t>
      </w:r>
      <w:r>
        <w:rPr>
          <w:rFonts w:ascii="微软雅黑" w:eastAsia="微软雅黑" w:hAnsi="微软雅黑" w:cs="微软雅黑" w:hint="eastAsia"/>
          <w:lang w:eastAsia="zh-CN"/>
        </w:rPr>
        <w:t>（状态）」并列；符号</w:t>
      </w:r>
      <w:r>
        <w:t xml:space="preserve"> ∧</w:t>
      </w:r>
      <w:r>
        <w:rPr>
          <w:rFonts w:ascii="微软雅黑" w:eastAsia="微软雅黑" w:hAnsi="微软雅黑" w:cs="微软雅黑" w:hint="eastAsia"/>
          <w:lang w:eastAsia="zh-CN"/>
        </w:rPr>
        <w:t>与</w:t>
      </w:r>
      <w:r>
        <w:t xml:space="preserve"> ∨</w:t>
      </w:r>
      <w:r>
        <w:rPr>
          <w:rFonts w:ascii="微软雅黑" w:eastAsia="微软雅黑" w:hAnsi="微软雅黑" w:cs="微软雅黑" w:hint="eastAsia"/>
          <w:lang w:eastAsia="zh-CN"/>
        </w:rPr>
        <w:t>或</w:t>
      </w:r>
      <w:r>
        <w:t xml:space="preserve"> ¬</w:t>
      </w:r>
      <w:r>
        <w:rPr>
          <w:rFonts w:ascii="微软雅黑" w:eastAsia="微软雅黑" w:hAnsi="微软雅黑" w:cs="微软雅黑" w:hint="eastAsia"/>
          <w:lang w:eastAsia="zh-CN"/>
        </w:rPr>
        <w:t>非。</w:t>
      </w:r>
    </w:p>
    <w:p>
      <w:pPr>
        <w:pStyle w:val="ListBullet"/>
        <w:spacing w:after="72"/>
      </w:pPr>
      <w:r>
        <w:rPr>
          <w:rFonts w:ascii="微软雅黑" w:eastAsia="微软雅黑" w:hAnsi="微软雅黑" w:cs="微软雅黑" w:hint="eastAsia"/>
          <w:b/>
          <w:lang w:eastAsia="zh-CN"/>
        </w:rPr>
        <w:t>右下（AI本源）</w:t>
      </w:r>
      <w:r>
        <w:rPr>
          <w:rFonts w:ascii="微软雅黑" w:eastAsia="微软雅黑" w:hAnsi="微软雅黑" w:cs="微软雅黑" w:hint="eastAsia"/>
          <w:lang w:eastAsia="zh-CN"/>
        </w:rPr>
        <w:t>：</w:t>
      </w:r>
      <w:r>
        <w:t>NOT/AND/OR/XOR</w:t>
      </w:r>
      <w:r>
        <w:rPr>
          <w:rFonts w:ascii="微软雅黑" w:eastAsia="微软雅黑" w:hAnsi="微软雅黑" w:cs="微软雅黑" w:hint="eastAsia"/>
          <w:lang w:eastAsia="zh-CN"/>
        </w:rPr>
        <w:t>门符号</w:t>
      </w:r>
      <w:r>
        <w:t xml:space="preserve"> + "</w:t>
      </w:r>
      <w:r>
        <w:rPr>
          <w:rFonts w:ascii="微软雅黑" w:eastAsia="微软雅黑" w:hAnsi="微软雅黑" w:cs="微软雅黑" w:hint="eastAsia"/>
          <w:lang w:eastAsia="zh-CN"/>
        </w:rPr>
        <w:t>二进制是</w:t>
      </w:r>
      <w:r>
        <w:t>AI</w:t>
      </w:r>
      <w:r>
        <w:rPr>
          <w:rFonts w:ascii="微软雅黑" w:eastAsia="微软雅黑" w:hAnsi="微软雅黑" w:cs="微软雅黑" w:hint="eastAsia"/>
          <w:lang w:eastAsia="zh-CN"/>
        </w:rPr>
        <w:t>的</w:t>
      </w:r>
      <w:r>
        <w:t xml:space="preserve">ABC" + </w:t>
      </w:r>
      <w:r>
        <w:rPr>
          <w:rFonts w:ascii="微软雅黑" w:eastAsia="微软雅黑" w:hAnsi="微软雅黑" w:cs="微软雅黑" w:hint="eastAsia"/>
          <w:lang w:eastAsia="zh-CN"/>
        </w:rPr>
        <w:t>神经元</w:t>
      </w:r>
      <w:r>
        <w:t>↔</w:t>
      </w:r>
      <w:r>
        <w:rPr>
          <w:rFonts w:ascii="微软雅黑" w:eastAsia="微软雅黑" w:hAnsi="微软雅黑" w:cs="微软雅黑" w:hint="eastAsia"/>
          <w:lang w:eastAsia="zh-CN"/>
        </w:rPr>
        <w:t>开关</w:t>
      </w:r>
      <w:r>
        <w:t xml:space="preserve"> + </w:t>
      </w:r>
      <w:r>
        <w:rPr>
          <w:rFonts w:ascii="微软雅黑" w:eastAsia="微软雅黑" w:hAnsi="微软雅黑" w:cs="微软雅黑" w:hint="eastAsia"/>
          <w:lang w:eastAsia="zh-CN"/>
        </w:rPr>
        <w:t>麦卡洛克</w:t>
      </w:r>
      <w:r>
        <w:t>-</w:t>
      </w:r>
      <w:r>
        <w:rPr>
          <w:rFonts w:ascii="微软雅黑" w:eastAsia="微软雅黑" w:hAnsi="微软雅黑" w:cs="微软雅黑" w:hint="eastAsia"/>
          <w:lang w:eastAsia="zh-CN"/>
        </w:rPr>
        <w:t>皮茨。</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：把</w:t>
      </w:r>
      <w:r>
        <w:t>"</w:t>
      </w:r>
      <w:r>
        <w:rPr>
          <w:rFonts w:ascii="微软雅黑" w:eastAsia="微软雅黑" w:hAnsi="微软雅黑" w:cs="微软雅黑" w:hint="eastAsia"/>
          <w:lang w:eastAsia="zh-CN"/>
        </w:rPr>
        <w:t>芝麻开门</w:t>
      </w:r>
      <w:r>
        <w:t>"</w:t>
      </w:r>
      <w:r>
        <w:rPr>
          <w:rFonts w:ascii="微软雅黑" w:eastAsia="微软雅黑" w:hAnsi="微软雅黑" w:cs="微软雅黑" w:hint="eastAsia"/>
          <w:lang w:eastAsia="zh-CN"/>
        </w:rPr>
        <w:t>真值表抄回家，用</w:t>
      </w:r>
      <w:r>
        <w:t>1</w:t>
      </w:r>
      <w:r>
        <w:rPr>
          <w:rFonts w:ascii="微软雅黑" w:eastAsia="微软雅黑" w:hAnsi="微软雅黑" w:cs="微软雅黑" w:hint="eastAsia"/>
          <w:lang w:eastAsia="zh-CN"/>
        </w:rPr>
        <w:t>和</w:t>
      </w:r>
      <w:r>
        <w:t>0</w:t>
      </w:r>
      <w:r>
        <w:rPr>
          <w:rFonts w:ascii="微软雅黑" w:eastAsia="微软雅黑" w:hAnsi="微软雅黑" w:cs="微软雅黑" w:hint="eastAsia"/>
          <w:lang w:eastAsia="zh-CN"/>
        </w:rPr>
        <w:t>重新写一遍（真</w:t>
      </w:r>
      <w:r>
        <w:t>=1</w:t>
      </w:r>
      <w:r>
        <w:rPr>
          <w:rFonts w:ascii="微软雅黑" w:eastAsia="微软雅黑" w:hAnsi="微软雅黑" w:cs="微软雅黑" w:hint="eastAsia"/>
          <w:lang w:eastAsia="zh-CN"/>
        </w:rPr>
        <w:t>，假</w:t>
      </w:r>
      <w:r>
        <w:t>=0</w:t>
      </w:r>
      <w:r>
        <w:rPr>
          <w:rFonts w:ascii="微软雅黑" w:eastAsia="微软雅黑" w:hAnsi="微软雅黑" w:cs="微软雅黑" w:hint="eastAsia"/>
          <w:lang w:eastAsia="zh-CN"/>
        </w:rPr>
        <w:t>），并给爸爸妈妈讲</w:t>
      </w:r>
      <w:r>
        <w:t>"</w:t>
      </w:r>
      <w:r>
        <w:rPr>
          <w:rFonts w:ascii="微软雅黑" w:eastAsia="微软雅黑" w:hAnsi="微软雅黑" w:cs="微软雅黑" w:hint="eastAsia"/>
          <w:lang w:eastAsia="zh-CN"/>
        </w:rPr>
        <w:t>为什么两人都出真门才开</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：画一个</w:t>
      </w:r>
      <w:r>
        <w:t>"</w:t>
      </w:r>
      <w:r>
        <w:rPr>
          <w:rFonts w:ascii="微软雅黑" w:eastAsia="微软雅黑" w:hAnsi="微软雅黑" w:cs="微软雅黑" w:hint="eastAsia"/>
          <w:lang w:eastAsia="zh-CN"/>
        </w:rPr>
        <w:t>或门</w:t>
      </w:r>
      <w:r>
        <w:t>"</w:t>
      </w:r>
      <w:r>
        <w:rPr>
          <w:rFonts w:ascii="微软雅黑" w:eastAsia="微软雅黑" w:hAnsi="微软雅黑" w:cs="微软雅黑" w:hint="eastAsia"/>
          <w:lang w:eastAsia="zh-CN"/>
        </w:rPr>
        <w:t>守门规则图</w:t>
      </w:r>
      <w:r>
        <w:t>——</w:t>
      </w:r>
      <w:r>
        <w:rPr>
          <w:rFonts w:ascii="微软雅黑" w:eastAsia="微软雅黑" w:hAnsi="微软雅黑" w:cs="微软雅黑" w:hint="eastAsia"/>
          <w:lang w:eastAsia="zh-CN"/>
        </w:rPr>
        <w:t>只要</w:t>
      </w:r>
      <w:r>
        <w:t>A</w:t>
      </w:r>
      <w:r>
        <w:rPr>
          <w:rFonts w:ascii="微软雅黑" w:eastAsia="微软雅黑" w:hAnsi="微软雅黑" w:cs="微软雅黑" w:hint="eastAsia"/>
          <w:lang w:eastAsia="zh-CN"/>
        </w:rPr>
        <w:t>或</w:t>
      </w:r>
      <w:r>
        <w:t>B</w:t>
      </w:r>
      <w:r>
        <w:rPr>
          <w:rFonts w:ascii="微软雅黑" w:eastAsia="微软雅黑" w:hAnsi="微软雅黑" w:cs="微软雅黑" w:hint="eastAsia"/>
          <w:lang w:eastAsia="zh-CN"/>
        </w:rPr>
        <w:t>有一人出</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门就开，列出四种组合的结果，对比今天学的</w:t>
      </w:r>
      <w:r>
        <w:t>"</w:t>
      </w:r>
      <w:r>
        <w:rPr>
          <w:rFonts w:ascii="微软雅黑" w:eastAsia="微软雅黑" w:hAnsi="微软雅黑" w:cs="微软雅黑" w:hint="eastAsia"/>
          <w:lang w:eastAsia="zh-CN"/>
        </w:rPr>
        <w:t>与门</w:t>
      </w:r>
      <w:r>
        <w:t>"</w:t>
      </w:r>
      <w:r>
        <w:rPr>
          <w:rFonts w:ascii="微软雅黑" w:eastAsia="微软雅黑" w:hAnsi="微软雅黑" w:cs="微软雅黑" w:hint="eastAsia"/>
          <w:lang w:eastAsia="zh-CN"/>
        </w:rPr>
        <w:t>有什么不同。</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：找一找家里哪些电器是</w:t>
      </w:r>
      <w:r>
        <w:t>"</w:t>
      </w:r>
      <w:r>
        <w:rPr>
          <w:rFonts w:ascii="微软雅黑" w:eastAsia="微软雅黑" w:hAnsi="微软雅黑" w:cs="微软雅黑" w:hint="eastAsia"/>
          <w:lang w:eastAsia="zh-CN"/>
        </w:rPr>
        <w:t>两个开关都按才工作</w:t>
      </w:r>
      <w:r>
        <w:t>"</w:t>
      </w:r>
      <w:r>
        <w:rPr>
          <w:rFonts w:ascii="微软雅黑" w:eastAsia="微软雅黑" w:hAnsi="微软雅黑" w:cs="微软雅黑" w:hint="eastAsia"/>
          <w:lang w:eastAsia="zh-CN"/>
        </w:rPr>
        <w:t>（与），哪些</w:t>
      </w:r>
      <w:r>
        <w:t>"</w:t>
      </w:r>
      <w:r>
        <w:rPr>
          <w:rFonts w:ascii="微软雅黑" w:eastAsia="微软雅黑" w:hAnsi="微软雅黑" w:cs="微软雅黑" w:hint="eastAsia"/>
          <w:lang w:eastAsia="zh-CN"/>
        </w:rPr>
        <w:t>按一个就行</w:t>
      </w:r>
      <w:r>
        <w:t>"</w:t>
      </w:r>
      <w:r>
        <w:rPr>
          <w:rFonts w:ascii="微软雅黑" w:eastAsia="微软雅黑" w:hAnsi="微软雅黑" w:cs="微软雅黑" w:hint="eastAsia"/>
          <w:lang w:eastAsia="zh-CN"/>
        </w:rPr>
        <w:t>（或），画下来标注</w:t>
      </w:r>
      <w:r>
        <w:t xml:space="preserve"> ∧ </w:t>
      </w:r>
      <w:r>
        <w:rPr>
          <w:rFonts w:ascii="微软雅黑" w:eastAsia="微软雅黑" w:hAnsi="微软雅黑" w:cs="微软雅黑" w:hint="eastAsia"/>
          <w:lang w:eastAsia="zh-CN"/>
        </w:rPr>
        <w:t>或</w:t>
      </w:r>
      <w:r>
        <w:t xml:space="preserve"> ∨</w:t>
      </w:r>
      <w:r>
        <w:rPr>
          <w:rFonts w:ascii="微软雅黑" w:eastAsia="微软雅黑" w:hAnsi="微软雅黑" w:cs="微软雅黑" w:hint="eastAsia"/>
          <w:lang w:eastAsia="zh-CN"/>
        </w:rPr>
        <w:t>，下节课分享。</w:t>
      </w:r>
    </w:p>
    <w:p>
      <w:pPr>
        <w:pStyle w:val="Heading3"/>
      </w:pPr>
      <w:r>
        <w:rPr>
          <w:rFonts w:ascii="微软雅黑" w:hAnsi="微软雅黑" w:eastAsia="微软雅黑" w:cs="微软雅黑" w:hint="eastAsia"/>
          <w:b w:val="0"/>
          <w:color w:val="1A237E"/>
          <w:sz w:val="20"/>
          <w:lang w:eastAsia="zh-CN"/>
        </w:rPr>
        <w:t>九、教学评价（简易量表）</w:t>
      </w:r>
    </w:p>
    <w:p>
      <w:pPr>
        <w:pStyle w:val="ListBullet"/>
        <w:spacing w:after="72"/>
      </w:pPr>
      <w:r>
        <w:rPr>
          <w:rFonts w:ascii="微软雅黑" w:eastAsia="微软雅黑" w:hAnsi="微软雅黑" w:cs="微软雅黑" w:hint="eastAsia"/>
          <w:b/>
          <w:lang w:eastAsia="zh-CN"/>
        </w:rPr>
        <w:t>真值表掌握</w:t>
      </w:r>
      <w:r>
        <w:rPr>
          <w:rFonts w:ascii="微软雅黑" w:eastAsia="微软雅黑" w:hAnsi="微软雅黑" w:cs="微软雅黑" w:hint="eastAsia"/>
          <w:lang w:eastAsia="zh-CN"/>
        </w:rPr>
        <w:t>：能否正确列出</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运算</w:t>
      </w:r>
      <w:r>
        <w:t>4</w:t>
      </w:r>
      <w:r>
        <w:rPr>
          <w:rFonts w:ascii="微软雅黑" w:eastAsia="微软雅黑" w:hAnsi="微软雅黑" w:cs="微软雅黑" w:hint="eastAsia"/>
          <w:lang w:eastAsia="zh-CN"/>
        </w:rPr>
        <w:t>种组合（优：</w:t>
      </w:r>
      <w:r>
        <w:t>4/4</w:t>
      </w:r>
      <w:r>
        <w:rPr>
          <w:rFonts w:ascii="微软雅黑" w:eastAsia="微软雅黑" w:hAnsi="微软雅黑" w:cs="微软雅黑" w:hint="eastAsia"/>
          <w:lang w:eastAsia="zh-CN"/>
        </w:rPr>
        <w:t>全对且能解释；中：</w:t>
      </w:r>
      <w:r>
        <w:t>3/4</w:t>
      </w:r>
      <w:r>
        <w:rPr>
          <w:rFonts w:ascii="微软雅黑" w:eastAsia="微软雅黑" w:hAnsi="微软雅黑" w:cs="微软雅黑" w:hint="eastAsia"/>
          <w:lang w:eastAsia="zh-CN"/>
        </w:rPr>
        <w:t>；待：需提示）。</w:t>
      </w:r>
    </w:p>
    <w:p>
      <w:pPr>
        <w:pStyle w:val="ListBullet"/>
        <w:spacing w:after="72"/>
      </w:pPr>
      <w:r>
        <w:rPr>
          <w:rFonts w:ascii="微软雅黑" w:eastAsia="微软雅黑" w:hAnsi="微软雅黑" w:cs="微软雅黑" w:hint="eastAsia"/>
          <w:b/>
          <w:lang w:eastAsia="zh-CN"/>
        </w:rPr>
        <w:t>同构理解</w:t>
      </w:r>
      <w:r>
        <w:rPr>
          <w:rFonts w:ascii="微软雅黑" w:eastAsia="微软雅黑" w:hAnsi="微软雅黑" w:cs="微软雅黑" w:hint="eastAsia"/>
          <w:lang w:eastAsia="zh-CN"/>
        </w:rPr>
        <w:t>：「连一连」中能否准确配对并说明</w:t>
      </w:r>
      <w:r>
        <w:t>"</w:t>
      </w:r>
      <w:r>
        <w:rPr>
          <w:rFonts w:ascii="微软雅黑" w:eastAsia="微软雅黑" w:hAnsi="微软雅黑" w:cs="微软雅黑" w:hint="eastAsia"/>
          <w:lang w:eastAsia="zh-CN"/>
        </w:rPr>
        <w:t>灯亮</w:t>
      </w:r>
      <w:r>
        <w:t>=</w:t>
      </w:r>
      <w:r>
        <w:rPr>
          <w:rFonts w:ascii="微软雅黑" w:eastAsia="微软雅黑" w:hAnsi="微软雅黑" w:cs="微软雅黑" w:hint="eastAsia"/>
          <w:lang w:eastAsia="zh-CN"/>
        </w:rPr>
        <w:t>门开</w:t>
      </w:r>
      <w:r>
        <w:t>"</w:t>
      </w:r>
      <w:r>
        <w:rPr>
          <w:rFonts w:ascii="微软雅黑" w:eastAsia="微软雅黑" w:hAnsi="微软雅黑" w:cs="微软雅黑" w:hint="eastAsia"/>
          <w:lang w:eastAsia="zh-CN"/>
        </w:rPr>
        <w:t>（观察小组汇报）。</w:t>
      </w:r>
    </w:p>
    <w:p>
      <w:pPr>
        <w:pStyle w:val="ListBullet"/>
        <w:spacing w:after="72"/>
      </w:pPr>
      <w:r>
        <w:rPr>
          <w:rFonts w:ascii="微软雅黑" w:eastAsia="微软雅黑" w:hAnsi="微软雅黑" w:cs="微软雅黑" w:hint="eastAsia"/>
          <w:b/>
          <w:lang w:eastAsia="zh-CN"/>
        </w:rPr>
        <w:t>编码转化</w:t>
      </w:r>
      <w:r>
        <w:rPr>
          <w:rFonts w:ascii="微软雅黑" w:eastAsia="微软雅黑" w:hAnsi="微软雅黑" w:cs="微软雅黑" w:hint="eastAsia"/>
          <w:lang w:eastAsia="zh-CN"/>
        </w:rPr>
        <w:t>：能否把真</w:t>
      </w:r>
      <w:r>
        <w:t>/</w:t>
      </w:r>
      <w:r>
        <w:rPr>
          <w:rFonts w:ascii="微软雅黑" w:eastAsia="微软雅黑" w:hAnsi="微软雅黑" w:cs="微软雅黑" w:hint="eastAsia"/>
          <w:lang w:eastAsia="zh-CN"/>
        </w:rPr>
        <w:t>假、开</w:t>
      </w:r>
      <w:r>
        <w:t>/</w:t>
      </w:r>
      <w:r>
        <w:rPr>
          <w:rFonts w:ascii="微软雅黑" w:eastAsia="微软雅黑" w:hAnsi="微软雅黑" w:cs="微软雅黑" w:hint="eastAsia"/>
          <w:lang w:eastAsia="zh-CN"/>
        </w:rPr>
        <w:t>关、亮</w:t>
      </w:r>
      <w:r>
        <w:t>/</w:t>
      </w:r>
      <w:r>
        <w:rPr>
          <w:rFonts w:ascii="微软雅黑" w:eastAsia="微软雅黑" w:hAnsi="微软雅黑" w:cs="微软雅黑" w:hint="eastAsia"/>
          <w:lang w:eastAsia="zh-CN"/>
        </w:rPr>
        <w:t>不亮正确译为</w:t>
      </w:r>
      <w:r>
        <w:t>1/0</w:t>
      </w:r>
      <w:r>
        <w:rPr>
          <w:rFonts w:ascii="微软雅黑" w:eastAsia="微软雅黑" w:hAnsi="微软雅黑" w:cs="微软雅黑" w:hint="eastAsia"/>
          <w:lang w:eastAsia="zh-CN"/>
        </w:rPr>
        <w:t>（课后单题检测）。</w:t>
      </w:r>
    </w:p>
    <w:p>
      <w:pPr>
        <w:pStyle w:val="ListBullet"/>
        <w:spacing w:after="72"/>
      </w:pPr>
      <w:r>
        <w:rPr>
          <w:rFonts w:ascii="微软雅黑" w:eastAsia="微软雅黑" w:hAnsi="微软雅黑" w:cs="微软雅黑" w:hint="eastAsia"/>
          <w:b/>
          <w:lang w:eastAsia="zh-CN"/>
        </w:rPr>
        <w:t>运算区分</w:t>
      </w:r>
      <w:r>
        <w:rPr>
          <w:rFonts w:ascii="微软雅黑" w:eastAsia="微软雅黑" w:hAnsi="微软雅黑" w:cs="微软雅黑" w:hint="eastAsia"/>
          <w:lang w:eastAsia="zh-CN"/>
        </w:rPr>
        <w:t>：能否说清</w:t>
      </w:r>
      <w:r>
        <w:t>"1+1=2</w:t>
      </w:r>
      <w:r>
        <w:rPr>
          <w:rFonts w:ascii="微软雅黑" w:eastAsia="微软雅黑" w:hAnsi="微软雅黑" w:cs="微软雅黑" w:hint="eastAsia"/>
          <w:lang w:eastAsia="zh-CN"/>
        </w:rPr>
        <w:t>数人数、</w:t>
      </w:r>
      <w:r>
        <w:t>1∧1=1</w:t>
      </w:r>
      <w:r>
        <w:rPr>
          <w:rFonts w:ascii="微软雅黑" w:eastAsia="微软雅黑" w:hAnsi="微软雅黑" w:cs="微软雅黑" w:hint="eastAsia"/>
          <w:lang w:eastAsia="zh-CN"/>
        </w:rPr>
        <w:t>看门状态</w:t>
      </w:r>
      <w:r>
        <w:t>"</w:t>
      </w:r>
      <w:r>
        <w:rPr>
          <w:rFonts w:ascii="微软雅黑" w:eastAsia="微软雅黑" w:hAnsi="微软雅黑" w:cs="微软雅黑" w:hint="eastAsia"/>
          <w:lang w:eastAsia="zh-CN"/>
        </w:rPr>
        <w:t>（口头提问抽样）。</w:t>
      </w:r>
    </w:p>
    <w:p>
      <w:pPr/>
      <w:r>
        <w:rPr>
          <w:rFonts w:ascii="微软雅黑" w:eastAsia="微软雅黑" w:hAnsi="微软雅黑" w:cs="微软雅黑" w:hint="eastAsia"/>
          <w:lang w:eastAsia="zh-CN"/>
        </w:rPr>
        <w:t>（建议：每项</w:t>
      </w:r>
      <w:r>
        <w:t>★3</w:t>
      </w:r>
      <w:r>
        <w:rPr>
          <w:rFonts w:ascii="微软雅黑" w:eastAsia="微软雅黑" w:hAnsi="微软雅黑" w:cs="微软雅黑" w:hint="eastAsia"/>
          <w:lang w:eastAsia="zh-CN"/>
        </w:rPr>
        <w:t>达标</w:t>
      </w:r>
      <w:r>
        <w:t>/2</w:t>
      </w:r>
      <w:r>
        <w:rPr>
          <w:rFonts w:ascii="微软雅黑" w:eastAsia="微软雅黑" w:hAnsi="微软雅黑" w:cs="微软雅黑" w:hint="eastAsia"/>
          <w:lang w:eastAsia="zh-CN"/>
        </w:rPr>
        <w:t>发展中</w:t>
      </w:r>
      <w:r>
        <w:t>/1</w:t>
      </w:r>
      <w:r>
        <w:rPr>
          <w:rFonts w:ascii="微软雅黑" w:eastAsia="微软雅黑" w:hAnsi="微软雅黑" w:cs="微软雅黑" w:hint="eastAsia"/>
          <w:lang w:eastAsia="zh-CN"/>
        </w:rPr>
        <w:t>需关注，结合课堂举手与练习单，</w:t>
      </w:r>
      <w:r>
        <w:t>10</w:t>
      </w:r>
      <w:r>
        <w:rPr>
          <w:rFonts w:ascii="微软雅黑" w:eastAsia="微软雅黑" w:hAnsi="微软雅黑" w:cs="微软雅黑" w:hint="eastAsia"/>
          <w:lang w:eastAsia="zh-CN"/>
        </w:rPr>
        <w:t>分钟完成评价。）</w:t>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lang w:eastAsia="zh-CN"/>
        </w:rPr>
        <w:t>主体：两名背着书包的小学生站在发光的神话石门前，手中各举一枚写</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的令牌；动作：两人对视点头，同时翻出</w:t>
      </w:r>
      <w:r>
        <w:t>"</w:t>
      </w:r>
      <w:r>
        <w:rPr>
          <w:rFonts w:ascii="微软雅黑" w:eastAsia="微软雅黑" w:hAnsi="微软雅黑" w:cs="微软雅黑" w:hint="eastAsia"/>
          <w:lang w:eastAsia="zh-CN"/>
        </w:rPr>
        <w:t>真</w:t>
      </w:r>
      <w:r>
        <w:t>"</w:t>
      </w:r>
      <w:r>
        <w:rPr>
          <w:rFonts w:ascii="微软雅黑" w:eastAsia="微软雅黑" w:hAnsi="微软雅黑" w:cs="微软雅黑" w:hint="eastAsia"/>
          <w:lang w:eastAsia="zh-CN"/>
        </w:rPr>
        <w:t>面，石门轰然开启，门后浮现由无数发光逻辑门组成的</w:t>
      </w:r>
      <w:r>
        <w:t>AI</w:t>
      </w:r>
      <w:r>
        <w:rPr>
          <w:rFonts w:ascii="微软雅黑" w:eastAsia="微软雅黑" w:hAnsi="微软雅黑" w:cs="微软雅黑" w:hint="eastAsia"/>
          <w:lang w:eastAsia="zh-CN"/>
        </w:rPr>
        <w:t>大脑；场景：一千零一夜风情的星空峡谷，石壁上刻着</w:t>
      </w:r>
      <w:r>
        <w:t xml:space="preserve"> ∧ ∨ ¬ </w:t>
      </w:r>
      <w:r>
        <w:rPr>
          <w:rFonts w:ascii="微软雅黑" w:eastAsia="微软雅黑" w:hAnsi="微软雅黑" w:cs="微软雅黑" w:hint="eastAsia"/>
          <w:lang w:eastAsia="zh-CN"/>
        </w:rPr>
        <w:t>符号；光影：神秘蓝紫光与金色门光交织；镜头运动：从令牌特写推近至石门开启再俯冲入内；风格：梦工厂</w:t>
      </w:r>
      <w:r>
        <w:t>3D</w:t>
      </w:r>
      <w:r>
        <w:rPr>
          <w:rFonts w:ascii="微软雅黑" w:eastAsia="微软雅黑" w:hAnsi="微软雅黑" w:cs="微软雅黑" w:hint="eastAsia"/>
          <w:lang w:eastAsia="zh-CN"/>
        </w:rPr>
        <w:t>动画＋科幻质感；情绪：惊奇、解密般的兴奋，传递</w:t>
      </w:r>
      <w:r>
        <w:t>"</w:t>
      </w:r>
      <w:r>
        <w:rPr>
          <w:rFonts w:ascii="微软雅黑" w:eastAsia="微软雅黑" w:hAnsi="微软雅黑" w:cs="微软雅黑" w:hint="eastAsia"/>
          <w:lang w:eastAsia="zh-CN"/>
        </w:rPr>
        <w:t>逻辑运算是打开</w:t>
      </w:r>
      <w:r>
        <w:t>AI</w:t>
      </w:r>
      <w:r>
        <w:rPr>
          <w:rFonts w:ascii="微软雅黑" w:eastAsia="微软雅黑" w:hAnsi="微软雅黑" w:cs="微软雅黑" w:hint="eastAsia"/>
          <w:lang w:eastAsia="zh-CN"/>
        </w:rPr>
        <w:t>之门的钥匙</w:t>
      </w:r>
      <w:r>
        <w:t>"</w:t>
      </w:r>
      <w:r>
        <w:rPr>
          <w:rFonts w:ascii="微软雅黑" w:eastAsia="微软雅黑" w:hAnsi="微软雅黑" w:cs="微软雅黑" w:hint="eastAsia"/>
          <w:lang w:eastAsia="zh-CN"/>
        </w:rPr>
        <w:t>的启蒙感。</w:t>
      </w:r>
      <w:r/>
    </w:p>
    <w:p>
      <w:bookmarkStart w:id="32" w:name="_Toc_section_11"/>
      <w:bookmarkStart w:id="10" w:name="section-11"/>
      <w:pPr>
        <w:pStyle w:val="Heading2"/>
        <w:pageBreakBefore/>
      </w:pPr>
      <w:bookmarkEnd w:id="10"/>
      <w:r>
        <w:rPr>
          <w:rFonts w:ascii="微软雅黑" w:hAnsi="微软雅黑" w:eastAsia="微软雅黑" w:cs="微软雅黑" w:hint="eastAsia"/>
          <w:b w:val="0"/>
          <w:color w:val="1A237E"/>
          <w:sz w:val="22"/>
          <w:lang w:eastAsia="zh-CN"/>
        </w:rPr>
        <w:t xml:space="preserve">  课题：《图灵测试和中文房间》（人工智能通识课·小学中段3-4年级）</w:t>
      </w:r>
      <w:bookmarkEnd w:id="32"/>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10</w:t>
      </w:r>
      <w:r>
        <w:rPr>
          <w:rFonts w:ascii="微软雅黑" w:eastAsia="微软雅黑" w:hAnsi="微软雅黑" w:cs="微软雅黑" w:hint="eastAsia"/>
          <w:color w:val="212121"/>
          <w:lang w:eastAsia="zh-CN"/>
        </w:rPr>
        <w:t>讲《案例（小学中段</w:t>
      </w:r>
      <w:r>
        <w:rPr>
          <w:color w:val="212121"/>
        </w:rPr>
        <w:t>3-4</w:t>
      </w:r>
      <w:r>
        <w:rPr>
          <w:rFonts w:ascii="微软雅黑" w:eastAsia="微软雅黑" w:hAnsi="微软雅黑" w:cs="微软雅黑" w:hint="eastAsia"/>
          <w:color w:val="212121"/>
          <w:lang w:eastAsia="zh-CN"/>
        </w:rPr>
        <w:t>年级）图灵测试和中文房间》｜示范时长约</w:t>
      </w:r>
      <w:r>
        <w:rPr>
          <w:color w:val="212121"/>
        </w:rPr>
        <w:t>3</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：小学中段（</w:t>
      </w:r>
      <w:r>
        <w:t>3-4</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语文</w:t>
      </w:r>
      <w:r>
        <w:t xml:space="preserve"> + </w:t>
      </w:r>
      <w:r>
        <w:rPr>
          <w:rFonts w:ascii="微软雅黑" w:eastAsia="微软雅黑" w:hAnsi="微软雅黑" w:cs="微软雅黑" w:hint="eastAsia"/>
          <w:lang w:eastAsia="zh-CN"/>
        </w:rPr>
        <w:t>道德与法治</w:t>
      </w:r>
      <w:r>
        <w:t xml:space="preserve"> + </w:t>
      </w:r>
      <w:r>
        <w:rPr>
          <w:rFonts w:ascii="微软雅黑" w:eastAsia="微软雅黑" w:hAnsi="微软雅黑" w:cs="微软雅黑" w:hint="eastAsia"/>
          <w:lang w:eastAsia="zh-CN"/>
        </w:rPr>
        <w:t>科学</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w:t>
      </w:r>
      <w:r>
        <w:t xml:space="preserve"> / </w:t>
      </w:r>
      <w:r>
        <w:rPr>
          <w:rFonts w:ascii="微软雅黑" w:eastAsia="微软雅黑" w:hAnsi="微软雅黑" w:cs="微软雅黑" w:hint="eastAsia"/>
          <w:lang w:eastAsia="zh-CN"/>
        </w:rPr>
        <w:t>通识课</w:t>
      </w:r>
    </w:p>
    <w:p>
      <w:pPr>
        <w:pStyle w:val="Heading3"/>
      </w:pPr>
      <w:r>
        <w:rPr>
          <w:rFonts w:ascii="微软雅黑" w:hAnsi="微软雅黑" w:eastAsia="微软雅黑" w:cs="微软雅黑" w:hint="eastAsia"/>
          <w:b w:val="0"/>
          <w:color w:val="1A237E"/>
          <w:sz w:val="20"/>
          <w:lang w:eastAsia="zh-CN"/>
        </w:rPr>
        <w:t>一、教学目标</w:t>
      </w:r>
    </w:p>
    <w:p>
      <w:pPr>
        <w:pStyle w:val="ListNumber"/>
        <w:numPr>
          <w:ilvl w:val="0"/>
          <w:numId w:val="31"/>
        </w:numPr>
        <w:spacing w:after="72"/>
      </w:pPr>
      <w:r>
        <w:rPr>
          <w:rFonts w:ascii="微软雅黑" w:eastAsia="微软雅黑" w:hAnsi="微软雅黑" w:cs="微软雅黑" w:hint="eastAsia"/>
          <w:b/>
          <w:lang w:eastAsia="zh-CN"/>
        </w:rPr>
        <w:t>知识与技能</w:t>
      </w:r>
      <w:r>
        <w:rPr>
          <w:rFonts w:ascii="微软雅黑" w:eastAsia="微软雅黑" w:hAnsi="微软雅黑" w:cs="微软雅黑" w:hint="eastAsia"/>
          <w:lang w:eastAsia="zh-CN"/>
        </w:rPr>
        <w:t>：能用自己的话说出</w:t>
      </w:r>
      <w:r>
        <w:t>"</w:t>
      </w:r>
      <w:r>
        <w:rPr>
          <w:rFonts w:ascii="微软雅黑" w:eastAsia="微软雅黑" w:hAnsi="微软雅黑" w:cs="微软雅黑" w:hint="eastAsia"/>
          <w:lang w:eastAsia="zh-CN"/>
        </w:rPr>
        <w:t>图灵测试</w:t>
      </w:r>
      <w:r>
        <w:t>"</w:t>
      </w:r>
      <w:r>
        <w:rPr>
          <w:rFonts w:ascii="微软雅黑" w:eastAsia="微软雅黑" w:hAnsi="微软雅黑" w:cs="微软雅黑" w:hint="eastAsia"/>
          <w:lang w:eastAsia="zh-CN"/>
        </w:rPr>
        <w:t>中</w:t>
      </w:r>
      <w:r>
        <w:t xml:space="preserve"> A</w:t>
      </w:r>
      <w:r>
        <w:rPr>
          <w:rFonts w:ascii="微软雅黑" w:eastAsia="微软雅黑" w:hAnsi="微软雅黑" w:cs="微软雅黑" w:hint="eastAsia"/>
          <w:lang w:eastAsia="zh-CN"/>
        </w:rPr>
        <w:t>（机器）、</w:t>
      </w:r>
      <w:r>
        <w:t>B</w:t>
      </w:r>
      <w:r>
        <w:rPr>
          <w:rFonts w:ascii="微软雅黑" w:eastAsia="微软雅黑" w:hAnsi="微软雅黑" w:cs="微软雅黑" w:hint="eastAsia"/>
          <w:lang w:eastAsia="zh-CN"/>
        </w:rPr>
        <w:t>（人）、</w:t>
      </w:r>
      <w:r>
        <w:t>C</w:t>
      </w:r>
      <w:r>
        <w:rPr>
          <w:rFonts w:ascii="微软雅黑" w:eastAsia="微软雅黑" w:hAnsi="微软雅黑" w:cs="微软雅黑" w:hint="eastAsia"/>
          <w:lang w:eastAsia="zh-CN"/>
        </w:rPr>
        <w:t>（提问者）三个角色的作用与规则；能复述</w:t>
      </w:r>
      <w:r>
        <w:t>"</w:t>
      </w:r>
      <w:r>
        <w:rPr>
          <w:rFonts w:ascii="微软雅黑" w:eastAsia="微软雅黑" w:hAnsi="微软雅黑" w:cs="微软雅黑" w:hint="eastAsia"/>
          <w:lang w:eastAsia="zh-CN"/>
        </w:rPr>
        <w:t>中文房间</w:t>
      </w:r>
      <w:r>
        <w:t>"</w:t>
      </w:r>
      <w:r>
        <w:rPr>
          <w:rFonts w:ascii="微软雅黑" w:eastAsia="微软雅黑" w:hAnsi="微软雅黑" w:cs="微软雅黑" w:hint="eastAsia"/>
          <w:lang w:eastAsia="zh-CN"/>
        </w:rPr>
        <w:t>思想实验的情节，指出</w:t>
      </w:r>
      <w:r>
        <w:t>"</w:t>
      </w:r>
      <w:r>
        <w:rPr>
          <w:rFonts w:ascii="微软雅黑" w:eastAsia="微软雅黑" w:hAnsi="微软雅黑" w:cs="微软雅黑" w:hint="eastAsia"/>
          <w:lang w:eastAsia="zh-CN"/>
        </w:rPr>
        <w:t>按规则操作符号</w:t>
      </w:r>
      <w:r>
        <w:t>"</w:t>
      </w:r>
      <w:r>
        <w:rPr>
          <w:rFonts w:ascii="微软雅黑" w:eastAsia="微软雅黑" w:hAnsi="微软雅黑" w:cs="微软雅黑" w:hint="eastAsia"/>
          <w:lang w:eastAsia="zh-CN"/>
        </w:rPr>
        <w:t>不等于</w:t>
      </w:r>
      <w:r>
        <w:t>"</w:t>
      </w:r>
      <w:r>
        <w:rPr>
          <w:rFonts w:ascii="微软雅黑" w:eastAsia="微软雅黑" w:hAnsi="微软雅黑" w:cs="微软雅黑" w:hint="eastAsia"/>
          <w:lang w:eastAsia="zh-CN"/>
        </w:rPr>
        <w:t>真正理解意义</w:t>
      </w:r>
      <w:r>
        <w:t>"</w:t>
      </w:r>
      <w:r>
        <w:rPr>
          <w:rFonts w:ascii="微软雅黑" w:eastAsia="微软雅黑" w:hAnsi="微软雅黑" w:cs="微软雅黑" w:hint="eastAsia"/>
          <w:lang w:eastAsia="zh-CN"/>
        </w:rPr>
        <w:t>。</w:t>
      </w:r>
    </w:p>
    <w:p>
      <w:pPr>
        <w:pStyle w:val="ListNumber"/>
        <w:numPr>
          <w:ilvl w:val="0"/>
          <w:numId w:val="31"/>
        </w:numPr>
        <w:spacing w:after="72"/>
      </w:pPr>
      <w:r>
        <w:rPr>
          <w:rFonts w:ascii="微软雅黑" w:eastAsia="微软雅黑" w:hAnsi="微软雅黑" w:cs="微软雅黑" w:hint="eastAsia"/>
          <w:b/>
          <w:lang w:eastAsia="zh-CN"/>
        </w:rPr>
        <w:t>过程与方法</w:t>
      </w:r>
      <w:r>
        <w:rPr>
          <w:rFonts w:ascii="微软雅黑" w:eastAsia="微软雅黑" w:hAnsi="微软雅黑" w:cs="微软雅黑" w:hint="eastAsia"/>
          <w:lang w:eastAsia="zh-CN"/>
        </w:rPr>
        <w:t>：经历</w:t>
      </w:r>
      <w:r>
        <w:t>"</w:t>
      </w:r>
      <w:r>
        <w:rPr>
          <w:rFonts w:ascii="微软雅黑" w:eastAsia="微软雅黑" w:hAnsi="微软雅黑" w:cs="微软雅黑" w:hint="eastAsia"/>
          <w:lang w:eastAsia="zh-CN"/>
        </w:rPr>
        <w:t>角色扮演图灵测试</w:t>
      </w:r>
      <w:r>
        <w:t>—</w:t>
      </w:r>
      <w:r>
        <w:rPr>
          <w:rFonts w:ascii="微软雅黑" w:eastAsia="微软雅黑" w:hAnsi="微软雅黑" w:cs="微软雅黑" w:hint="eastAsia"/>
          <w:lang w:eastAsia="zh-CN"/>
        </w:rPr>
        <w:t>对比中文房间</w:t>
      </w:r>
      <w:r>
        <w:t>—</w:t>
      </w:r>
      <w:r>
        <w:rPr>
          <w:rFonts w:ascii="微软雅黑" w:eastAsia="微软雅黑" w:hAnsi="微软雅黑" w:cs="微软雅黑" w:hint="eastAsia"/>
          <w:lang w:eastAsia="zh-CN"/>
        </w:rPr>
        <w:t>联系科学思想实验</w:t>
      </w:r>
      <w:r>
        <w:t>"</w:t>
      </w:r>
      <w:r>
        <w:rPr>
          <w:rFonts w:ascii="微软雅黑" w:eastAsia="微软雅黑" w:hAnsi="微软雅黑" w:cs="微软雅黑" w:hint="eastAsia"/>
          <w:lang w:eastAsia="zh-CN"/>
        </w:rPr>
        <w:t>的探究过程，初步体验科学家用</w:t>
      </w:r>
      <w:r>
        <w:t>"</w:t>
      </w:r>
      <w:r>
        <w:rPr>
          <w:rFonts w:ascii="微软雅黑" w:eastAsia="微软雅黑" w:hAnsi="微软雅黑" w:cs="微软雅黑" w:hint="eastAsia"/>
          <w:lang w:eastAsia="zh-CN"/>
        </w:rPr>
        <w:t>在头脑中模拟实验</w:t>
      </w:r>
      <w:r>
        <w:t>"</w:t>
      </w:r>
      <w:r>
        <w:rPr>
          <w:rFonts w:ascii="微软雅黑" w:eastAsia="微软雅黑" w:hAnsi="微软雅黑" w:cs="微软雅黑" w:hint="eastAsia"/>
          <w:lang w:eastAsia="zh-CN"/>
        </w:rPr>
        <w:t>来检验概念的方法；在小组合作中练习用文字而非语言进行提问与回答。</w:t>
      </w:r>
    </w:p>
    <w:p>
      <w:pPr>
        <w:pStyle w:val="ListNumber"/>
        <w:numPr>
          <w:ilvl w:val="0"/>
          <w:numId w:val="31"/>
        </w:numPr>
        <w:spacing w:after="72"/>
      </w:pPr>
      <w:r>
        <w:rPr>
          <w:rFonts w:ascii="微软雅黑" w:eastAsia="微软雅黑" w:hAnsi="微软雅黑" w:cs="微软雅黑" w:hint="eastAsia"/>
          <w:b/>
          <w:lang w:eastAsia="zh-CN"/>
        </w:rPr>
        <w:t>情感态度与价值观</w:t>
      </w:r>
      <w:r>
        <w:rPr>
          <w:rFonts w:ascii="微软雅黑" w:eastAsia="微软雅黑" w:hAnsi="微软雅黑" w:cs="微软雅黑" w:hint="eastAsia"/>
          <w:lang w:eastAsia="zh-CN"/>
        </w:rPr>
        <w:t>：建立对人工智能</w:t>
      </w:r>
      <w:r>
        <w:t>"</w:t>
      </w:r>
      <w:r>
        <w:rPr>
          <w:rFonts w:ascii="微软雅黑" w:eastAsia="微软雅黑" w:hAnsi="微软雅黑" w:cs="微软雅黑" w:hint="eastAsia"/>
          <w:lang w:eastAsia="zh-CN"/>
        </w:rPr>
        <w:t>能力</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心智</w:t>
      </w:r>
      <w:r>
        <w:t>"</w:t>
      </w:r>
      <w:r>
        <w:rPr>
          <w:rFonts w:ascii="微软雅黑" w:eastAsia="微软雅黑" w:hAnsi="微软雅黑" w:cs="微软雅黑" w:hint="eastAsia"/>
          <w:lang w:eastAsia="zh-CN"/>
        </w:rPr>
        <w:t>的批判性认识，乐于质疑</w:t>
      </w:r>
      <w:r>
        <w:t>"</w:t>
      </w:r>
      <w:r>
        <w:rPr>
          <w:rFonts w:ascii="微软雅黑" w:eastAsia="微软雅黑" w:hAnsi="微软雅黑" w:cs="微软雅黑" w:hint="eastAsia"/>
          <w:lang w:eastAsia="zh-CN"/>
        </w:rPr>
        <w:t>机器会不会真的懂</w:t>
      </w:r>
      <w:r>
        <w:t>"</w:t>
      </w:r>
      <w:r>
        <w:rPr>
          <w:rFonts w:ascii="微软雅黑" w:eastAsia="微软雅黑" w:hAnsi="微软雅黑" w:cs="微软雅黑" w:hint="eastAsia"/>
          <w:lang w:eastAsia="zh-CN"/>
        </w:rPr>
        <w:t>；在语文想象写作中体会人类主观体验的独特性，尊重人与机器的本质差异。</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教学重点</w:t>
      </w:r>
      <w:r>
        <w:rPr>
          <w:rFonts w:ascii="微软雅黑" w:eastAsia="微软雅黑" w:hAnsi="微软雅黑" w:cs="微软雅黑" w:hint="eastAsia"/>
          <w:lang w:eastAsia="zh-CN"/>
        </w:rPr>
        <w:t>：图灵测试的角色分工与判定逻辑；</w:t>
      </w:r>
      <w:r>
        <w:t>"</w:t>
      </w:r>
      <w:r>
        <w:rPr>
          <w:rFonts w:ascii="微软雅黑" w:eastAsia="微软雅黑" w:hAnsi="微软雅黑" w:cs="微软雅黑" w:hint="eastAsia"/>
          <w:lang w:eastAsia="zh-CN"/>
        </w:rPr>
        <w:t>中文房间</w:t>
      </w:r>
      <w:r>
        <w:t>"</w:t>
      </w:r>
      <w:r>
        <w:rPr>
          <w:rFonts w:ascii="微软雅黑" w:eastAsia="微软雅黑" w:hAnsi="微软雅黑" w:cs="微软雅黑" w:hint="eastAsia"/>
          <w:lang w:eastAsia="zh-CN"/>
        </w:rPr>
        <w:t>所揭示的</w:t>
      </w:r>
      <w:r>
        <w:t>"</w:t>
      </w:r>
      <w:r>
        <w:rPr>
          <w:rFonts w:ascii="微软雅黑" w:eastAsia="微软雅黑" w:hAnsi="微软雅黑" w:cs="微软雅黑" w:hint="eastAsia"/>
          <w:lang w:eastAsia="zh-CN"/>
        </w:rPr>
        <w:t>符号操作</w:t>
      </w:r>
      <w:r>
        <w:t>≠</w:t>
      </w:r>
      <w:r>
        <w:rPr>
          <w:rFonts w:ascii="微软雅黑" w:eastAsia="微软雅黑" w:hAnsi="微软雅黑" w:cs="微软雅黑" w:hint="eastAsia"/>
          <w:lang w:eastAsia="zh-CN"/>
        </w:rPr>
        <w:t>意义理解</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教学难点</w:t>
      </w:r>
      <w:r>
        <w:rPr>
          <w:rFonts w:ascii="微软雅黑" w:eastAsia="微软雅黑" w:hAnsi="微软雅黑" w:cs="微软雅黑" w:hint="eastAsia"/>
          <w:lang w:eastAsia="zh-CN"/>
        </w:rPr>
        <w:t>：让</w:t>
      </w:r>
      <w:r>
        <w:t>3-4</w:t>
      </w:r>
      <w:r>
        <w:rPr>
          <w:rFonts w:ascii="微软雅黑" w:eastAsia="微软雅黑" w:hAnsi="微软雅黑" w:cs="微软雅黑" w:hint="eastAsia"/>
          <w:lang w:eastAsia="zh-CN"/>
        </w:rPr>
        <w:t>年级学生跨越</w:t>
      </w:r>
      <w:r>
        <w:t>"</w:t>
      </w:r>
      <w:r>
        <w:rPr>
          <w:rFonts w:ascii="微软雅黑" w:eastAsia="微软雅黑" w:hAnsi="微软雅黑" w:cs="微软雅黑" w:hint="eastAsia"/>
          <w:lang w:eastAsia="zh-CN"/>
        </w:rPr>
        <w:t>能答对</w:t>
      </w:r>
      <w:r>
        <w:t>"</w:t>
      </w:r>
      <w:r>
        <w:rPr>
          <w:rFonts w:ascii="微软雅黑" w:eastAsia="微软雅黑" w:hAnsi="微软雅黑" w:cs="微软雅黑" w:hint="eastAsia"/>
          <w:lang w:eastAsia="zh-CN"/>
        </w:rPr>
        <w:t>到</w:t>
      </w:r>
      <w:r>
        <w:t>"</w:t>
      </w:r>
      <w:r>
        <w:rPr>
          <w:rFonts w:ascii="微软雅黑" w:eastAsia="微软雅黑" w:hAnsi="微软雅黑" w:cs="微软雅黑" w:hint="eastAsia"/>
          <w:lang w:eastAsia="zh-CN"/>
        </w:rPr>
        <w:t>真理解</w:t>
      </w:r>
      <w:r>
        <w:t>"</w:t>
      </w:r>
      <w:r>
        <w:rPr>
          <w:rFonts w:ascii="微软雅黑" w:eastAsia="微软雅黑" w:hAnsi="微软雅黑" w:cs="微软雅黑" w:hint="eastAsia"/>
          <w:lang w:eastAsia="zh-CN"/>
        </w:rPr>
        <w:t>的抽象台阶，初步感知</w:t>
      </w:r>
      <w:r>
        <w:t>"</w:t>
      </w:r>
      <w:r>
        <w:rPr>
          <w:rFonts w:ascii="微软雅黑" w:eastAsia="微软雅黑" w:hAnsi="微软雅黑" w:cs="微软雅黑" w:hint="eastAsia"/>
          <w:lang w:eastAsia="zh-CN"/>
        </w:rPr>
        <w:t>意识</w:t>
      </w:r>
      <w:r>
        <w:t>/</w:t>
      </w:r>
      <w:r>
        <w:rPr>
          <w:rFonts w:ascii="微软雅黑" w:eastAsia="微软雅黑" w:hAnsi="微软雅黑" w:cs="微软雅黑" w:hint="eastAsia"/>
          <w:lang w:eastAsia="zh-CN"/>
        </w:rPr>
        <w:t>主观体验</w:t>
      </w:r>
      <w:r>
        <w:t>"</w:t>
      </w:r>
      <w:r>
        <w:rPr>
          <w:rFonts w:ascii="微软雅黑" w:eastAsia="微软雅黑" w:hAnsi="微软雅黑" w:cs="微软雅黑" w:hint="eastAsia"/>
          <w:lang w:eastAsia="zh-CN"/>
        </w:rPr>
        <w:t>这一难以言传的概念。</w:t>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p>
    <w:p>
      <w:pPr>
        <w:pStyle w:val="ListNumber"/>
        <w:numPr>
          <w:ilvl w:val="0"/>
          <w:numId w:val="32"/>
        </w:numPr>
        <w:spacing w:after="72"/>
      </w:pPr>
      <w:r>
        <w:rPr>
          <w:rFonts w:ascii="微软雅黑" w:eastAsia="微软雅黑" w:hAnsi="微软雅黑" w:cs="微软雅黑" w:hint="eastAsia"/>
          <w:lang w:eastAsia="zh-CN"/>
        </w:rPr>
        <w:t>图灵测试示意图（</w:t>
      </w:r>
      <w:r>
        <w:t xml:space="preserve">A/B/C </w:t>
      </w:r>
      <w:r>
        <w:rPr>
          <w:rFonts w:ascii="微软雅黑" w:eastAsia="微软雅黑" w:hAnsi="微软雅黑" w:cs="微软雅黑" w:hint="eastAsia"/>
          <w:lang w:eastAsia="zh-CN"/>
        </w:rPr>
        <w:t>三角色，标注隔离关系）。</w:t>
      </w:r>
    </w:p>
    <w:p>
      <w:pPr>
        <w:pStyle w:val="ListNumber"/>
        <w:numPr>
          <w:ilvl w:val="0"/>
          <w:numId w:val="32"/>
        </w:numPr>
        <w:spacing w:after="72"/>
      </w:pPr>
      <w:r>
        <w:rPr>
          <w:rFonts w:ascii="微软雅黑" w:eastAsia="微软雅黑" w:hAnsi="微软雅黑" w:cs="微软雅黑" w:hint="eastAsia"/>
          <w:lang w:eastAsia="zh-CN"/>
        </w:rPr>
        <w:t>双语对照问答卡：一列问题、一列对应答案（如外语问题</w:t>
      </w:r>
      <w:r>
        <w:t>+</w:t>
      </w:r>
      <w:r>
        <w:rPr>
          <w:rFonts w:ascii="微软雅黑" w:eastAsia="微软雅黑" w:hAnsi="微软雅黑" w:cs="微软雅黑" w:hint="eastAsia"/>
          <w:lang w:eastAsia="zh-CN"/>
        </w:rPr>
        <w:t>外语答案），用于让学生体验</w:t>
      </w:r>
      <w:r>
        <w:t>"</w:t>
      </w:r>
      <w:r>
        <w:rPr>
          <w:rFonts w:ascii="微软雅黑" w:eastAsia="微软雅黑" w:hAnsi="微软雅黑" w:cs="微软雅黑" w:hint="eastAsia"/>
          <w:lang w:eastAsia="zh-CN"/>
        </w:rPr>
        <w:t>换语言也能答对</w:t>
      </w:r>
      <w:r>
        <w:t>"</w:t>
      </w:r>
      <w:r>
        <w:rPr>
          <w:rFonts w:ascii="微软雅黑" w:eastAsia="微软雅黑" w:hAnsi="微软雅黑" w:cs="微软雅黑" w:hint="eastAsia"/>
          <w:lang w:eastAsia="zh-CN"/>
        </w:rPr>
        <w:t>的符号操作感。</w:t>
      </w:r>
    </w:p>
    <w:p>
      <w:pPr>
        <w:pStyle w:val="ListNumber"/>
        <w:numPr>
          <w:ilvl w:val="0"/>
          <w:numId w:val="32"/>
        </w:numPr>
        <w:spacing w:after="72"/>
      </w:pPr>
      <w:r>
        <w:rPr>
          <w:rFonts w:ascii="微软雅黑" w:eastAsia="微软雅黑" w:hAnsi="微软雅黑" w:cs="微软雅黑" w:hint="eastAsia"/>
          <w:lang w:eastAsia="zh-CN"/>
        </w:rPr>
        <w:t>中文房间漫画：一个人、房间、规则手册、从窗口递进的纸条。</w:t>
      </w:r>
    </w:p>
    <w:p>
      <w:pPr>
        <w:pStyle w:val="ListNumber"/>
        <w:numPr>
          <w:ilvl w:val="0"/>
          <w:numId w:val="32"/>
        </w:numPr>
        <w:spacing w:after="72"/>
      </w:pPr>
      <w:r>
        <w:rPr>
          <w:rFonts w:ascii="微软雅黑" w:eastAsia="微软雅黑" w:hAnsi="微软雅黑" w:cs="微软雅黑" w:hint="eastAsia"/>
          <w:lang w:eastAsia="zh-CN"/>
        </w:rPr>
        <w:t>辅助案例图：做一只蝙蝠、伽利略斜塔与牛顿大炮、薛定谔的猫、缸中之脑。</w:t>
      </w:r>
    </w:p>
    <w:p>
      <w:pPr>
        <w:pStyle w:val="ListNumber"/>
        <w:numPr>
          <w:ilvl w:val="0"/>
          <w:numId w:val="32"/>
        </w:numPr>
        <w:spacing w:after="72"/>
      </w:pPr>
      <w:r>
        <w:rPr>
          <w:rFonts w:ascii="微软雅黑" w:eastAsia="微软雅黑" w:hAnsi="微软雅黑" w:cs="微软雅黑" w:hint="eastAsia"/>
          <w:lang w:eastAsia="zh-CN"/>
        </w:rPr>
        <w:t>角色扮演用</w:t>
      </w:r>
      <w:r>
        <w:t>"</w:t>
      </w:r>
      <w:r>
        <w:rPr>
          <w:rFonts w:ascii="微软雅黑" w:eastAsia="微软雅黑" w:hAnsi="微软雅黑" w:cs="微软雅黑" w:hint="eastAsia"/>
          <w:lang w:eastAsia="zh-CN"/>
        </w:rPr>
        <w:t>问题</w:t>
      </w:r>
      <w:r>
        <w:t>—</w:t>
      </w:r>
      <w:r>
        <w:rPr>
          <w:rFonts w:ascii="微软雅黑" w:eastAsia="微软雅黑" w:hAnsi="微软雅黑" w:cs="微软雅黑" w:hint="eastAsia"/>
          <w:lang w:eastAsia="zh-CN"/>
        </w:rPr>
        <w:t>答案</w:t>
      </w:r>
      <w:r>
        <w:t>"</w:t>
      </w:r>
      <w:r>
        <w:rPr>
          <w:rFonts w:ascii="微软雅黑" w:eastAsia="微软雅黑" w:hAnsi="微软雅黑" w:cs="微软雅黑" w:hint="eastAsia"/>
          <w:lang w:eastAsia="zh-CN"/>
        </w:rPr>
        <w:t>卡片（教师课前印制，每两人一组一套）。</w:t>
      </w:r>
    </w:p>
    <w:p>
      <w:pPr>
        <w:pStyle w:val="ListNumber"/>
        <w:numPr>
          <w:ilvl w:val="0"/>
          <w:numId w:val="32"/>
        </w:numPr>
        <w:spacing w:after="72"/>
      </w:pPr>
      <w:r>
        <w:rPr>
          <w:rFonts w:ascii="微软雅黑" w:eastAsia="微软雅黑" w:hAnsi="微软雅黑" w:cs="微软雅黑" w:hint="eastAsia"/>
          <w:lang w:eastAsia="zh-CN"/>
        </w:rPr>
        <w:t>小组记录单、彩笔、黑板</w:t>
      </w:r>
      <w:r>
        <w:t>/</w:t>
      </w:r>
      <w:r>
        <w:rPr>
          <w:rFonts w:ascii="微软雅黑" w:eastAsia="微软雅黑" w:hAnsi="微软雅黑" w:cs="微软雅黑" w:hint="eastAsia"/>
          <w:lang w:eastAsia="zh-CN"/>
        </w:rPr>
        <w:t>希沃白板。</w:t>
      </w:r>
    </w:p>
    <w:p>
      <w:pPr/>
      <w:r>
        <w:rPr>
          <w:rFonts w:ascii="微软雅黑" w:eastAsia="微软雅黑" w:hAnsi="微软雅黑" w:cs="微软雅黑" w:hint="eastAsia"/>
          <w:b/>
          <w:lang w:eastAsia="zh-CN"/>
        </w:rPr>
        <w:t>场地与技术环境</w:t>
      </w:r>
    </w:p>
    <w:p>
      <w:pPr>
        <w:pStyle w:val="ListBullet"/>
        <w:spacing w:after="72"/>
      </w:pPr>
      <w:r>
        <w:rPr>
          <w:rFonts w:ascii="微软雅黑" w:eastAsia="微软雅黑" w:hAnsi="微软雅黑" w:cs="微软雅黑" w:hint="eastAsia"/>
          <w:lang w:eastAsia="zh-CN"/>
        </w:rPr>
        <w:t>普通多媒体教室，能投影示意图与漫画；准备隔离遮挡物（如纸板隔断或两人背对背）用于角色扮演。</w:t>
      </w:r>
    </w:p>
    <w:p>
      <w:pPr>
        <w:pStyle w:val="ListBullet"/>
        <w:spacing w:after="72"/>
      </w:pPr>
      <w:r>
        <w:rPr>
          <w:rFonts w:ascii="微软雅黑" w:eastAsia="微软雅黑" w:hAnsi="微软雅黑" w:cs="微软雅黑" w:hint="eastAsia"/>
          <w:b/>
          <w:lang w:eastAsia="zh-CN"/>
        </w:rPr>
        <w:t>设备不足替代方案</w:t>
      </w:r>
      <w:r>
        <w:rPr>
          <w:rFonts w:ascii="微软雅黑" w:eastAsia="微软雅黑" w:hAnsi="微软雅黑" w:cs="微软雅黑" w:hint="eastAsia"/>
          <w:lang w:eastAsia="zh-CN"/>
        </w:rPr>
        <w:t>：无投影时，可手绘</w:t>
      </w:r>
      <w:r>
        <w:t xml:space="preserve"> A/B/C </w:t>
      </w:r>
      <w:r>
        <w:rPr>
          <w:rFonts w:ascii="微软雅黑" w:eastAsia="微软雅黑" w:hAnsi="微软雅黑" w:cs="微软雅黑" w:hint="eastAsia"/>
          <w:lang w:eastAsia="zh-CN"/>
        </w:rPr>
        <w:t>三角色图张贴于黑板；双语问答卡可改为本地方言</w:t>
      </w:r>
      <w:r>
        <w:t>/</w:t>
      </w:r>
      <w:r>
        <w:rPr>
          <w:rFonts w:ascii="微软雅黑" w:eastAsia="微软雅黑" w:hAnsi="微软雅黑" w:cs="微软雅黑" w:hint="eastAsia"/>
          <w:lang w:eastAsia="zh-CN"/>
        </w:rPr>
        <w:t>拼音与普通话对照卡，同样能制造</w:t>
      </w:r>
      <w:r>
        <w:t>"</w:t>
      </w:r>
      <w:r>
        <w:rPr>
          <w:rFonts w:ascii="微软雅黑" w:eastAsia="微软雅黑" w:hAnsi="微软雅黑" w:cs="微软雅黑" w:hint="eastAsia"/>
          <w:lang w:eastAsia="zh-CN"/>
        </w:rPr>
        <w:t>看不懂但能按规则匹配</w:t>
      </w:r>
      <w:r>
        <w:t>"</w:t>
      </w:r>
      <w:r>
        <w:rPr>
          <w:rFonts w:ascii="微软雅黑" w:eastAsia="微软雅黑" w:hAnsi="微软雅黑" w:cs="微软雅黑" w:hint="eastAsia"/>
          <w:lang w:eastAsia="zh-CN"/>
        </w:rPr>
        <w:t>的体验。</w:t>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一、导入：提出驱动问题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投影课题，开门见山提问：</w:t>
            </w:r>
            <w:r>
              <w:rPr>
                <w:sz w:val="18"/>
              </w:rPr>
              <w:t xml:space="preserve"> </w:t>
            </w:r>
            <w:r>
              <w:rPr>
                <w:sz w:val="18"/>
              </w:rPr>
              <w:t>"</w:t>
            </w:r>
            <w:r>
              <w:rPr>
                <w:sz w:val="18"/>
              </w:rPr>
              <w:t xml:space="preserve"> </w:t>
            </w:r>
            <w:r>
              <w:rPr>
                <w:sz w:val="18"/>
              </w:rPr>
              <w:t>你有什么好办法能通过图灵测试吗？</w:t>
            </w:r>
            <w:r>
              <w:rPr>
                <w:sz w:val="18"/>
              </w:rPr>
              <w:t xml:space="preserve"> </w:t>
            </w:r>
            <w:r>
              <w:rPr>
                <w:sz w:val="18"/>
              </w:rPr>
              <w:t>"</w:t>
            </w:r>
            <w:r>
              <w:rPr>
                <w:sz w:val="18"/>
              </w:rPr>
              <w:t xml:space="preserve"> </w:t>
            </w:r>
            <w:r>
              <w:rPr>
                <w:sz w:val="18"/>
              </w:rPr>
              <w:t>先让学生猜想；再简介图灵测试</w:t>
            </w:r>
            <w:r>
              <w:rPr>
                <w:sz w:val="18"/>
              </w:rPr>
              <w:t xml:space="preserve"> </w:t>
            </w:r>
            <w:r>
              <w:rPr>
                <w:sz w:val="18"/>
              </w:rPr>
              <w:t>——</w:t>
            </w:r>
            <w:r>
              <w:rPr>
                <w:sz w:val="18"/>
              </w:rPr>
              <w:t xml:space="preserve"> </w:t>
            </w:r>
            <w:r>
              <w:rPr>
                <w:sz w:val="18"/>
              </w:rPr>
              <w:t>在一个隔离场景中，</w:t>
            </w:r>
            <w:r>
              <w:rPr>
                <w:sz w:val="18"/>
              </w:rPr>
              <w:t xml:space="preserve"> </w:t>
            </w:r>
            <w:r>
              <w:rPr>
                <w:sz w:val="18"/>
              </w:rPr>
              <w:t xml:space="preserve">A </w:t>
            </w:r>
            <w:r>
              <w:rPr>
                <w:sz w:val="18"/>
              </w:rPr>
              <w:t xml:space="preserve"> </w:t>
            </w:r>
            <w:r>
              <w:rPr>
                <w:sz w:val="18"/>
              </w:rPr>
              <w:t>是计算机、</w:t>
            </w:r>
            <w:r>
              <w:rPr>
                <w:sz w:val="18"/>
              </w:rPr>
              <w:t xml:space="preserve"> </w:t>
            </w:r>
            <w:r>
              <w:rPr>
                <w:sz w:val="18"/>
              </w:rPr>
              <w:t xml:space="preserve">B </w:t>
            </w:r>
            <w:r>
              <w:rPr>
                <w:sz w:val="18"/>
              </w:rPr>
              <w:t xml:space="preserve"> </w:t>
            </w:r>
            <w:r>
              <w:rPr>
                <w:sz w:val="18"/>
              </w:rPr>
              <w:t>是人，</w:t>
            </w:r>
            <w:r>
              <w:rPr>
                <w:sz w:val="18"/>
              </w:rPr>
              <w:t xml:space="preserve"> </w:t>
            </w:r>
            <w:r>
              <w:rPr>
                <w:sz w:val="18"/>
              </w:rPr>
              <w:t xml:space="preserve">C </w:t>
            </w:r>
            <w:r>
              <w:rPr>
                <w:sz w:val="18"/>
              </w:rPr>
              <w:t xml:space="preserve"> </w:t>
            </w:r>
            <w:r>
              <w:rPr>
                <w:sz w:val="18"/>
              </w:rPr>
              <w:t>通过文字向</w:t>
            </w:r>
            <w:r>
              <w:rPr>
                <w:sz w:val="18"/>
              </w:rPr>
              <w:t xml:space="preserve"> </w:t>
            </w:r>
            <w:r>
              <w:rPr>
                <w:sz w:val="18"/>
              </w:rPr>
              <w:t xml:space="preserve"> A</w:t>
            </w:r>
            <w:r>
              <w:rPr>
                <w:sz w:val="18"/>
              </w:rPr>
              <w:t xml:space="preserve"> </w:t>
            </w:r>
            <w:r>
              <w:rPr>
                <w:sz w:val="18"/>
              </w:rPr>
              <w:t>、</w:t>
            </w:r>
            <w:r>
              <w:rPr>
                <w:sz w:val="18"/>
              </w:rPr>
              <w:t xml:space="preserve"> </w:t>
            </w:r>
            <w:r>
              <w:rPr>
                <w:sz w:val="18"/>
              </w:rPr>
              <w:t xml:space="preserve">B </w:t>
            </w:r>
            <w:r>
              <w:rPr>
                <w:sz w:val="18"/>
              </w:rPr>
              <w:t xml:space="preserve"> </w:t>
            </w:r>
            <w:r>
              <w:rPr>
                <w:sz w:val="18"/>
              </w:rPr>
              <w:t>提问；若</w:t>
            </w:r>
            <w:r>
              <w:rPr>
                <w:sz w:val="18"/>
              </w:rPr>
              <w:t xml:space="preserve"> </w:t>
            </w:r>
            <w:r>
              <w:rPr>
                <w:sz w:val="18"/>
              </w:rPr>
              <w:t xml:space="preserve"> C </w:t>
            </w:r>
            <w:r>
              <w:rPr>
                <w:sz w:val="18"/>
              </w:rPr>
              <w:t xml:space="preserve"> </w:t>
            </w:r>
            <w:r>
              <w:rPr>
                <w:sz w:val="18"/>
              </w:rPr>
              <w:t>无法分辨</w:t>
            </w:r>
            <w:r>
              <w:rPr>
                <w:sz w:val="18"/>
              </w:rPr>
              <w:t xml:space="preserve"> </w:t>
            </w:r>
            <w:r>
              <w:rPr>
                <w:sz w:val="18"/>
              </w:rPr>
              <w:t xml:space="preserve"> A </w:t>
            </w:r>
            <w:r>
              <w:rPr>
                <w:sz w:val="18"/>
              </w:rPr>
              <w:t xml:space="preserve"> </w:t>
            </w:r>
            <w:r>
              <w:rPr>
                <w:sz w:val="18"/>
              </w:rPr>
              <w:t>与</w:t>
            </w:r>
            <w:r>
              <w:rPr>
                <w:sz w:val="18"/>
              </w:rPr>
              <w:t xml:space="preserve"> </w:t>
            </w:r>
            <w:r>
              <w:rPr>
                <w:sz w:val="18"/>
              </w:rPr>
              <w:t xml:space="preserve"> B </w:t>
            </w:r>
            <w:r>
              <w:rPr>
                <w:sz w:val="18"/>
              </w:rPr>
              <w:t xml:space="preserve"> </w:t>
            </w:r>
            <w:r>
              <w:rPr>
                <w:sz w:val="18"/>
              </w:rPr>
              <w:t>哪个是机器，则认为该机器</w:t>
            </w:r>
            <w:r>
              <w:rPr>
                <w:sz w:val="18"/>
              </w:rPr>
              <w:t xml:space="preserve"> </w:t>
            </w:r>
            <w:r>
              <w:rPr>
                <w:sz w:val="18"/>
              </w:rPr>
              <w:t>"</w:t>
            </w:r>
            <w:r>
              <w:rPr>
                <w:sz w:val="18"/>
              </w:rPr>
              <w:t xml:space="preserve"> </w:t>
            </w:r>
            <w:r>
              <w:rPr>
                <w:sz w:val="18"/>
              </w:rPr>
              <w:t>可以像人一样思考</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自由举手说办法（如</w:t>
            </w:r>
            <w:r>
              <w:rPr>
                <w:sz w:val="18"/>
              </w:rPr>
              <w:t xml:space="preserve"> </w:t>
            </w:r>
            <w:r>
              <w:rPr>
                <w:sz w:val="18"/>
              </w:rPr>
              <w:t>"</w:t>
            </w:r>
            <w:r>
              <w:rPr>
                <w:sz w:val="18"/>
              </w:rPr>
              <w:t xml:space="preserve"> </w:t>
            </w:r>
            <w:r>
              <w:rPr>
                <w:sz w:val="18"/>
              </w:rPr>
              <w:t>假装是人</w:t>
            </w:r>
            <w:r>
              <w:rPr>
                <w:sz w:val="18"/>
              </w:rPr>
              <w:t xml:space="preserve"> </w:t>
            </w:r>
            <w:r>
              <w:rPr>
                <w:sz w:val="18"/>
              </w:rPr>
              <w:t>""</w:t>
            </w:r>
            <w:r>
              <w:rPr>
                <w:sz w:val="18"/>
              </w:rPr>
              <w:t xml:space="preserve"> </w:t>
            </w:r>
            <w:r>
              <w:rPr>
                <w:sz w:val="18"/>
              </w:rPr>
              <w:t>答得聪明</w:t>
            </w:r>
            <w:r>
              <w:rPr>
                <w:sz w:val="18"/>
              </w:rPr>
              <w:t xml:space="preserve"> </w:t>
            </w:r>
            <w:r>
              <w:rPr>
                <w:sz w:val="18"/>
              </w:rPr>
              <w:t>"</w:t>
            </w:r>
            <w:r>
              <w:rPr>
                <w:sz w:val="18"/>
              </w:rPr>
              <w:t xml:space="preserve"> </w:t>
            </w:r>
            <w:r>
              <w:rPr>
                <w:sz w:val="18"/>
              </w:rPr>
              <w:t>）；带着好奇进入情境。</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用原话提问激活先验，制造认知冲突，引出</w:t>
            </w:r>
            <w:r>
              <w:rPr>
                <w:sz w:val="18"/>
              </w:rPr>
              <w:t xml:space="preserve"> </w:t>
            </w:r>
            <w:r>
              <w:rPr>
                <w:sz w:val="18"/>
              </w:rPr>
              <w:t>"</w:t>
            </w:r>
            <w:r>
              <w:rPr>
                <w:sz w:val="18"/>
              </w:rPr>
              <w:t xml:space="preserve"> </w:t>
            </w:r>
            <w:r>
              <w:rPr>
                <w:sz w:val="18"/>
              </w:rPr>
              <w:t>像人思考</w:t>
            </w:r>
            <w:r>
              <w:rPr>
                <w:sz w:val="18"/>
              </w:rPr>
              <w:t xml:space="preserve"> </w:t>
            </w:r>
            <w:r>
              <w:rPr>
                <w:sz w:val="18"/>
              </w:rPr>
              <w:t>"</w:t>
            </w:r>
            <w:r>
              <w:rPr>
                <w:sz w:val="18"/>
              </w:rPr>
              <w:t xml:space="preserve"> </w:t>
            </w:r>
            <w:r>
              <w:rPr>
                <w:sz w:val="18"/>
              </w:rPr>
              <w:t>的判定标准。</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二、体验活动：角色扮演图灵测试</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出示图灵测试三角色图，说明</w:t>
            </w:r>
            <w:r>
              <w:rPr>
                <w:sz w:val="18"/>
              </w:rPr>
              <w:t xml:space="preserve"> </w:t>
            </w:r>
            <w:r>
              <w:rPr>
                <w:sz w:val="18"/>
              </w:rPr>
              <w:t xml:space="preserve"> A</w:t>
            </w:r>
            <w:r>
              <w:rPr>
                <w:sz w:val="18"/>
              </w:rPr>
              <w:t xml:space="preserve"> </w:t>
            </w:r>
            <w:r>
              <w:rPr>
                <w:sz w:val="18"/>
              </w:rPr>
              <w:t>、</w:t>
            </w:r>
            <w:r>
              <w:rPr>
                <w:sz w:val="18"/>
              </w:rPr>
              <w:t xml:space="preserve"> </w:t>
            </w:r>
            <w:r>
              <w:rPr>
                <w:sz w:val="18"/>
              </w:rPr>
              <w:t>B</w:t>
            </w:r>
            <w:r>
              <w:rPr>
                <w:sz w:val="18"/>
              </w:rPr>
              <w:t xml:space="preserve"> </w:t>
            </w:r>
            <w:r>
              <w:rPr>
                <w:sz w:val="18"/>
              </w:rPr>
              <w:t>、</w:t>
            </w:r>
            <w:r>
              <w:rPr>
                <w:sz w:val="18"/>
              </w:rPr>
              <w:t xml:space="preserve"> </w:t>
            </w:r>
            <w:r>
              <w:rPr>
                <w:sz w:val="18"/>
              </w:rPr>
              <w:t xml:space="preserve">C </w:t>
            </w:r>
            <w:r>
              <w:rPr>
                <w:sz w:val="18"/>
              </w:rPr>
              <w:t xml:space="preserve"> </w:t>
            </w:r>
            <w:r>
              <w:rPr>
                <w:sz w:val="18"/>
              </w:rPr>
              <w:t>的身份与隔离规则。宣布规则：</w:t>
            </w:r>
            <w:r>
              <w:rPr>
                <w:sz w:val="18"/>
              </w:rPr>
              <w:t xml:space="preserve"> </w:t>
            </w:r>
            <w:r>
              <w:rPr>
                <w:sz w:val="18"/>
              </w:rPr>
              <w:t>"</w:t>
            </w:r>
            <w:r>
              <w:rPr>
                <w:sz w:val="18"/>
              </w:rPr>
              <w:t xml:space="preserve"> </w:t>
            </w:r>
            <w:r>
              <w:rPr>
                <w:sz w:val="18"/>
              </w:rPr>
              <w:t>游戏全程不要出声、不能见面，问题和答案并非一一对应，</w:t>
            </w:r>
            <w:r>
              <w:rPr>
                <w:sz w:val="18"/>
              </w:rPr>
              <w:t xml:space="preserve"> </w:t>
            </w:r>
            <w:r>
              <w:rPr>
                <w:sz w:val="18"/>
              </w:rPr>
              <w:t>B</w:t>
            </w:r>
            <w:r>
              <w:rPr>
                <w:sz w:val="18"/>
              </w:rPr>
              <w:t xml:space="preserve"> </w:t>
            </w:r>
            <w:r>
              <w:rPr>
                <w:sz w:val="18"/>
              </w:rPr>
              <w:t>、</w:t>
            </w:r>
            <w:r>
              <w:rPr>
                <w:sz w:val="18"/>
              </w:rPr>
              <w:t xml:space="preserve"> </w:t>
            </w:r>
            <w:r>
              <w:rPr>
                <w:sz w:val="18"/>
              </w:rPr>
              <w:t xml:space="preserve">C </w:t>
            </w:r>
            <w:r>
              <w:rPr>
                <w:sz w:val="18"/>
              </w:rPr>
              <w:t xml:space="preserve"> </w:t>
            </w:r>
            <w:r>
              <w:rPr>
                <w:sz w:val="18"/>
              </w:rPr>
              <w:t>都需能给出正确回答。</w:t>
            </w:r>
            <w:r>
              <w:rPr>
                <w:sz w:val="18"/>
              </w:rPr>
              <w:t xml:space="preserve"> </w:t>
            </w:r>
            <w:r>
              <w:rPr>
                <w:sz w:val="18"/>
              </w:rPr>
              <w:t>""</w:t>
            </w:r>
            <w:r>
              <w:rPr>
                <w:sz w:val="18"/>
              </w:rPr>
              <w:t xml:space="preserve"> </w:t>
            </w:r>
            <w:r>
              <w:rPr>
                <w:sz w:val="18"/>
              </w:rPr>
              <w:t>出声者，即出局！</w:t>
            </w:r>
            <w:r>
              <w:rPr>
                <w:sz w:val="18"/>
              </w:rPr>
              <w:t xml:space="preserve"> </w:t>
            </w:r>
            <w:r>
              <w:rPr>
                <w:sz w:val="18"/>
              </w:rPr>
              <w:t>"</w:t>
            </w:r>
            <w:r>
              <w:rPr>
                <w:sz w:val="18"/>
              </w:rPr>
              <w:t xml:space="preserve"> </w:t>
            </w:r>
            <w:r>
              <w:rPr>
                <w:sz w:val="18"/>
              </w:rPr>
              <w:t>发放</w:t>
            </w:r>
            <w:r>
              <w:rPr>
                <w:sz w:val="18"/>
              </w:rPr>
              <w:t xml:space="preserve"> </w:t>
            </w:r>
            <w:r>
              <w:rPr>
                <w:sz w:val="18"/>
              </w:rPr>
              <w:t>"</w:t>
            </w:r>
            <w:r>
              <w:rPr>
                <w:sz w:val="18"/>
              </w:rPr>
              <w:t xml:space="preserve"> </w:t>
            </w:r>
            <w:r>
              <w:rPr>
                <w:sz w:val="18"/>
              </w:rPr>
              <w:t>问题</w:t>
            </w:r>
            <w:r>
              <w:rPr>
                <w:sz w:val="18"/>
              </w:rPr>
              <w:t xml:space="preserve"> </w:t>
            </w:r>
            <w:r>
              <w:rPr>
                <w:sz w:val="18"/>
              </w:rPr>
              <w:t>—</w:t>
            </w:r>
            <w:r>
              <w:rPr>
                <w:sz w:val="18"/>
              </w:rPr>
              <w:t xml:space="preserve"> </w:t>
            </w:r>
            <w:r>
              <w:rPr>
                <w:sz w:val="18"/>
              </w:rPr>
              <w:t>答案</w:t>
            </w:r>
            <w:r>
              <w:rPr>
                <w:sz w:val="18"/>
              </w:rPr>
              <w:t xml:space="preserve"> </w:t>
            </w:r>
            <w:r>
              <w:rPr>
                <w:sz w:val="18"/>
              </w:rPr>
              <w:t>"</w:t>
            </w:r>
            <w:r>
              <w:rPr>
                <w:sz w:val="18"/>
              </w:rPr>
              <w:t xml:space="preserve"> </w:t>
            </w:r>
            <w:r>
              <w:rPr>
                <w:sz w:val="18"/>
              </w:rPr>
              <w:t>卡片，组织学生两人一组，一人扮</w:t>
            </w:r>
            <w:r>
              <w:rPr>
                <w:sz w:val="18"/>
              </w:rPr>
              <w:t xml:space="preserve"> </w:t>
            </w:r>
            <w:r>
              <w:rPr>
                <w:sz w:val="18"/>
              </w:rPr>
              <w:t xml:space="preserve"> B</w:t>
            </w:r>
            <w:r>
              <w:rPr>
                <w:sz w:val="18"/>
              </w:rPr>
              <w:t xml:space="preserve"> </w:t>
            </w:r>
            <w:r>
              <w:rPr>
                <w:sz w:val="18"/>
              </w:rPr>
              <w:t>（真人）、一人扮</w:t>
            </w:r>
            <w:r>
              <w:rPr>
                <w:sz w:val="18"/>
              </w:rPr>
              <w:t xml:space="preserve"> </w:t>
            </w:r>
            <w:r>
              <w:rPr>
                <w:sz w:val="18"/>
              </w:rPr>
              <w:t xml:space="preserve"> C</w:t>
            </w:r>
            <w:r>
              <w:rPr>
                <w:sz w:val="18"/>
              </w:rPr>
              <w:t xml:space="preserve"> </w:t>
            </w:r>
            <w:r>
              <w:rPr>
                <w:sz w:val="18"/>
              </w:rPr>
              <w:t>（机器</w:t>
            </w:r>
            <w:r>
              <w:rPr>
                <w:sz w:val="18"/>
              </w:rPr>
              <w:t xml:space="preserve"> </w:t>
            </w:r>
            <w:r>
              <w:rPr>
                <w:sz w:val="18"/>
              </w:rPr>
              <w:t>/</w:t>
            </w:r>
            <w:r>
              <w:rPr>
                <w:sz w:val="18"/>
              </w:rPr>
              <w:t xml:space="preserve"> </w:t>
            </w:r>
            <w:r>
              <w:rPr>
                <w:sz w:val="18"/>
              </w:rPr>
              <w:t>另一人），用文字作答。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两人背对背或隔纸板，全程禁声，仅用卡片文字交流；</w:t>
            </w:r>
            <w:r>
              <w:rPr>
                <w:sz w:val="18"/>
              </w:rPr>
              <w:t xml:space="preserve"> </w:t>
            </w:r>
            <w:r>
              <w:rPr>
                <w:sz w:val="18"/>
              </w:rPr>
              <w:t xml:space="preserve">C </w:t>
            </w:r>
            <w:r>
              <w:rPr>
                <w:sz w:val="18"/>
              </w:rPr>
              <w:t xml:space="preserve"> </w:t>
            </w:r>
            <w:r>
              <w:rPr>
                <w:sz w:val="18"/>
              </w:rPr>
              <w:t>根据问题从答案卡中挑选回应，</w:t>
            </w:r>
            <w:r>
              <w:rPr>
                <w:sz w:val="18"/>
              </w:rPr>
              <w:t xml:space="preserve"> </w:t>
            </w:r>
            <w:r>
              <w:rPr>
                <w:sz w:val="18"/>
              </w:rPr>
              <w:t xml:space="preserve">B </w:t>
            </w:r>
            <w:r>
              <w:rPr>
                <w:sz w:val="18"/>
              </w:rPr>
              <w:t xml:space="preserve"> </w:t>
            </w:r>
            <w:r>
              <w:rPr>
                <w:sz w:val="18"/>
              </w:rPr>
              <w:t>也给出回答；体验</w:t>
            </w:r>
            <w:r>
              <w:rPr>
                <w:sz w:val="18"/>
              </w:rPr>
              <w:t xml:space="preserve"> </w:t>
            </w:r>
            <w:r>
              <w:rPr>
                <w:sz w:val="18"/>
              </w:rPr>
              <w:t>"</w:t>
            </w:r>
            <w:r>
              <w:rPr>
                <w:sz w:val="18"/>
              </w:rPr>
              <w:t xml:space="preserve"> </w:t>
            </w:r>
            <w:r>
              <w:rPr>
                <w:sz w:val="18"/>
              </w:rPr>
              <w:t>不说话也能答对</w:t>
            </w:r>
            <w:r>
              <w:rPr>
                <w:sz w:val="18"/>
              </w:rPr>
              <w:t xml:space="preserve"> </w:t>
            </w:r>
            <w:r>
              <w:rPr>
                <w:sz w:val="18"/>
              </w:rPr>
              <w:t>"</w:t>
            </w:r>
            <w:r>
              <w:rPr>
                <w:sz w:val="18"/>
              </w:rPr>
              <w:t xml:space="preserve"> </w:t>
            </w:r>
            <w:r>
              <w:rPr>
                <w:sz w:val="18"/>
              </w:rPr>
              <w:t>的过程。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w:t>
            </w:r>
            <w:r>
              <w:rPr>
                <w:sz w:val="18"/>
              </w:rPr>
              <w:t xml:space="preserve"> </w:t>
            </w:r>
            <w:r>
              <w:rPr>
                <w:sz w:val="18"/>
              </w:rPr>
              <w:t>"</w:t>
            </w:r>
            <w:r>
              <w:rPr>
                <w:sz w:val="18"/>
              </w:rPr>
              <w:t xml:space="preserve"> </w:t>
            </w:r>
            <w:r>
              <w:rPr>
                <w:sz w:val="18"/>
              </w:rPr>
              <w:t>出声者即出局</w:t>
            </w:r>
            <w:r>
              <w:rPr>
                <w:sz w:val="18"/>
              </w:rPr>
              <w:t xml:space="preserve"> </w:t>
            </w:r>
            <w:r>
              <w:rPr>
                <w:sz w:val="18"/>
              </w:rPr>
              <w:t>"</w:t>
            </w:r>
            <w:r>
              <w:rPr>
                <w:sz w:val="18"/>
              </w:rPr>
              <w:t xml:space="preserve"> </w:t>
            </w:r>
            <w:r>
              <w:rPr>
                <w:sz w:val="18"/>
              </w:rPr>
              <w:t>规则原样落地，强化规则意识与文字表达能力，亲历图灵测试的判定情境。</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三、抽象建构：讨论与中文房间</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12</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组织讨论：</w:t>
            </w:r>
            <w:r>
              <w:rPr>
                <w:sz w:val="18"/>
              </w:rPr>
              <w:t xml:space="preserve"> </w:t>
            </w:r>
            <w:r>
              <w:rPr>
                <w:sz w:val="18"/>
              </w:rPr>
              <w:t xml:space="preserve">"C </w:t>
            </w:r>
            <w:r>
              <w:rPr>
                <w:sz w:val="18"/>
              </w:rPr>
              <w:t xml:space="preserve"> </w:t>
            </w:r>
            <w:r>
              <w:rPr>
                <w:sz w:val="18"/>
              </w:rPr>
              <w:t>为什么可能分不清</w:t>
            </w:r>
            <w:r>
              <w:rPr>
                <w:sz w:val="18"/>
              </w:rPr>
              <w:t xml:space="preserve"> </w:t>
            </w:r>
            <w:r>
              <w:rPr>
                <w:sz w:val="18"/>
              </w:rPr>
              <w:t xml:space="preserve"> A</w:t>
            </w:r>
            <w:r>
              <w:rPr>
                <w:sz w:val="18"/>
              </w:rPr>
              <w:t xml:space="preserve"> </w:t>
            </w:r>
            <w:r>
              <w:rPr>
                <w:sz w:val="18"/>
              </w:rPr>
              <w:t>、</w:t>
            </w:r>
            <w:r>
              <w:rPr>
                <w:sz w:val="18"/>
              </w:rPr>
              <w:t xml:space="preserve"> </w:t>
            </w:r>
            <w:r>
              <w:rPr>
                <w:sz w:val="18"/>
              </w:rPr>
              <w:t>B</w:t>
            </w:r>
            <w:r>
              <w:rPr>
                <w:sz w:val="18"/>
              </w:rPr>
              <w:t xml:space="preserve"> </w:t>
            </w:r>
            <w:r>
              <w:rPr>
                <w:sz w:val="18"/>
              </w:rPr>
              <w:t>？这说明什么问题？</w:t>
            </w:r>
            <w:r>
              <w:rPr>
                <w:sz w:val="18"/>
              </w:rPr>
              <w:t xml:space="preserve"> </w:t>
            </w:r>
            <w:r>
              <w:rPr>
                <w:sz w:val="18"/>
              </w:rPr>
              <w:t>"</w:t>
            </w:r>
            <w:r>
              <w:rPr>
                <w:sz w:val="18"/>
              </w:rPr>
              <w:t xml:space="preserve"> </w:t>
            </w:r>
            <w:r>
              <w:rPr>
                <w:sz w:val="18"/>
              </w:rPr>
              <w:t>引导学生说出</w:t>
            </w:r>
            <w:r>
              <w:rPr>
                <w:sz w:val="18"/>
              </w:rPr>
              <w:t xml:space="preserve"> </w:t>
            </w:r>
            <w:r>
              <w:rPr>
                <w:sz w:val="18"/>
              </w:rPr>
              <w:t>"</w:t>
            </w:r>
            <w:r>
              <w:rPr>
                <w:sz w:val="18"/>
              </w:rPr>
              <w:t xml:space="preserve"> </w:t>
            </w:r>
            <w:r>
              <w:rPr>
                <w:sz w:val="18"/>
              </w:rPr>
              <w:t>机器答得像人</w:t>
            </w:r>
            <w:r>
              <w:rPr>
                <w:sz w:val="18"/>
              </w:rPr>
              <w:t xml:space="preserve"> </w:t>
            </w:r>
            <w:r>
              <w:rPr>
                <w:sz w:val="18"/>
              </w:rPr>
              <w:t>"</w:t>
            </w:r>
            <w:r>
              <w:rPr>
                <w:sz w:val="18"/>
              </w:rPr>
              <w:t xml:space="preserve"> </w:t>
            </w:r>
            <w:r>
              <w:rPr>
                <w:sz w:val="18"/>
              </w:rPr>
              <w:t>。接着过渡：</w:t>
            </w:r>
            <w:r>
              <w:rPr>
                <w:sz w:val="18"/>
              </w:rPr>
              <w:t xml:space="preserve"> </w:t>
            </w:r>
            <w:r>
              <w:rPr>
                <w:sz w:val="18"/>
              </w:rPr>
              <w:t>"</w:t>
            </w:r>
            <w:r>
              <w:rPr>
                <w:sz w:val="18"/>
              </w:rPr>
              <w:t xml:space="preserve"> </w:t>
            </w:r>
            <w:r>
              <w:rPr>
                <w:sz w:val="18"/>
              </w:rPr>
              <w:t>如果房间里的人根本不懂中文，只是查手册，他给出正确答案能算</w:t>
            </w:r>
            <w:r>
              <w:rPr>
                <w:sz w:val="18"/>
              </w:rPr>
              <w:t xml:space="preserve"> </w:t>
            </w:r>
            <w:r>
              <w:rPr>
                <w:sz w:val="18"/>
              </w:rPr>
              <w:t>'</w:t>
            </w:r>
            <w:r>
              <w:rPr>
                <w:sz w:val="18"/>
              </w:rPr>
              <w:t xml:space="preserve"> </w:t>
            </w:r>
            <w:r>
              <w:rPr>
                <w:sz w:val="18"/>
              </w:rPr>
              <w:t>懂中文</w:t>
            </w:r>
            <w:r>
              <w:rPr>
                <w:sz w:val="18"/>
              </w:rPr>
              <w:t xml:space="preserve"> </w:t>
            </w:r>
            <w:r>
              <w:rPr>
                <w:sz w:val="18"/>
              </w:rPr>
              <w:t>'</w:t>
            </w:r>
            <w:r>
              <w:rPr>
                <w:sz w:val="18"/>
              </w:rPr>
              <w:t xml:space="preserve"> </w:t>
            </w:r>
            <w:r>
              <w:rPr>
                <w:sz w:val="18"/>
              </w:rPr>
              <w:t>吗？</w:t>
            </w:r>
            <w:r>
              <w:rPr>
                <w:sz w:val="18"/>
              </w:rPr>
              <w:t xml:space="preserve"> </w:t>
            </w:r>
            <w:r>
              <w:rPr>
                <w:sz w:val="18"/>
              </w:rPr>
              <w:t>"</w:t>
            </w:r>
            <w:r>
              <w:rPr>
                <w:sz w:val="18"/>
              </w:rPr>
              <w:t xml:space="preserve"> </w:t>
            </w:r>
            <w:r>
              <w:rPr>
                <w:sz w:val="18"/>
              </w:rPr>
              <w:t>引出约翰</w:t>
            </w:r>
            <w:r>
              <w:rPr>
                <w:sz w:val="18"/>
              </w:rPr>
              <w:t xml:space="preserve"> </w:t>
            </w:r>
            <w:r>
              <w:rPr>
                <w:sz w:val="18"/>
              </w:rPr>
              <w:t>·</w:t>
            </w:r>
            <w:r>
              <w:rPr>
                <w:sz w:val="18"/>
              </w:rPr>
              <w:t xml:space="preserve"> </w:t>
            </w:r>
            <w:r>
              <w:rPr>
                <w:sz w:val="18"/>
              </w:rPr>
              <w:t>塞尔的追问：</w:t>
            </w:r>
            <w:r>
              <w:rPr>
                <w:sz w:val="18"/>
              </w:rPr>
              <w:t xml:space="preserve"> </w:t>
            </w:r>
            <w:r>
              <w:rPr>
                <w:sz w:val="18"/>
              </w:rPr>
              <w:t>"</w:t>
            </w:r>
            <w:r>
              <w:rPr>
                <w:sz w:val="18"/>
              </w:rPr>
              <w:t xml:space="preserve"> </w:t>
            </w:r>
            <w:r>
              <w:rPr>
                <w:sz w:val="18"/>
              </w:rPr>
              <w:t>计算机能拥有像人一样的心智吗？</w:t>
            </w:r>
            <w:r>
              <w:rPr>
                <w:sz w:val="18"/>
              </w:rPr>
              <w:t xml:space="preserve"> </w:t>
            </w:r>
            <w:r>
              <w:rPr>
                <w:sz w:val="18"/>
              </w:rPr>
              <w:t>"</w:t>
            </w:r>
            <w:r>
              <w:rPr>
                <w:sz w:val="18"/>
              </w:rPr>
              <w:t xml:space="preserve"> </w:t>
            </w:r>
            <w:r>
              <w:rPr>
                <w:sz w:val="18"/>
              </w:rPr>
              <w:t>讲解</w:t>
            </w:r>
            <w:r>
              <w:rPr>
                <w:sz w:val="18"/>
              </w:rPr>
              <w:t xml:space="preserve"> </w:t>
            </w:r>
            <w:r>
              <w:rPr>
                <w:sz w:val="18"/>
              </w:rPr>
              <w:t>"</w:t>
            </w:r>
            <w:r>
              <w:rPr>
                <w:sz w:val="18"/>
              </w:rPr>
              <w:t xml:space="preserve"> </w:t>
            </w:r>
            <w:r>
              <w:rPr>
                <w:sz w:val="18"/>
              </w:rPr>
              <w:t>中文房间</w:t>
            </w:r>
            <w:r>
              <w:rPr>
                <w:sz w:val="18"/>
              </w:rPr>
              <w:t xml:space="preserve"> </w:t>
            </w:r>
            <w:r>
              <w:rPr>
                <w:sz w:val="18"/>
              </w:rPr>
              <w:t>"——</w:t>
            </w:r>
            <w:r>
              <w:rPr>
                <w:sz w:val="18"/>
              </w:rPr>
              <w:t xml:space="preserve"> </w:t>
            </w:r>
            <w:r>
              <w:rPr>
                <w:sz w:val="18"/>
              </w:rPr>
              <w:t>一个完全不懂中文的人被关在房间里，仅依靠一本规则手册对中文符号进行</w:t>
            </w:r>
            <w:r>
              <w:rPr>
                <w:sz w:val="18"/>
              </w:rPr>
              <w:t xml:space="preserve"> </w:t>
            </w:r>
            <w:r>
              <w:rPr>
                <w:sz w:val="18"/>
              </w:rPr>
              <w:t>"</w:t>
            </w:r>
            <w:r>
              <w:rPr>
                <w:sz w:val="18"/>
              </w:rPr>
              <w:t xml:space="preserve"> </w:t>
            </w:r>
            <w:r>
              <w:rPr>
                <w:sz w:val="18"/>
              </w:rPr>
              <w:t>输入</w:t>
            </w:r>
            <w:r>
              <w:rPr>
                <w:sz w:val="18"/>
              </w:rPr>
              <w:t xml:space="preserve"> </w:t>
            </w:r>
            <w:r>
              <w:rPr>
                <w:sz w:val="18"/>
              </w:rPr>
              <w:t>—</w:t>
            </w:r>
            <w:r>
              <w:rPr>
                <w:sz w:val="18"/>
              </w:rPr>
              <w:t xml:space="preserve"> </w:t>
            </w:r>
            <w:r>
              <w:rPr>
                <w:sz w:val="18"/>
              </w:rPr>
              <w:t>输出</w:t>
            </w:r>
            <w:r>
              <w:rPr>
                <w:sz w:val="18"/>
              </w:rPr>
              <w:t xml:space="preserve"> </w:t>
            </w:r>
            <w:r>
              <w:rPr>
                <w:sz w:val="18"/>
              </w:rPr>
              <w:t>"</w:t>
            </w:r>
            <w:r>
              <w:rPr>
                <w:sz w:val="18"/>
              </w:rPr>
              <w:t xml:space="preserve"> </w:t>
            </w:r>
            <w:r>
              <w:rPr>
                <w:sz w:val="18"/>
              </w:rPr>
              <w:t>匹配，外部人会误以为房间里的人懂中文。展示漫画并点明：</w:t>
            </w:r>
            <w:r>
              <w:rPr>
                <w:sz w:val="18"/>
              </w:rPr>
              <w:t xml:space="preserve"> </w:t>
            </w:r>
            <w:r>
              <w:rPr>
                <w:sz w:val="18"/>
              </w:rPr>
              <w:t>"</w:t>
            </w:r>
            <w:r>
              <w:rPr>
                <w:sz w:val="18"/>
              </w:rPr>
              <w:t xml:space="preserve"> </w:t>
            </w:r>
            <w:r>
              <w:rPr>
                <w:sz w:val="18"/>
              </w:rPr>
              <w:t>机器不一定懂是什么意思；有的机器你聊半天，它仍然跟人的思考是不一样的。</w:t>
            </w:r>
            <w:r>
              <w:rPr>
                <w:sz w:val="18"/>
              </w:rPr>
              <w:t xml:space="preserve"> </w:t>
            </w:r>
            <w:r>
              <w:rPr>
                <w:sz w:val="18"/>
              </w:rPr>
              <w:t>""</w:t>
            </w:r>
            <w:r>
              <w:rPr>
                <w:sz w:val="18"/>
              </w:rPr>
              <w:t xml:space="preserve"> </w:t>
            </w:r>
            <w:r>
              <w:rPr>
                <w:sz w:val="18"/>
              </w:rPr>
              <w:t>人的心智是可以赋予意义的。</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参与讨论，发表判断；对比</w:t>
            </w:r>
            <w:r>
              <w:rPr>
                <w:sz w:val="18"/>
              </w:rPr>
              <w:t xml:space="preserve"> </w:t>
            </w:r>
            <w:r>
              <w:rPr>
                <w:sz w:val="18"/>
              </w:rPr>
              <w:t>"</w:t>
            </w:r>
            <w:r>
              <w:rPr>
                <w:sz w:val="18"/>
              </w:rPr>
              <w:t xml:space="preserve"> </w:t>
            </w:r>
            <w:r>
              <w:rPr>
                <w:sz w:val="18"/>
              </w:rPr>
              <w:t>懂中文的人</w:t>
            </w:r>
            <w:r>
              <w:rPr>
                <w:sz w:val="18"/>
              </w:rPr>
              <w:t xml:space="preserve"> </w:t>
            </w:r>
            <w:r>
              <w:rPr>
                <w:sz w:val="18"/>
              </w:rPr>
              <w:t>"</w:t>
            </w:r>
            <w:r>
              <w:rPr>
                <w:sz w:val="18"/>
              </w:rPr>
              <w:t xml:space="preserve"> </w:t>
            </w:r>
            <w:r>
              <w:rPr>
                <w:sz w:val="18"/>
              </w:rPr>
              <w:t>和</w:t>
            </w:r>
            <w:r>
              <w:rPr>
                <w:sz w:val="18"/>
              </w:rPr>
              <w:t xml:space="preserve"> </w:t>
            </w:r>
            <w:r>
              <w:rPr>
                <w:sz w:val="18"/>
              </w:rPr>
              <w:t>"</w:t>
            </w:r>
            <w:r>
              <w:rPr>
                <w:sz w:val="18"/>
              </w:rPr>
              <w:t xml:space="preserve"> </w:t>
            </w:r>
            <w:r>
              <w:rPr>
                <w:sz w:val="18"/>
              </w:rPr>
              <w:t>查手册的人</w:t>
            </w:r>
            <w:r>
              <w:rPr>
                <w:sz w:val="18"/>
              </w:rPr>
              <w:t xml:space="preserve"> </w:t>
            </w:r>
            <w:r>
              <w:rPr>
                <w:sz w:val="18"/>
              </w:rPr>
              <w:t>"</w:t>
            </w:r>
            <w:r>
              <w:rPr>
                <w:sz w:val="18"/>
              </w:rPr>
              <w:t xml:space="preserve"> </w:t>
            </w:r>
            <w:r>
              <w:rPr>
                <w:sz w:val="18"/>
              </w:rPr>
              <w:t>，指出后者只是按规则操作符号。联系角色扮演体会</w:t>
            </w:r>
            <w:r>
              <w:rPr>
                <w:sz w:val="18"/>
              </w:rPr>
              <w:t xml:space="preserve"> </w:t>
            </w:r>
            <w:r>
              <w:rPr>
                <w:sz w:val="18"/>
              </w:rPr>
              <w:t>"</w:t>
            </w:r>
            <w:r>
              <w:rPr>
                <w:sz w:val="18"/>
              </w:rPr>
              <w:t xml:space="preserve"> </w:t>
            </w:r>
            <w:r>
              <w:rPr>
                <w:sz w:val="18"/>
              </w:rPr>
              <w:t>答对</w:t>
            </w:r>
            <w:r>
              <w:rPr>
                <w:sz w:val="18"/>
              </w:rPr>
              <w:t xml:space="preserve"> </w:t>
            </w:r>
            <w:r>
              <w:rPr>
                <w:sz w:val="18"/>
              </w:rPr>
              <w:t>≠</w:t>
            </w:r>
            <w:r>
              <w:rPr>
                <w:sz w:val="18"/>
              </w:rPr>
              <w:t xml:space="preserve"> </w:t>
            </w:r>
            <w:r>
              <w:rPr>
                <w:sz w:val="18"/>
              </w:rPr>
              <w:t>理解</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从体验上升到概念，用思想实验突破</w:t>
            </w:r>
            <w:r>
              <w:rPr>
                <w:sz w:val="18"/>
              </w:rPr>
              <w:t xml:space="preserve"> </w:t>
            </w:r>
            <w:r>
              <w:rPr>
                <w:sz w:val="18"/>
              </w:rPr>
              <w:t>"</w:t>
            </w:r>
            <w:r>
              <w:rPr>
                <w:sz w:val="18"/>
              </w:rPr>
              <w:t xml:space="preserve"> </w:t>
            </w:r>
            <w:r>
              <w:rPr>
                <w:sz w:val="18"/>
              </w:rPr>
              <w:t>能答对即懂</w:t>
            </w:r>
            <w:r>
              <w:rPr>
                <w:sz w:val="18"/>
              </w:rPr>
              <w:t xml:space="preserve"> </w:t>
            </w:r>
            <w:r>
              <w:rPr>
                <w:sz w:val="18"/>
              </w:rPr>
              <w:t>"</w:t>
            </w:r>
            <w:r>
              <w:rPr>
                <w:sz w:val="18"/>
              </w:rPr>
              <w:t xml:space="preserve"> </w:t>
            </w:r>
            <w:r>
              <w:rPr>
                <w:sz w:val="18"/>
              </w:rPr>
              <w:t>的误区，建立能力</w:t>
            </w:r>
            <w:r>
              <w:rPr>
                <w:sz w:val="18"/>
              </w:rPr>
              <w:t xml:space="preserve"> </w:t>
            </w:r>
            <w:r>
              <w:rPr>
                <w:sz w:val="18"/>
              </w:rPr>
              <w:t>≠</w:t>
            </w:r>
            <w:r>
              <w:rPr>
                <w:sz w:val="18"/>
              </w:rPr>
              <w:t xml:space="preserve"> </w:t>
            </w:r>
            <w:r>
              <w:rPr>
                <w:sz w:val="18"/>
              </w:rPr>
              <w:t>心智的批判认知。</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四、应用迁移：思想实验方法</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类比</w:t>
            </w:r>
            <w:r>
              <w:rPr>
                <w:sz w:val="18"/>
              </w:rPr>
              <w:t xml:space="preserve"> </w:t>
            </w:r>
            <w:r>
              <w:rPr>
                <w:sz w:val="18"/>
              </w:rPr>
              <w:t>"</w:t>
            </w:r>
            <w:r>
              <w:rPr>
                <w:sz w:val="18"/>
              </w:rPr>
              <w:t xml:space="preserve"> </w:t>
            </w:r>
            <w:r>
              <w:rPr>
                <w:sz w:val="18"/>
              </w:rPr>
              <w:t>做一只蝙蝠又如何？</w:t>
            </w:r>
            <w:r>
              <w:rPr>
                <w:sz w:val="18"/>
              </w:rPr>
              <w:t xml:space="preserve"> </w:t>
            </w:r>
            <w:r>
              <w:rPr>
                <w:sz w:val="18"/>
              </w:rPr>
              <w:t>"</w:t>
            </w:r>
            <w:r>
              <w:rPr>
                <w:sz w:val="18"/>
              </w:rPr>
              <w:t xml:space="preserve"> </w:t>
            </w:r>
            <w:r>
              <w:rPr>
                <w:sz w:val="18"/>
              </w:rPr>
              <w:t>（</w:t>
            </w:r>
            <w:r>
              <w:rPr>
                <w:sz w:val="18"/>
              </w:rPr>
              <w:t xml:space="preserve"> </w:t>
            </w:r>
            <w:r>
              <w:rPr>
                <w:sz w:val="18"/>
              </w:rPr>
              <w:t>Nagel</w:t>
            </w:r>
            <w:r>
              <w:rPr>
                <w:sz w:val="18"/>
              </w:rPr>
              <w:t xml:space="preserve"> </w:t>
            </w:r>
            <w:r>
              <w:rPr>
                <w:sz w:val="18"/>
              </w:rPr>
              <w:t>），强调</w:t>
            </w:r>
            <w:r>
              <w:rPr>
                <w:sz w:val="18"/>
              </w:rPr>
              <w:t xml:space="preserve"> </w:t>
            </w:r>
            <w:r>
              <w:rPr>
                <w:sz w:val="18"/>
              </w:rPr>
              <w:t>"</w:t>
            </w:r>
            <w:r>
              <w:rPr>
                <w:sz w:val="18"/>
              </w:rPr>
              <w:t xml:space="preserve"> </w:t>
            </w:r>
            <w:r>
              <w:rPr>
                <w:sz w:val="18"/>
              </w:rPr>
              <w:t>主观体验</w:t>
            </w:r>
            <w:r>
              <w:rPr>
                <w:sz w:val="18"/>
              </w:rPr>
              <w:t xml:space="preserve"> </w:t>
            </w:r>
            <w:r>
              <w:rPr>
                <w:sz w:val="18"/>
              </w:rPr>
              <w:t>/</w:t>
            </w:r>
            <w:r>
              <w:rPr>
                <w:sz w:val="18"/>
              </w:rPr>
              <w:t xml:space="preserve"> </w:t>
            </w:r>
            <w:r>
              <w:rPr>
                <w:sz w:val="18"/>
              </w:rPr>
              <w:t>意识体验</w:t>
            </w:r>
            <w:r>
              <w:rPr>
                <w:sz w:val="18"/>
              </w:rPr>
              <w:t xml:space="preserve"> </w:t>
            </w:r>
            <w:r>
              <w:rPr>
                <w:sz w:val="18"/>
              </w:rPr>
              <w:t>"</w:t>
            </w:r>
            <w:r>
              <w:rPr>
                <w:sz w:val="18"/>
              </w:rPr>
              <w:t xml:space="preserve"> </w:t>
            </w:r>
            <w:r>
              <w:rPr>
                <w:sz w:val="18"/>
              </w:rPr>
              <w:t>是判断</w:t>
            </w:r>
            <w:r>
              <w:rPr>
                <w:sz w:val="18"/>
              </w:rPr>
              <w:t xml:space="preserve"> </w:t>
            </w:r>
            <w:r>
              <w:rPr>
                <w:sz w:val="18"/>
              </w:rPr>
              <w:t>"</w:t>
            </w:r>
            <w:r>
              <w:rPr>
                <w:sz w:val="18"/>
              </w:rPr>
              <w:t xml:space="preserve"> </w:t>
            </w:r>
            <w:r>
              <w:rPr>
                <w:sz w:val="18"/>
              </w:rPr>
              <w:t>理解</w:t>
            </w:r>
            <w:r>
              <w:rPr>
                <w:sz w:val="18"/>
              </w:rPr>
              <w:t xml:space="preserve"> </w:t>
            </w:r>
            <w:r>
              <w:rPr>
                <w:sz w:val="18"/>
              </w:rPr>
              <w:t>"</w:t>
            </w:r>
            <w:r>
              <w:rPr>
                <w:sz w:val="18"/>
              </w:rPr>
              <w:t xml:space="preserve"> </w:t>
            </w:r>
            <w:r>
              <w:rPr>
                <w:sz w:val="18"/>
              </w:rPr>
              <w:t>的关键。拓展科学史思想实验：伽利略斜塔、牛顿大炮、薛定谔的猫、缸中之脑，说明</w:t>
            </w:r>
            <w:r>
              <w:rPr>
                <w:sz w:val="18"/>
              </w:rPr>
              <w:t xml:space="preserve"> </w:t>
            </w:r>
            <w:r>
              <w:rPr>
                <w:sz w:val="18"/>
              </w:rPr>
              <w:t>"</w:t>
            </w:r>
            <w:r>
              <w:rPr>
                <w:sz w:val="18"/>
              </w:rPr>
              <w:t xml:space="preserve"> </w:t>
            </w:r>
            <w:r>
              <w:rPr>
                <w:sz w:val="18"/>
              </w:rPr>
              <w:t>思想实验：可以在脑子里模拟出整个实验过程</w:t>
            </w:r>
            <w:r>
              <w:rPr>
                <w:sz w:val="18"/>
              </w:rPr>
              <w:t xml:space="preserve"> </w:t>
            </w:r>
            <w:r>
              <w:rPr>
                <w:sz w:val="18"/>
              </w:rPr>
              <w:t>"</w:t>
            </w:r>
            <w:r>
              <w:rPr>
                <w:sz w:val="18"/>
              </w:rPr>
              <w:t xml:space="preserve"> </w:t>
            </w:r>
            <w:r>
              <w:rPr>
                <w:sz w:val="18"/>
              </w:rPr>
              <w:t>，是科学家的重要方法。提问：</w:t>
            </w:r>
            <w:r>
              <w:rPr>
                <w:sz w:val="18"/>
              </w:rPr>
              <w:t xml:space="preserve"> </w:t>
            </w:r>
            <w:r>
              <w:rPr>
                <w:sz w:val="18"/>
              </w:rPr>
              <w:t>"</w:t>
            </w:r>
            <w:r>
              <w:rPr>
                <w:sz w:val="18"/>
              </w:rPr>
              <w:t xml:space="preserve"> </w:t>
            </w:r>
            <w:r>
              <w:rPr>
                <w:sz w:val="18"/>
              </w:rPr>
              <w:t>科学家没设备时怎么研究？</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听类比、看案例图；尝试在头脑中</w:t>
            </w:r>
            <w:r>
              <w:rPr>
                <w:sz w:val="18"/>
              </w:rPr>
              <w:t xml:space="preserve"> </w:t>
            </w:r>
            <w:r>
              <w:rPr>
                <w:sz w:val="18"/>
              </w:rPr>
              <w:t>"</w:t>
            </w:r>
            <w:r>
              <w:rPr>
                <w:sz w:val="18"/>
              </w:rPr>
              <w:t xml:space="preserve"> </w:t>
            </w:r>
            <w:r>
              <w:rPr>
                <w:sz w:val="18"/>
              </w:rPr>
              <w:t>想象</w:t>
            </w:r>
            <w:r>
              <w:rPr>
                <w:sz w:val="18"/>
              </w:rPr>
              <w:t xml:space="preserve"> </w:t>
            </w:r>
            <w:r>
              <w:rPr>
                <w:sz w:val="18"/>
              </w:rPr>
              <w:t>"</w:t>
            </w:r>
            <w:r>
              <w:rPr>
                <w:sz w:val="18"/>
              </w:rPr>
              <w:t xml:space="preserve"> </w:t>
            </w:r>
            <w:r>
              <w:rPr>
                <w:sz w:val="18"/>
              </w:rPr>
              <w:t>斜塔实验；说说自己还能想到什么</w:t>
            </w:r>
            <w:r>
              <w:rPr>
                <w:sz w:val="18"/>
              </w:rPr>
              <w:t xml:space="preserve"> </w:t>
            </w:r>
            <w:r>
              <w:rPr>
                <w:sz w:val="18"/>
              </w:rPr>
              <w:t>"</w:t>
            </w:r>
            <w:r>
              <w:rPr>
                <w:sz w:val="18"/>
              </w:rPr>
              <w:t xml:space="preserve"> </w:t>
            </w:r>
            <w:r>
              <w:rPr>
                <w:sz w:val="18"/>
              </w:rPr>
              <w:t>在脑子里做的实验</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把本课方法升华为科学探究方法，对接科学课</w:t>
            </w:r>
            <w:r>
              <w:rPr>
                <w:sz w:val="18"/>
              </w:rPr>
              <w:t xml:space="preserve"> </w:t>
            </w:r>
            <w:r>
              <w:rPr>
                <w:sz w:val="18"/>
              </w:rPr>
              <w:t>"</w:t>
            </w:r>
            <w:r>
              <w:rPr>
                <w:sz w:val="18"/>
              </w:rPr>
              <w:t xml:space="preserve"> </w:t>
            </w:r>
            <w:r>
              <w:rPr>
                <w:sz w:val="18"/>
              </w:rPr>
              <w:t>提出问题</w:t>
            </w:r>
            <w:r>
              <w:rPr>
                <w:sz w:val="18"/>
              </w:rPr>
              <w:t xml:space="preserve"> </w:t>
            </w:r>
            <w:r>
              <w:rPr>
                <w:sz w:val="18"/>
              </w:rPr>
              <w:t>—</w:t>
            </w:r>
            <w:r>
              <w:rPr>
                <w:sz w:val="18"/>
              </w:rPr>
              <w:t xml:space="preserve"> </w:t>
            </w:r>
            <w:r>
              <w:rPr>
                <w:sz w:val="18"/>
              </w:rPr>
              <w:t>作出假设</w:t>
            </w:r>
            <w:r>
              <w:rPr>
                <w:sz w:val="18"/>
              </w:rPr>
              <w:t xml:space="preserve"> </w:t>
            </w:r>
            <w:r>
              <w:rPr>
                <w:sz w:val="18"/>
              </w:rPr>
              <w:t>—</w:t>
            </w:r>
            <w:r>
              <w:rPr>
                <w:sz w:val="18"/>
              </w:rPr>
              <w:t xml:space="preserve"> </w:t>
            </w:r>
            <w:r>
              <w:rPr>
                <w:sz w:val="18"/>
              </w:rPr>
              <w:t>验证假设</w:t>
            </w:r>
            <w:r>
              <w:rPr>
                <w:sz w:val="18"/>
              </w:rPr>
              <w:t xml:space="preserve"> </w:t>
            </w:r>
            <w:r>
              <w:rPr>
                <w:sz w:val="18"/>
              </w:rPr>
              <w:t>"</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五、总结评价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回顾三条线索：图灵测试判定</w:t>
            </w:r>
            <w:r>
              <w:rPr>
                <w:sz w:val="18"/>
              </w:rPr>
              <w:t xml:space="preserve"> </w:t>
            </w:r>
            <w:r>
              <w:rPr>
                <w:sz w:val="18"/>
              </w:rPr>
              <w:t>"</w:t>
            </w:r>
            <w:r>
              <w:rPr>
                <w:sz w:val="18"/>
              </w:rPr>
              <w:t xml:space="preserve"> </w:t>
            </w:r>
            <w:r>
              <w:rPr>
                <w:sz w:val="18"/>
              </w:rPr>
              <w:t>像人思考</w:t>
            </w:r>
            <w:r>
              <w:rPr>
                <w:sz w:val="18"/>
              </w:rPr>
              <w:t xml:space="preserve"> </w:t>
            </w:r>
            <w:r>
              <w:rPr>
                <w:sz w:val="18"/>
              </w:rPr>
              <w:t>"</w:t>
            </w:r>
            <w:r>
              <w:rPr>
                <w:sz w:val="18"/>
              </w:rPr>
              <w:t xml:space="preserve"> </w:t>
            </w:r>
            <w:r>
              <w:rPr>
                <w:sz w:val="18"/>
              </w:rPr>
              <w:t>、中文房间揭示</w:t>
            </w:r>
            <w:r>
              <w:rPr>
                <w:sz w:val="18"/>
              </w:rPr>
              <w:t xml:space="preserve"> </w:t>
            </w:r>
            <w:r>
              <w:rPr>
                <w:sz w:val="18"/>
              </w:rPr>
              <w:t>"</w:t>
            </w:r>
            <w:r>
              <w:rPr>
                <w:sz w:val="18"/>
              </w:rPr>
              <w:t xml:space="preserve"> </w:t>
            </w:r>
            <w:r>
              <w:rPr>
                <w:sz w:val="18"/>
              </w:rPr>
              <w:t>符号</w:t>
            </w:r>
            <w:r>
              <w:rPr>
                <w:sz w:val="18"/>
              </w:rPr>
              <w:t xml:space="preserve"> </w:t>
            </w:r>
            <w:r>
              <w:rPr>
                <w:sz w:val="18"/>
              </w:rPr>
              <w:t>≠</w:t>
            </w:r>
            <w:r>
              <w:rPr>
                <w:sz w:val="18"/>
              </w:rPr>
              <w:t xml:space="preserve"> </w:t>
            </w:r>
            <w:r>
              <w:rPr>
                <w:sz w:val="18"/>
              </w:rPr>
              <w:t>意义</w:t>
            </w:r>
            <w:r>
              <w:rPr>
                <w:sz w:val="18"/>
              </w:rPr>
              <w:t xml:space="preserve"> </w:t>
            </w:r>
            <w:r>
              <w:rPr>
                <w:sz w:val="18"/>
              </w:rPr>
              <w:t>"</w:t>
            </w:r>
            <w:r>
              <w:rPr>
                <w:sz w:val="18"/>
              </w:rPr>
              <w:t xml:space="preserve"> </w:t>
            </w:r>
            <w:r>
              <w:rPr>
                <w:sz w:val="18"/>
              </w:rPr>
              <w:t>、思想实验是科学方法。布置作业与</w:t>
            </w:r>
            <w:r>
              <w:rPr>
                <w:sz w:val="18"/>
              </w:rPr>
              <w:t xml:space="preserve"> </w:t>
            </w:r>
            <w:r>
              <w:rPr>
                <w:sz w:val="18"/>
              </w:rPr>
              <w:t>AI</w:t>
            </w:r>
            <w:r>
              <w:rPr>
                <w:sz w:val="18"/>
              </w:rPr>
              <w:t xml:space="preserve"> </w:t>
            </w:r>
            <w:r>
              <w:rPr>
                <w:sz w:val="18"/>
              </w:rPr>
              <w:t>导入视频拓展。引导学生小结。</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用自己的话复述本课核心；完成自我评价清单。</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结构化收束，巩固</w:t>
            </w:r>
            <w:r>
              <w:rPr>
                <w:sz w:val="18"/>
              </w:rPr>
              <w:t xml:space="preserve"> </w:t>
            </w:r>
            <w:r>
              <w:rPr>
                <w:sz w:val="18"/>
              </w:rPr>
              <w:t>"</w:t>
            </w:r>
            <w:r>
              <w:rPr>
                <w:sz w:val="18"/>
              </w:rPr>
              <w:t xml:space="preserve"> </w:t>
            </w:r>
            <w:r>
              <w:rPr>
                <w:sz w:val="18"/>
              </w:rPr>
              <w:t>能力</w:t>
            </w:r>
            <w:r>
              <w:rPr>
                <w:sz w:val="18"/>
              </w:rPr>
              <w:t xml:space="preserve"> </w:t>
            </w:r>
            <w:r>
              <w:rPr>
                <w:sz w:val="18"/>
              </w:rPr>
              <w:t>—</w:t>
            </w:r>
            <w:r>
              <w:rPr>
                <w:sz w:val="18"/>
              </w:rPr>
              <w:t xml:space="preserve"> </w:t>
            </w:r>
            <w:r>
              <w:rPr>
                <w:sz w:val="18"/>
              </w:rPr>
              <w:t>心智</w:t>
            </w:r>
            <w:r>
              <w:rPr>
                <w:sz w:val="18"/>
              </w:rPr>
              <w:t xml:space="preserve"> </w:t>
            </w:r>
            <w:r>
              <w:rPr>
                <w:sz w:val="18"/>
              </w:rPr>
              <w:t>"</w:t>
            </w:r>
            <w:r>
              <w:rPr>
                <w:sz w:val="18"/>
              </w:rPr>
              <w:t xml:space="preserve"> </w:t>
            </w:r>
            <w:r>
              <w:rPr>
                <w:sz w:val="18"/>
              </w:rPr>
              <w:t>主线。</w:t>
            </w:r>
          </w:p>
        </w:tc>
      </w:tr>
    </w:tbl>
    <w:p>
      <w:pPr>
        <w:pStyle w:val="Heading3"/>
      </w:pPr>
      <w:r>
        <w:rPr>
          <w:rFonts w:ascii="微软雅黑" w:hAnsi="微软雅黑" w:eastAsia="微软雅黑" w:cs="微软雅黑" w:hint="eastAsia"/>
          <w:b w:val="0"/>
          <w:color w:val="1A237E"/>
          <w:sz w:val="20"/>
          <w:lang w:eastAsia="zh-CN"/>
        </w:rPr>
        <w:t>五、课堂互动设计（递进式）</w:t>
      </w:r>
    </w:p>
    <w:p>
      <w:pPr>
        <w:pStyle w:val="ListNumber"/>
        <w:numPr>
          <w:ilvl w:val="0"/>
          <w:numId w:val="33"/>
        </w:numPr>
        <w:spacing w:after="72"/>
      </w:pPr>
      <w:r>
        <w:rPr>
          <w:rFonts w:ascii="微软雅黑" w:eastAsia="微软雅黑" w:hAnsi="微软雅黑" w:cs="微软雅黑" w:hint="eastAsia"/>
          <w:b/>
          <w:lang w:eastAsia="zh-CN"/>
        </w:rPr>
        <w:t>导入互动（4分钟）·游戏化"通关猜想法"</w:t>
      </w:r>
      <w:r>
        <w:rPr>
          <w:rFonts w:ascii="微软雅黑" w:eastAsia="微软雅黑" w:hAnsi="微软雅黑" w:cs="微软雅黑" w:hint="eastAsia"/>
          <w:lang w:eastAsia="zh-CN"/>
        </w:rPr>
        <w:t>：全班围成半圆，教师抛出</w:t>
      </w:r>
      <w:r>
        <w:t>"</w:t>
      </w:r>
      <w:r>
        <w:rPr>
          <w:rFonts w:ascii="微软雅黑" w:eastAsia="微软雅黑" w:hAnsi="微软雅黑" w:cs="微软雅黑" w:hint="eastAsia"/>
          <w:lang w:eastAsia="zh-CN"/>
        </w:rPr>
        <w:t>你有什么好办法能通过图灵测试吗？</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抢答贴纸</w:t>
      </w:r>
      <w:r>
        <w:t>"</w:t>
      </w:r>
      <w:r>
        <w:rPr>
          <w:rFonts w:ascii="微软雅黑" w:eastAsia="微软雅黑" w:hAnsi="微软雅黑" w:cs="微软雅黑" w:hint="eastAsia"/>
          <w:lang w:eastAsia="zh-CN"/>
        </w:rPr>
        <w:t>方式，每说一个办法贴一片</w:t>
      </w:r>
      <w:r>
        <w:t>"</w:t>
      </w:r>
      <w:r>
        <w:rPr>
          <w:rFonts w:ascii="微软雅黑" w:eastAsia="微软雅黑" w:hAnsi="微软雅黑" w:cs="微软雅黑" w:hint="eastAsia"/>
          <w:lang w:eastAsia="zh-CN"/>
        </w:rPr>
        <w:t>智慧叶</w:t>
      </w:r>
      <w:r>
        <w:t>"</w:t>
      </w:r>
      <w:r>
        <w:rPr>
          <w:rFonts w:ascii="微软雅黑" w:eastAsia="微软雅黑" w:hAnsi="微软雅黑" w:cs="微软雅黑" w:hint="eastAsia"/>
          <w:lang w:eastAsia="zh-CN"/>
        </w:rPr>
        <w:t>到黑板树，营造轻快开局。</w:t>
      </w:r>
    </w:p>
    <w:p>
      <w:pPr>
        <w:pStyle w:val="ListNumber"/>
        <w:numPr>
          <w:ilvl w:val="0"/>
          <w:numId w:val="33"/>
        </w:numPr>
        <w:spacing w:after="72"/>
      </w:pPr>
      <w:r>
        <w:rPr>
          <w:rFonts w:ascii="微软雅黑" w:eastAsia="微软雅黑" w:hAnsi="微软雅黑" w:cs="微软雅黑" w:hint="eastAsia"/>
          <w:b/>
          <w:lang w:eastAsia="zh-CN"/>
        </w:rPr>
        <w:t>探究互动（10分钟）·合作角色扮演"静默对话"</w:t>
      </w:r>
      <w:r>
        <w:rPr>
          <w:rFonts w:ascii="微软雅黑" w:eastAsia="微软雅黑" w:hAnsi="微软雅黑" w:cs="微软雅黑" w:hint="eastAsia"/>
          <w:lang w:eastAsia="zh-CN"/>
        </w:rPr>
        <w:t>：两人一组，抽签决定</w:t>
      </w:r>
      <w:r>
        <w:t xml:space="preserve"> B/C</w:t>
      </w:r>
      <w:r>
        <w:rPr>
          <w:rFonts w:ascii="微软雅黑" w:eastAsia="微软雅黑" w:hAnsi="微软雅黑" w:cs="微软雅黑" w:hint="eastAsia"/>
          <w:lang w:eastAsia="zh-CN"/>
        </w:rPr>
        <w:t>；用纸板隔断，全程禁声，靠</w:t>
      </w:r>
      <w:r>
        <w:t>"</w:t>
      </w:r>
      <w:r>
        <w:rPr>
          <w:rFonts w:ascii="微软雅黑" w:eastAsia="微软雅黑" w:hAnsi="微软雅黑" w:cs="微软雅黑" w:hint="eastAsia"/>
          <w:lang w:eastAsia="zh-CN"/>
        </w:rPr>
        <w:t>问题</w:t>
      </w:r>
      <w:r>
        <w:t>—</w:t>
      </w:r>
      <w:r>
        <w:rPr>
          <w:rFonts w:ascii="微软雅黑" w:eastAsia="微软雅黑" w:hAnsi="微软雅黑" w:cs="微软雅黑" w:hint="eastAsia"/>
          <w:lang w:eastAsia="zh-CN"/>
        </w:rPr>
        <w:t>答案</w:t>
      </w:r>
      <w:r>
        <w:t>"</w:t>
      </w:r>
      <w:r>
        <w:rPr>
          <w:rFonts w:ascii="微软雅黑" w:eastAsia="微软雅黑" w:hAnsi="微软雅黑" w:cs="微软雅黑" w:hint="eastAsia"/>
          <w:lang w:eastAsia="zh-CN"/>
        </w:rPr>
        <w:t>卡文字交流，违反</w:t>
      </w:r>
      <w:r>
        <w:t>"</w:t>
      </w:r>
      <w:r>
        <w:rPr>
          <w:rFonts w:ascii="微软雅黑" w:eastAsia="微软雅黑" w:hAnsi="微软雅黑" w:cs="微软雅黑" w:hint="eastAsia"/>
          <w:lang w:eastAsia="zh-CN"/>
        </w:rPr>
        <w:t>出声者即出局</w:t>
      </w:r>
      <w:r>
        <w:t>"</w:t>
      </w:r>
      <w:r>
        <w:rPr>
          <w:rFonts w:ascii="微软雅黑" w:eastAsia="微软雅黑" w:hAnsi="微软雅黑" w:cs="微软雅黑" w:hint="eastAsia"/>
          <w:lang w:eastAsia="zh-CN"/>
        </w:rPr>
        <w:t>规则者本组暂停一轮。规则强化</w:t>
      </w:r>
      <w:r>
        <w:t>+</w:t>
      </w:r>
      <w:r>
        <w:rPr>
          <w:rFonts w:ascii="微软雅黑" w:eastAsia="微软雅黑" w:hAnsi="微软雅黑" w:cs="微软雅黑" w:hint="eastAsia"/>
          <w:lang w:eastAsia="zh-CN"/>
        </w:rPr>
        <w:t>文字表达双目标。</w:t>
      </w:r>
    </w:p>
    <w:p>
      <w:pPr>
        <w:pStyle w:val="ListNumber"/>
        <w:numPr>
          <w:ilvl w:val="0"/>
          <w:numId w:val="33"/>
        </w:numPr>
        <w:spacing w:after="72"/>
      </w:pPr>
      <w:r>
        <w:rPr>
          <w:rFonts w:ascii="微软雅黑" w:eastAsia="微软雅黑" w:hAnsi="微软雅黑" w:cs="微软雅黑" w:hint="eastAsia"/>
          <w:b/>
          <w:lang w:eastAsia="zh-CN"/>
        </w:rPr>
        <w:t>应用互动（8分钟）·"懂or不懂"辩论擂台</w:t>
      </w:r>
      <w:r>
        <w:rPr>
          <w:rFonts w:ascii="微软雅黑" w:eastAsia="微软雅黑" w:hAnsi="微软雅黑" w:cs="微软雅黑" w:hint="eastAsia"/>
          <w:lang w:eastAsia="zh-CN"/>
        </w:rPr>
        <w:t>：教师出示中文房间漫画，全班分</w:t>
      </w:r>
      <w:r>
        <w:t>"</w:t>
      </w:r>
      <w:r>
        <w:rPr>
          <w:rFonts w:ascii="微软雅黑" w:eastAsia="微软雅黑" w:hAnsi="微软雅黑" w:cs="微软雅黑" w:hint="eastAsia"/>
          <w:lang w:eastAsia="zh-CN"/>
        </w:rPr>
        <w:t>它懂中文</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它不懂中文</w:t>
      </w:r>
      <w:r>
        <w:t>"</w:t>
      </w:r>
      <w:r>
        <w:rPr>
          <w:rFonts w:ascii="微软雅黑" w:eastAsia="微软雅黑" w:hAnsi="微软雅黑" w:cs="微软雅黑" w:hint="eastAsia"/>
          <w:lang w:eastAsia="zh-CN"/>
        </w:rPr>
        <w:t>两方，各举</w:t>
      </w:r>
      <w:r>
        <w:t>1</w:t>
      </w:r>
      <w:r>
        <w:rPr>
          <w:rFonts w:ascii="微软雅黑" w:eastAsia="微软雅黑" w:hAnsi="微软雅黑" w:cs="微软雅黑" w:hint="eastAsia"/>
          <w:lang w:eastAsia="zh-CN"/>
        </w:rPr>
        <w:t>条理由（如</w:t>
      </w:r>
      <w:r>
        <w:t>"</w:t>
      </w:r>
      <w:r>
        <w:rPr>
          <w:rFonts w:ascii="微软雅黑" w:eastAsia="微软雅黑" w:hAnsi="微软雅黑" w:cs="微软雅黑" w:hint="eastAsia"/>
          <w:lang w:eastAsia="zh-CN"/>
        </w:rPr>
        <w:t>能答对话</w:t>
      </w:r>
      <w:r>
        <w:t>"vs"</w:t>
      </w:r>
      <w:r>
        <w:rPr>
          <w:rFonts w:ascii="微软雅黑" w:eastAsia="微软雅黑" w:hAnsi="微软雅黑" w:cs="微软雅黑" w:hint="eastAsia"/>
          <w:lang w:eastAsia="zh-CN"/>
        </w:rPr>
        <w:t>只是查手册</w:t>
      </w:r>
      <w:r>
        <w:t>"</w:t>
      </w:r>
      <w:r>
        <w:rPr>
          <w:rFonts w:ascii="微软雅黑" w:eastAsia="微软雅黑" w:hAnsi="微软雅黑" w:cs="微软雅黑" w:hint="eastAsia"/>
          <w:lang w:eastAsia="zh-CN"/>
        </w:rPr>
        <w:t>），教师用板书双栏记录，训练</w:t>
      </w:r>
      <w:r>
        <w:t>"</w:t>
      </w:r>
      <w:r>
        <w:rPr>
          <w:rFonts w:ascii="微软雅黑" w:eastAsia="微软雅黑" w:hAnsi="微软雅黑" w:cs="微软雅黑" w:hint="eastAsia"/>
          <w:lang w:eastAsia="zh-CN"/>
        </w:rPr>
        <w:t>说理由</w:t>
      </w:r>
      <w:r>
        <w:t>"</w:t>
      </w:r>
      <w:r>
        <w:rPr>
          <w:rFonts w:ascii="微软雅黑" w:eastAsia="微软雅黑" w:hAnsi="微软雅黑" w:cs="微软雅黑" w:hint="eastAsia"/>
          <w:lang w:eastAsia="zh-CN"/>
        </w:rPr>
        <w:t>。</w:t>
      </w:r>
    </w:p>
    <w:p>
      <w:pPr>
        <w:pStyle w:val="ListNumber"/>
        <w:numPr>
          <w:ilvl w:val="0"/>
          <w:numId w:val="33"/>
        </w:numPr>
        <w:spacing w:after="72"/>
      </w:pPr>
      <w:r>
        <w:rPr>
          <w:rFonts w:ascii="微软雅黑" w:eastAsia="微软雅黑" w:hAnsi="微软雅黑" w:cs="微软雅黑" w:hint="eastAsia"/>
          <w:b/>
          <w:lang w:eastAsia="zh-CN"/>
        </w:rPr>
        <w:t>总结互动（6分钟）·"我的思想实验"接龙</w:t>
      </w:r>
      <w:r>
        <w:rPr>
          <w:rFonts w:ascii="微软雅黑" w:eastAsia="微软雅黑" w:hAnsi="微软雅黑" w:cs="微软雅黑" w:hint="eastAsia"/>
          <w:lang w:eastAsia="zh-CN"/>
        </w:rPr>
        <w:t>：从伽利略斜塔出发，学生依次说一个</w:t>
      </w:r>
      <w:r>
        <w:t>"</w:t>
      </w:r>
      <w:r>
        <w:rPr>
          <w:rFonts w:ascii="微软雅黑" w:eastAsia="微软雅黑" w:hAnsi="微软雅黑" w:cs="微软雅黑" w:hint="eastAsia"/>
          <w:lang w:eastAsia="zh-CN"/>
        </w:rPr>
        <w:t>能在脑子里做的实验</w:t>
      </w:r>
      <w:r>
        <w:t>"</w:t>
      </w:r>
      <w:r>
        <w:rPr>
          <w:rFonts w:ascii="微软雅黑" w:eastAsia="微软雅黑" w:hAnsi="微软雅黑" w:cs="微软雅黑" w:hint="eastAsia"/>
          <w:lang w:eastAsia="zh-CN"/>
        </w:rPr>
        <w:t>（如</w:t>
      </w:r>
      <w:r>
        <w:t>"</w:t>
      </w:r>
      <w:r>
        <w:rPr>
          <w:rFonts w:ascii="微软雅黑" w:eastAsia="微软雅黑" w:hAnsi="微软雅黑" w:cs="微软雅黑" w:hint="eastAsia"/>
          <w:lang w:eastAsia="zh-CN"/>
        </w:rPr>
        <w:t>如果月亮掉下来会怎样</w:t>
      </w:r>
      <w:r>
        <w:t>"</w:t>
      </w:r>
      <w:r>
        <w:rPr>
          <w:rFonts w:ascii="微软雅黑" w:eastAsia="微软雅黑" w:hAnsi="微软雅黑" w:cs="微软雅黑" w:hint="eastAsia"/>
          <w:lang w:eastAsia="zh-CN"/>
        </w:rPr>
        <w:t>），教师归纳</w:t>
      </w:r>
      <w:r>
        <w:t>"</w:t>
      </w:r>
      <w:r>
        <w:rPr>
          <w:rFonts w:ascii="微软雅黑" w:eastAsia="微软雅黑" w:hAnsi="微软雅黑" w:cs="微软雅黑" w:hint="eastAsia"/>
          <w:lang w:eastAsia="zh-CN"/>
        </w:rPr>
        <w:t>思想实验</w:t>
      </w:r>
      <w:r>
        <w:t>"</w:t>
      </w:r>
      <w:r>
        <w:rPr>
          <w:rFonts w:ascii="微软雅黑" w:eastAsia="微软雅黑" w:hAnsi="微软雅黑" w:cs="微软雅黑" w:hint="eastAsia"/>
          <w:lang w:eastAsia="zh-CN"/>
        </w:rPr>
        <w:t>方法，收束全课。</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图灵测试里有哪三个角色？</w:t>
            </w:r>
            <w:r>
              <w:rPr>
                <w:sz w:val="18"/>
              </w:rPr>
              <w:t xml:space="preserve"> </w:t>
            </w:r>
            <w:r>
              <w:rPr>
                <w:sz w:val="18"/>
              </w:rPr>
              <w:t>A</w:t>
            </w:r>
            <w:r>
              <w:rPr>
                <w:sz w:val="18"/>
              </w:rPr>
              <w:t xml:space="preserve"> </w:t>
            </w:r>
            <w:r>
              <w:rPr>
                <w:sz w:val="18"/>
              </w:rPr>
              <w:t>、</w:t>
            </w:r>
            <w:r>
              <w:rPr>
                <w:sz w:val="18"/>
              </w:rPr>
              <w:t xml:space="preserve"> </w:t>
            </w:r>
            <w:r>
              <w:rPr>
                <w:sz w:val="18"/>
              </w:rPr>
              <w:t>B</w:t>
            </w:r>
            <w:r>
              <w:rPr>
                <w:sz w:val="18"/>
              </w:rPr>
              <w:t xml:space="preserve"> </w:t>
            </w:r>
            <w:r>
              <w:rPr>
                <w:sz w:val="18"/>
              </w:rPr>
              <w:t>、</w:t>
            </w:r>
            <w:r>
              <w:rPr>
                <w:sz w:val="18"/>
              </w:rPr>
              <w:t xml:space="preserve"> </w:t>
            </w:r>
            <w:r>
              <w:rPr>
                <w:sz w:val="18"/>
              </w:rPr>
              <w:t xml:space="preserve">C </w:t>
            </w:r>
            <w:r>
              <w:rPr>
                <w:sz w:val="18"/>
              </w:rPr>
              <w:t xml:space="preserve"> </w:t>
            </w:r>
            <w:r>
              <w:rPr>
                <w:sz w:val="18"/>
              </w:rPr>
              <w:t>分别是谁？</w:t>
            </w:r>
            <w:r>
              <w:rPr>
                <w:sz w:val="18"/>
              </w:rPr>
              <w:t xml:space="preserve"> </w:t>
              <w:br/>
            </w:r>
            <w:r>
              <w:rPr>
                <w:sz w:val="18"/>
              </w:rPr>
              <w:t xml:space="preserve"> </w:t>
            </w:r>
            <w:r>
              <w:rPr>
                <w:sz w:val="18"/>
              </w:rPr>
              <w:t xml:space="preserve">2. </w:t>
            </w:r>
            <w:r>
              <w:rPr>
                <w:sz w:val="18"/>
              </w:rPr>
              <w:t xml:space="preserve"> </w:t>
            </w:r>
            <w:r>
              <w:rPr>
                <w:sz w:val="18"/>
              </w:rPr>
              <w:t>在</w:t>
            </w:r>
            <w:r>
              <w:rPr>
                <w:sz w:val="18"/>
              </w:rPr>
              <w:t xml:space="preserve"> </w:t>
            </w:r>
            <w:r>
              <w:rPr>
                <w:sz w:val="18"/>
              </w:rPr>
              <w:t>"</w:t>
            </w:r>
            <w:r>
              <w:rPr>
                <w:sz w:val="18"/>
              </w:rPr>
              <w:t xml:space="preserve"> </w:t>
            </w:r>
            <w:r>
              <w:rPr>
                <w:sz w:val="18"/>
              </w:rPr>
              <w:t>中文房间</w:t>
            </w:r>
            <w:r>
              <w:rPr>
                <w:sz w:val="18"/>
              </w:rPr>
              <w:t xml:space="preserve"> </w:t>
            </w:r>
            <w:r>
              <w:rPr>
                <w:sz w:val="18"/>
              </w:rPr>
              <w:t>"</w:t>
            </w:r>
            <w:r>
              <w:rPr>
                <w:sz w:val="18"/>
              </w:rPr>
              <w:t xml:space="preserve"> </w:t>
            </w:r>
            <w:r>
              <w:rPr>
                <w:sz w:val="18"/>
              </w:rPr>
              <w:t>里，那个人是靠什么来回答问题的？</w:t>
            </w:r>
            <w:r>
              <w:rPr>
                <w:sz w:val="18"/>
              </w:rPr>
              <w:t xml:space="preserve"> </w:t>
              <w:br/>
            </w:r>
            <w:r>
              <w:rPr>
                <w:sz w:val="18"/>
              </w:rPr>
              <w:t xml:space="preserve"> </w:t>
            </w:r>
            <w:r>
              <w:rPr>
                <w:sz w:val="18"/>
              </w:rPr>
              <w:t xml:space="preserve">3. </w:t>
            </w:r>
            <w:r>
              <w:rPr>
                <w:sz w:val="18"/>
              </w:rPr>
              <w:t xml:space="preserve"> </w:t>
            </w:r>
            <w:r>
              <w:rPr>
                <w:sz w:val="18"/>
              </w:rPr>
              <w:t>什么是</w:t>
            </w:r>
            <w:r>
              <w:rPr>
                <w:sz w:val="18"/>
              </w:rPr>
              <w:t xml:space="preserve"> </w:t>
            </w:r>
            <w:r>
              <w:rPr>
                <w:sz w:val="18"/>
              </w:rPr>
              <w:t>"</w:t>
            </w:r>
            <w:r>
              <w:rPr>
                <w:sz w:val="18"/>
              </w:rPr>
              <w:t xml:space="preserve"> </w:t>
            </w:r>
            <w:r>
              <w:rPr>
                <w:sz w:val="18"/>
              </w:rPr>
              <w:t>思想实验</w:t>
            </w:r>
            <w:r>
              <w:rPr>
                <w:sz w:val="18"/>
              </w:rPr>
              <w:t xml:space="preserve"> </w:t>
            </w:r>
            <w:r>
              <w:rPr>
                <w:sz w:val="18"/>
              </w:rPr>
              <w:t>"</w:t>
            </w:r>
            <w:r>
              <w:rPr>
                <w:sz w:val="18"/>
              </w:rPr>
              <w:t xml:space="preserve"> </w:t>
            </w:r>
            <w:r>
              <w:rPr>
                <w:sz w:val="18"/>
              </w:rPr>
              <w:t>？请举视频里的一个例子。</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w:t>
            </w:r>
            <w:r>
              <w:rPr>
                <w:sz w:val="18"/>
              </w:rPr>
              <w:t xml:space="preserve"> </w:t>
            </w:r>
            <w:r>
              <w:rPr>
                <w:sz w:val="18"/>
              </w:rPr>
              <w:t xml:space="preserve"> C </w:t>
            </w:r>
            <w:r>
              <w:rPr>
                <w:sz w:val="18"/>
              </w:rPr>
              <w:t xml:space="preserve"> </w:t>
            </w:r>
            <w:r>
              <w:rPr>
                <w:sz w:val="18"/>
              </w:rPr>
              <w:t>可能分不清</w:t>
            </w:r>
            <w:r>
              <w:rPr>
                <w:sz w:val="18"/>
              </w:rPr>
              <w:t xml:space="preserve"> </w:t>
            </w:r>
            <w:r>
              <w:rPr>
                <w:sz w:val="18"/>
              </w:rPr>
              <w:t xml:space="preserve"> A </w:t>
            </w:r>
            <w:r>
              <w:rPr>
                <w:sz w:val="18"/>
              </w:rPr>
              <w:t xml:space="preserve"> </w:t>
            </w:r>
            <w:r>
              <w:rPr>
                <w:sz w:val="18"/>
              </w:rPr>
              <w:t>和</w:t>
            </w:r>
            <w:r>
              <w:rPr>
                <w:sz w:val="18"/>
              </w:rPr>
              <w:t xml:space="preserve"> </w:t>
            </w:r>
            <w:r>
              <w:rPr>
                <w:sz w:val="18"/>
              </w:rPr>
              <w:t xml:space="preserve"> B </w:t>
            </w:r>
            <w:r>
              <w:rPr>
                <w:sz w:val="18"/>
              </w:rPr>
              <w:t xml:space="preserve"> </w:t>
            </w:r>
            <w:r>
              <w:rPr>
                <w:sz w:val="18"/>
              </w:rPr>
              <w:t>哪个是机器？这说明了什么？</w:t>
            </w:r>
            <w:r>
              <w:rPr>
                <w:sz w:val="18"/>
              </w:rPr>
              <w:t xml:space="preserve"> </w:t>
              <w:br/>
            </w:r>
            <w:r>
              <w:rPr>
                <w:sz w:val="18"/>
              </w:rPr>
              <w:t xml:space="preserve"> </w:t>
            </w:r>
            <w:r>
              <w:rPr>
                <w:sz w:val="18"/>
              </w:rPr>
              <w:t xml:space="preserve">2. </w:t>
            </w:r>
            <w:r>
              <w:rPr>
                <w:sz w:val="18"/>
              </w:rPr>
              <w:t xml:space="preserve"> </w:t>
            </w:r>
            <w:r>
              <w:rPr>
                <w:sz w:val="18"/>
              </w:rPr>
              <w:t>房间里的人能正确回答中文，为什么塞尔说他</w:t>
            </w:r>
            <w:r>
              <w:rPr>
                <w:sz w:val="18"/>
              </w:rPr>
              <w:t xml:space="preserve"> </w:t>
            </w:r>
            <w:r>
              <w:rPr>
                <w:sz w:val="18"/>
              </w:rPr>
              <w:t>"</w:t>
            </w:r>
            <w:r>
              <w:rPr>
                <w:sz w:val="18"/>
              </w:rPr>
              <w:t xml:space="preserve"> </w:t>
            </w:r>
            <w:r>
              <w:rPr>
                <w:sz w:val="18"/>
              </w:rPr>
              <w:t>不懂中文</w:t>
            </w:r>
            <w:r>
              <w:rPr>
                <w:sz w:val="18"/>
              </w:rPr>
              <w:t xml:space="preserve"> </w:t>
            </w:r>
            <w:r>
              <w:rPr>
                <w:sz w:val="18"/>
              </w:rPr>
              <w:t>"</w:t>
            </w:r>
            <w:r>
              <w:rPr>
                <w:sz w:val="18"/>
              </w:rPr>
              <w:t xml:space="preserve"> </w:t>
            </w:r>
            <w:r>
              <w:rPr>
                <w:sz w:val="18"/>
              </w:rPr>
              <w:t>？</w:t>
            </w:r>
            <w:r>
              <w:rPr>
                <w:sz w:val="18"/>
              </w:rPr>
              <w:t xml:space="preserve"> </w:t>
              <w:br/>
            </w:r>
            <w:r>
              <w:rPr>
                <w:sz w:val="18"/>
              </w:rPr>
              <w:t xml:space="preserve"> </w:t>
            </w:r>
            <w:r>
              <w:rPr>
                <w:sz w:val="18"/>
              </w:rPr>
              <w:t xml:space="preserve">3. </w:t>
            </w:r>
            <w:r>
              <w:rPr>
                <w:sz w:val="18"/>
              </w:rPr>
              <w:t xml:space="preserve"> </w:t>
            </w:r>
            <w:r>
              <w:rPr>
                <w:sz w:val="18"/>
              </w:rPr>
              <w:t>为什么说</w:t>
            </w:r>
            <w:r>
              <w:rPr>
                <w:sz w:val="18"/>
              </w:rPr>
              <w:t xml:space="preserve"> </w:t>
            </w:r>
            <w:r>
              <w:rPr>
                <w:sz w:val="18"/>
              </w:rPr>
              <w:t>"</w:t>
            </w:r>
            <w:r>
              <w:rPr>
                <w:sz w:val="18"/>
              </w:rPr>
              <w:t xml:space="preserve"> </w:t>
            </w:r>
            <w:r>
              <w:rPr>
                <w:sz w:val="18"/>
              </w:rPr>
              <w:t>机器能答对</w:t>
            </w:r>
            <w:r>
              <w:rPr>
                <w:sz w:val="18"/>
              </w:rPr>
              <w:t xml:space="preserve"> </w:t>
            </w:r>
            <w:r>
              <w:rPr>
                <w:sz w:val="18"/>
              </w:rPr>
              <w:t>"</w:t>
            </w:r>
            <w:r>
              <w:rPr>
                <w:sz w:val="18"/>
              </w:rPr>
              <w:t xml:space="preserve"> </w:t>
            </w:r>
            <w:r>
              <w:rPr>
                <w:sz w:val="18"/>
              </w:rPr>
              <w:t>不等于</w:t>
            </w:r>
            <w:r>
              <w:rPr>
                <w:sz w:val="18"/>
              </w:rPr>
              <w:t xml:space="preserve"> </w:t>
            </w:r>
            <w:r>
              <w:rPr>
                <w:sz w:val="18"/>
              </w:rPr>
              <w:t>"</w:t>
            </w:r>
            <w:r>
              <w:rPr>
                <w:sz w:val="18"/>
              </w:rPr>
              <w:t xml:space="preserve"> </w:t>
            </w:r>
            <w:r>
              <w:rPr>
                <w:sz w:val="18"/>
              </w:rPr>
              <w:t>机器真正理解</w:t>
            </w:r>
            <w:r>
              <w:rPr>
                <w:sz w:val="18"/>
              </w:rPr>
              <w:t xml:space="preserve"> </w:t>
            </w:r>
            <w:r>
              <w:rPr>
                <w:sz w:val="18"/>
              </w:rPr>
              <w:t>"</w:t>
            </w:r>
            <w:r>
              <w:rPr>
                <w:sz w:val="18"/>
              </w:rPr>
              <w:t xml:space="preserve"> </w:t>
            </w:r>
            <w:r>
              <w:rPr>
                <w:sz w:val="18"/>
              </w:rPr>
              <w:t>？</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r>
              <w:rPr>
                <w:sz w:val="18"/>
              </w:rPr>
              <w:t xml:space="preserve"> </w:t>
            </w:r>
            <w:r>
              <w:rPr>
                <w:sz w:val="18"/>
              </w:rPr>
              <w:t>/</w:t>
            </w:r>
            <w:r>
              <w:rPr>
                <w:sz w:val="18"/>
              </w:rPr>
              <w:t xml:space="preserve"> </w:t>
            </w:r>
            <w:r>
              <w:rPr>
                <w:sz w:val="18"/>
              </w:rPr>
              <w:t>如果是你）</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如果你是</w:t>
            </w:r>
            <w:r>
              <w:rPr>
                <w:sz w:val="18"/>
              </w:rPr>
              <w:t xml:space="preserve"> </w:t>
            </w:r>
            <w:r>
              <w:rPr>
                <w:sz w:val="18"/>
              </w:rPr>
              <w:t xml:space="preserve"> C</w:t>
            </w:r>
            <w:r>
              <w:rPr>
                <w:sz w:val="18"/>
              </w:rPr>
              <w:t xml:space="preserve"> </w:t>
            </w:r>
            <w:r>
              <w:rPr>
                <w:sz w:val="18"/>
              </w:rPr>
              <w:t>，你会用什么问题来</w:t>
            </w:r>
            <w:r>
              <w:rPr>
                <w:sz w:val="18"/>
              </w:rPr>
              <w:t xml:space="preserve"> </w:t>
            </w:r>
            <w:r>
              <w:rPr>
                <w:sz w:val="18"/>
              </w:rPr>
              <w:t>"</w:t>
            </w:r>
            <w:r>
              <w:rPr>
                <w:sz w:val="18"/>
              </w:rPr>
              <w:t xml:space="preserve"> </w:t>
            </w:r>
            <w:r>
              <w:rPr>
                <w:sz w:val="18"/>
              </w:rPr>
              <w:t>考</w:t>
            </w:r>
            <w:r>
              <w:rPr>
                <w:sz w:val="18"/>
              </w:rPr>
              <w:t xml:space="preserve"> </w:t>
            </w:r>
            <w:r>
              <w:rPr>
                <w:sz w:val="18"/>
              </w:rPr>
              <w:t>"</w:t>
            </w:r>
            <w:r>
              <w:rPr>
                <w:sz w:val="18"/>
              </w:rPr>
              <w:t xml:space="preserve"> </w:t>
            </w:r>
            <w:r>
              <w:rPr>
                <w:sz w:val="18"/>
              </w:rPr>
              <w:t>出对方是不是机器？</w:t>
            </w:r>
            <w:r>
              <w:rPr>
                <w:sz w:val="18"/>
              </w:rPr>
              <w:t xml:space="preserve"> </w:t>
              <w:br/>
            </w:r>
            <w:r>
              <w:rPr>
                <w:sz w:val="18"/>
              </w:rPr>
              <w:t xml:space="preserve"> </w:t>
            </w:r>
            <w:r>
              <w:rPr>
                <w:sz w:val="18"/>
              </w:rPr>
              <w:t xml:space="preserve">2. </w:t>
            </w:r>
            <w:r>
              <w:rPr>
                <w:sz w:val="18"/>
              </w:rPr>
              <w:t xml:space="preserve"> </w:t>
            </w:r>
            <w:r>
              <w:rPr>
                <w:sz w:val="18"/>
              </w:rPr>
              <w:t>如果你是那个房间里的人，拿到规则手册却不懂中文，你心里会怎么想？</w:t>
            </w:r>
            <w:r>
              <w:rPr>
                <w:sz w:val="18"/>
              </w:rPr>
              <w:t xml:space="preserve"> </w:t>
              <w:br/>
            </w:r>
            <w:r>
              <w:rPr>
                <w:sz w:val="18"/>
              </w:rPr>
              <w:t xml:space="preserve"> </w:t>
            </w:r>
            <w:r>
              <w:rPr>
                <w:sz w:val="18"/>
              </w:rPr>
              <w:t xml:space="preserve">3. </w:t>
            </w:r>
            <w:r>
              <w:rPr>
                <w:sz w:val="18"/>
              </w:rPr>
              <w:t xml:space="preserve"> </w:t>
            </w:r>
            <w:r>
              <w:rPr>
                <w:sz w:val="18"/>
              </w:rPr>
              <w:t>既然只有人才有真正的感受，我们该怎样和人工智能相处？</w:t>
            </w:r>
          </w:p>
        </w:tc>
      </w:tr>
    </w:tbl>
    <w:p>
      <w:pPr>
        <w:pStyle w:val="Heading3"/>
      </w:pPr>
      <w:r>
        <w:rPr>
          <w:rFonts w:ascii="微软雅黑" w:hAnsi="微软雅黑" w:eastAsia="微软雅黑" w:cs="微软雅黑" w:hint="eastAsia"/>
          <w:b w:val="0"/>
          <w:color w:val="1A237E"/>
          <w:sz w:val="20"/>
          <w:lang w:eastAsia="zh-CN"/>
        </w:rPr>
        <w:t>七、板书设计（文字描述布局）</w:t>
      </w:r>
    </w:p>
    <w:p>
      <w:pPr>
        <w:pStyle w:val="ListBullet"/>
        <w:spacing w:after="72"/>
      </w:pPr>
      <w:r>
        <w:rPr>
          <w:rFonts w:ascii="微软雅黑" w:eastAsia="微软雅黑" w:hAnsi="微软雅黑" w:cs="微软雅黑" w:hint="eastAsia"/>
          <w:b/>
          <w:lang w:eastAsia="zh-CN"/>
        </w:rPr>
        <w:t>左区（图灵测试）</w:t>
      </w:r>
      <w:r>
        <w:rPr>
          <w:rFonts w:ascii="微软雅黑" w:eastAsia="微软雅黑" w:hAnsi="微软雅黑" w:cs="微软雅黑" w:hint="eastAsia"/>
          <w:lang w:eastAsia="zh-CN"/>
        </w:rPr>
        <w:t>：画三角色图</w:t>
      </w:r>
      <w:r>
        <w:t xml:space="preserve"> A</w:t>
      </w:r>
      <w:r>
        <w:rPr>
          <w:rFonts w:ascii="微软雅黑" w:eastAsia="微软雅黑" w:hAnsi="微软雅黑" w:cs="微软雅黑" w:hint="eastAsia"/>
          <w:lang w:eastAsia="zh-CN"/>
        </w:rPr>
        <w:t>（计算机）</w:t>
      </w:r>
      <w:r>
        <w:t>—B</w:t>
      </w: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文字</w:t>
      </w:r>
      <w:r>
        <w:t>→C</w:t>
      </w:r>
      <w:r>
        <w:rPr>
          <w:rFonts w:ascii="微软雅黑" w:eastAsia="微软雅黑" w:hAnsi="微软雅黑" w:cs="微软雅黑" w:hint="eastAsia"/>
          <w:lang w:eastAsia="zh-CN"/>
        </w:rPr>
        <w:t>（提问者），下注规则：</w:t>
      </w:r>
      <w:r>
        <w:t>"</w:t>
      </w:r>
      <w:r>
        <w:rPr>
          <w:rFonts w:ascii="微软雅黑" w:eastAsia="微软雅黑" w:hAnsi="微软雅黑" w:cs="微软雅黑" w:hint="eastAsia"/>
          <w:lang w:eastAsia="zh-CN"/>
        </w:rPr>
        <w:t>出声者即出局／隔离／问题答案非一一对应</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中区（中文房间）</w:t>
      </w:r>
      <w:r>
        <w:rPr>
          <w:rFonts w:ascii="微软雅黑" w:eastAsia="微软雅黑" w:hAnsi="微软雅黑" w:cs="微软雅黑" w:hint="eastAsia"/>
          <w:lang w:eastAsia="zh-CN"/>
        </w:rPr>
        <w:t>：简笔画房间</w:t>
      </w:r>
      <w:r>
        <w:t>+</w:t>
      </w:r>
      <w:r>
        <w:rPr>
          <w:rFonts w:ascii="微软雅黑" w:eastAsia="微软雅黑" w:hAnsi="微软雅黑" w:cs="微软雅黑" w:hint="eastAsia"/>
          <w:lang w:eastAsia="zh-CN"/>
        </w:rPr>
        <w:t>窗口递纸条</w:t>
      </w:r>
      <w:r>
        <w:t>+</w:t>
      </w:r>
      <w:r>
        <w:rPr>
          <w:rFonts w:ascii="微软雅黑" w:eastAsia="微软雅黑" w:hAnsi="微软雅黑" w:cs="微软雅黑" w:hint="eastAsia"/>
          <w:lang w:eastAsia="zh-CN"/>
        </w:rPr>
        <w:t>规则手册，箭头指向核心句：</w:t>
      </w:r>
      <w:r>
        <w:t>"</w:t>
      </w:r>
      <w:r>
        <w:rPr>
          <w:rFonts w:ascii="微软雅黑" w:eastAsia="微软雅黑" w:hAnsi="微软雅黑" w:cs="微软雅黑" w:hint="eastAsia"/>
          <w:lang w:eastAsia="zh-CN"/>
        </w:rPr>
        <w:t>按规则操作符号</w:t>
      </w:r>
      <w:r>
        <w:t xml:space="preserve"> ≠ </w:t>
      </w:r>
      <w:r>
        <w:rPr>
          <w:rFonts w:ascii="微软雅黑" w:eastAsia="微软雅黑" w:hAnsi="微软雅黑" w:cs="微软雅黑" w:hint="eastAsia"/>
          <w:lang w:eastAsia="zh-CN"/>
        </w:rPr>
        <w:t>真正理解意义</w:t>
      </w:r>
      <w:r>
        <w:t>"</w:t>
      </w:r>
      <w:r>
        <w:rPr>
          <w:rFonts w:ascii="微软雅黑" w:eastAsia="微软雅黑" w:hAnsi="微软雅黑" w:cs="微软雅黑" w:hint="eastAsia"/>
          <w:lang w:eastAsia="zh-CN"/>
        </w:rPr>
        <w:t>。旁注金句：</w:t>
      </w:r>
      <w:r>
        <w:t>"</w:t>
      </w:r>
      <w:r>
        <w:rPr>
          <w:rFonts w:ascii="微软雅黑" w:eastAsia="微软雅黑" w:hAnsi="微软雅黑" w:cs="微软雅黑" w:hint="eastAsia"/>
          <w:lang w:eastAsia="zh-CN"/>
        </w:rPr>
        <w:t>人的心智是可以赋予意义的。</w:t>
      </w:r>
      <w:r>
        <w:t>"</w:t>
      </w:r>
    </w:p>
    <w:p>
      <w:pPr>
        <w:pStyle w:val="ListBullet"/>
        <w:spacing w:after="72"/>
      </w:pPr>
      <w:r>
        <w:rPr>
          <w:rFonts w:ascii="微软雅黑" w:eastAsia="微软雅黑" w:hAnsi="微软雅黑" w:cs="微软雅黑" w:hint="eastAsia"/>
          <w:b/>
          <w:lang w:eastAsia="zh-CN"/>
        </w:rPr>
        <w:t>右区（思想实验）</w:t>
      </w:r>
      <w:r>
        <w:rPr>
          <w:rFonts w:ascii="微软雅黑" w:eastAsia="微软雅黑" w:hAnsi="微软雅黑" w:cs="微软雅黑" w:hint="eastAsia"/>
          <w:lang w:eastAsia="zh-CN"/>
        </w:rPr>
        <w:t>：列出</w:t>
      </w:r>
      <w:r>
        <w:t>"</w:t>
      </w:r>
      <w:r>
        <w:rPr>
          <w:rFonts w:ascii="微软雅黑" w:eastAsia="微软雅黑" w:hAnsi="微软雅黑" w:cs="微软雅黑" w:hint="eastAsia"/>
          <w:lang w:eastAsia="zh-CN"/>
        </w:rPr>
        <w:t>伽利略斜塔、牛顿大炮、薛定谔的猫、缸中之脑、做一只蝙蝠</w:t>
      </w:r>
      <w:r>
        <w:t>"</w:t>
      </w:r>
      <w:r>
        <w:rPr>
          <w:rFonts w:ascii="微软雅黑" w:eastAsia="微软雅黑" w:hAnsi="微软雅黑" w:cs="微软雅黑" w:hint="eastAsia"/>
          <w:lang w:eastAsia="zh-CN"/>
        </w:rPr>
        <w:t>，底部总结：</w:t>
      </w:r>
      <w:r>
        <w:t>"</w:t>
      </w:r>
      <w:r>
        <w:rPr>
          <w:rFonts w:ascii="微软雅黑" w:eastAsia="微软雅黑" w:hAnsi="微软雅黑" w:cs="微软雅黑" w:hint="eastAsia"/>
          <w:lang w:eastAsia="zh-CN"/>
        </w:rPr>
        <w:t>在脑子里模拟实验过程</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底部主线</w:t>
      </w:r>
      <w:r>
        <w:rPr>
          <w:rFonts w:ascii="微软雅黑" w:eastAsia="微软雅黑" w:hAnsi="微软雅黑" w:cs="微软雅黑" w:hint="eastAsia"/>
          <w:lang w:eastAsia="zh-CN"/>
        </w:rPr>
        <w:t>：能力（能回答问题）</w:t>
      </w:r>
      <w:r>
        <w:t xml:space="preserve">⇏ </w:t>
      </w:r>
      <w:r>
        <w:rPr>
          <w:rFonts w:ascii="微软雅黑" w:eastAsia="微软雅黑" w:hAnsi="微软雅黑" w:cs="微软雅黑" w:hint="eastAsia"/>
          <w:lang w:eastAsia="zh-CN"/>
        </w:rPr>
        <w:t>心智（真正理解意义）。</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基础层</w:t>
      </w:r>
      <w:r>
        <w:rPr>
          <w:rFonts w:ascii="微软雅黑" w:eastAsia="微软雅黑" w:hAnsi="微软雅黑" w:cs="微软雅黑" w:hint="eastAsia"/>
          <w:lang w:eastAsia="zh-CN"/>
        </w:rPr>
        <w:t>：把图灵测试中</w:t>
      </w:r>
      <w:r>
        <w:t xml:space="preserve"> A</w:t>
      </w:r>
      <w:r>
        <w:rPr>
          <w:rFonts w:ascii="微软雅黑" w:eastAsia="微软雅黑" w:hAnsi="微软雅黑" w:cs="微软雅黑" w:hint="eastAsia"/>
          <w:lang w:eastAsia="zh-CN"/>
        </w:rPr>
        <w:t>、</w:t>
      </w:r>
      <w:r>
        <w:t>B</w:t>
      </w:r>
      <w:r>
        <w:rPr>
          <w:rFonts w:ascii="微软雅黑" w:eastAsia="微软雅黑" w:hAnsi="微软雅黑" w:cs="微软雅黑" w:hint="eastAsia"/>
          <w:lang w:eastAsia="zh-CN"/>
        </w:rPr>
        <w:t>、</w:t>
      </w:r>
      <w:r>
        <w:t xml:space="preserve">C </w:t>
      </w:r>
      <w:r>
        <w:rPr>
          <w:rFonts w:ascii="微软雅黑" w:eastAsia="微软雅黑" w:hAnsi="微软雅黑" w:cs="微软雅黑" w:hint="eastAsia"/>
          <w:lang w:eastAsia="zh-CN"/>
        </w:rPr>
        <w:t>三个角色画成一幅画，并各写一句话介绍他们是谁。</w:t>
      </w:r>
    </w:p>
    <w:p>
      <w:pPr>
        <w:pStyle w:val="ListBullet"/>
        <w:spacing w:after="72"/>
      </w:pPr>
      <w:r>
        <w:rPr>
          <w:rFonts w:ascii="微软雅黑" w:eastAsia="微软雅黑" w:hAnsi="微软雅黑" w:cs="微软雅黑" w:hint="eastAsia"/>
          <w:b/>
          <w:lang w:eastAsia="zh-CN"/>
        </w:rPr>
        <w:t>提高层</w:t>
      </w:r>
      <w:r>
        <w:rPr>
          <w:rFonts w:ascii="微软雅黑" w:eastAsia="微软雅黑" w:hAnsi="微软雅黑" w:cs="微软雅黑" w:hint="eastAsia"/>
          <w:lang w:eastAsia="zh-CN"/>
        </w:rPr>
        <w:t>：用自己话写</w:t>
      </w:r>
      <w:r>
        <w:t>2-3</w:t>
      </w:r>
      <w:r>
        <w:rPr>
          <w:rFonts w:ascii="微软雅黑" w:eastAsia="微软雅黑" w:hAnsi="微软雅黑" w:cs="微软雅黑" w:hint="eastAsia"/>
          <w:lang w:eastAsia="zh-CN"/>
        </w:rPr>
        <w:t>句，说明</w:t>
      </w:r>
      <w:r>
        <w:t>"</w:t>
      </w:r>
      <w:r>
        <w:rPr>
          <w:rFonts w:ascii="微软雅黑" w:eastAsia="微软雅黑" w:hAnsi="微软雅黑" w:cs="微软雅黑" w:hint="eastAsia"/>
          <w:lang w:eastAsia="zh-CN"/>
        </w:rPr>
        <w:t>中文房间</w:t>
      </w:r>
      <w:r>
        <w:t>"</w:t>
      </w:r>
      <w:r>
        <w:rPr>
          <w:rFonts w:ascii="微软雅黑" w:eastAsia="微软雅黑" w:hAnsi="微软雅黑" w:cs="微软雅黑" w:hint="eastAsia"/>
          <w:lang w:eastAsia="zh-CN"/>
        </w:rPr>
        <w:t>里的人为什么不算真的懂中文；并和家长玩一次</w:t>
      </w:r>
      <w:r>
        <w:t>"</w:t>
      </w:r>
      <w:r>
        <w:rPr>
          <w:rFonts w:ascii="微软雅黑" w:eastAsia="微软雅黑" w:hAnsi="微软雅黑" w:cs="微软雅黑" w:hint="eastAsia"/>
          <w:lang w:eastAsia="zh-CN"/>
        </w:rPr>
        <w:t>静默对话</w:t>
      </w:r>
      <w:r>
        <w:t>"</w:t>
      </w:r>
      <w:r>
        <w:rPr>
          <w:rFonts w:ascii="微软雅黑" w:eastAsia="微软雅黑" w:hAnsi="微软雅黑" w:cs="微软雅黑" w:hint="eastAsia"/>
          <w:lang w:eastAsia="zh-CN"/>
        </w:rPr>
        <w:t>角色扮演。</w:t>
      </w:r>
    </w:p>
    <w:p>
      <w:pPr>
        <w:pStyle w:val="ListBullet"/>
        <w:spacing w:after="72"/>
      </w:pPr>
      <w:r>
        <w:rPr>
          <w:rFonts w:ascii="微软雅黑" w:eastAsia="微软雅黑" w:hAnsi="微软雅黑" w:cs="微软雅黑" w:hint="eastAsia"/>
          <w:b/>
          <w:lang w:eastAsia="zh-CN"/>
        </w:rPr>
        <w:t>挑战层</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如果我是一只蝙蝠，我的感受会是什么</w:t>
      </w:r>
      <w:r>
        <w:t>"</w:t>
      </w:r>
      <w:r>
        <w:rPr>
          <w:rFonts w:ascii="微软雅黑" w:eastAsia="微软雅黑" w:hAnsi="微软雅黑" w:cs="微软雅黑" w:hint="eastAsia"/>
          <w:lang w:eastAsia="zh-CN"/>
        </w:rPr>
        <w:t>为题写一段想象文字（对接语文想象写作），体会主观体验的独特性；再找</w:t>
      </w:r>
      <w:r>
        <w:t>1</w:t>
      </w:r>
      <w:r>
        <w:rPr>
          <w:rFonts w:ascii="微软雅黑" w:eastAsia="微软雅黑" w:hAnsi="微软雅黑" w:cs="微软雅黑" w:hint="eastAsia"/>
          <w:lang w:eastAsia="zh-CN"/>
        </w:rPr>
        <w:t>个科学史上的</w:t>
      </w:r>
      <w:r>
        <w:t>"</w:t>
      </w:r>
      <w:r>
        <w:rPr>
          <w:rFonts w:ascii="微软雅黑" w:eastAsia="微软雅黑" w:hAnsi="微软雅黑" w:cs="微软雅黑" w:hint="eastAsia"/>
          <w:lang w:eastAsia="zh-CN"/>
        </w:rPr>
        <w:t>思想实验</w:t>
      </w:r>
      <w:r>
        <w:t>"</w:t>
      </w:r>
      <w:r>
        <w:rPr>
          <w:rFonts w:ascii="微软雅黑" w:eastAsia="微软雅黑" w:hAnsi="微软雅黑" w:cs="微软雅黑" w:hint="eastAsia"/>
          <w:lang w:eastAsia="zh-CN"/>
        </w:rPr>
        <w:t>讲给家人听。</w:t>
      </w:r>
    </w:p>
    <w:p>
      <w:pPr>
        <w:pStyle w:val="Heading3"/>
      </w:pPr>
      <w:r>
        <w:rPr>
          <w:rFonts w:ascii="微软雅黑" w:hAnsi="微软雅黑" w:eastAsia="微软雅黑" w:cs="微软雅黑" w:hint="eastAsia"/>
          <w:b w:val="0"/>
          <w:color w:val="1A237E"/>
          <w:sz w:val="20"/>
          <w:lang w:eastAsia="zh-CN"/>
        </w:rPr>
        <w:t>九、教学评价（观察点清单）</w:t>
      </w:r>
    </w:p>
    <w:p>
      <w:pPr>
        <w:pStyle w:val="ListNumber"/>
        <w:numPr>
          <w:ilvl w:val="0"/>
          <w:numId w:val="34"/>
        </w:numPr>
        <w:spacing w:after="72"/>
      </w:pPr>
      <w:r>
        <w:rPr>
          <w:rFonts w:ascii="微软雅黑" w:eastAsia="微软雅黑" w:hAnsi="微软雅黑" w:cs="微软雅黑" w:hint="eastAsia"/>
          <w:lang w:eastAsia="zh-CN"/>
        </w:rPr>
        <w:t>能准确说出</w:t>
      </w:r>
      <w:r>
        <w:t xml:space="preserve"> A/B/C </w:t>
      </w:r>
      <w:r>
        <w:rPr>
          <w:rFonts w:ascii="微软雅黑" w:eastAsia="微软雅黑" w:hAnsi="微软雅黑" w:cs="微软雅黑" w:hint="eastAsia"/>
          <w:lang w:eastAsia="zh-CN"/>
        </w:rPr>
        <w:t>三角色身份与图灵测试判定标准（</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4"/>
        </w:numPr>
        <w:spacing w:after="72"/>
      </w:pPr>
      <w:r>
        <w:rPr>
          <w:rFonts w:ascii="微软雅黑" w:eastAsia="微软雅黑" w:hAnsi="微软雅黑" w:cs="微软雅黑" w:hint="eastAsia"/>
          <w:lang w:eastAsia="zh-CN"/>
        </w:rPr>
        <w:t>角色扮演中遵守</w:t>
      </w:r>
      <w:r>
        <w:t>"</w:t>
      </w:r>
      <w:r>
        <w:rPr>
          <w:rFonts w:ascii="微软雅黑" w:eastAsia="微软雅黑" w:hAnsi="微软雅黑" w:cs="微软雅黑" w:hint="eastAsia"/>
          <w:lang w:eastAsia="zh-CN"/>
        </w:rPr>
        <w:t>出声者即出局</w:t>
      </w:r>
      <w:r>
        <w:t>"</w:t>
      </w:r>
      <w:r>
        <w:rPr>
          <w:rFonts w:ascii="微软雅黑" w:eastAsia="微软雅黑" w:hAnsi="微软雅黑" w:cs="微软雅黑" w:hint="eastAsia"/>
          <w:lang w:eastAsia="zh-CN"/>
        </w:rPr>
        <w:t>规则，能用文字完成问答（</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4"/>
        </w:numPr>
        <w:spacing w:after="72"/>
      </w:pPr>
      <w:r>
        <w:rPr>
          <w:rFonts w:ascii="微软雅黑" w:eastAsia="微软雅黑" w:hAnsi="微软雅黑" w:cs="微软雅黑" w:hint="eastAsia"/>
          <w:lang w:eastAsia="zh-CN"/>
        </w:rPr>
        <w:t>能区分</w:t>
      </w:r>
      <w:r>
        <w:t>"</w:t>
      </w:r>
      <w:r>
        <w:rPr>
          <w:rFonts w:ascii="微软雅黑" w:eastAsia="微软雅黑" w:hAnsi="微软雅黑" w:cs="微软雅黑" w:hint="eastAsia"/>
          <w:lang w:eastAsia="zh-CN"/>
        </w:rPr>
        <w:t>符号操作</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意义理解</w:t>
      </w:r>
      <w:r>
        <w:t>"</w:t>
      </w:r>
      <w:r>
        <w:rPr>
          <w:rFonts w:ascii="微软雅黑" w:eastAsia="微软雅黑" w:hAnsi="微软雅黑" w:cs="微软雅黑" w:hint="eastAsia"/>
          <w:lang w:eastAsia="zh-CN"/>
        </w:rPr>
        <w:t>，复述中文房间要点（</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4"/>
        </w:numPr>
        <w:spacing w:after="72"/>
      </w:pPr>
      <w:r>
        <w:rPr>
          <w:rFonts w:ascii="微软雅黑" w:eastAsia="微软雅黑" w:hAnsi="微软雅黑" w:cs="微软雅黑" w:hint="eastAsia"/>
          <w:lang w:eastAsia="zh-CN"/>
        </w:rPr>
        <w:t>能举出至少</w:t>
      </w:r>
      <w:r>
        <w:t>1</w:t>
      </w:r>
      <w:r>
        <w:rPr>
          <w:rFonts w:ascii="微软雅黑" w:eastAsia="微软雅黑" w:hAnsi="微软雅黑" w:cs="微软雅黑" w:hint="eastAsia"/>
          <w:lang w:eastAsia="zh-CN"/>
        </w:rPr>
        <w:t>个</w:t>
      </w:r>
      <w:r>
        <w:t>"</w:t>
      </w:r>
      <w:r>
        <w:rPr>
          <w:rFonts w:ascii="微软雅黑" w:eastAsia="微软雅黑" w:hAnsi="微软雅黑" w:cs="微软雅黑" w:hint="eastAsia"/>
          <w:lang w:eastAsia="zh-CN"/>
        </w:rPr>
        <w:t>思想实验</w:t>
      </w:r>
      <w:r>
        <w:t>"</w:t>
      </w:r>
      <w:r>
        <w:rPr>
          <w:rFonts w:ascii="微软雅黑" w:eastAsia="微软雅黑" w:hAnsi="微软雅黑" w:cs="微软雅黑" w:hint="eastAsia"/>
          <w:lang w:eastAsia="zh-CN"/>
        </w:rPr>
        <w:t>例子并理解其方法（</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4"/>
        </w:numPr>
        <w:spacing w:after="72"/>
      </w:pPr>
      <w:r>
        <w:rPr>
          <w:rFonts w:ascii="微软雅黑" w:eastAsia="微软雅黑" w:hAnsi="微软雅黑" w:cs="微软雅黑" w:hint="eastAsia"/>
          <w:lang w:eastAsia="zh-CN"/>
        </w:rPr>
        <w:t>在辩论</w:t>
      </w:r>
      <w:r>
        <w:t>/</w:t>
      </w:r>
      <w:r>
        <w:rPr>
          <w:rFonts w:ascii="微软雅黑" w:eastAsia="微软雅黑" w:hAnsi="微软雅黑" w:cs="微软雅黑" w:hint="eastAsia"/>
          <w:lang w:eastAsia="zh-CN"/>
        </w:rPr>
        <w:t>接龙中能</w:t>
      </w:r>
      <w:r>
        <w:t>"</w:t>
      </w:r>
      <w:r>
        <w:rPr>
          <w:rFonts w:ascii="微软雅黑" w:eastAsia="微软雅黑" w:hAnsi="微软雅黑" w:cs="微软雅黑" w:hint="eastAsia"/>
          <w:lang w:eastAsia="zh-CN"/>
        </w:rPr>
        <w:t>说出理由</w:t>
      </w:r>
      <w:r>
        <w:t>"</w:t>
      </w:r>
      <w:r>
        <w:rPr>
          <w:rFonts w:ascii="微软雅黑" w:eastAsia="微软雅黑" w:hAnsi="微软雅黑" w:cs="微软雅黑" w:hint="eastAsia"/>
          <w:lang w:eastAsia="zh-CN"/>
        </w:rPr>
        <w:t>而非只给结论（</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：主体</w:t>
      </w:r>
      <w:r>
        <w:t>=</w:t>
      </w:r>
      <w:r>
        <w:rPr>
          <w:rFonts w:ascii="微软雅黑" w:eastAsia="微软雅黑" w:hAnsi="微软雅黑" w:cs="微软雅黑" w:hint="eastAsia"/>
          <w:lang w:eastAsia="zh-CN"/>
        </w:rPr>
        <w:t>三个卡通角色（一台发光电脑</w:t>
      </w:r>
      <w:r>
        <w:t>A</w:t>
      </w:r>
      <w:r>
        <w:rPr>
          <w:rFonts w:ascii="微软雅黑" w:eastAsia="微软雅黑" w:hAnsi="微软雅黑" w:cs="微软雅黑" w:hint="eastAsia"/>
          <w:lang w:eastAsia="zh-CN"/>
        </w:rPr>
        <w:t>、一个戴红领巾的小孩</w:t>
      </w:r>
      <w:r>
        <w:t>B</w:t>
      </w:r>
      <w:r>
        <w:rPr>
          <w:rFonts w:ascii="微软雅黑" w:eastAsia="微软雅黑" w:hAnsi="微软雅黑" w:cs="微软雅黑" w:hint="eastAsia"/>
          <w:lang w:eastAsia="zh-CN"/>
        </w:rPr>
        <w:t>、一个举着问号牌的裁判</w:t>
      </w:r>
      <w:r>
        <w:t>C</w:t>
      </w:r>
      <w:r>
        <w:rPr>
          <w:rFonts w:ascii="微软雅黑" w:eastAsia="微软雅黑" w:hAnsi="微软雅黑" w:cs="微软雅黑" w:hint="eastAsia"/>
          <w:lang w:eastAsia="zh-CN"/>
        </w:rPr>
        <w:t>）隔着半透明磨砂玻璃用纸条对话；动作</w:t>
      </w:r>
      <w:r>
        <w:t>=A</w:t>
      </w:r>
      <w:r>
        <w:rPr>
          <w:rFonts w:ascii="微软雅黑" w:eastAsia="微软雅黑" w:hAnsi="微软雅黑" w:cs="微软雅黑" w:hint="eastAsia"/>
          <w:lang w:eastAsia="zh-CN"/>
        </w:rPr>
        <w:t>把写好的答案从窗口递出、</w:t>
      </w:r>
      <w:r>
        <w:t>C</w:t>
      </w:r>
      <w:r>
        <w:rPr>
          <w:rFonts w:ascii="微软雅黑" w:eastAsia="微软雅黑" w:hAnsi="微软雅黑" w:cs="微软雅黑" w:hint="eastAsia"/>
          <w:lang w:eastAsia="zh-CN"/>
        </w:rPr>
        <w:t>皱眉比对、</w:t>
      </w:r>
      <w:r>
        <w:t>B</w:t>
      </w:r>
      <w:r>
        <w:rPr>
          <w:rFonts w:ascii="微软雅黑" w:eastAsia="微软雅黑" w:hAnsi="微软雅黑" w:cs="微软雅黑" w:hint="eastAsia"/>
          <w:lang w:eastAsia="zh-CN"/>
        </w:rPr>
        <w:t>偷偷笑；场景</w:t>
      </w:r>
      <w:r>
        <w:t>=</w:t>
      </w:r>
      <w:r>
        <w:rPr>
          <w:rFonts w:ascii="微软雅黑" w:eastAsia="微软雅黑" w:hAnsi="微软雅黑" w:cs="微软雅黑" w:hint="eastAsia"/>
          <w:lang w:eastAsia="zh-CN"/>
        </w:rPr>
        <w:t>暖色书房内悬浮的</w:t>
      </w:r>
      <w:r>
        <w:t>"</w:t>
      </w:r>
      <w:r>
        <w:rPr>
          <w:rFonts w:ascii="微软雅黑" w:eastAsia="微软雅黑" w:hAnsi="微软雅黑" w:cs="微软雅黑" w:hint="eastAsia"/>
          <w:lang w:eastAsia="zh-CN"/>
        </w:rPr>
        <w:t>图灵测试</w:t>
      </w:r>
      <w:r>
        <w:t>"</w:t>
      </w:r>
      <w:r>
        <w:rPr>
          <w:rFonts w:ascii="微软雅黑" w:eastAsia="微软雅黑" w:hAnsi="微软雅黑" w:cs="微软雅黑" w:hint="eastAsia"/>
          <w:lang w:eastAsia="zh-CN"/>
        </w:rPr>
        <w:t>霓虹字与三角色连线图；光影</w:t>
      </w:r>
      <w:r>
        <w:t>=</w:t>
      </w:r>
      <w:r>
        <w:rPr>
          <w:rFonts w:ascii="微软雅黑" w:eastAsia="微软雅黑" w:hAnsi="微软雅黑" w:cs="微软雅黑" w:hint="eastAsia"/>
          <w:lang w:eastAsia="zh-CN"/>
        </w:rPr>
        <w:t>柔和新中式台灯暖光</w:t>
      </w:r>
      <w:r>
        <w:t>+</w:t>
      </w:r>
      <w:r>
        <w:rPr>
          <w:rFonts w:ascii="微软雅黑" w:eastAsia="微软雅黑" w:hAnsi="微软雅黑" w:cs="微软雅黑" w:hint="eastAsia"/>
          <w:lang w:eastAsia="zh-CN"/>
        </w:rPr>
        <w:t>屏幕冷蓝光对比；镜头运动</w:t>
      </w:r>
      <w:r>
        <w:t>=</w:t>
      </w:r>
      <w:r>
        <w:rPr>
          <w:rFonts w:ascii="微软雅黑" w:eastAsia="微软雅黑" w:hAnsi="微软雅黑" w:cs="微软雅黑" w:hint="eastAsia"/>
          <w:lang w:eastAsia="zh-CN"/>
        </w:rPr>
        <w:t>从</w:t>
      </w:r>
      <w:r>
        <w:t>C</w:t>
      </w:r>
      <w:r>
        <w:rPr>
          <w:rFonts w:ascii="微软雅黑" w:eastAsia="微软雅黑" w:hAnsi="微软雅黑" w:cs="微软雅黑" w:hint="eastAsia"/>
          <w:lang w:eastAsia="zh-CN"/>
        </w:rPr>
        <w:t>的视角缓慢推近到递出的纸条再拉远展现三人隔离布局；风格</w:t>
      </w:r>
      <w:r>
        <w:t>=</w:t>
      </w:r>
      <w:r>
        <w:rPr>
          <w:rFonts w:ascii="微软雅黑" w:eastAsia="微软雅黑" w:hAnsi="微软雅黑" w:cs="微软雅黑" w:hint="eastAsia"/>
          <w:lang w:eastAsia="zh-CN"/>
        </w:rPr>
        <w:t>低多边形</w:t>
      </w:r>
      <w:r>
        <w:t>3D+</w:t>
      </w:r>
      <w:r>
        <w:rPr>
          <w:rFonts w:ascii="微软雅黑" w:eastAsia="微软雅黑" w:hAnsi="微软雅黑" w:cs="微软雅黑" w:hint="eastAsia"/>
          <w:lang w:eastAsia="zh-CN"/>
        </w:rPr>
        <w:t>绘本插画质感；情绪</w:t>
      </w:r>
      <w:r>
        <w:t>=</w:t>
      </w:r>
      <w:r>
        <w:rPr>
          <w:rFonts w:ascii="微软雅黑" w:eastAsia="微软雅黑" w:hAnsi="微软雅黑" w:cs="微软雅黑" w:hint="eastAsia"/>
          <w:lang w:eastAsia="zh-CN"/>
        </w:rPr>
        <w:t>好奇、轻快又带一点哲学悬疑。可直接粘贴至</w:t>
      </w:r>
      <w:r>
        <w:t xml:space="preserve"> AI </w:t>
      </w:r>
      <w:r>
        <w:rPr>
          <w:rFonts w:ascii="微软雅黑" w:eastAsia="微软雅黑" w:hAnsi="微软雅黑" w:cs="微软雅黑" w:hint="eastAsia"/>
          <w:lang w:eastAsia="zh-CN"/>
        </w:rPr>
        <w:t>视频工具生成约</w:t>
      </w:r>
      <w:r>
        <w:t>30</w:t>
      </w:r>
      <w:r>
        <w:rPr>
          <w:rFonts w:ascii="微软雅黑" w:eastAsia="微软雅黑" w:hAnsi="微软雅黑" w:cs="微软雅黑" w:hint="eastAsia"/>
          <w:lang w:eastAsia="zh-CN"/>
        </w:rPr>
        <w:t>秒导入短片。</w:t>
      </w:r>
      <w:r/>
    </w:p>
    <w:p>
      <w:bookmarkStart w:id="33" w:name="_Toc_section_12"/>
      <w:bookmarkStart w:id="11" w:name="section-12"/>
      <w:pPr>
        <w:pStyle w:val="Heading2"/>
        <w:pageBreakBefore/>
      </w:pPr>
      <w:bookmarkEnd w:id="11"/>
      <w:r>
        <w:rPr>
          <w:rFonts w:ascii="微软雅黑" w:hAnsi="微软雅黑" w:eastAsia="微软雅黑" w:cs="微软雅黑" w:hint="eastAsia"/>
          <w:b w:val="0"/>
          <w:color w:val="1A237E"/>
          <w:sz w:val="22"/>
          <w:lang w:eastAsia="zh-CN"/>
        </w:rPr>
        <w:t xml:space="preserve">  课题：《生成式人工智能通用大模型——以"挑西瓜"为例》（人工智能通识课·小学中段3-4年级）</w:t>
      </w:r>
      <w:bookmarkEnd w:id="33"/>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11</w:t>
      </w:r>
      <w:r>
        <w:rPr>
          <w:rFonts w:ascii="微软雅黑" w:eastAsia="微软雅黑" w:hAnsi="微软雅黑" w:cs="微软雅黑" w:hint="eastAsia"/>
          <w:color w:val="212121"/>
          <w:lang w:eastAsia="zh-CN"/>
        </w:rPr>
        <w:t>讲《案例（小学中段</w:t>
      </w:r>
      <w:r>
        <w:rPr>
          <w:color w:val="212121"/>
        </w:rPr>
        <w:t>3-4</w:t>
      </w:r>
      <w:r>
        <w:rPr>
          <w:rFonts w:ascii="微软雅黑" w:eastAsia="微软雅黑" w:hAnsi="微软雅黑" w:cs="微软雅黑" w:hint="eastAsia"/>
          <w:color w:val="212121"/>
          <w:lang w:eastAsia="zh-CN"/>
        </w:rPr>
        <w:t>年级）</w:t>
      </w:r>
      <w:r>
        <w:rPr>
          <w:color w:val="212121"/>
        </w:rPr>
        <w:t>-</w:t>
      </w:r>
      <w:r>
        <w:rPr>
          <w:rFonts w:ascii="微软雅黑" w:eastAsia="微软雅黑" w:hAnsi="微软雅黑" w:cs="微软雅黑" w:hint="eastAsia"/>
          <w:color w:val="212121"/>
          <w:lang w:eastAsia="zh-CN"/>
        </w:rPr>
        <w:t>生成式人工智能通用大模型》｜示范时长约</w:t>
      </w:r>
      <w:r>
        <w:rPr>
          <w:color w:val="212121"/>
        </w:rPr>
        <w:t>2</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：小学中段（</w:t>
      </w:r>
      <w:r>
        <w:t>3-4</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w:t>
      </w:r>
      <w:r>
        <w:t xml:space="preserve"> + </w:t>
      </w:r>
      <w:r>
        <w:rPr>
          <w:rFonts w:ascii="微软雅黑" w:eastAsia="微软雅黑" w:hAnsi="微软雅黑" w:cs="微软雅黑" w:hint="eastAsia"/>
          <w:lang w:eastAsia="zh-CN"/>
        </w:rPr>
        <w:t>科学</w:t>
      </w:r>
      <w:r>
        <w:t xml:space="preserve"> + </w:t>
      </w:r>
      <w:r>
        <w:rPr>
          <w:rFonts w:ascii="微软雅黑" w:eastAsia="微软雅黑" w:hAnsi="微软雅黑" w:cs="微软雅黑" w:hint="eastAsia"/>
          <w:lang w:eastAsia="zh-CN"/>
        </w:rPr>
        <w:t>生活常识</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w:t>
      </w:r>
      <w:r>
        <w:t xml:space="preserve"> / </w:t>
      </w:r>
      <w:r>
        <w:rPr>
          <w:rFonts w:ascii="微软雅黑" w:eastAsia="微软雅黑" w:hAnsi="微软雅黑" w:cs="微软雅黑" w:hint="eastAsia"/>
          <w:lang w:eastAsia="zh-CN"/>
        </w:rPr>
        <w:t>通识课</w:t>
      </w:r>
      <w:r>
        <w:t xml:space="preserve"> / </w:t>
      </w:r>
      <w:r>
        <w:rPr>
          <w:rFonts w:ascii="微软雅黑" w:eastAsia="微软雅黑" w:hAnsi="微软雅黑" w:cs="微软雅黑" w:hint="eastAsia"/>
          <w:lang w:eastAsia="zh-CN"/>
        </w:rPr>
        <w:t>拓展课</w:t>
      </w:r>
    </w:p>
    <w:p>
      <w:pPr>
        <w:pStyle w:val="Heading3"/>
      </w:pPr>
      <w:r>
        <w:rPr>
          <w:rFonts w:ascii="微软雅黑" w:hAnsi="微软雅黑" w:eastAsia="微软雅黑" w:cs="微软雅黑" w:hint="eastAsia"/>
          <w:b w:val="0"/>
          <w:color w:val="1A237E"/>
          <w:sz w:val="20"/>
          <w:lang w:eastAsia="zh-CN"/>
        </w:rPr>
        <w:t>一、教学目标</w:t>
      </w:r>
    </w:p>
    <w:p>
      <w:pPr>
        <w:pStyle w:val="ListNumber"/>
        <w:numPr>
          <w:ilvl w:val="0"/>
          <w:numId w:val="35"/>
        </w:numPr>
        <w:spacing w:after="72"/>
      </w:pPr>
      <w:r>
        <w:rPr>
          <w:rFonts w:ascii="微软雅黑" w:eastAsia="微软雅黑" w:hAnsi="微软雅黑" w:cs="微软雅黑" w:hint="eastAsia"/>
          <w:b/>
          <w:lang w:eastAsia="zh-CN"/>
        </w:rPr>
        <w:t>知识与技能</w:t>
      </w:r>
      <w:r>
        <w:rPr>
          <w:rFonts w:ascii="微软雅黑" w:eastAsia="微软雅黑" w:hAnsi="微软雅黑" w:cs="微软雅黑" w:hint="eastAsia"/>
          <w:lang w:eastAsia="zh-CN"/>
        </w:rPr>
        <w:t>：借助</w:t>
      </w:r>
      <w:r>
        <w:t>"</w:t>
      </w:r>
      <w:r>
        <w:rPr>
          <w:rFonts w:ascii="微软雅黑" w:eastAsia="微软雅黑" w:hAnsi="微软雅黑" w:cs="微软雅黑" w:hint="eastAsia"/>
          <w:lang w:eastAsia="zh-CN"/>
        </w:rPr>
        <w:t>挑西瓜</w:t>
      </w:r>
      <w:r>
        <w:t>"</w:t>
      </w:r>
      <w:r>
        <w:rPr>
          <w:rFonts w:ascii="微软雅黑" w:eastAsia="微软雅黑" w:hAnsi="微软雅黑" w:cs="微软雅黑" w:hint="eastAsia"/>
          <w:lang w:eastAsia="zh-CN"/>
        </w:rPr>
        <w:t>类比，能说出参数、建模、数据、样本、训练、大数据、大模型、通用、深度学习、智能涌现等核心概念；能亲手制作一张</w:t>
      </w:r>
      <w:r>
        <w:t>"</w:t>
      </w:r>
      <w:r>
        <w:rPr>
          <w:rFonts w:ascii="微软雅黑" w:eastAsia="微软雅黑" w:hAnsi="微软雅黑" w:cs="微软雅黑" w:hint="eastAsia"/>
          <w:lang w:eastAsia="zh-CN"/>
        </w:rPr>
        <w:t>挑西瓜参数表</w:t>
      </w:r>
      <w:r>
        <w:t>"</w:t>
      </w:r>
      <w:r>
        <w:rPr>
          <w:rFonts w:ascii="微软雅黑" w:eastAsia="微软雅黑" w:hAnsi="微软雅黑" w:cs="微软雅黑" w:hint="eastAsia"/>
          <w:lang w:eastAsia="zh-CN"/>
        </w:rPr>
        <w:t>并填写样本。</w:t>
      </w:r>
    </w:p>
    <w:p>
      <w:pPr>
        <w:pStyle w:val="ListNumber"/>
        <w:numPr>
          <w:ilvl w:val="0"/>
          <w:numId w:val="35"/>
        </w:numPr>
        <w:spacing w:after="72"/>
      </w:pPr>
      <w:r>
        <w:rPr>
          <w:rFonts w:ascii="微软雅黑" w:eastAsia="微软雅黑" w:hAnsi="微软雅黑" w:cs="微软雅黑" w:hint="eastAsia"/>
          <w:b/>
          <w:lang w:eastAsia="zh-CN"/>
        </w:rPr>
        <w:t>过程与方法</w:t>
      </w:r>
      <w:r>
        <w:rPr>
          <w:rFonts w:ascii="微软雅黑" w:eastAsia="微软雅黑" w:hAnsi="微软雅黑" w:cs="微软雅黑" w:hint="eastAsia"/>
          <w:lang w:eastAsia="zh-CN"/>
        </w:rPr>
        <w:t>：经历</w:t>
      </w:r>
      <w:r>
        <w:t>"</w:t>
      </w:r>
      <w:r>
        <w:rPr>
          <w:rFonts w:ascii="微软雅黑" w:eastAsia="微软雅黑" w:hAnsi="微软雅黑" w:cs="微软雅黑" w:hint="eastAsia"/>
          <w:lang w:eastAsia="zh-CN"/>
        </w:rPr>
        <w:t>说特征</w:t>
      </w:r>
      <w:r>
        <w:t>—</w:t>
      </w:r>
      <w:r>
        <w:rPr>
          <w:rFonts w:ascii="微软雅黑" w:eastAsia="微软雅黑" w:hAnsi="微软雅黑" w:cs="微软雅黑" w:hint="eastAsia"/>
          <w:lang w:eastAsia="zh-CN"/>
        </w:rPr>
        <w:t>建表格</w:t>
      </w:r>
      <w:r>
        <w:t>—</w:t>
      </w:r>
      <w:r>
        <w:rPr>
          <w:rFonts w:ascii="微软雅黑" w:eastAsia="微软雅黑" w:hAnsi="微软雅黑" w:cs="微软雅黑" w:hint="eastAsia"/>
          <w:lang w:eastAsia="zh-CN"/>
        </w:rPr>
        <w:t>填数据</w:t>
      </w:r>
      <w:r>
        <w:t>—</w:t>
      </w:r>
      <w:r>
        <w:rPr>
          <w:rFonts w:ascii="微软雅黑" w:eastAsia="微软雅黑" w:hAnsi="微软雅黑" w:cs="微软雅黑" w:hint="eastAsia"/>
          <w:lang w:eastAsia="zh-CN"/>
        </w:rPr>
        <w:t>想训练</w:t>
      </w:r>
      <w:r>
        <w:t>—</w:t>
      </w:r>
      <w:r>
        <w:rPr>
          <w:rFonts w:ascii="微软雅黑" w:eastAsia="微软雅黑" w:hAnsi="微软雅黑" w:cs="微软雅黑" w:hint="eastAsia"/>
          <w:lang w:eastAsia="zh-CN"/>
        </w:rPr>
        <w:t>扩规模</w:t>
      </w:r>
      <w:r>
        <w:t>—</w:t>
      </w:r>
      <w:r>
        <w:rPr>
          <w:rFonts w:ascii="微软雅黑" w:eastAsia="微软雅黑" w:hAnsi="微软雅黑" w:cs="微软雅黑" w:hint="eastAsia"/>
          <w:lang w:eastAsia="zh-CN"/>
        </w:rPr>
        <w:t>得结论</w:t>
      </w:r>
      <w:r>
        <w:t>"</w:t>
      </w:r>
      <w:r>
        <w:rPr>
          <w:rFonts w:ascii="微软雅黑" w:eastAsia="微软雅黑" w:hAnsi="微软雅黑" w:cs="微软雅黑" w:hint="eastAsia"/>
          <w:lang w:eastAsia="zh-CN"/>
        </w:rPr>
        <w:t>的探究链，在小组合作中把生活经验转化为结构化表格，体验</w:t>
      </w:r>
      <w:r>
        <w:t>"</w:t>
      </w:r>
      <w:r>
        <w:rPr>
          <w:rFonts w:ascii="微软雅黑" w:eastAsia="微软雅黑" w:hAnsi="微软雅黑" w:cs="微软雅黑" w:hint="eastAsia"/>
          <w:lang w:eastAsia="zh-CN"/>
        </w:rPr>
        <w:t>建模</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数据驱动</w:t>
      </w:r>
      <w:r>
        <w:t>"</w:t>
      </w:r>
      <w:r>
        <w:rPr>
          <w:rFonts w:ascii="微软雅黑" w:eastAsia="微软雅黑" w:hAnsi="微软雅黑" w:cs="微软雅黑" w:hint="eastAsia"/>
          <w:lang w:eastAsia="zh-CN"/>
        </w:rPr>
        <w:t>的思想。</w:t>
      </w:r>
    </w:p>
    <w:p>
      <w:pPr>
        <w:pStyle w:val="ListNumber"/>
        <w:numPr>
          <w:ilvl w:val="0"/>
          <w:numId w:val="35"/>
        </w:numPr>
        <w:spacing w:after="72"/>
      </w:pPr>
      <w:r>
        <w:rPr>
          <w:rFonts w:ascii="微软雅黑" w:eastAsia="微软雅黑" w:hAnsi="微软雅黑" w:cs="微软雅黑" w:hint="eastAsia"/>
          <w:b/>
          <w:lang w:eastAsia="zh-CN"/>
        </w:rPr>
        <w:t>情感态度与价值观</w:t>
      </w:r>
      <w:r>
        <w:rPr>
          <w:rFonts w:ascii="微软雅黑" w:eastAsia="微软雅黑" w:hAnsi="微软雅黑" w:cs="微软雅黑" w:hint="eastAsia"/>
          <w:lang w:eastAsia="zh-CN"/>
        </w:rPr>
        <w:t>：感受生成式人工智能与日常生活的联系，消除对</w:t>
      </w:r>
      <w:r>
        <w:t>"</w:t>
      </w:r>
      <w:r>
        <w:rPr>
          <w:rFonts w:ascii="微软雅黑" w:eastAsia="微软雅黑" w:hAnsi="微软雅黑" w:cs="微软雅黑" w:hint="eastAsia"/>
          <w:lang w:eastAsia="zh-CN"/>
        </w:rPr>
        <w:t>大模型</w:t>
      </w:r>
      <w:r>
        <w:t>"</w:t>
      </w:r>
      <w:r>
        <w:rPr>
          <w:rFonts w:ascii="微软雅黑" w:eastAsia="微软雅黑" w:hAnsi="微软雅黑" w:cs="微软雅黑" w:hint="eastAsia"/>
          <w:lang w:eastAsia="zh-CN"/>
        </w:rPr>
        <w:t>的神秘感；理解</w:t>
      </w:r>
      <w:r>
        <w:t>"</w:t>
      </w:r>
      <w:r>
        <w:rPr>
          <w:rFonts w:ascii="微软雅黑" w:eastAsia="微软雅黑" w:hAnsi="微软雅黑" w:cs="微软雅黑" w:hint="eastAsia"/>
          <w:lang w:eastAsia="zh-CN"/>
        </w:rPr>
        <w:t>列比行重要、参数比数据重要、建模比训练重要</w:t>
      </w:r>
      <w:r>
        <w:t>"</w:t>
      </w:r>
      <w:r>
        <w:rPr>
          <w:rFonts w:ascii="微软雅黑" w:eastAsia="微软雅黑" w:hAnsi="微软雅黑" w:cs="微软雅黑" w:hint="eastAsia"/>
          <w:lang w:eastAsia="zh-CN"/>
        </w:rPr>
        <w:t>背后的道理，乐于用大模型辅助学习而非依赖。</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教学重点</w:t>
      </w:r>
      <w:r>
        <w:rPr>
          <w:rFonts w:ascii="微软雅黑" w:eastAsia="微软雅黑" w:hAnsi="微软雅黑" w:cs="微软雅黑" w:hint="eastAsia"/>
          <w:lang w:eastAsia="zh-CN"/>
        </w:rPr>
        <w:t>：用挑西瓜类比讲清参数、建模、数据</w:t>
      </w:r>
      <w:r>
        <w:t>/</w:t>
      </w:r>
      <w:r>
        <w:rPr>
          <w:rFonts w:ascii="微软雅黑" w:eastAsia="微软雅黑" w:hAnsi="微软雅黑" w:cs="微软雅黑" w:hint="eastAsia"/>
          <w:lang w:eastAsia="zh-CN"/>
        </w:rPr>
        <w:t>样本、训练的关系；理解</w:t>
      </w:r>
      <w:r>
        <w:t>"</w:t>
      </w:r>
      <w:r>
        <w:rPr>
          <w:rFonts w:ascii="微软雅黑" w:eastAsia="微软雅黑" w:hAnsi="微软雅黑" w:cs="微软雅黑" w:hint="eastAsia"/>
          <w:lang w:eastAsia="zh-CN"/>
        </w:rPr>
        <w:t>大模型</w:t>
      </w:r>
      <w:r>
        <w:t>"</w:t>
      </w:r>
      <w:r>
        <w:rPr>
          <w:rFonts w:ascii="微软雅黑" w:eastAsia="微软雅黑" w:hAnsi="微软雅黑" w:cs="微软雅黑" w:hint="eastAsia"/>
          <w:lang w:eastAsia="zh-CN"/>
        </w:rPr>
        <w:t>是</w:t>
      </w:r>
      <w:r>
        <w:t>"</w:t>
      </w:r>
      <w:r>
        <w:rPr>
          <w:rFonts w:ascii="微软雅黑" w:eastAsia="微软雅黑" w:hAnsi="微软雅黑" w:cs="微软雅黑" w:hint="eastAsia"/>
          <w:lang w:eastAsia="zh-CN"/>
        </w:rPr>
        <w:t>列多</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是不止做一件事。</w:t>
      </w:r>
    </w:p>
    <w:p>
      <w:pPr>
        <w:pStyle w:val="ListBullet"/>
        <w:spacing w:after="72"/>
      </w:pPr>
      <w:r>
        <w:rPr>
          <w:rFonts w:ascii="微软雅黑" w:eastAsia="微软雅黑" w:hAnsi="微软雅黑" w:cs="微软雅黑" w:hint="eastAsia"/>
          <w:b/>
          <w:lang w:eastAsia="zh-CN"/>
        </w:rPr>
        <w:t>教学难点</w:t>
      </w:r>
      <w:r>
        <w:rPr>
          <w:rFonts w:ascii="微软雅黑" w:eastAsia="微软雅黑" w:hAnsi="微软雅黑" w:cs="微软雅黑" w:hint="eastAsia"/>
          <w:lang w:eastAsia="zh-CN"/>
        </w:rPr>
        <w:t>：让</w:t>
      </w:r>
      <w:r>
        <w:t>3-4</w:t>
      </w:r>
      <w:r>
        <w:rPr>
          <w:rFonts w:ascii="微软雅黑" w:eastAsia="微软雅黑" w:hAnsi="微软雅黑" w:cs="微软雅黑" w:hint="eastAsia"/>
          <w:lang w:eastAsia="zh-CN"/>
        </w:rPr>
        <w:t>年级学生理解</w:t>
      </w:r>
      <w:r>
        <w:t>"</w:t>
      </w:r>
      <w:r>
        <w:rPr>
          <w:rFonts w:ascii="微软雅黑" w:eastAsia="微软雅黑" w:hAnsi="微软雅黑" w:cs="微软雅黑" w:hint="eastAsia"/>
          <w:lang w:eastAsia="zh-CN"/>
        </w:rPr>
        <w:t>智能涌现</w:t>
      </w:r>
      <w:r>
        <w:t>""</w:t>
      </w:r>
      <w:r>
        <w:rPr>
          <w:rFonts w:ascii="微软雅黑" w:eastAsia="微软雅黑" w:hAnsi="微软雅黑" w:cs="微软雅黑" w:hint="eastAsia"/>
          <w:lang w:eastAsia="zh-CN"/>
        </w:rPr>
        <w:t>深度学习</w:t>
      </w:r>
      <w:r>
        <w:t>"</w:t>
      </w:r>
      <w:r>
        <w:rPr>
          <w:rFonts w:ascii="微软雅黑" w:eastAsia="微软雅黑" w:hAnsi="微软雅黑" w:cs="微软雅黑" w:hint="eastAsia"/>
          <w:lang w:eastAsia="zh-CN"/>
        </w:rPr>
        <w:t>等抽象概念，以及</w:t>
      </w:r>
      <w:r>
        <w:t>"</w:t>
      </w:r>
      <w:r>
        <w:rPr>
          <w:rFonts w:ascii="微软雅黑" w:eastAsia="微软雅黑" w:hAnsi="微软雅黑" w:cs="微软雅黑" w:hint="eastAsia"/>
          <w:lang w:eastAsia="zh-CN"/>
        </w:rPr>
        <w:t>列比行重要</w:t>
      </w:r>
      <w:r>
        <w:t>→</w:t>
      </w:r>
      <w:r>
        <w:rPr>
          <w:rFonts w:ascii="微软雅黑" w:eastAsia="微软雅黑" w:hAnsi="微软雅黑" w:cs="微软雅黑" w:hint="eastAsia"/>
          <w:lang w:eastAsia="zh-CN"/>
        </w:rPr>
        <w:t>参数比数据重要</w:t>
      </w:r>
      <w:r>
        <w:t>→</w:t>
      </w:r>
      <w:r>
        <w:rPr>
          <w:rFonts w:ascii="微软雅黑" w:eastAsia="微软雅黑" w:hAnsi="微软雅黑" w:cs="微软雅黑" w:hint="eastAsia"/>
          <w:lang w:eastAsia="zh-CN"/>
        </w:rPr>
        <w:t>建模比训练重要</w:t>
      </w:r>
      <w:r>
        <w:t>"</w:t>
      </w:r>
      <w:r>
        <w:rPr>
          <w:rFonts w:ascii="微软雅黑" w:eastAsia="微软雅黑" w:hAnsi="微软雅黑" w:cs="微软雅黑" w:hint="eastAsia"/>
          <w:lang w:eastAsia="zh-CN"/>
        </w:rPr>
        <w:t>的递进结论。</w:t>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p>
    <w:p>
      <w:pPr>
        <w:pStyle w:val="ListNumber"/>
        <w:numPr>
          <w:ilvl w:val="0"/>
          <w:numId w:val="36"/>
        </w:numPr>
        <w:spacing w:after="72"/>
      </w:pPr>
      <w:r>
        <w:t xml:space="preserve">DeepSeek </w:t>
      </w:r>
      <w:r>
        <w:rPr>
          <w:rFonts w:ascii="微软雅黑" w:eastAsia="微软雅黑" w:hAnsi="微软雅黑" w:cs="微软雅黑" w:hint="eastAsia"/>
          <w:lang w:eastAsia="zh-CN"/>
        </w:rPr>
        <w:t>图标与西瓜实物</w:t>
      </w:r>
      <w:r>
        <w:t>/</w:t>
      </w:r>
      <w:r>
        <w:rPr>
          <w:rFonts w:ascii="微软雅黑" w:eastAsia="微软雅黑" w:hAnsi="微软雅黑" w:cs="微软雅黑" w:hint="eastAsia"/>
          <w:lang w:eastAsia="zh-CN"/>
        </w:rPr>
        <w:t>图片。</w:t>
      </w:r>
    </w:p>
    <w:p>
      <w:pPr>
        <w:pStyle w:val="ListNumber"/>
        <w:numPr>
          <w:ilvl w:val="0"/>
          <w:numId w:val="36"/>
        </w:numPr>
        <w:spacing w:after="72"/>
      </w:pPr>
      <w:r>
        <w:rPr>
          <w:rFonts w:ascii="微软雅黑" w:eastAsia="微软雅黑" w:hAnsi="微软雅黑" w:cs="微软雅黑" w:hint="eastAsia"/>
          <w:lang w:eastAsia="zh-CN"/>
        </w:rPr>
        <w:t>挑西瓜参数表（表头：色泽、根蒂、敲声、纹理、脐部、触感、好瓜）。</w:t>
      </w:r>
    </w:p>
    <w:p>
      <w:pPr>
        <w:pStyle w:val="ListNumber"/>
        <w:numPr>
          <w:ilvl w:val="0"/>
          <w:numId w:val="36"/>
        </w:numPr>
        <w:spacing w:after="72"/>
      </w:pPr>
      <w:r>
        <w:rPr>
          <w:rFonts w:ascii="微软雅黑" w:eastAsia="微软雅黑" w:hAnsi="微软雅黑" w:cs="微软雅黑" w:hint="eastAsia"/>
          <w:lang w:eastAsia="zh-CN"/>
        </w:rPr>
        <w:t>已填好的</w:t>
      </w:r>
      <w:r>
        <w:t xml:space="preserve"> 17 </w:t>
      </w:r>
      <w:r>
        <w:rPr>
          <w:rFonts w:ascii="微软雅黑" w:eastAsia="微软雅黑" w:hAnsi="微软雅黑" w:cs="微软雅黑" w:hint="eastAsia"/>
          <w:lang w:eastAsia="zh-CN"/>
        </w:rPr>
        <w:t>个西瓜样本数据表（教师示范用）。</w:t>
      </w:r>
    </w:p>
    <w:p>
      <w:pPr>
        <w:pStyle w:val="ListNumber"/>
        <w:numPr>
          <w:ilvl w:val="0"/>
          <w:numId w:val="36"/>
        </w:numPr>
        <w:spacing w:after="72"/>
      </w:pPr>
      <w:r>
        <w:t>"</w:t>
      </w:r>
      <w:r>
        <w:rPr>
          <w:rFonts w:ascii="微软雅黑" w:eastAsia="微软雅黑" w:hAnsi="微软雅黑" w:cs="微软雅黑" w:hint="eastAsia"/>
          <w:lang w:eastAsia="zh-CN"/>
        </w:rPr>
        <w:t>大数据</w:t>
      </w:r>
      <w:r>
        <w:t>→</w:t>
      </w:r>
      <w:r>
        <w:rPr>
          <w:rFonts w:ascii="微软雅黑" w:eastAsia="微软雅黑" w:hAnsi="微软雅黑" w:cs="微软雅黑" w:hint="eastAsia"/>
          <w:lang w:eastAsia="zh-CN"/>
        </w:rPr>
        <w:t>大模型</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流程示意图。</w:t>
      </w:r>
    </w:p>
    <w:p>
      <w:pPr>
        <w:pStyle w:val="ListNumber"/>
        <w:numPr>
          <w:ilvl w:val="0"/>
          <w:numId w:val="36"/>
        </w:numPr>
        <w:spacing w:after="72"/>
      </w:pPr>
      <w:r>
        <w:rPr>
          <w:rFonts w:ascii="微软雅黑" w:eastAsia="微软雅黑" w:hAnsi="微软雅黑" w:cs="微软雅黑" w:hint="eastAsia"/>
          <w:lang w:eastAsia="zh-CN"/>
        </w:rPr>
        <w:t>核心结论板书卡：列比行重要</w:t>
      </w:r>
      <w:r>
        <w:t xml:space="preserve"> → </w:t>
      </w:r>
      <w:r>
        <w:rPr>
          <w:rFonts w:ascii="微软雅黑" w:eastAsia="微软雅黑" w:hAnsi="微软雅黑" w:cs="微软雅黑" w:hint="eastAsia"/>
          <w:lang w:eastAsia="zh-CN"/>
        </w:rPr>
        <w:t>参数比数据重要</w:t>
      </w:r>
      <w:r>
        <w:t xml:space="preserve"> → </w:t>
      </w:r>
      <w:r>
        <w:rPr>
          <w:rFonts w:ascii="微软雅黑" w:eastAsia="微软雅黑" w:hAnsi="微软雅黑" w:cs="微软雅黑" w:hint="eastAsia"/>
          <w:lang w:eastAsia="zh-CN"/>
        </w:rPr>
        <w:t>建模比训练重要。</w:t>
      </w:r>
    </w:p>
    <w:p>
      <w:pPr>
        <w:pStyle w:val="ListNumber"/>
        <w:numPr>
          <w:ilvl w:val="0"/>
          <w:numId w:val="36"/>
        </w:numPr>
        <w:spacing w:after="72"/>
      </w:pPr>
      <w:r>
        <w:rPr>
          <w:rFonts w:ascii="微软雅黑" w:eastAsia="微软雅黑" w:hAnsi="微软雅黑" w:cs="微软雅黑" w:hint="eastAsia"/>
          <w:lang w:eastAsia="zh-CN"/>
        </w:rPr>
        <w:t>每组一张空白</w:t>
      </w:r>
      <w:r>
        <w:t xml:space="preserve">"A4 </w:t>
      </w:r>
      <w:r>
        <w:rPr>
          <w:rFonts w:ascii="微软雅黑" w:eastAsia="微软雅黑" w:hAnsi="微软雅黑" w:cs="微软雅黑" w:hint="eastAsia"/>
          <w:lang w:eastAsia="zh-CN"/>
        </w:rPr>
        <w:t>参数表</w:t>
      </w:r>
      <w:r>
        <w:t>"</w:t>
      </w:r>
      <w:r>
        <w:rPr>
          <w:rFonts w:ascii="微软雅黑" w:eastAsia="微软雅黑" w:hAnsi="微软雅黑" w:cs="微软雅黑" w:hint="eastAsia"/>
          <w:lang w:eastAsia="zh-CN"/>
        </w:rPr>
        <w:t>、彩笔、便利贴。</w:t>
      </w:r>
    </w:p>
    <w:p>
      <w:pPr/>
      <w:r>
        <w:rPr>
          <w:rFonts w:ascii="微软雅黑" w:eastAsia="微软雅黑" w:hAnsi="微软雅黑" w:cs="微软雅黑" w:hint="eastAsia"/>
          <w:b/>
          <w:lang w:eastAsia="zh-CN"/>
        </w:rPr>
        <w:t>场地与技术环境</w:t>
      </w:r>
    </w:p>
    <w:p>
      <w:pPr>
        <w:pStyle w:val="ListBullet"/>
        <w:spacing w:after="72"/>
      </w:pPr>
      <w:r>
        <w:rPr>
          <w:rFonts w:ascii="微软雅黑" w:eastAsia="微软雅黑" w:hAnsi="微软雅黑" w:cs="微软雅黑" w:hint="eastAsia"/>
          <w:lang w:eastAsia="zh-CN"/>
        </w:rPr>
        <w:t>多媒体教室，投影西瓜图与参数表；若条件允许，每组带一个真实西瓜观察（或用高清图片替代）。</w:t>
      </w:r>
    </w:p>
    <w:p>
      <w:pPr>
        <w:pStyle w:val="ListBullet"/>
        <w:spacing w:after="72"/>
      </w:pPr>
      <w:r>
        <w:rPr>
          <w:rFonts w:ascii="微软雅黑" w:eastAsia="微软雅黑" w:hAnsi="微软雅黑" w:cs="微软雅黑" w:hint="eastAsia"/>
          <w:b/>
          <w:lang w:eastAsia="zh-CN"/>
        </w:rPr>
        <w:t>设备不足替代方案</w:t>
      </w:r>
      <w:r>
        <w:rPr>
          <w:rFonts w:ascii="微软雅黑" w:eastAsia="微软雅黑" w:hAnsi="微软雅黑" w:cs="微软雅黑" w:hint="eastAsia"/>
          <w:lang w:eastAsia="zh-CN"/>
        </w:rPr>
        <w:t>：无实物西瓜时，用图片</w:t>
      </w:r>
      <w:r>
        <w:t>+</w:t>
      </w:r>
      <w:r>
        <w:rPr>
          <w:rFonts w:ascii="微软雅黑" w:eastAsia="微软雅黑" w:hAnsi="微软雅黑" w:cs="微软雅黑" w:hint="eastAsia"/>
          <w:lang w:eastAsia="zh-CN"/>
        </w:rPr>
        <w:t>教师口述观察结果；无投影时，教师在黑板手画参数表并现场填写，学生同步在纸上画表。</w:t>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一、情境导入：驱动问题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出示西瓜实物</w:t>
            </w:r>
            <w:r>
              <w:rPr>
                <w:sz w:val="18"/>
              </w:rPr>
              <w:t xml:space="preserve"> </w:t>
            </w:r>
            <w:r>
              <w:rPr>
                <w:sz w:val="18"/>
              </w:rPr>
              <w:t>/</w:t>
            </w:r>
            <w:r>
              <w:rPr>
                <w:sz w:val="18"/>
              </w:rPr>
              <w:t xml:space="preserve"> </w:t>
            </w:r>
            <w:r>
              <w:rPr>
                <w:sz w:val="18"/>
              </w:rPr>
              <w:t>图片，抛出驱动问题：</w:t>
            </w:r>
            <w:r>
              <w:rPr>
                <w:sz w:val="18"/>
              </w:rPr>
              <w:t xml:space="preserve"> </w:t>
            </w:r>
            <w:r>
              <w:rPr>
                <w:sz w:val="18"/>
              </w:rPr>
              <w:t>"</w:t>
            </w:r>
            <w:r>
              <w:rPr>
                <w:sz w:val="18"/>
              </w:rPr>
              <w:t xml:space="preserve"> </w:t>
            </w:r>
            <w:r>
              <w:rPr>
                <w:sz w:val="18"/>
              </w:rPr>
              <w:t>生成式人工智能通用大模型到底是什么意思？</w:t>
            </w:r>
            <w:r>
              <w:rPr>
                <w:sz w:val="18"/>
              </w:rPr>
              <w:t xml:space="preserve"> </w:t>
            </w:r>
            <w:r>
              <w:rPr>
                <w:sz w:val="18"/>
              </w:rPr>
              <w:t>"</w:t>
            </w:r>
            <w:r>
              <w:rPr>
                <w:sz w:val="18"/>
              </w:rPr>
              <w:t xml:space="preserve"> </w:t>
            </w:r>
            <w:r>
              <w:rPr>
                <w:sz w:val="18"/>
              </w:rPr>
              <w:t>再问：</w:t>
            </w:r>
            <w:r>
              <w:rPr>
                <w:sz w:val="18"/>
              </w:rPr>
              <w:t xml:space="preserve"> </w:t>
            </w:r>
            <w:r>
              <w:rPr>
                <w:sz w:val="18"/>
              </w:rPr>
              <w:t>"</w:t>
            </w:r>
            <w:r>
              <w:rPr>
                <w:sz w:val="18"/>
              </w:rPr>
              <w:t xml:space="preserve"> </w:t>
            </w:r>
            <w:r>
              <w:rPr>
                <w:sz w:val="18"/>
              </w:rPr>
              <w:t>你会挑西瓜吗？不会怎么办？</w:t>
            </w:r>
            <w:r>
              <w:rPr>
                <w:sz w:val="18"/>
              </w:rPr>
              <w:t xml:space="preserve"> </w:t>
            </w:r>
            <w:r>
              <w:rPr>
                <w:sz w:val="18"/>
              </w:rPr>
              <w:t>"</w:t>
            </w:r>
            <w:r>
              <w:rPr>
                <w:sz w:val="18"/>
              </w:rPr>
              <w:t xml:space="preserve"> </w:t>
            </w:r>
            <w:r>
              <w:rPr>
                <w:sz w:val="18"/>
              </w:rPr>
              <w:t>引出用</w:t>
            </w:r>
            <w:r>
              <w:rPr>
                <w:sz w:val="18"/>
              </w:rPr>
              <w:t xml:space="preserve"> </w:t>
            </w:r>
            <w:r>
              <w:rPr>
                <w:sz w:val="18"/>
              </w:rPr>
              <w:t>"</w:t>
            </w:r>
            <w:r>
              <w:rPr>
                <w:sz w:val="18"/>
              </w:rPr>
              <w:t xml:space="preserve"> </w:t>
            </w:r>
            <w:r>
              <w:rPr>
                <w:sz w:val="18"/>
              </w:rPr>
              <w:t>挑西瓜</w:t>
            </w:r>
            <w:r>
              <w:rPr>
                <w:sz w:val="18"/>
              </w:rPr>
              <w:t xml:space="preserve"> </w:t>
            </w:r>
            <w:r>
              <w:rPr>
                <w:sz w:val="18"/>
              </w:rPr>
              <w:t>"</w:t>
            </w:r>
            <w:r>
              <w:rPr>
                <w:sz w:val="18"/>
              </w:rPr>
              <w:t xml:space="preserve"> </w:t>
            </w:r>
            <w:r>
              <w:rPr>
                <w:sz w:val="18"/>
              </w:rPr>
              <w:t>类比大模型。类比化学中定义</w:t>
            </w:r>
            <w:r>
              <w:rPr>
                <w:sz w:val="18"/>
              </w:rPr>
              <w:t xml:space="preserve"> </w:t>
            </w:r>
            <w:r>
              <w:rPr>
                <w:sz w:val="18"/>
              </w:rPr>
              <w:t>"</w:t>
            </w:r>
            <w:r>
              <w:rPr>
                <w:sz w:val="18"/>
              </w:rPr>
              <w:t xml:space="preserve"> </w:t>
            </w:r>
            <w:r>
              <w:rPr>
                <w:sz w:val="18"/>
              </w:rPr>
              <w:t>酸</w:t>
            </w:r>
            <w:r>
              <w:rPr>
                <w:sz w:val="18"/>
              </w:rPr>
              <w:t xml:space="preserve"> </w:t>
            </w:r>
            <w:r>
              <w:rPr>
                <w:sz w:val="18"/>
              </w:rPr>
              <w:t>"——</w:t>
            </w:r>
            <w:r>
              <w:rPr>
                <w:sz w:val="18"/>
              </w:rPr>
              <w:t xml:space="preserve"> </w:t>
            </w:r>
            <w:r>
              <w:rPr>
                <w:sz w:val="18"/>
              </w:rPr>
              <w:t>一个概念往往需要借助其他概念才能讲清楚。</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看西瓜、踊跃说挑瓜经验（看颜色、听声音等）；对</w:t>
            </w:r>
            <w:r>
              <w:rPr>
                <w:sz w:val="18"/>
              </w:rPr>
              <w:t xml:space="preserve"> </w:t>
            </w:r>
            <w:r>
              <w:rPr>
                <w:sz w:val="18"/>
              </w:rPr>
              <w:t>"</w:t>
            </w:r>
            <w:r>
              <w:rPr>
                <w:sz w:val="18"/>
              </w:rPr>
              <w:t xml:space="preserve"> </w:t>
            </w:r>
            <w:r>
              <w:rPr>
                <w:sz w:val="18"/>
              </w:rPr>
              <w:t>大模型</w:t>
            </w:r>
            <w:r>
              <w:rPr>
                <w:sz w:val="18"/>
              </w:rPr>
              <w:t xml:space="preserve"> </w:t>
            </w:r>
            <w:r>
              <w:rPr>
                <w:sz w:val="18"/>
              </w:rPr>
              <w:t>"</w:t>
            </w:r>
            <w:r>
              <w:rPr>
                <w:sz w:val="18"/>
              </w:rPr>
              <w:t xml:space="preserve"> </w:t>
            </w:r>
            <w:r>
              <w:rPr>
                <w:sz w:val="18"/>
              </w:rPr>
              <w:t>产生好奇。</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用生活化问题降低抽象门槛，确立</w:t>
            </w:r>
            <w:r>
              <w:rPr>
                <w:sz w:val="18"/>
              </w:rPr>
              <w:t xml:space="preserve"> </w:t>
            </w:r>
            <w:r>
              <w:rPr>
                <w:sz w:val="18"/>
              </w:rPr>
              <w:t>"</w:t>
            </w:r>
            <w:r>
              <w:rPr>
                <w:sz w:val="18"/>
              </w:rPr>
              <w:t xml:space="preserve"> </w:t>
            </w:r>
            <w:r>
              <w:rPr>
                <w:sz w:val="18"/>
              </w:rPr>
              <w:t>挑西瓜</w:t>
            </w:r>
            <w:r>
              <w:rPr>
                <w:sz w:val="18"/>
              </w:rPr>
              <w:t xml:space="preserve"> </w:t>
            </w:r>
            <w:r>
              <w:rPr>
                <w:sz w:val="18"/>
              </w:rPr>
              <w:t>"</w:t>
            </w:r>
            <w:r>
              <w:rPr>
                <w:sz w:val="18"/>
              </w:rPr>
              <w:t xml:space="preserve"> </w:t>
            </w:r>
            <w:r>
              <w:rPr>
                <w:sz w:val="18"/>
              </w:rPr>
              <w:t>类比主线。</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二、建立参数意识</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引导学生说出挑西瓜看哪些方面，教师在黑板</w:t>
            </w:r>
            <w:r>
              <w:rPr>
                <w:sz w:val="18"/>
              </w:rPr>
              <w:t xml:space="preserve"> </w:t>
            </w:r>
            <w:r>
              <w:rPr>
                <w:sz w:val="18"/>
              </w:rPr>
              <w:t>/</w:t>
            </w:r>
            <w:r>
              <w:rPr>
                <w:sz w:val="18"/>
              </w:rPr>
              <w:t xml:space="preserve"> </w:t>
            </w:r>
            <w:r>
              <w:rPr>
                <w:sz w:val="18"/>
              </w:rPr>
              <w:t>白板逐条板书：色泽、根蒂、敲声、纹理、脐部、触感。点明：</w:t>
            </w:r>
            <w:r>
              <w:rPr>
                <w:sz w:val="18"/>
              </w:rPr>
              <w:t xml:space="preserve"> </w:t>
            </w:r>
            <w:r>
              <w:rPr>
                <w:sz w:val="18"/>
              </w:rPr>
              <w:t>"</w:t>
            </w:r>
            <w:r>
              <w:rPr>
                <w:sz w:val="18"/>
              </w:rPr>
              <w:t xml:space="preserve"> </w:t>
            </w:r>
            <w:r>
              <w:rPr>
                <w:sz w:val="18"/>
              </w:rPr>
              <w:t>这六列起个名叫参数；给这张表起个名叫模型。</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抢答挑瓜看哪些特征；观察教师把特征写成</w:t>
            </w:r>
            <w:r>
              <w:rPr>
                <w:sz w:val="18"/>
              </w:rPr>
              <w:t xml:space="preserve"> </w:t>
            </w:r>
            <w:r>
              <w:rPr>
                <w:sz w:val="18"/>
              </w:rPr>
              <w:t>"</w:t>
            </w:r>
            <w:r>
              <w:rPr>
                <w:sz w:val="18"/>
              </w:rPr>
              <w:t xml:space="preserve"> </w:t>
            </w:r>
            <w:r>
              <w:rPr>
                <w:sz w:val="18"/>
              </w:rPr>
              <w:t>列</w:t>
            </w:r>
            <w:r>
              <w:rPr>
                <w:sz w:val="18"/>
              </w:rPr>
              <w:t xml:space="preserve"> </w:t>
            </w:r>
            <w:r>
              <w:rPr>
                <w:sz w:val="18"/>
              </w:rPr>
              <w:t>"</w:t>
            </w:r>
            <w:r>
              <w:rPr>
                <w:sz w:val="18"/>
              </w:rPr>
              <w:t xml:space="preserve"> </w:t>
            </w:r>
            <w:r>
              <w:rPr>
                <w:sz w:val="18"/>
              </w:rPr>
              <w:t>，初步理解</w:t>
            </w:r>
            <w:r>
              <w:rPr>
                <w:sz w:val="18"/>
              </w:rPr>
              <w:t xml:space="preserve"> </w:t>
            </w:r>
            <w:r>
              <w:rPr>
                <w:sz w:val="18"/>
              </w:rPr>
              <w:t>"</w:t>
            </w:r>
            <w:r>
              <w:rPr>
                <w:sz w:val="18"/>
              </w:rPr>
              <w:t xml:space="preserve"> </w:t>
            </w:r>
            <w:r>
              <w:rPr>
                <w:sz w:val="18"/>
              </w:rPr>
              <w:t>参数</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把生活经验术语化，建立</w:t>
            </w:r>
            <w:r>
              <w:rPr>
                <w:sz w:val="18"/>
              </w:rPr>
              <w:t xml:space="preserve"> </w:t>
            </w:r>
            <w:r>
              <w:rPr>
                <w:sz w:val="18"/>
              </w:rPr>
              <w:t>"</w:t>
            </w:r>
            <w:r>
              <w:rPr>
                <w:sz w:val="18"/>
              </w:rPr>
              <w:t xml:space="preserve"> </w:t>
            </w:r>
            <w:r>
              <w:rPr>
                <w:sz w:val="18"/>
              </w:rPr>
              <w:t>参数</w:t>
            </w:r>
            <w:r>
              <w:rPr>
                <w:sz w:val="18"/>
              </w:rPr>
              <w:t xml:space="preserve"> </w:t>
            </w:r>
            <w:r>
              <w:rPr>
                <w:sz w:val="18"/>
              </w:rPr>
              <w:t>=</w:t>
            </w:r>
            <w:r>
              <w:rPr>
                <w:sz w:val="18"/>
              </w:rPr>
              <w:t xml:space="preserve"> </w:t>
            </w:r>
            <w:r>
              <w:rPr>
                <w:sz w:val="18"/>
              </w:rPr>
              <w:t>特征</w:t>
            </w:r>
            <w:r>
              <w:rPr>
                <w:sz w:val="18"/>
              </w:rPr>
              <w:t xml:space="preserve"> </w:t>
            </w:r>
            <w:r>
              <w:rPr>
                <w:sz w:val="18"/>
              </w:rPr>
              <w:t>"</w:t>
            </w:r>
            <w:r>
              <w:rPr>
                <w:sz w:val="18"/>
              </w:rPr>
              <w:t xml:space="preserve"> </w:t>
            </w:r>
            <w:r>
              <w:rPr>
                <w:sz w:val="18"/>
              </w:rPr>
              <w:t>的直觉。</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三、完成建模</w:t>
            </w:r>
            <w:r>
              <w:rPr>
                <w:sz w:val="18"/>
              </w:rPr>
              <w:t xml:space="preserve"> </w:t>
            </w:r>
            <w:r>
              <w:rPr>
                <w:sz w:val="18"/>
              </w:rPr>
              <w:t>+</w:t>
            </w:r>
            <w:r>
              <w:rPr>
                <w:sz w:val="18"/>
              </w:rPr>
              <w:t xml:space="preserve"> </w:t>
            </w:r>
            <w:r>
              <w:rPr>
                <w:sz w:val="18"/>
              </w:rPr>
              <w:t>收集数据</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把这些参数排成表格，告诉学生这就叫</w:t>
            </w:r>
            <w:r>
              <w:rPr>
                <w:sz w:val="18"/>
              </w:rPr>
              <w:t xml:space="preserve"> </w:t>
            </w:r>
            <w:r>
              <w:rPr>
                <w:sz w:val="18"/>
              </w:rPr>
              <w:t>"</w:t>
            </w:r>
            <w:r>
              <w:rPr>
                <w:sz w:val="18"/>
              </w:rPr>
              <w:t xml:space="preserve"> </w:t>
            </w:r>
            <w:r>
              <w:rPr>
                <w:sz w:val="18"/>
              </w:rPr>
              <w:t>建模</w:t>
            </w:r>
            <w:r>
              <w:rPr>
                <w:sz w:val="18"/>
              </w:rPr>
              <w:t xml:space="preserve"> </w:t>
            </w:r>
            <w:r>
              <w:rPr>
                <w:sz w:val="18"/>
              </w:rPr>
              <w:t>"</w:t>
            </w:r>
            <w:r>
              <w:rPr>
                <w:sz w:val="18"/>
              </w:rPr>
              <w:t xml:space="preserve"> </w:t>
            </w:r>
            <w:r>
              <w:rPr>
                <w:sz w:val="18"/>
              </w:rPr>
              <w:t>。发空白表，让学生观察（或听教师描述）把第一行数据填满：记录</w:t>
            </w:r>
            <w:r>
              <w:rPr>
                <w:sz w:val="18"/>
              </w:rPr>
              <w:t xml:space="preserve"> </w:t>
            </w:r>
            <w:r>
              <w:rPr>
                <w:sz w:val="18"/>
              </w:rPr>
              <w:t xml:space="preserve"> 17 </w:t>
            </w:r>
            <w:r>
              <w:rPr>
                <w:sz w:val="18"/>
              </w:rPr>
              <w:t xml:space="preserve"> </w:t>
            </w:r>
            <w:r>
              <w:rPr>
                <w:sz w:val="18"/>
              </w:rPr>
              <w:t>个西瓜、花费</w:t>
            </w:r>
            <w:r>
              <w:rPr>
                <w:sz w:val="18"/>
              </w:rPr>
              <w:t xml:space="preserve"> </w:t>
            </w:r>
            <w:r>
              <w:rPr>
                <w:sz w:val="18"/>
              </w:rPr>
              <w:t xml:space="preserve"> 500 </w:t>
            </w:r>
            <w:r>
              <w:rPr>
                <w:sz w:val="18"/>
              </w:rPr>
              <w:t xml:space="preserve"> </w:t>
            </w:r>
            <w:r>
              <w:rPr>
                <w:sz w:val="18"/>
              </w:rPr>
              <w:t>元买来的观察结果，形成</w:t>
            </w:r>
            <w:r>
              <w:rPr>
                <w:sz w:val="18"/>
              </w:rPr>
              <w:t xml:space="preserve"> </w:t>
            </w:r>
            <w:r>
              <w:rPr>
                <w:sz w:val="18"/>
              </w:rPr>
              <w:t>"</w:t>
            </w:r>
            <w:r>
              <w:rPr>
                <w:sz w:val="18"/>
              </w:rPr>
              <w:t xml:space="preserve"> </w:t>
            </w:r>
            <w:r>
              <w:rPr>
                <w:sz w:val="18"/>
              </w:rPr>
              <w:t>数据集</w:t>
            </w:r>
            <w:r>
              <w:rPr>
                <w:sz w:val="18"/>
              </w:rPr>
              <w:t xml:space="preserve"> </w:t>
            </w:r>
            <w:r>
              <w:rPr>
                <w:sz w:val="18"/>
              </w:rPr>
              <w:t>"</w:t>
            </w:r>
            <w:r>
              <w:rPr>
                <w:sz w:val="18"/>
              </w:rPr>
              <w:t xml:space="preserve"> </w:t>
            </w:r>
            <w:r>
              <w:rPr>
                <w:sz w:val="18"/>
              </w:rPr>
              <w:t>。说明每一行是一个</w:t>
            </w:r>
            <w:r>
              <w:rPr>
                <w:sz w:val="18"/>
              </w:rPr>
              <w:t xml:space="preserve"> </w:t>
            </w:r>
            <w:r>
              <w:rPr>
                <w:sz w:val="18"/>
              </w:rPr>
              <w:t>"</w:t>
            </w:r>
            <w:r>
              <w:rPr>
                <w:sz w:val="18"/>
              </w:rPr>
              <w:t xml:space="preserve"> </w:t>
            </w:r>
            <w:r>
              <w:rPr>
                <w:sz w:val="18"/>
              </w:rPr>
              <w:t>样本</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小组合作填表，每人负责一列观察；理解</w:t>
            </w:r>
            <w:r>
              <w:rPr>
                <w:sz w:val="18"/>
              </w:rPr>
              <w:t xml:space="preserve"> </w:t>
            </w:r>
            <w:r>
              <w:rPr>
                <w:sz w:val="18"/>
              </w:rPr>
              <w:t>"</w:t>
            </w:r>
            <w:r>
              <w:rPr>
                <w:sz w:val="18"/>
              </w:rPr>
              <w:t xml:space="preserve"> </w:t>
            </w:r>
            <w:r>
              <w:rPr>
                <w:sz w:val="18"/>
              </w:rPr>
              <w:t>一行</w:t>
            </w:r>
            <w:r>
              <w:rPr>
                <w:sz w:val="18"/>
              </w:rPr>
              <w:t xml:space="preserve"> </w:t>
            </w:r>
            <w:r>
              <w:rPr>
                <w:sz w:val="18"/>
              </w:rPr>
              <w:t>=</w:t>
            </w:r>
            <w:r>
              <w:rPr>
                <w:sz w:val="18"/>
              </w:rPr>
              <w:t xml:space="preserve"> </w:t>
            </w:r>
            <w:r>
              <w:rPr>
                <w:sz w:val="18"/>
              </w:rPr>
              <w:t>一个西瓜</w:t>
            </w:r>
            <w:r>
              <w:rPr>
                <w:sz w:val="18"/>
              </w:rPr>
              <w:t xml:space="preserve"> </w:t>
            </w:r>
            <w:r>
              <w:rPr>
                <w:sz w:val="18"/>
              </w:rPr>
              <w:t>=</w:t>
            </w:r>
            <w:r>
              <w:rPr>
                <w:sz w:val="18"/>
              </w:rPr>
              <w:t xml:space="preserve"> </w:t>
            </w:r>
            <w:r>
              <w:rPr>
                <w:sz w:val="18"/>
              </w:rPr>
              <w:t>一个样本</w:t>
            </w:r>
            <w:r>
              <w:rPr>
                <w:sz w:val="18"/>
              </w:rPr>
              <w:t xml:space="preserve"> </w:t>
            </w:r>
            <w:r>
              <w:rPr>
                <w:sz w:val="18"/>
              </w:rPr>
              <w:t>"</w:t>
            </w:r>
            <w:r>
              <w:rPr>
                <w:sz w:val="18"/>
              </w:rPr>
              <w:t xml:space="preserve"> </w:t>
            </w:r>
            <w:r>
              <w:rPr>
                <w:sz w:val="18"/>
              </w:rPr>
              <w:t>，汇总成</w:t>
            </w:r>
            <w:r>
              <w:rPr>
                <w:sz w:val="18"/>
              </w:rPr>
              <w:t xml:space="preserve"> </w:t>
            </w:r>
            <w:r>
              <w:rPr>
                <w:sz w:val="18"/>
              </w:rPr>
              <w:t>"</w:t>
            </w:r>
            <w:r>
              <w:rPr>
                <w:sz w:val="18"/>
              </w:rPr>
              <w:t xml:space="preserve"> </w:t>
            </w:r>
            <w:r>
              <w:rPr>
                <w:sz w:val="18"/>
              </w:rPr>
              <w:t>数据集</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亲历</w:t>
            </w:r>
            <w:r>
              <w:rPr>
                <w:sz w:val="18"/>
              </w:rPr>
              <w:t xml:space="preserve"> </w:t>
            </w:r>
            <w:r>
              <w:rPr>
                <w:sz w:val="18"/>
              </w:rPr>
              <w:t>"</w:t>
            </w:r>
            <w:r>
              <w:rPr>
                <w:sz w:val="18"/>
              </w:rPr>
              <w:t xml:space="preserve"> </w:t>
            </w:r>
            <w:r>
              <w:rPr>
                <w:sz w:val="18"/>
              </w:rPr>
              <w:t>建模</w:t>
            </w:r>
            <w:r>
              <w:rPr>
                <w:sz w:val="18"/>
              </w:rPr>
              <w:t xml:space="preserve"> </w:t>
            </w:r>
            <w:r>
              <w:rPr>
                <w:sz w:val="18"/>
              </w:rPr>
              <w:t>—</w:t>
            </w:r>
            <w:r>
              <w:rPr>
                <w:sz w:val="18"/>
              </w:rPr>
              <w:t xml:space="preserve"> </w:t>
            </w:r>
            <w:r>
              <w:rPr>
                <w:sz w:val="18"/>
              </w:rPr>
              <w:t>填数据</w:t>
            </w:r>
            <w:r>
              <w:rPr>
                <w:sz w:val="18"/>
              </w:rPr>
              <w:t xml:space="preserve"> </w:t>
            </w:r>
            <w:r>
              <w:rPr>
                <w:sz w:val="18"/>
              </w:rPr>
              <w:t>—</w:t>
            </w:r>
            <w:r>
              <w:rPr>
                <w:sz w:val="18"/>
              </w:rPr>
              <w:t xml:space="preserve"> </w:t>
            </w:r>
            <w:r>
              <w:rPr>
                <w:sz w:val="18"/>
              </w:rPr>
              <w:t>成数据集</w:t>
            </w:r>
            <w:r>
              <w:rPr>
                <w:sz w:val="18"/>
              </w:rPr>
              <w:t xml:space="preserve"> </w:t>
            </w:r>
            <w:r>
              <w:rPr>
                <w:sz w:val="18"/>
              </w:rPr>
              <w:t>"</w:t>
            </w:r>
            <w:r>
              <w:rPr>
                <w:sz w:val="18"/>
              </w:rPr>
              <w:t xml:space="preserve"> </w:t>
            </w:r>
            <w:r>
              <w:rPr>
                <w:sz w:val="18"/>
              </w:rPr>
              <w:t>全流程，概念落在纸面。</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四、体验训练</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解释</w:t>
            </w:r>
            <w:r>
              <w:rPr>
                <w:sz w:val="18"/>
              </w:rPr>
              <w:t xml:space="preserve"> </w:t>
            </w:r>
            <w:r>
              <w:rPr>
                <w:sz w:val="18"/>
              </w:rPr>
              <w:t>"</w:t>
            </w:r>
            <w:r>
              <w:rPr>
                <w:sz w:val="18"/>
              </w:rPr>
              <w:t xml:space="preserve"> </w:t>
            </w:r>
            <w:r>
              <w:rPr>
                <w:sz w:val="18"/>
              </w:rPr>
              <w:t>训练</w:t>
            </w:r>
            <w:r>
              <w:rPr>
                <w:sz w:val="18"/>
              </w:rPr>
              <w:t xml:space="preserve"> </w:t>
            </w:r>
            <w:r>
              <w:rPr>
                <w:sz w:val="18"/>
              </w:rPr>
              <w:t>"</w:t>
            </w:r>
            <w:r>
              <w:rPr>
                <w:sz w:val="18"/>
              </w:rPr>
              <w:t xml:space="preserve"> </w:t>
            </w:r>
            <w:r>
              <w:rPr>
                <w:sz w:val="18"/>
              </w:rPr>
              <w:t>：就像家人花</w:t>
            </w:r>
            <w:r>
              <w:rPr>
                <w:sz w:val="18"/>
              </w:rPr>
              <w:t xml:space="preserve"> </w:t>
            </w:r>
            <w:r>
              <w:rPr>
                <w:sz w:val="18"/>
              </w:rPr>
              <w:t xml:space="preserve"> 500 </w:t>
            </w:r>
            <w:r>
              <w:rPr>
                <w:sz w:val="18"/>
              </w:rPr>
              <w:t xml:space="preserve"> </w:t>
            </w:r>
            <w:r>
              <w:rPr>
                <w:sz w:val="18"/>
              </w:rPr>
              <w:t>元买瓜教你挑瓜的过程；每一行是一个</w:t>
            </w:r>
            <w:r>
              <w:rPr>
                <w:sz w:val="18"/>
              </w:rPr>
              <w:t xml:space="preserve"> </w:t>
            </w:r>
            <w:r>
              <w:rPr>
                <w:sz w:val="18"/>
              </w:rPr>
              <w:t>"</w:t>
            </w:r>
            <w:r>
              <w:rPr>
                <w:sz w:val="18"/>
              </w:rPr>
              <w:t xml:space="preserve"> </w:t>
            </w:r>
            <w:r>
              <w:rPr>
                <w:sz w:val="18"/>
              </w:rPr>
              <w:t>样本</w:t>
            </w:r>
            <w:r>
              <w:rPr>
                <w:sz w:val="18"/>
              </w:rPr>
              <w:t xml:space="preserve"> </w:t>
            </w:r>
            <w:r>
              <w:rPr>
                <w:sz w:val="18"/>
              </w:rPr>
              <w:t>"</w:t>
            </w:r>
            <w:r>
              <w:rPr>
                <w:sz w:val="18"/>
              </w:rPr>
              <w:t xml:space="preserve"> </w:t>
            </w:r>
            <w:r>
              <w:rPr>
                <w:sz w:val="18"/>
              </w:rPr>
              <w:t>。强调：</w:t>
            </w:r>
            <w:r>
              <w:rPr>
                <w:sz w:val="18"/>
              </w:rPr>
              <w:t xml:space="preserve"> </w:t>
            </w:r>
            <w:r>
              <w:rPr>
                <w:sz w:val="18"/>
              </w:rPr>
              <w:t>"</w:t>
            </w:r>
            <w:r>
              <w:rPr>
                <w:sz w:val="18"/>
              </w:rPr>
              <w:t xml:space="preserve"> </w:t>
            </w:r>
            <w:r>
              <w:rPr>
                <w:sz w:val="18"/>
              </w:rPr>
              <w:t>训练就是你的家人花了</w:t>
            </w:r>
            <w:r>
              <w:rPr>
                <w:sz w:val="18"/>
              </w:rPr>
              <w:t xml:space="preserve"> </w:t>
            </w:r>
            <w:r>
              <w:rPr>
                <w:sz w:val="18"/>
              </w:rPr>
              <w:t xml:space="preserve"> 500 </w:t>
            </w:r>
            <w:r>
              <w:rPr>
                <w:sz w:val="18"/>
              </w:rPr>
              <w:t xml:space="preserve"> </w:t>
            </w:r>
            <w:r>
              <w:rPr>
                <w:sz w:val="18"/>
              </w:rPr>
              <w:t>块钱对你进行训练的过程。</w:t>
            </w:r>
            <w:r>
              <w:rPr>
                <w:sz w:val="18"/>
              </w:rPr>
              <w:t xml:space="preserve"> </w:t>
            </w:r>
            <w:r>
              <w:rPr>
                <w:sz w:val="18"/>
              </w:rPr>
              <w:t xml:space="preserve">""500 </w:t>
            </w:r>
            <w:r>
              <w:rPr>
                <w:sz w:val="18"/>
              </w:rPr>
              <w:t xml:space="preserve"> </w:t>
            </w:r>
            <w:r>
              <w:rPr>
                <w:sz w:val="18"/>
              </w:rPr>
              <w:t>块买了</w:t>
            </w:r>
            <w:r>
              <w:rPr>
                <w:sz w:val="18"/>
              </w:rPr>
              <w:t xml:space="preserve"> </w:t>
            </w:r>
            <w:r>
              <w:rPr>
                <w:sz w:val="18"/>
              </w:rPr>
              <w:t xml:space="preserve"> 17 </w:t>
            </w:r>
            <w:r>
              <w:rPr>
                <w:sz w:val="18"/>
              </w:rPr>
              <w:t xml:space="preserve"> </w:t>
            </w:r>
            <w:r>
              <w:rPr>
                <w:sz w:val="18"/>
              </w:rPr>
              <w:t>个瓜；这些词叫数据集。</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听类比、联系自己学挑瓜</w:t>
            </w:r>
            <w:r>
              <w:rPr>
                <w:sz w:val="18"/>
              </w:rPr>
              <w:t xml:space="preserve"> </w:t>
            </w:r>
            <w:r>
              <w:rPr>
                <w:sz w:val="18"/>
              </w:rPr>
              <w:t>/</w:t>
            </w:r>
            <w:r>
              <w:rPr>
                <w:sz w:val="18"/>
              </w:rPr>
              <w:t xml:space="preserve"> </w:t>
            </w:r>
            <w:r>
              <w:rPr>
                <w:sz w:val="18"/>
              </w:rPr>
              <w:t>学本领的经历，说说</w:t>
            </w:r>
            <w:r>
              <w:rPr>
                <w:sz w:val="18"/>
              </w:rPr>
              <w:t xml:space="preserve"> </w:t>
            </w:r>
            <w:r>
              <w:rPr>
                <w:sz w:val="18"/>
              </w:rPr>
              <w:t>"</w:t>
            </w:r>
            <w:r>
              <w:rPr>
                <w:sz w:val="18"/>
              </w:rPr>
              <w:t xml:space="preserve"> </w:t>
            </w:r>
            <w:r>
              <w:rPr>
                <w:sz w:val="18"/>
              </w:rPr>
              <w:t>被训练</w:t>
            </w:r>
            <w:r>
              <w:rPr>
                <w:sz w:val="18"/>
              </w:rPr>
              <w:t xml:space="preserve"> </w:t>
            </w:r>
            <w:r>
              <w:rPr>
                <w:sz w:val="18"/>
              </w:rPr>
              <w:t>"</w:t>
            </w:r>
            <w:r>
              <w:rPr>
                <w:sz w:val="18"/>
              </w:rPr>
              <w:t xml:space="preserve"> </w:t>
            </w:r>
            <w:r>
              <w:rPr>
                <w:sz w:val="18"/>
              </w:rPr>
              <w:t>的感觉。</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用家庭经验类比</w:t>
            </w:r>
            <w:r>
              <w:rPr>
                <w:sz w:val="18"/>
              </w:rPr>
              <w:t xml:space="preserve"> </w:t>
            </w:r>
            <w:r>
              <w:rPr>
                <w:sz w:val="18"/>
              </w:rPr>
              <w:t>"</w:t>
            </w:r>
            <w:r>
              <w:rPr>
                <w:sz w:val="18"/>
              </w:rPr>
              <w:t xml:space="preserve"> </w:t>
            </w:r>
            <w:r>
              <w:rPr>
                <w:sz w:val="18"/>
              </w:rPr>
              <w:t>训练</w:t>
            </w:r>
            <w:r>
              <w:rPr>
                <w:sz w:val="18"/>
              </w:rPr>
              <w:t xml:space="preserve"> </w:t>
            </w:r>
            <w:r>
              <w:rPr>
                <w:sz w:val="18"/>
              </w:rPr>
              <w:t>"</w:t>
            </w:r>
            <w:r>
              <w:rPr>
                <w:sz w:val="18"/>
              </w:rPr>
              <w:t xml:space="preserve"> </w:t>
            </w:r>
            <w:r>
              <w:rPr>
                <w:sz w:val="18"/>
              </w:rPr>
              <w:t>，化抽象为亲切。</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五、扩大规模：大数据与大模型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讨论数据量扩大：</w:t>
            </w:r>
            <w:r>
              <w:rPr>
                <w:sz w:val="18"/>
              </w:rPr>
              <w:t xml:space="preserve"> </w:t>
            </w:r>
            <w:r>
              <w:rPr>
                <w:sz w:val="18"/>
              </w:rPr>
              <w:t>"</w:t>
            </w:r>
            <w:r>
              <w:rPr>
                <w:sz w:val="18"/>
              </w:rPr>
              <w:t xml:space="preserve"> </w:t>
            </w:r>
            <w:r>
              <w:rPr>
                <w:sz w:val="18"/>
              </w:rPr>
              <w:t>如果投资</w:t>
            </w:r>
            <w:r>
              <w:rPr>
                <w:sz w:val="18"/>
              </w:rPr>
              <w:t xml:space="preserve"> </w:t>
            </w:r>
            <w:r>
              <w:rPr>
                <w:sz w:val="18"/>
              </w:rPr>
              <w:t xml:space="preserve"> 1000 </w:t>
            </w:r>
            <w:r>
              <w:rPr>
                <w:sz w:val="18"/>
              </w:rPr>
              <w:t xml:space="preserve"> </w:t>
            </w:r>
            <w:r>
              <w:rPr>
                <w:sz w:val="18"/>
              </w:rPr>
              <w:t>亿买瓜，就进入</w:t>
            </w:r>
            <w:r>
              <w:rPr>
                <w:sz w:val="18"/>
              </w:rPr>
              <w:t xml:space="preserve"> </w:t>
            </w:r>
            <w:r>
              <w:rPr>
                <w:sz w:val="18"/>
              </w:rPr>
              <w:t>'</w:t>
            </w:r>
            <w:r>
              <w:rPr>
                <w:sz w:val="18"/>
              </w:rPr>
              <w:t xml:space="preserve"> </w:t>
            </w:r>
            <w:r>
              <w:rPr>
                <w:sz w:val="18"/>
              </w:rPr>
              <w:t>大数据</w:t>
            </w:r>
            <w:r>
              <w:rPr>
                <w:sz w:val="18"/>
              </w:rPr>
              <w:t xml:space="preserve"> </w:t>
            </w:r>
            <w:r>
              <w:rPr>
                <w:sz w:val="18"/>
              </w:rPr>
              <w:t>'</w:t>
            </w:r>
            <w:r>
              <w:rPr>
                <w:sz w:val="18"/>
              </w:rPr>
              <w:t xml:space="preserve"> </w:t>
            </w:r>
            <w:r>
              <w:rPr>
                <w:sz w:val="18"/>
              </w:rPr>
              <w:t>；表的列数多就是</w:t>
            </w:r>
            <w:r>
              <w:rPr>
                <w:sz w:val="18"/>
              </w:rPr>
              <w:t xml:space="preserve"> </w:t>
            </w:r>
            <w:r>
              <w:rPr>
                <w:sz w:val="18"/>
              </w:rPr>
              <w:t>'</w:t>
            </w:r>
            <w:r>
              <w:rPr>
                <w:sz w:val="18"/>
              </w:rPr>
              <w:t xml:space="preserve"> </w:t>
            </w:r>
            <w:r>
              <w:rPr>
                <w:sz w:val="18"/>
              </w:rPr>
              <w:t>大模型</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追问：</w:t>
            </w:r>
            <w:r>
              <w:rPr>
                <w:sz w:val="18"/>
              </w:rPr>
              <w:t xml:space="preserve"> </w:t>
            </w:r>
            <w:r>
              <w:rPr>
                <w:sz w:val="18"/>
              </w:rPr>
              <w:t>"</w:t>
            </w:r>
            <w:r>
              <w:rPr>
                <w:sz w:val="18"/>
              </w:rPr>
              <w:t xml:space="preserve"> </w:t>
            </w:r>
            <w:r>
              <w:rPr>
                <w:sz w:val="18"/>
              </w:rPr>
              <w:t>大模型的</w:t>
            </w:r>
            <w:r>
              <w:rPr>
                <w:sz w:val="18"/>
              </w:rPr>
              <w:t xml:space="preserve"> </w:t>
            </w:r>
            <w:r>
              <w:rPr>
                <w:sz w:val="18"/>
              </w:rPr>
              <w:t>'</w:t>
            </w:r>
            <w:r>
              <w:rPr>
                <w:sz w:val="18"/>
              </w:rPr>
              <w:t xml:space="preserve"> </w:t>
            </w:r>
            <w:r>
              <w:rPr>
                <w:sz w:val="18"/>
              </w:rPr>
              <w:t>大</w:t>
            </w:r>
            <w:r>
              <w:rPr>
                <w:sz w:val="18"/>
              </w:rPr>
              <w:t xml:space="preserve"> </w:t>
            </w:r>
            <w:r>
              <w:rPr>
                <w:sz w:val="18"/>
              </w:rPr>
              <w:t>'</w:t>
            </w:r>
            <w:r>
              <w:rPr>
                <w:sz w:val="18"/>
              </w:rPr>
              <w:t xml:space="preserve"> </w:t>
            </w:r>
            <w:r>
              <w:rPr>
                <w:sz w:val="18"/>
              </w:rPr>
              <w:t>在哪里？列多叫大模型。</w:t>
            </w:r>
            <w:r>
              <w:rPr>
                <w:sz w:val="18"/>
              </w:rPr>
              <w:t xml:space="preserve"> </w:t>
            </w:r>
            <w:r>
              <w:rPr>
                <w:sz w:val="18"/>
              </w:rPr>
              <w:t>"</w:t>
            </w:r>
            <w:r>
              <w:rPr>
                <w:sz w:val="18"/>
              </w:rPr>
              <w:t xml:space="preserve"> </w:t>
            </w:r>
            <w:r>
              <w:rPr>
                <w:sz w:val="18"/>
              </w:rPr>
              <w:t>用流程示意图展示</w:t>
            </w:r>
            <w:r>
              <w:rPr>
                <w:sz w:val="18"/>
              </w:rPr>
              <w:t xml:space="preserve"> </w:t>
            </w:r>
            <w:r>
              <w:rPr>
                <w:sz w:val="18"/>
              </w:rPr>
              <w:t>"</w:t>
            </w:r>
            <w:r>
              <w:rPr>
                <w:sz w:val="18"/>
              </w:rPr>
              <w:t xml:space="preserve"> </w:t>
            </w:r>
            <w:r>
              <w:rPr>
                <w:sz w:val="18"/>
              </w:rPr>
              <w:t>大数据</w:t>
            </w:r>
            <w:r>
              <w:rPr>
                <w:sz w:val="18"/>
              </w:rPr>
              <w:t xml:space="preserve"> </w:t>
            </w:r>
            <w:r>
              <w:rPr>
                <w:sz w:val="18"/>
              </w:rPr>
              <w:t>→</w:t>
            </w:r>
            <w:r>
              <w:rPr>
                <w:sz w:val="18"/>
              </w:rPr>
              <w:t xml:space="preserve"> </w:t>
            </w:r>
            <w:r>
              <w:rPr>
                <w:sz w:val="18"/>
              </w:rPr>
              <w:t>大模型</w:t>
            </w:r>
            <w:r>
              <w:rPr>
                <w:sz w:val="18"/>
              </w:rPr>
              <w:t xml:space="preserve"> </w:t>
            </w:r>
            <w:r>
              <w:rPr>
                <w:sz w:val="18"/>
              </w:rPr>
              <w:t>→</w:t>
            </w:r>
            <w:r>
              <w:rPr>
                <w:sz w:val="18"/>
              </w:rPr>
              <w:t xml:space="preserve"> </w:t>
            </w:r>
            <w:r>
              <w:rPr>
                <w:sz w:val="18"/>
              </w:rPr>
              <w:t>通用</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惊呼</w:t>
            </w:r>
            <w:r>
              <w:rPr>
                <w:sz w:val="18"/>
              </w:rPr>
              <w:t xml:space="preserve"> </w:t>
            </w:r>
            <w:r>
              <w:rPr>
                <w:sz w:val="18"/>
              </w:rPr>
              <w:t>"1000</w:t>
            </w:r>
            <w:r>
              <w:rPr>
                <w:sz w:val="18"/>
              </w:rPr>
              <w:t xml:space="preserve"> </w:t>
            </w:r>
            <w:r>
              <w:rPr>
                <w:sz w:val="18"/>
              </w:rPr>
              <w:t>亿</w:t>
            </w:r>
            <w:r>
              <w:rPr>
                <w:sz w:val="18"/>
              </w:rPr>
              <w:t xml:space="preserve"> </w:t>
            </w:r>
            <w:r>
              <w:rPr>
                <w:sz w:val="18"/>
              </w:rPr>
              <w:t>"</w:t>
            </w:r>
            <w:r>
              <w:rPr>
                <w:sz w:val="18"/>
              </w:rPr>
              <w:t xml:space="preserve"> </w:t>
            </w:r>
            <w:r>
              <w:rPr>
                <w:sz w:val="18"/>
              </w:rPr>
              <w:t>的夸张；辨析</w:t>
            </w:r>
            <w:r>
              <w:rPr>
                <w:sz w:val="18"/>
              </w:rPr>
              <w:t xml:space="preserve"> </w:t>
            </w:r>
            <w:r>
              <w:rPr>
                <w:sz w:val="18"/>
              </w:rPr>
              <w:t>"</w:t>
            </w:r>
            <w:r>
              <w:rPr>
                <w:sz w:val="18"/>
              </w:rPr>
              <w:t xml:space="preserve"> </w:t>
            </w:r>
            <w:r>
              <w:rPr>
                <w:sz w:val="18"/>
              </w:rPr>
              <w:t>行多还是列多</w:t>
            </w:r>
            <w:r>
              <w:rPr>
                <w:sz w:val="18"/>
              </w:rPr>
              <w:t xml:space="preserve"> </w:t>
            </w:r>
            <w:r>
              <w:rPr>
                <w:sz w:val="18"/>
              </w:rPr>
              <w:t>"</w:t>
            </w:r>
            <w:r>
              <w:rPr>
                <w:sz w:val="18"/>
              </w:rPr>
              <w:t xml:space="preserve"> </w:t>
            </w:r>
            <w:r>
              <w:rPr>
                <w:sz w:val="18"/>
              </w:rPr>
              <w:t>才是大模型</w:t>
            </w:r>
            <w:r>
              <w:rPr>
                <w:sz w:val="18"/>
              </w:rPr>
              <w:t xml:space="preserve"> </w:t>
            </w:r>
            <w:r>
              <w:rPr>
                <w:sz w:val="18"/>
              </w:rPr>
              <w:t>——</w:t>
            </w:r>
            <w:r>
              <w:rPr>
                <w:sz w:val="18"/>
              </w:rPr>
              <w:t xml:space="preserve"> </w:t>
            </w:r>
            <w:r>
              <w:rPr>
                <w:sz w:val="18"/>
              </w:rPr>
              <w:t>得出</w:t>
            </w:r>
            <w:r>
              <w:rPr>
                <w:sz w:val="18"/>
              </w:rPr>
              <w:t xml:space="preserve"> </w:t>
            </w:r>
            <w:r>
              <w:rPr>
                <w:sz w:val="18"/>
              </w:rPr>
              <w:t>"</w:t>
            </w:r>
            <w:r>
              <w:rPr>
                <w:sz w:val="18"/>
              </w:rPr>
              <w:t xml:space="preserve"> </w:t>
            </w:r>
            <w:r>
              <w:rPr>
                <w:sz w:val="18"/>
              </w:rPr>
              <w:t>列多</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用夸张数字体会规模，纠正</w:t>
            </w:r>
            <w:r>
              <w:rPr>
                <w:sz w:val="18"/>
              </w:rPr>
              <w:t xml:space="preserve"> </w:t>
            </w:r>
            <w:r>
              <w:rPr>
                <w:sz w:val="18"/>
              </w:rPr>
              <w:t>"</w:t>
            </w:r>
            <w:r>
              <w:rPr>
                <w:sz w:val="18"/>
              </w:rPr>
              <w:t xml:space="preserve"> </w:t>
            </w:r>
            <w:r>
              <w:rPr>
                <w:sz w:val="18"/>
              </w:rPr>
              <w:t>行多</w:t>
            </w:r>
            <w:r>
              <w:rPr>
                <w:sz w:val="18"/>
              </w:rPr>
              <w:t xml:space="preserve"> </w:t>
            </w:r>
            <w:r>
              <w:rPr>
                <w:sz w:val="18"/>
              </w:rPr>
              <w:t>=</w:t>
            </w:r>
            <w:r>
              <w:rPr>
                <w:sz w:val="18"/>
              </w:rPr>
              <w:t xml:space="preserve"> </w:t>
            </w:r>
            <w:r>
              <w:rPr>
                <w:sz w:val="18"/>
              </w:rPr>
              <w:t>大</w:t>
            </w:r>
            <w:r>
              <w:rPr>
                <w:sz w:val="18"/>
              </w:rPr>
              <w:t xml:space="preserve"> </w:t>
            </w:r>
            <w:r>
              <w:rPr>
                <w:sz w:val="18"/>
              </w:rPr>
              <w:t>"</w:t>
            </w:r>
            <w:r>
              <w:rPr>
                <w:sz w:val="18"/>
              </w:rPr>
              <w:t xml:space="preserve"> </w:t>
            </w:r>
            <w:r>
              <w:rPr>
                <w:sz w:val="18"/>
              </w:rPr>
              <w:t>的直觉误区。</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六、认识通用与智能涌现</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解释</w:t>
            </w:r>
            <w:r>
              <w:rPr>
                <w:sz w:val="18"/>
              </w:rPr>
              <w:t xml:space="preserve"> </w:t>
            </w:r>
            <w:r>
              <w:rPr>
                <w:sz w:val="18"/>
              </w:rPr>
              <w:t>"</w:t>
            </w:r>
            <w:r>
              <w:rPr>
                <w:sz w:val="18"/>
              </w:rPr>
              <w:t xml:space="preserve"> </w:t>
            </w:r>
            <w:r>
              <w:rPr>
                <w:sz w:val="18"/>
              </w:rPr>
              <w:t>通用</w:t>
            </w:r>
            <w:r>
              <w:rPr>
                <w:sz w:val="18"/>
              </w:rPr>
              <w:t xml:space="preserve"> </w:t>
            </w:r>
            <w:r>
              <w:rPr>
                <w:sz w:val="18"/>
              </w:rPr>
              <w:t>"</w:t>
            </w:r>
            <w:r>
              <w:rPr>
                <w:sz w:val="18"/>
              </w:rPr>
              <w:t xml:space="preserve"> </w:t>
            </w:r>
            <w:r>
              <w:rPr>
                <w:sz w:val="18"/>
              </w:rPr>
              <w:t>：大模型不只能挑西瓜，还能写作文、做很多事，但并非</w:t>
            </w:r>
            <w:r>
              <w:rPr>
                <w:sz w:val="18"/>
              </w:rPr>
              <w:t xml:space="preserve"> </w:t>
            </w:r>
            <w:r>
              <w:rPr>
                <w:sz w:val="18"/>
              </w:rPr>
              <w:t>"</w:t>
            </w:r>
            <w:r>
              <w:rPr>
                <w:sz w:val="18"/>
              </w:rPr>
              <w:t xml:space="preserve"> </w:t>
            </w:r>
            <w:r>
              <w:rPr>
                <w:sz w:val="18"/>
              </w:rPr>
              <w:t>什么都能干</w:t>
            </w:r>
            <w:r>
              <w:rPr>
                <w:sz w:val="18"/>
              </w:rPr>
              <w:t xml:space="preserve"> </w:t>
            </w:r>
            <w:r>
              <w:rPr>
                <w:sz w:val="18"/>
              </w:rPr>
              <w:t>"——"</w:t>
            </w:r>
            <w:r>
              <w:rPr>
                <w:sz w:val="18"/>
              </w:rPr>
              <w:t xml:space="preserve"> </w:t>
            </w:r>
            <w:r>
              <w:rPr>
                <w:sz w:val="18"/>
              </w:rPr>
              <w:t>通用的原因不是它什么都能干。</w:t>
            </w:r>
            <w:r>
              <w:rPr>
                <w:sz w:val="18"/>
              </w:rPr>
              <w:t xml:space="preserve"> </w:t>
            </w:r>
            <w:r>
              <w:rPr>
                <w:sz w:val="18"/>
              </w:rPr>
              <w:t>"</w:t>
            </w:r>
            <w:r>
              <w:rPr>
                <w:sz w:val="18"/>
              </w:rPr>
              <w:t xml:space="preserve"> </w:t>
            </w:r>
            <w:r>
              <w:rPr>
                <w:sz w:val="18"/>
              </w:rPr>
              <w:t>解释</w:t>
            </w:r>
            <w:r>
              <w:rPr>
                <w:sz w:val="18"/>
              </w:rPr>
              <w:t xml:space="preserve"> </w:t>
            </w:r>
            <w:r>
              <w:rPr>
                <w:sz w:val="18"/>
              </w:rPr>
              <w:t>"</w:t>
            </w:r>
            <w:r>
              <w:rPr>
                <w:sz w:val="18"/>
              </w:rPr>
              <w:t xml:space="preserve"> </w:t>
            </w:r>
            <w:r>
              <w:rPr>
                <w:sz w:val="18"/>
              </w:rPr>
              <w:t>智能涌现</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有多少人工就有多少智能，有多少电力就有多少智能。</w:t>
            </w:r>
            <w:r>
              <w:rPr>
                <w:sz w:val="18"/>
              </w:rPr>
              <w:t xml:space="preserve"> </w:t>
            </w:r>
            <w:r>
              <w:rPr>
                <w:sz w:val="18"/>
              </w:rPr>
              <w:t>"</w:t>
            </w:r>
            <w:r>
              <w:rPr>
                <w:sz w:val="18"/>
              </w:rPr>
              <w:t xml:space="preserve"> </w:t>
            </w:r>
            <w:r>
              <w:rPr>
                <w:sz w:val="18"/>
              </w:rPr>
              <w:t>引入</w:t>
            </w:r>
            <w:r>
              <w:rPr>
                <w:sz w:val="18"/>
              </w:rPr>
              <w:t xml:space="preserve"> </w:t>
            </w:r>
            <w:r>
              <w:rPr>
                <w:sz w:val="18"/>
              </w:rPr>
              <w:t>"</w:t>
            </w:r>
            <w:r>
              <w:rPr>
                <w:sz w:val="18"/>
              </w:rPr>
              <w:t xml:space="preserve"> </w:t>
            </w:r>
            <w:r>
              <w:rPr>
                <w:sz w:val="18"/>
              </w:rPr>
              <w:t>深度学习</w:t>
            </w:r>
            <w:r>
              <w:rPr>
                <w:sz w:val="18"/>
              </w:rPr>
              <w:t xml:space="preserve"> </w:t>
            </w:r>
            <w:r>
              <w:rPr>
                <w:sz w:val="18"/>
              </w:rPr>
              <w:t>"</w:t>
            </w:r>
            <w:r>
              <w:rPr>
                <w:sz w:val="18"/>
              </w:rPr>
              <w:t xml:space="preserve"> </w:t>
            </w:r>
            <w:r>
              <w:rPr>
                <w:sz w:val="18"/>
              </w:rPr>
              <w:t>：让参数自动增加，模型可达上万亿参数。</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举例子说明大模型还能做什么、不能做什么；理解</w:t>
            </w:r>
            <w:r>
              <w:rPr>
                <w:sz w:val="18"/>
              </w:rPr>
              <w:t xml:space="preserve"> </w:t>
            </w:r>
            <w:r>
              <w:rPr>
                <w:sz w:val="18"/>
              </w:rPr>
              <w:t>"</w:t>
            </w:r>
            <w:r>
              <w:rPr>
                <w:sz w:val="18"/>
              </w:rPr>
              <w:t xml:space="preserve"> </w:t>
            </w:r>
            <w:r>
              <w:rPr>
                <w:sz w:val="18"/>
              </w:rPr>
              <w:t>涌现</w:t>
            </w:r>
            <w:r>
              <w:rPr>
                <w:sz w:val="18"/>
              </w:rPr>
              <w:t xml:space="preserve"> </w:t>
            </w:r>
            <w:r>
              <w:rPr>
                <w:sz w:val="18"/>
              </w:rPr>
              <w:t>"</w:t>
            </w:r>
            <w:r>
              <w:rPr>
                <w:sz w:val="18"/>
              </w:rPr>
              <w:t xml:space="preserve"> </w:t>
            </w:r>
            <w:r>
              <w:rPr>
                <w:sz w:val="18"/>
              </w:rPr>
              <w:t>靠规模与算力。</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厘清</w:t>
            </w:r>
            <w:r>
              <w:rPr>
                <w:sz w:val="18"/>
              </w:rPr>
              <w:t xml:space="preserve"> </w:t>
            </w:r>
            <w:r>
              <w:rPr>
                <w:sz w:val="18"/>
              </w:rPr>
              <w:t>"</w:t>
            </w:r>
            <w:r>
              <w:rPr>
                <w:sz w:val="18"/>
              </w:rPr>
              <w:t xml:space="preserve"> </w:t>
            </w:r>
            <w:r>
              <w:rPr>
                <w:sz w:val="18"/>
              </w:rPr>
              <w:t>通用</w:t>
            </w:r>
            <w:r>
              <w:rPr>
                <w:sz w:val="18"/>
              </w:rPr>
              <w:t xml:space="preserve"> </w:t>
            </w:r>
            <w:r>
              <w:rPr>
                <w:sz w:val="18"/>
              </w:rPr>
              <w:t>≠</w:t>
            </w:r>
            <w:r>
              <w:rPr>
                <w:sz w:val="18"/>
              </w:rPr>
              <w:t xml:space="preserve"> </w:t>
            </w:r>
            <w:r>
              <w:rPr>
                <w:sz w:val="18"/>
              </w:rPr>
              <w:t>万能</w:t>
            </w:r>
            <w:r>
              <w:rPr>
                <w:sz w:val="18"/>
              </w:rPr>
              <w:t xml:space="preserve"> </w:t>
            </w:r>
            <w:r>
              <w:rPr>
                <w:sz w:val="18"/>
              </w:rPr>
              <w:t>"</w:t>
            </w:r>
            <w:r>
              <w:rPr>
                <w:sz w:val="18"/>
              </w:rPr>
              <w:t xml:space="preserve"> </w:t>
            </w:r>
            <w:r>
              <w:rPr>
                <w:sz w:val="18"/>
              </w:rPr>
              <w:t>，初识涌现与深度学习的规模本质。</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七、总结三点结论</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回到挑西瓜类比，提炼三点核心结论并张贴板书：</w:t>
            </w:r>
            <w:r>
              <w:rPr>
                <w:sz w:val="18"/>
              </w:rPr>
              <w:t xml:space="preserve"> </w:t>
            </w:r>
            <w:r>
              <w:rPr>
                <w:sz w:val="18"/>
              </w:rPr>
              <w:t>"</w:t>
            </w:r>
            <w:r>
              <w:rPr>
                <w:sz w:val="18"/>
              </w:rPr>
              <w:t xml:space="preserve"> </w:t>
            </w:r>
            <w:r>
              <w:rPr>
                <w:sz w:val="18"/>
              </w:rPr>
              <w:t>列比行重要，参数比数据重要，建模比训练重要。</w:t>
            </w:r>
            <w:r>
              <w:rPr>
                <w:sz w:val="18"/>
              </w:rPr>
              <w:t xml:space="preserve"> </w:t>
            </w:r>
            <w:r>
              <w:rPr>
                <w:sz w:val="18"/>
              </w:rPr>
              <w:t>"</w:t>
            </w:r>
            <w:r>
              <w:rPr>
                <w:sz w:val="18"/>
              </w:rPr>
              <w:t xml:space="preserve"> </w:t>
            </w:r>
            <w:r>
              <w:rPr>
                <w:sz w:val="18"/>
              </w:rPr>
              <w:t>结语：</w:t>
            </w:r>
            <w:r>
              <w:rPr>
                <w:sz w:val="18"/>
              </w:rPr>
              <w:t xml:space="preserve"> </w:t>
            </w:r>
            <w:r>
              <w:rPr>
                <w:sz w:val="18"/>
              </w:rPr>
              <w:t>"</w:t>
            </w:r>
            <w:r>
              <w:rPr>
                <w:sz w:val="18"/>
              </w:rPr>
              <w:t xml:space="preserve"> </w:t>
            </w:r>
            <w:r>
              <w:rPr>
                <w:sz w:val="18"/>
              </w:rPr>
              <w:t>其实关键不是看有多少会写代码的程序员和工程师。</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齐读三句话；用便利贴写一句</w:t>
            </w:r>
            <w:r>
              <w:rPr>
                <w:sz w:val="18"/>
              </w:rPr>
              <w:t xml:space="preserve"> </w:t>
            </w:r>
            <w:r>
              <w:rPr>
                <w:sz w:val="18"/>
              </w:rPr>
              <w:t>"</w:t>
            </w:r>
            <w:r>
              <w:rPr>
                <w:sz w:val="18"/>
              </w:rPr>
              <w:t xml:space="preserve"> </w:t>
            </w:r>
            <w:r>
              <w:rPr>
                <w:sz w:val="18"/>
              </w:rPr>
              <w:t>我今天懂了什么</w:t>
            </w:r>
            <w:r>
              <w:rPr>
                <w:sz w:val="18"/>
              </w:rPr>
              <w:t xml:space="preserve"> </w:t>
            </w:r>
            <w:r>
              <w:rPr>
                <w:sz w:val="18"/>
              </w:rPr>
              <w:t>"</w:t>
            </w:r>
            <w:r>
              <w:rPr>
                <w:sz w:val="18"/>
              </w:rPr>
              <w:t xml:space="preserve"> </w:t>
            </w:r>
            <w:r>
              <w:rPr>
                <w:sz w:val="18"/>
              </w:rPr>
              <w:t>贴于结论卡旁。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结构化收束，把方法论沉淀为板书。</w:t>
            </w:r>
          </w:p>
        </w:tc>
      </w:tr>
    </w:tbl>
    <w:p>
      <w:pPr>
        <w:pStyle w:val="Heading3"/>
      </w:pPr>
      <w:r>
        <w:rPr>
          <w:rFonts w:ascii="微软雅黑" w:hAnsi="微软雅黑" w:eastAsia="微软雅黑" w:cs="微软雅黑" w:hint="eastAsia"/>
          <w:b w:val="0"/>
          <w:color w:val="1A237E"/>
          <w:sz w:val="20"/>
          <w:lang w:eastAsia="zh-CN"/>
        </w:rPr>
        <w:t>五、课堂互动设计（递进式）</w:t>
      </w:r>
    </w:p>
    <w:p>
      <w:pPr>
        <w:pStyle w:val="ListNumber"/>
        <w:numPr>
          <w:ilvl w:val="0"/>
          <w:numId w:val="37"/>
        </w:numPr>
        <w:spacing w:after="72"/>
      </w:pPr>
      <w:r>
        <w:rPr>
          <w:rFonts w:ascii="微软雅黑" w:eastAsia="微软雅黑" w:hAnsi="微软雅黑" w:cs="微软雅黑" w:hint="eastAsia"/>
          <w:b/>
          <w:lang w:eastAsia="zh-CN"/>
        </w:rPr>
        <w:t>导入互动（4分钟）·"挑瓜小能手"抢答</w:t>
      </w:r>
      <w:r>
        <w:rPr>
          <w:rFonts w:ascii="微软雅黑" w:eastAsia="微软雅黑" w:hAnsi="微软雅黑" w:cs="微软雅黑" w:hint="eastAsia"/>
          <w:lang w:eastAsia="zh-CN"/>
        </w:rPr>
        <w:t>：出示西瓜，学生抢答</w:t>
      </w:r>
      <w:r>
        <w:t>"</w:t>
      </w:r>
      <w:r>
        <w:rPr>
          <w:rFonts w:ascii="微软雅黑" w:eastAsia="微软雅黑" w:hAnsi="微软雅黑" w:cs="微软雅黑" w:hint="eastAsia"/>
          <w:lang w:eastAsia="zh-CN"/>
        </w:rPr>
        <w:t>你会怎么挑</w:t>
      </w:r>
      <w:r>
        <w:t>"</w:t>
      </w:r>
      <w:r>
        <w:rPr>
          <w:rFonts w:ascii="微软雅黑" w:eastAsia="微软雅黑" w:hAnsi="微软雅黑" w:cs="微软雅黑" w:hint="eastAsia"/>
          <w:lang w:eastAsia="zh-CN"/>
        </w:rPr>
        <w:t>，每说一个特征得一枚</w:t>
      </w:r>
      <w:r>
        <w:t>"</w:t>
      </w:r>
      <w:r>
        <w:rPr>
          <w:rFonts w:ascii="微软雅黑" w:eastAsia="微软雅黑" w:hAnsi="微软雅黑" w:cs="微软雅黑" w:hint="eastAsia"/>
          <w:lang w:eastAsia="zh-CN"/>
        </w:rPr>
        <w:t>瓜贴</w:t>
      </w:r>
      <w:r>
        <w:t>"</w:t>
      </w:r>
      <w:r>
        <w:rPr>
          <w:rFonts w:ascii="微软雅黑" w:eastAsia="微软雅黑" w:hAnsi="微软雅黑" w:cs="微软雅黑" w:hint="eastAsia"/>
          <w:lang w:eastAsia="zh-CN"/>
        </w:rPr>
        <w:t>，快速汇集特征，自然生成参数清单。</w:t>
      </w:r>
    </w:p>
    <w:p>
      <w:pPr>
        <w:pStyle w:val="ListNumber"/>
        <w:numPr>
          <w:ilvl w:val="0"/>
          <w:numId w:val="37"/>
        </w:numPr>
        <w:spacing w:after="72"/>
      </w:pPr>
      <w:r>
        <w:rPr>
          <w:rFonts w:ascii="微软雅黑" w:eastAsia="微软雅黑" w:hAnsi="微软雅黑" w:cs="微软雅黑" w:hint="eastAsia"/>
          <w:b/>
          <w:lang w:eastAsia="zh-CN"/>
        </w:rPr>
        <w:t>探究互动（16分钟）·小组建表接力</w:t>
      </w:r>
      <w:r>
        <w:rPr>
          <w:rFonts w:ascii="微软雅黑" w:eastAsia="微软雅黑" w:hAnsi="微软雅黑" w:cs="微软雅黑" w:hint="eastAsia"/>
          <w:lang w:eastAsia="zh-CN"/>
        </w:rPr>
        <w:t>：</w:t>
      </w:r>
      <w:r>
        <w:t>4</w:t>
      </w:r>
      <w:r>
        <w:rPr>
          <w:rFonts w:ascii="微软雅黑" w:eastAsia="微软雅黑" w:hAnsi="微软雅黑" w:cs="微软雅黑" w:hint="eastAsia"/>
          <w:lang w:eastAsia="zh-CN"/>
        </w:rPr>
        <w:t>人一组，分工为</w:t>
      </w:r>
      <w:r>
        <w:t>"</w:t>
      </w:r>
      <w:r>
        <w:rPr>
          <w:rFonts w:ascii="微软雅黑" w:eastAsia="微软雅黑" w:hAnsi="微软雅黑" w:cs="微软雅黑" w:hint="eastAsia"/>
          <w:lang w:eastAsia="zh-CN"/>
        </w:rPr>
        <w:t>观察员</w:t>
      </w:r>
      <w:r>
        <w:t>/</w:t>
      </w:r>
      <w:r>
        <w:rPr>
          <w:rFonts w:ascii="微软雅黑" w:eastAsia="微软雅黑" w:hAnsi="微软雅黑" w:cs="微软雅黑" w:hint="eastAsia"/>
          <w:lang w:eastAsia="zh-CN"/>
        </w:rPr>
        <w:t>记录员</w:t>
      </w:r>
      <w:r>
        <w:t>/</w:t>
      </w:r>
      <w:r>
        <w:rPr>
          <w:rFonts w:ascii="微软雅黑" w:eastAsia="微软雅黑" w:hAnsi="微软雅黑" w:cs="微软雅黑" w:hint="eastAsia"/>
          <w:lang w:eastAsia="zh-CN"/>
        </w:rPr>
        <w:t>汇报员</w:t>
      </w:r>
      <w:r>
        <w:t>/</w:t>
      </w:r>
      <w:r>
        <w:rPr>
          <w:rFonts w:ascii="微软雅黑" w:eastAsia="微软雅黑" w:hAnsi="微软雅黑" w:cs="微软雅黑" w:hint="eastAsia"/>
          <w:lang w:eastAsia="zh-CN"/>
        </w:rPr>
        <w:t>纠错员</w:t>
      </w:r>
      <w:r>
        <w:t>"</w:t>
      </w:r>
      <w:r>
        <w:rPr>
          <w:rFonts w:ascii="微软雅黑" w:eastAsia="微软雅黑" w:hAnsi="微软雅黑" w:cs="微软雅黑" w:hint="eastAsia"/>
          <w:lang w:eastAsia="zh-CN"/>
        </w:rPr>
        <w:t>，合作完成一张挑西瓜参数表并填写样本，教师巡回指导</w:t>
      </w:r>
      <w:r>
        <w:t>"</w:t>
      </w:r>
      <w:r>
        <w:rPr>
          <w:rFonts w:ascii="微软雅黑" w:eastAsia="微软雅黑" w:hAnsi="微软雅黑" w:cs="微软雅黑" w:hint="eastAsia"/>
          <w:lang w:eastAsia="zh-CN"/>
        </w:rPr>
        <w:t>一列</w:t>
      </w:r>
      <w:r>
        <w:t>=</w:t>
      </w:r>
      <w:r>
        <w:rPr>
          <w:rFonts w:ascii="微软雅黑" w:eastAsia="微软雅黑" w:hAnsi="微软雅黑" w:cs="微软雅黑" w:hint="eastAsia"/>
          <w:lang w:eastAsia="zh-CN"/>
        </w:rPr>
        <w:t>一个参数</w:t>
      </w:r>
      <w:r>
        <w:t>"</w:t>
      </w:r>
      <w:r>
        <w:rPr>
          <w:rFonts w:ascii="微软雅黑" w:eastAsia="微软雅黑" w:hAnsi="微软雅黑" w:cs="微软雅黑" w:hint="eastAsia"/>
          <w:lang w:eastAsia="zh-CN"/>
        </w:rPr>
        <w:t>。</w:t>
      </w:r>
    </w:p>
    <w:p>
      <w:pPr>
        <w:pStyle w:val="ListNumber"/>
        <w:numPr>
          <w:ilvl w:val="0"/>
          <w:numId w:val="37"/>
        </w:numPr>
        <w:spacing w:after="72"/>
      </w:pPr>
      <w:r>
        <w:rPr>
          <w:rFonts w:ascii="微软雅黑" w:eastAsia="微软雅黑" w:hAnsi="微软雅黑" w:cs="微软雅黑" w:hint="eastAsia"/>
          <w:b/>
          <w:lang w:eastAsia="zh-CN"/>
        </w:rPr>
        <w:t>应用互动（7分钟）·"1000亿买瓜"脑洞会</w:t>
      </w:r>
      <w:r>
        <w:rPr>
          <w:rFonts w:ascii="微软雅黑" w:eastAsia="微软雅黑" w:hAnsi="微软雅黑" w:cs="微软雅黑" w:hint="eastAsia"/>
          <w:lang w:eastAsia="zh-CN"/>
        </w:rPr>
        <w:t>：全班讨论</w:t>
      </w:r>
      <w:r>
        <w:t>"</w:t>
      </w:r>
      <w:r>
        <w:rPr>
          <w:rFonts w:ascii="微软雅黑" w:eastAsia="微软雅黑" w:hAnsi="微软雅黑" w:cs="微软雅黑" w:hint="eastAsia"/>
          <w:lang w:eastAsia="zh-CN"/>
        </w:rPr>
        <w:t>如果给你</w:t>
      </w:r>
      <w:r>
        <w:t>1000</w:t>
      </w:r>
      <w:r>
        <w:rPr>
          <w:rFonts w:ascii="微软雅黑" w:eastAsia="微软雅黑" w:hAnsi="微软雅黑" w:cs="微软雅黑" w:hint="eastAsia"/>
          <w:lang w:eastAsia="zh-CN"/>
        </w:rPr>
        <w:t>亿买瓜会怎样</w:t>
      </w:r>
      <w:r>
        <w:t>"</w:t>
      </w:r>
      <w:r>
        <w:rPr>
          <w:rFonts w:ascii="微软雅黑" w:eastAsia="微软雅黑" w:hAnsi="微软雅黑" w:cs="微软雅黑" w:hint="eastAsia"/>
          <w:lang w:eastAsia="zh-CN"/>
        </w:rPr>
        <w:t>，辨析</w:t>
      </w:r>
      <w:r>
        <w:t>"</w:t>
      </w:r>
      <w:r>
        <w:rPr>
          <w:rFonts w:ascii="微软雅黑" w:eastAsia="微软雅黑" w:hAnsi="微软雅黑" w:cs="微软雅黑" w:hint="eastAsia"/>
          <w:lang w:eastAsia="zh-CN"/>
        </w:rPr>
        <w:t>列多才是大模型</w:t>
      </w:r>
      <w:r>
        <w:t>"</w:t>
      </w:r>
      <w:r>
        <w:rPr>
          <w:rFonts w:ascii="微软雅黑" w:eastAsia="微软雅黑" w:hAnsi="微软雅黑" w:cs="微软雅黑" w:hint="eastAsia"/>
          <w:lang w:eastAsia="zh-CN"/>
        </w:rPr>
        <w:t>，并让各组用一句话说明</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的意思，贴到流程图上。</w:t>
      </w:r>
    </w:p>
    <w:p>
      <w:pPr>
        <w:pStyle w:val="ListNumber"/>
        <w:numPr>
          <w:ilvl w:val="0"/>
          <w:numId w:val="37"/>
        </w:numPr>
        <w:spacing w:after="72"/>
      </w:pPr>
      <w:r>
        <w:rPr>
          <w:rFonts w:ascii="微软雅黑" w:eastAsia="微软雅黑" w:hAnsi="微软雅黑" w:cs="微软雅黑" w:hint="eastAsia"/>
          <w:b/>
          <w:lang w:eastAsia="zh-CN"/>
        </w:rPr>
        <w:t>总结互动（5分钟）·三点结论接龙</w:t>
      </w:r>
      <w:r>
        <w:rPr>
          <w:rFonts w:ascii="微软雅黑" w:eastAsia="微软雅黑" w:hAnsi="微软雅黑" w:cs="微软雅黑" w:hint="eastAsia"/>
          <w:lang w:eastAsia="zh-CN"/>
        </w:rPr>
        <w:t>：教师起头</w:t>
      </w:r>
      <w:r>
        <w:t>"</w:t>
      </w:r>
      <w:r>
        <w:rPr>
          <w:rFonts w:ascii="微软雅黑" w:eastAsia="微软雅黑" w:hAnsi="微软雅黑" w:cs="微软雅黑" w:hint="eastAsia"/>
          <w:lang w:eastAsia="zh-CN"/>
        </w:rPr>
        <w:t>列比行重要</w:t>
      </w:r>
      <w:r>
        <w:t>"</w:t>
      </w:r>
      <w:r>
        <w:rPr>
          <w:rFonts w:ascii="微软雅黑" w:eastAsia="微软雅黑" w:hAnsi="微软雅黑" w:cs="微软雅黑" w:hint="eastAsia"/>
          <w:lang w:eastAsia="zh-CN"/>
        </w:rPr>
        <w:t>，学生接</w:t>
      </w:r>
      <w:r>
        <w:t>"</w:t>
      </w:r>
      <w:r>
        <w:rPr>
          <w:rFonts w:ascii="微软雅黑" w:eastAsia="微软雅黑" w:hAnsi="微软雅黑" w:cs="微软雅黑" w:hint="eastAsia"/>
          <w:lang w:eastAsia="zh-CN"/>
        </w:rPr>
        <w:t>参数比数据重要</w:t>
      </w:r>
      <w:r>
        <w:t>""</w:t>
      </w:r>
      <w:r>
        <w:rPr>
          <w:rFonts w:ascii="微软雅黑" w:eastAsia="微软雅黑" w:hAnsi="微软雅黑" w:cs="微软雅黑" w:hint="eastAsia"/>
          <w:lang w:eastAsia="zh-CN"/>
        </w:rPr>
        <w:t>建模比训练重要</w:t>
      </w:r>
      <w:r>
        <w:t>"</w:t>
      </w:r>
      <w:r>
        <w:rPr>
          <w:rFonts w:ascii="微软雅黑" w:eastAsia="微软雅黑" w:hAnsi="微软雅黑" w:cs="微软雅黑" w:hint="eastAsia"/>
          <w:lang w:eastAsia="zh-CN"/>
        </w:rPr>
        <w:t>，接力齐背，结束全课。</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挑西瓜时我们看哪些方面？这些方面在表里叫什么？（参数）</w:t>
            </w:r>
            <w:r>
              <w:rPr>
                <w:sz w:val="18"/>
              </w:rPr>
              <w:t xml:space="preserve"> </w:t>
              <w:br/>
            </w:r>
            <w:r>
              <w:rPr>
                <w:sz w:val="18"/>
              </w:rPr>
              <w:t xml:space="preserve"> </w:t>
            </w:r>
            <w:r>
              <w:rPr>
                <w:sz w:val="18"/>
              </w:rPr>
              <w:t xml:space="preserve">2. </w:t>
            </w:r>
            <w:r>
              <w:rPr>
                <w:sz w:val="18"/>
              </w:rPr>
              <w:t xml:space="preserve"> </w:t>
            </w:r>
            <w:r>
              <w:rPr>
                <w:sz w:val="18"/>
              </w:rPr>
              <w:t>表里的一行代表什么？整张表叫什么？（一个样本／模型）</w:t>
            </w:r>
            <w:r>
              <w:rPr>
                <w:sz w:val="18"/>
              </w:rPr>
              <w:t xml:space="preserve"> </w:t>
              <w:br/>
            </w:r>
            <w:r>
              <w:rPr>
                <w:sz w:val="18"/>
              </w:rPr>
              <w:t xml:space="preserve"> </w:t>
            </w:r>
            <w:r>
              <w:rPr>
                <w:sz w:val="18"/>
              </w:rPr>
              <w:t xml:space="preserve">3. </w:t>
            </w:r>
            <w:r>
              <w:rPr>
                <w:sz w:val="18"/>
              </w:rPr>
              <w:t xml:space="preserve"> </w:t>
            </w:r>
            <w:r>
              <w:rPr>
                <w:sz w:val="18"/>
              </w:rPr>
              <w:t>什么是</w:t>
            </w:r>
            <w:r>
              <w:rPr>
                <w:sz w:val="18"/>
              </w:rPr>
              <w:t xml:space="preserve"> </w:t>
            </w:r>
            <w:r>
              <w:rPr>
                <w:sz w:val="18"/>
              </w:rPr>
              <w:t>"</w:t>
            </w:r>
            <w:r>
              <w:rPr>
                <w:sz w:val="18"/>
              </w:rPr>
              <w:t xml:space="preserve"> </w:t>
            </w:r>
            <w:r>
              <w:rPr>
                <w:sz w:val="18"/>
              </w:rPr>
              <w:t>训练</w:t>
            </w:r>
            <w:r>
              <w:rPr>
                <w:sz w:val="18"/>
              </w:rPr>
              <w:t xml:space="preserve"> </w:t>
            </w:r>
            <w:r>
              <w:rPr>
                <w:sz w:val="18"/>
              </w:rPr>
              <w:t>"</w:t>
            </w:r>
            <w:r>
              <w:rPr>
                <w:sz w:val="18"/>
              </w:rPr>
              <w:t xml:space="preserve"> </w:t>
            </w:r>
            <w:r>
              <w:rPr>
                <w:sz w:val="18"/>
              </w:rPr>
              <w:t>？视频里用什么来打比方？（家人花</w:t>
            </w:r>
            <w:r>
              <w:rPr>
                <w:sz w:val="18"/>
              </w:rPr>
              <w:t xml:space="preserve"> </w:t>
            </w:r>
            <w:r>
              <w:rPr>
                <w:sz w:val="18"/>
              </w:rPr>
              <w:t>500</w:t>
            </w:r>
            <w:r>
              <w:rPr>
                <w:sz w:val="18"/>
              </w:rPr>
              <w:t xml:space="preserve"> </w:t>
            </w:r>
            <w:r>
              <w:rPr>
                <w:sz w:val="18"/>
              </w:rPr>
              <w:t>元教你挑瓜）</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为什么说</w:t>
            </w:r>
            <w:r>
              <w:rPr>
                <w:sz w:val="18"/>
              </w:rPr>
              <w:t xml:space="preserve"> </w:t>
            </w:r>
            <w:r>
              <w:rPr>
                <w:sz w:val="18"/>
              </w:rPr>
              <w:t>"</w:t>
            </w:r>
            <w:r>
              <w:rPr>
                <w:sz w:val="18"/>
              </w:rPr>
              <w:t xml:space="preserve"> </w:t>
            </w:r>
            <w:r>
              <w:rPr>
                <w:sz w:val="18"/>
              </w:rPr>
              <w:t>大模型的</w:t>
            </w:r>
            <w:r>
              <w:rPr>
                <w:sz w:val="18"/>
              </w:rPr>
              <w:t xml:space="preserve"> </w:t>
            </w:r>
            <w:r>
              <w:rPr>
                <w:sz w:val="18"/>
              </w:rPr>
              <w:t>'</w:t>
            </w:r>
            <w:r>
              <w:rPr>
                <w:sz w:val="18"/>
              </w:rPr>
              <w:t xml:space="preserve"> </w:t>
            </w:r>
            <w:r>
              <w:rPr>
                <w:sz w:val="18"/>
              </w:rPr>
              <w:t>大</w:t>
            </w:r>
            <w:r>
              <w:rPr>
                <w:sz w:val="18"/>
              </w:rPr>
              <w:t xml:space="preserve"> </w:t>
            </w:r>
            <w:r>
              <w:rPr>
                <w:sz w:val="18"/>
              </w:rPr>
              <w:t>'</w:t>
            </w:r>
            <w:r>
              <w:rPr>
                <w:sz w:val="18"/>
              </w:rPr>
              <w:t xml:space="preserve"> </w:t>
            </w:r>
            <w:r>
              <w:rPr>
                <w:sz w:val="18"/>
              </w:rPr>
              <w:t>在列多</w:t>
            </w:r>
            <w:r>
              <w:rPr>
                <w:sz w:val="18"/>
              </w:rPr>
              <w:t xml:space="preserve"> </w:t>
            </w:r>
            <w:r>
              <w:rPr>
                <w:sz w:val="18"/>
              </w:rPr>
              <w:t>"</w:t>
            </w:r>
            <w:r>
              <w:rPr>
                <w:sz w:val="18"/>
              </w:rPr>
              <w:t xml:space="preserve"> </w:t>
            </w:r>
            <w:r>
              <w:rPr>
                <w:sz w:val="18"/>
              </w:rPr>
              <w:t>而不是行多？</w:t>
            </w:r>
            <w:r>
              <w:rPr>
                <w:sz w:val="18"/>
              </w:rPr>
              <w:t xml:space="preserve"> </w:t>
              <w:br/>
            </w:r>
            <w:r>
              <w:rPr>
                <w:sz w:val="18"/>
              </w:rPr>
              <w:t xml:space="preserve"> </w:t>
            </w:r>
            <w:r>
              <w:rPr>
                <w:sz w:val="18"/>
              </w:rPr>
              <w:t>2. "</w:t>
            </w:r>
            <w:r>
              <w:rPr>
                <w:sz w:val="18"/>
              </w:rPr>
              <w:t xml:space="preserve"> </w:t>
            </w:r>
            <w:r>
              <w:rPr>
                <w:sz w:val="18"/>
              </w:rPr>
              <w:t>通用</w:t>
            </w:r>
            <w:r>
              <w:rPr>
                <w:sz w:val="18"/>
              </w:rPr>
              <w:t xml:space="preserve"> </w:t>
            </w:r>
            <w:r>
              <w:rPr>
                <w:sz w:val="18"/>
              </w:rPr>
              <w:t>"</w:t>
            </w:r>
            <w:r>
              <w:rPr>
                <w:sz w:val="18"/>
              </w:rPr>
              <w:t xml:space="preserve"> </w:t>
            </w:r>
            <w:r>
              <w:rPr>
                <w:sz w:val="18"/>
              </w:rPr>
              <w:t>是不是</w:t>
            </w:r>
            <w:r>
              <w:rPr>
                <w:sz w:val="18"/>
              </w:rPr>
              <w:t xml:space="preserve"> </w:t>
            </w:r>
            <w:r>
              <w:rPr>
                <w:sz w:val="18"/>
              </w:rPr>
              <w:t>"</w:t>
            </w:r>
            <w:r>
              <w:rPr>
                <w:sz w:val="18"/>
              </w:rPr>
              <w:t xml:space="preserve"> </w:t>
            </w:r>
            <w:r>
              <w:rPr>
                <w:sz w:val="18"/>
              </w:rPr>
              <w:t>什么都能干</w:t>
            </w:r>
            <w:r>
              <w:rPr>
                <w:sz w:val="18"/>
              </w:rPr>
              <w:t xml:space="preserve"> </w:t>
            </w:r>
            <w:r>
              <w:rPr>
                <w:sz w:val="18"/>
              </w:rPr>
              <w:t>"</w:t>
            </w:r>
            <w:r>
              <w:rPr>
                <w:sz w:val="18"/>
              </w:rPr>
              <w:t xml:space="preserve"> </w:t>
            </w:r>
            <w:r>
              <w:rPr>
                <w:sz w:val="18"/>
              </w:rPr>
              <w:t>？为什么？</w:t>
            </w:r>
            <w:r>
              <w:rPr>
                <w:sz w:val="18"/>
              </w:rPr>
              <w:t xml:space="preserve"> </w:t>
              <w:br/>
            </w:r>
            <w:r>
              <w:rPr>
                <w:sz w:val="18"/>
              </w:rPr>
              <w:t xml:space="preserve"> </w:t>
            </w:r>
            <w:r>
              <w:rPr>
                <w:sz w:val="18"/>
              </w:rPr>
              <w:t>3. "</w:t>
            </w:r>
            <w:r>
              <w:rPr>
                <w:sz w:val="18"/>
              </w:rPr>
              <w:t xml:space="preserve"> </w:t>
            </w:r>
            <w:r>
              <w:rPr>
                <w:sz w:val="18"/>
              </w:rPr>
              <w:t>智能涌现</w:t>
            </w:r>
            <w:r>
              <w:rPr>
                <w:sz w:val="18"/>
              </w:rPr>
              <w:t xml:space="preserve"> </w:t>
            </w:r>
            <w:r>
              <w:rPr>
                <w:sz w:val="18"/>
              </w:rPr>
              <w:t>"</w:t>
            </w:r>
            <w:r>
              <w:rPr>
                <w:sz w:val="18"/>
              </w:rPr>
              <w:t xml:space="preserve"> </w:t>
            </w:r>
            <w:r>
              <w:rPr>
                <w:sz w:val="18"/>
              </w:rPr>
              <w:t>和人工、电力有什么关系？</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r>
              <w:rPr>
                <w:sz w:val="18"/>
              </w:rPr>
              <w:t xml:space="preserve"> </w:t>
            </w:r>
            <w:r>
              <w:rPr>
                <w:sz w:val="18"/>
              </w:rPr>
              <w:t>/</w:t>
            </w:r>
            <w:r>
              <w:rPr>
                <w:sz w:val="18"/>
              </w:rPr>
              <w:t xml:space="preserve"> </w:t>
            </w:r>
            <w:r>
              <w:rPr>
                <w:sz w:val="18"/>
              </w:rPr>
              <w:t>如果是你）</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如果让你给学校食堂设计一个</w:t>
            </w:r>
            <w:r>
              <w:rPr>
                <w:sz w:val="18"/>
              </w:rPr>
              <w:t xml:space="preserve"> </w:t>
            </w:r>
            <w:r>
              <w:rPr>
                <w:sz w:val="18"/>
              </w:rPr>
              <w:t>"</w:t>
            </w:r>
            <w:r>
              <w:rPr>
                <w:sz w:val="18"/>
              </w:rPr>
              <w:t xml:space="preserve"> </w:t>
            </w:r>
            <w:r>
              <w:rPr>
                <w:sz w:val="18"/>
              </w:rPr>
              <w:t>挑好苹果</w:t>
            </w:r>
            <w:r>
              <w:rPr>
                <w:sz w:val="18"/>
              </w:rPr>
              <w:t xml:space="preserve"> </w:t>
            </w:r>
            <w:r>
              <w:rPr>
                <w:sz w:val="18"/>
              </w:rPr>
              <w:t>"</w:t>
            </w:r>
            <w:r>
              <w:rPr>
                <w:sz w:val="18"/>
              </w:rPr>
              <w:t xml:space="preserve"> </w:t>
            </w:r>
            <w:r>
              <w:rPr>
                <w:sz w:val="18"/>
              </w:rPr>
              <w:t>的参数表，你会列哪些参数？</w:t>
            </w:r>
            <w:r>
              <w:rPr>
                <w:sz w:val="18"/>
              </w:rPr>
              <w:t xml:space="preserve"> </w:t>
              <w:br/>
            </w:r>
            <w:r>
              <w:rPr>
                <w:sz w:val="18"/>
              </w:rPr>
              <w:t xml:space="preserve"> </w:t>
            </w:r>
            <w:r>
              <w:rPr>
                <w:sz w:val="18"/>
              </w:rPr>
              <w:t xml:space="preserve">2. </w:t>
            </w:r>
            <w:r>
              <w:rPr>
                <w:sz w:val="18"/>
              </w:rPr>
              <w:t xml:space="preserve"> </w:t>
            </w:r>
            <w:r>
              <w:rPr>
                <w:sz w:val="18"/>
              </w:rPr>
              <w:t>既然</w:t>
            </w:r>
            <w:r>
              <w:rPr>
                <w:sz w:val="18"/>
              </w:rPr>
              <w:t xml:space="preserve"> </w:t>
            </w:r>
            <w:r>
              <w:rPr>
                <w:sz w:val="18"/>
              </w:rPr>
              <w:t>"</w:t>
            </w:r>
            <w:r>
              <w:rPr>
                <w:sz w:val="18"/>
              </w:rPr>
              <w:t xml:space="preserve"> </w:t>
            </w:r>
            <w:r>
              <w:rPr>
                <w:sz w:val="18"/>
              </w:rPr>
              <w:t>建模比训练重要</w:t>
            </w:r>
            <w:r>
              <w:rPr>
                <w:sz w:val="18"/>
              </w:rPr>
              <w:t xml:space="preserve"> </w:t>
            </w:r>
            <w:r>
              <w:rPr>
                <w:sz w:val="18"/>
              </w:rPr>
              <w:t>"</w:t>
            </w:r>
            <w:r>
              <w:rPr>
                <w:sz w:val="18"/>
              </w:rPr>
              <w:t xml:space="preserve"> </w:t>
            </w:r>
            <w:r>
              <w:rPr>
                <w:sz w:val="18"/>
              </w:rPr>
              <w:t>，我们在学习新本领时应该更重视什么？</w:t>
            </w:r>
            <w:r>
              <w:rPr>
                <w:sz w:val="18"/>
              </w:rPr>
              <w:t xml:space="preserve"> </w:t>
              <w:br/>
            </w:r>
            <w:r>
              <w:rPr>
                <w:sz w:val="18"/>
              </w:rPr>
              <w:t xml:space="preserve"> </w:t>
            </w:r>
            <w:r>
              <w:rPr>
                <w:sz w:val="18"/>
              </w:rPr>
              <w:t xml:space="preserve">3. </w:t>
            </w:r>
            <w:r>
              <w:rPr>
                <w:sz w:val="18"/>
              </w:rPr>
              <w:t xml:space="preserve"> </w:t>
            </w:r>
            <w:r>
              <w:rPr>
                <w:sz w:val="18"/>
              </w:rPr>
              <w:t>你用过大模型吗？它帮过你做什么、又有什么事它做不好？</w:t>
            </w:r>
          </w:p>
        </w:tc>
      </w:tr>
    </w:tbl>
    <w:p>
      <w:pPr>
        <w:pStyle w:val="Heading3"/>
      </w:pPr>
      <w:r>
        <w:rPr>
          <w:rFonts w:ascii="微软雅黑" w:hAnsi="微软雅黑" w:eastAsia="微软雅黑" w:cs="微软雅黑" w:hint="eastAsia"/>
          <w:b w:val="0"/>
          <w:color w:val="1A237E"/>
          <w:sz w:val="20"/>
          <w:lang w:eastAsia="zh-CN"/>
        </w:rPr>
        <w:t>七、板书设计（文字描述布局）</w:t>
      </w:r>
    </w:p>
    <w:p>
      <w:pPr>
        <w:pStyle w:val="ListBullet"/>
        <w:spacing w:after="72"/>
      </w:pPr>
      <w:r>
        <w:rPr>
          <w:rFonts w:ascii="微软雅黑" w:eastAsia="微软雅黑" w:hAnsi="微软雅黑" w:cs="微软雅黑" w:hint="eastAsia"/>
          <w:b/>
          <w:lang w:eastAsia="zh-CN"/>
        </w:rPr>
        <w:t>左区（参数→建模）</w:t>
      </w:r>
      <w:r>
        <w:rPr>
          <w:rFonts w:ascii="微软雅黑" w:eastAsia="微软雅黑" w:hAnsi="微软雅黑" w:cs="微软雅黑" w:hint="eastAsia"/>
          <w:lang w:eastAsia="zh-CN"/>
        </w:rPr>
        <w:t>：画西瓜图，引出六列参数（色泽、根蒂、敲声、纹理、脐部、触感）</w:t>
      </w:r>
      <w:r>
        <w:t>+"</w:t>
      </w:r>
      <w:r>
        <w:rPr>
          <w:rFonts w:ascii="微软雅黑" w:eastAsia="微软雅黑" w:hAnsi="微软雅黑" w:cs="微软雅黑" w:hint="eastAsia"/>
          <w:lang w:eastAsia="zh-CN"/>
        </w:rPr>
        <w:t>好瓜</w:t>
      </w:r>
      <w:r>
        <w:t>"</w:t>
      </w:r>
      <w:r>
        <w:rPr>
          <w:rFonts w:ascii="微软雅黑" w:eastAsia="微软雅黑" w:hAnsi="微软雅黑" w:cs="微软雅黑" w:hint="eastAsia"/>
          <w:lang w:eastAsia="zh-CN"/>
        </w:rPr>
        <w:t>列；标注</w:t>
      </w:r>
      <w:r>
        <w:t>"</w:t>
      </w:r>
      <w:r>
        <w:rPr>
          <w:rFonts w:ascii="微软雅黑" w:eastAsia="微软雅黑" w:hAnsi="微软雅黑" w:cs="微软雅黑" w:hint="eastAsia"/>
          <w:lang w:eastAsia="zh-CN"/>
        </w:rPr>
        <w:t>这六列</w:t>
      </w:r>
      <w:r>
        <w:t>=</w:t>
      </w:r>
      <w:r>
        <w:rPr>
          <w:rFonts w:ascii="微软雅黑" w:eastAsia="微软雅黑" w:hAnsi="微软雅黑" w:cs="微软雅黑" w:hint="eastAsia"/>
          <w:lang w:eastAsia="zh-CN"/>
        </w:rPr>
        <w:t>参数，整张表</w:t>
      </w:r>
      <w:r>
        <w:t>=</w:t>
      </w:r>
      <w:r>
        <w:rPr>
          <w:rFonts w:ascii="微软雅黑" w:eastAsia="微软雅黑" w:hAnsi="微软雅黑" w:cs="微软雅黑" w:hint="eastAsia"/>
          <w:lang w:eastAsia="zh-CN"/>
        </w:rPr>
        <w:t>模型</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中区（数据→训练→样本）</w:t>
      </w:r>
      <w:r>
        <w:rPr>
          <w:rFonts w:ascii="微软雅黑" w:eastAsia="微软雅黑" w:hAnsi="微软雅黑" w:cs="微软雅黑" w:hint="eastAsia"/>
          <w:lang w:eastAsia="zh-CN"/>
        </w:rPr>
        <w:t>：展示</w:t>
      </w:r>
      <w:r>
        <w:t>17</w:t>
      </w:r>
      <w:r>
        <w:rPr>
          <w:rFonts w:ascii="微软雅黑" w:eastAsia="微软雅黑" w:hAnsi="微软雅黑" w:cs="微软雅黑" w:hint="eastAsia"/>
          <w:lang w:eastAsia="zh-CN"/>
        </w:rPr>
        <w:t>个西瓜数据集示例，箭头：</w:t>
      </w:r>
      <w:r>
        <w:t>"</w:t>
      </w:r>
      <w:r>
        <w:rPr>
          <w:rFonts w:ascii="微软雅黑" w:eastAsia="微软雅黑" w:hAnsi="微软雅黑" w:cs="微软雅黑" w:hint="eastAsia"/>
          <w:lang w:eastAsia="zh-CN"/>
        </w:rPr>
        <w:t>每行</w:t>
      </w:r>
      <w:r>
        <w:t>=</w:t>
      </w:r>
      <w:r>
        <w:rPr>
          <w:rFonts w:ascii="微软雅黑" w:eastAsia="微软雅黑" w:hAnsi="微软雅黑" w:cs="微软雅黑" w:hint="eastAsia"/>
          <w:lang w:eastAsia="zh-CN"/>
        </w:rPr>
        <w:t>一个样本，</w:t>
      </w:r>
      <w:r>
        <w:t>500</w:t>
      </w:r>
      <w:r>
        <w:rPr>
          <w:rFonts w:ascii="微软雅黑" w:eastAsia="微软雅黑" w:hAnsi="微软雅黑" w:cs="微软雅黑" w:hint="eastAsia"/>
          <w:lang w:eastAsia="zh-CN"/>
        </w:rPr>
        <w:t>元买瓜</w:t>
      </w:r>
      <w:r>
        <w:t>=</w:t>
      </w:r>
      <w:r>
        <w:rPr>
          <w:rFonts w:ascii="微软雅黑" w:eastAsia="微软雅黑" w:hAnsi="微软雅黑" w:cs="微软雅黑" w:hint="eastAsia"/>
          <w:lang w:eastAsia="zh-CN"/>
        </w:rPr>
        <w:t>训练</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右区（大数据→大模型→通用）</w:t>
      </w:r>
      <w:r>
        <w:rPr>
          <w:rFonts w:ascii="微软雅黑" w:eastAsia="微软雅黑" w:hAnsi="微软雅黑" w:cs="微软雅黑" w:hint="eastAsia"/>
          <w:lang w:eastAsia="zh-CN"/>
        </w:rPr>
        <w:t>：流程箭头，注</w:t>
      </w:r>
      <w:r>
        <w:t>"1000</w:t>
      </w:r>
      <w:r>
        <w:rPr>
          <w:rFonts w:ascii="微软雅黑" w:eastAsia="微软雅黑" w:hAnsi="微软雅黑" w:cs="微软雅黑" w:hint="eastAsia"/>
          <w:lang w:eastAsia="zh-CN"/>
        </w:rPr>
        <w:t>亿买瓜</w:t>
      </w:r>
      <w:r>
        <w:t>=</w:t>
      </w:r>
      <w:r>
        <w:rPr>
          <w:rFonts w:ascii="微软雅黑" w:eastAsia="微软雅黑" w:hAnsi="微软雅黑" w:cs="微软雅黑" w:hint="eastAsia"/>
          <w:lang w:eastAsia="zh-CN"/>
        </w:rPr>
        <w:t>大数据，列多</w:t>
      </w:r>
      <w:r>
        <w:t>=</w:t>
      </w:r>
      <w:r>
        <w:rPr>
          <w:rFonts w:ascii="微软雅黑" w:eastAsia="微软雅黑" w:hAnsi="微软雅黑" w:cs="微软雅黑" w:hint="eastAsia"/>
          <w:lang w:eastAsia="zh-CN"/>
        </w:rPr>
        <w:t>大模型，还能写作文</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底部核心结论横幅</w:t>
      </w:r>
      <w:r>
        <w:rPr>
          <w:rFonts w:ascii="微软雅黑" w:eastAsia="微软雅黑" w:hAnsi="微软雅黑" w:cs="微软雅黑" w:hint="eastAsia"/>
          <w:lang w:eastAsia="zh-CN"/>
        </w:rPr>
        <w:t>：列比行重要</w:t>
      </w:r>
      <w:r>
        <w:t xml:space="preserve"> → </w:t>
      </w:r>
      <w:r>
        <w:rPr>
          <w:rFonts w:ascii="微软雅黑" w:eastAsia="微软雅黑" w:hAnsi="微软雅黑" w:cs="微软雅黑" w:hint="eastAsia"/>
          <w:lang w:eastAsia="zh-CN"/>
        </w:rPr>
        <w:t>参数比数据重要</w:t>
      </w:r>
      <w:r>
        <w:t xml:space="preserve"> → </w:t>
      </w:r>
      <w:r>
        <w:rPr>
          <w:rFonts w:ascii="微软雅黑" w:eastAsia="微软雅黑" w:hAnsi="微软雅黑" w:cs="微软雅黑" w:hint="eastAsia"/>
          <w:lang w:eastAsia="zh-CN"/>
        </w:rPr>
        <w:t>建模比训练重要。（配金句：</w:t>
      </w:r>
      <w:r>
        <w:t>"</w:t>
      </w:r>
      <w:r>
        <w:rPr>
          <w:rFonts w:ascii="微软雅黑" w:eastAsia="微软雅黑" w:hAnsi="微软雅黑" w:cs="微软雅黑" w:hint="eastAsia"/>
          <w:lang w:eastAsia="zh-CN"/>
        </w:rPr>
        <w:t>关键不是有多少会写代码的程序员和工程师。</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基础层</w:t>
      </w:r>
      <w:r>
        <w:rPr>
          <w:rFonts w:ascii="微软雅黑" w:eastAsia="微软雅黑" w:hAnsi="微软雅黑" w:cs="微软雅黑" w:hint="eastAsia"/>
          <w:lang w:eastAsia="zh-CN"/>
        </w:rPr>
        <w:t>：回家和爸爸妈妈一起画一张</w:t>
      </w:r>
      <w:r>
        <w:t>"</w:t>
      </w:r>
      <w:r>
        <w:rPr>
          <w:rFonts w:ascii="微软雅黑" w:eastAsia="微软雅黑" w:hAnsi="微软雅黑" w:cs="微软雅黑" w:hint="eastAsia"/>
          <w:lang w:eastAsia="zh-CN"/>
        </w:rPr>
        <w:t>挑西瓜参数表</w:t>
      </w:r>
      <w:r>
        <w:t>"</w:t>
      </w:r>
      <w:r>
        <w:rPr>
          <w:rFonts w:ascii="微软雅黑" w:eastAsia="微软雅黑" w:hAnsi="微软雅黑" w:cs="微软雅黑" w:hint="eastAsia"/>
          <w:lang w:eastAsia="zh-CN"/>
        </w:rPr>
        <w:t>，至少写出</w:t>
      </w:r>
      <w:r>
        <w:t>4</w:t>
      </w:r>
      <w:r>
        <w:rPr>
          <w:rFonts w:ascii="微软雅黑" w:eastAsia="微软雅黑" w:hAnsi="微软雅黑" w:cs="微软雅黑" w:hint="eastAsia"/>
          <w:lang w:eastAsia="zh-CN"/>
        </w:rPr>
        <w:t>个参数，并填上</w:t>
      </w:r>
      <w:r>
        <w:t>1</w:t>
      </w:r>
      <w:r>
        <w:rPr>
          <w:rFonts w:ascii="微软雅黑" w:eastAsia="微软雅黑" w:hAnsi="微软雅黑" w:cs="微软雅黑" w:hint="eastAsia"/>
          <w:lang w:eastAsia="zh-CN"/>
        </w:rPr>
        <w:t>个你观察过的西瓜样本。</w:t>
      </w:r>
    </w:p>
    <w:p>
      <w:pPr>
        <w:pStyle w:val="ListBullet"/>
        <w:spacing w:after="72"/>
      </w:pPr>
      <w:r>
        <w:rPr>
          <w:rFonts w:ascii="微软雅黑" w:eastAsia="微软雅黑" w:hAnsi="微软雅黑" w:cs="微软雅黑" w:hint="eastAsia"/>
          <w:b/>
          <w:lang w:eastAsia="zh-CN"/>
        </w:rPr>
        <w:t>提高层</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挑西瓜</w:t>
      </w:r>
      <w:r>
        <w:t>"</w:t>
      </w:r>
      <w:r>
        <w:rPr>
          <w:rFonts w:ascii="微软雅黑" w:eastAsia="微软雅黑" w:hAnsi="微软雅黑" w:cs="微软雅黑" w:hint="eastAsia"/>
          <w:lang w:eastAsia="zh-CN"/>
        </w:rPr>
        <w:t>的办法，给另一种水果（如苹果、橘子）设计一张参数表，填写</w:t>
      </w:r>
      <w:r>
        <w:t>2-3</w:t>
      </w:r>
      <w:r>
        <w:rPr>
          <w:rFonts w:ascii="微软雅黑" w:eastAsia="微软雅黑" w:hAnsi="微软雅黑" w:cs="微软雅黑" w:hint="eastAsia"/>
          <w:lang w:eastAsia="zh-CN"/>
        </w:rPr>
        <w:t>个样本；并写一句话说明什么是</w:t>
      </w:r>
      <w:r>
        <w:t>"</w:t>
      </w:r>
      <w:r>
        <w:rPr>
          <w:rFonts w:ascii="微软雅黑" w:eastAsia="微软雅黑" w:hAnsi="微软雅黑" w:cs="微软雅黑" w:hint="eastAsia"/>
          <w:lang w:eastAsia="zh-CN"/>
        </w:rPr>
        <w:t>训练</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挑战层</w:t>
      </w:r>
      <w:r>
        <w:rPr>
          <w:rFonts w:ascii="微软雅黑" w:eastAsia="微软雅黑" w:hAnsi="微软雅黑" w:cs="微软雅黑" w:hint="eastAsia"/>
          <w:lang w:eastAsia="zh-CN"/>
        </w:rPr>
        <w:t>：尝试用</w:t>
      </w:r>
      <w:r>
        <w:t xml:space="preserve"> DeepSeek </w:t>
      </w:r>
      <w:r>
        <w:rPr>
          <w:rFonts w:ascii="微软雅黑" w:eastAsia="微软雅黑" w:hAnsi="微软雅黑" w:cs="微软雅黑" w:hint="eastAsia"/>
          <w:lang w:eastAsia="zh-CN"/>
        </w:rPr>
        <w:t>等大模型提一个关于</w:t>
      </w:r>
      <w:r>
        <w:t>"</w:t>
      </w:r>
      <w:r>
        <w:rPr>
          <w:rFonts w:ascii="微软雅黑" w:eastAsia="微软雅黑" w:hAnsi="微软雅黑" w:cs="微软雅黑" w:hint="eastAsia"/>
          <w:lang w:eastAsia="zh-CN"/>
        </w:rPr>
        <w:t>挑水果</w:t>
      </w:r>
      <w:r>
        <w:t>"</w:t>
      </w:r>
      <w:r>
        <w:rPr>
          <w:rFonts w:ascii="微软雅黑" w:eastAsia="微软雅黑" w:hAnsi="微软雅黑" w:cs="微软雅黑" w:hint="eastAsia"/>
          <w:lang w:eastAsia="zh-CN"/>
        </w:rPr>
        <w:t>的问题，观察它的回答是否</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（还能做别的事吗？），把发现记下来；再和爸妈讨论</w:t>
      </w:r>
      <w:r>
        <w:t>"</w:t>
      </w:r>
      <w:r>
        <w:rPr>
          <w:rFonts w:ascii="微软雅黑" w:eastAsia="微软雅黑" w:hAnsi="微软雅黑" w:cs="微软雅黑" w:hint="eastAsia"/>
          <w:lang w:eastAsia="zh-CN"/>
        </w:rPr>
        <w:t>大模型是不是什么都能干</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九、教学评价（观察点清单）</w:t>
      </w:r>
    </w:p>
    <w:p>
      <w:pPr>
        <w:pStyle w:val="ListNumber"/>
        <w:numPr>
          <w:ilvl w:val="0"/>
          <w:numId w:val="38"/>
        </w:numPr>
        <w:spacing w:after="72"/>
      </w:pPr>
      <w:r>
        <w:rPr>
          <w:rFonts w:ascii="微软雅黑" w:eastAsia="微软雅黑" w:hAnsi="微软雅黑" w:cs="微软雅黑" w:hint="eastAsia"/>
          <w:lang w:eastAsia="zh-CN"/>
        </w:rPr>
        <w:t>能说出参数、建模、数据</w:t>
      </w:r>
      <w:r>
        <w:t>/</w:t>
      </w:r>
      <w:r>
        <w:rPr>
          <w:rFonts w:ascii="微软雅黑" w:eastAsia="微软雅黑" w:hAnsi="微软雅黑" w:cs="微软雅黑" w:hint="eastAsia"/>
          <w:lang w:eastAsia="zh-CN"/>
        </w:rPr>
        <w:t>样本、训练的含义并对应到挑西瓜（</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8"/>
        </w:numPr>
        <w:spacing w:after="72"/>
      </w:pPr>
      <w:r>
        <w:rPr>
          <w:rFonts w:ascii="微软雅黑" w:eastAsia="微软雅黑" w:hAnsi="微软雅黑" w:cs="微软雅黑" w:hint="eastAsia"/>
          <w:lang w:eastAsia="zh-CN"/>
        </w:rPr>
        <w:t>能独立或合作制作一张参数表并填写样本（</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8"/>
        </w:numPr>
        <w:spacing w:after="72"/>
      </w:pPr>
      <w:r>
        <w:rPr>
          <w:rFonts w:ascii="微软雅黑" w:eastAsia="微软雅黑" w:hAnsi="微软雅黑" w:cs="微软雅黑" w:hint="eastAsia"/>
          <w:lang w:eastAsia="zh-CN"/>
        </w:rPr>
        <w:t>能辨析</w:t>
      </w:r>
      <w:r>
        <w:t>"</w:t>
      </w:r>
      <w:r>
        <w:rPr>
          <w:rFonts w:ascii="微软雅黑" w:eastAsia="微软雅黑" w:hAnsi="微软雅黑" w:cs="微软雅黑" w:hint="eastAsia"/>
          <w:lang w:eastAsia="zh-CN"/>
        </w:rPr>
        <w:t>大模型大在列多</w:t>
      </w:r>
      <w:r>
        <w:t>""</w:t>
      </w:r>
      <w:r>
        <w:rPr>
          <w:rFonts w:ascii="微软雅黑" w:eastAsia="微软雅黑" w:hAnsi="微软雅黑" w:cs="微软雅黑" w:hint="eastAsia"/>
          <w:lang w:eastAsia="zh-CN"/>
        </w:rPr>
        <w:t>通用</w:t>
      </w:r>
      <w:r>
        <w:t>≠</w:t>
      </w:r>
      <w:r>
        <w:rPr>
          <w:rFonts w:ascii="微软雅黑" w:eastAsia="微软雅黑" w:hAnsi="微软雅黑" w:cs="微软雅黑" w:hint="eastAsia"/>
          <w:lang w:eastAsia="zh-CN"/>
        </w:rPr>
        <w:t>万能</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8"/>
        </w:numPr>
        <w:spacing w:after="72"/>
      </w:pPr>
      <w:r>
        <w:rPr>
          <w:rFonts w:ascii="微软雅黑" w:eastAsia="微软雅黑" w:hAnsi="微软雅黑" w:cs="微软雅黑" w:hint="eastAsia"/>
          <w:lang w:eastAsia="zh-CN"/>
        </w:rPr>
        <w:t>能解释</w:t>
      </w:r>
      <w:r>
        <w:t>"</w:t>
      </w:r>
      <w:r>
        <w:rPr>
          <w:rFonts w:ascii="微软雅黑" w:eastAsia="微软雅黑" w:hAnsi="微软雅黑" w:cs="微软雅黑" w:hint="eastAsia"/>
          <w:lang w:eastAsia="zh-CN"/>
        </w:rPr>
        <w:t>智能涌现</w:t>
      </w:r>
      <w:r>
        <w:t>"</w:t>
      </w:r>
      <w:r>
        <w:rPr>
          <w:rFonts w:ascii="微软雅黑" w:eastAsia="微软雅黑" w:hAnsi="微软雅黑" w:cs="微软雅黑" w:hint="eastAsia"/>
          <w:lang w:eastAsia="zh-CN"/>
        </w:rPr>
        <w:t>与人工、电力的关系（</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38"/>
        </w:numPr>
        <w:spacing w:after="72"/>
      </w:pPr>
      <w:r>
        <w:rPr>
          <w:rFonts w:ascii="微软雅黑" w:eastAsia="微软雅黑" w:hAnsi="微软雅黑" w:cs="微软雅黑" w:hint="eastAsia"/>
          <w:lang w:eastAsia="zh-CN"/>
        </w:rPr>
        <w:t>能复述三点核心结论（列</w:t>
      </w:r>
      <w:r>
        <w:t>/</w:t>
      </w:r>
      <w:r>
        <w:rPr>
          <w:rFonts w:ascii="微软雅黑" w:eastAsia="微软雅黑" w:hAnsi="微软雅黑" w:cs="微软雅黑" w:hint="eastAsia"/>
          <w:lang w:eastAsia="zh-CN"/>
        </w:rPr>
        <w:t>参数</w:t>
      </w:r>
      <w:r>
        <w:t>/</w:t>
      </w:r>
      <w:r>
        <w:rPr>
          <w:rFonts w:ascii="微软雅黑" w:eastAsia="微软雅黑" w:hAnsi="微软雅黑" w:cs="微软雅黑" w:hint="eastAsia"/>
          <w:lang w:eastAsia="zh-CN"/>
        </w:rPr>
        <w:t>建模更重要）（</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：主体</w:t>
      </w:r>
      <w:r>
        <w:t>=</w:t>
      </w:r>
      <w:r>
        <w:rPr>
          <w:rFonts w:ascii="微软雅黑" w:eastAsia="微软雅黑" w:hAnsi="微软雅黑" w:cs="微软雅黑" w:hint="eastAsia"/>
          <w:lang w:eastAsia="zh-CN"/>
        </w:rPr>
        <w:t>一个胖乎乎的卡通西瓜被放大镜逐层扫描，身旁浮现半透明表格（色泽</w:t>
      </w:r>
      <w:r>
        <w:t>/</w:t>
      </w:r>
      <w:r>
        <w:rPr>
          <w:rFonts w:ascii="微软雅黑" w:eastAsia="微软雅黑" w:hAnsi="微软雅黑" w:cs="微软雅黑" w:hint="eastAsia"/>
          <w:lang w:eastAsia="zh-CN"/>
        </w:rPr>
        <w:t>根蒂</w:t>
      </w:r>
      <w:r>
        <w:t>/</w:t>
      </w:r>
      <w:r>
        <w:rPr>
          <w:rFonts w:ascii="微软雅黑" w:eastAsia="微软雅黑" w:hAnsi="微软雅黑" w:cs="微软雅黑" w:hint="eastAsia"/>
          <w:lang w:eastAsia="zh-CN"/>
        </w:rPr>
        <w:t>敲声</w:t>
      </w:r>
      <w:r>
        <w:t>/</w:t>
      </w:r>
      <w:r>
        <w:rPr>
          <w:rFonts w:ascii="微软雅黑" w:eastAsia="微软雅黑" w:hAnsi="微软雅黑" w:cs="微软雅黑" w:hint="eastAsia"/>
          <w:lang w:eastAsia="zh-CN"/>
        </w:rPr>
        <w:t>纹理</w:t>
      </w:r>
      <w:r>
        <w:t>/</w:t>
      </w:r>
      <w:r>
        <w:rPr>
          <w:rFonts w:ascii="微软雅黑" w:eastAsia="微软雅黑" w:hAnsi="微软雅黑" w:cs="微软雅黑" w:hint="eastAsia"/>
          <w:lang w:eastAsia="zh-CN"/>
        </w:rPr>
        <w:t>脐部</w:t>
      </w:r>
      <w:r>
        <w:t>/</w:t>
      </w:r>
      <w:r>
        <w:rPr>
          <w:rFonts w:ascii="微软雅黑" w:eastAsia="微软雅黑" w:hAnsi="微软雅黑" w:cs="微软雅黑" w:hint="eastAsia"/>
          <w:lang w:eastAsia="zh-CN"/>
        </w:rPr>
        <w:t>触感列）与跳动的数字参数；动作</w:t>
      </w:r>
      <w:r>
        <w:t>=</w:t>
      </w:r>
      <w:r>
        <w:rPr>
          <w:rFonts w:ascii="微软雅黑" w:eastAsia="微软雅黑" w:hAnsi="微软雅黑" w:cs="微软雅黑" w:hint="eastAsia"/>
          <w:lang w:eastAsia="zh-CN"/>
        </w:rPr>
        <w:t>西瓜自己跳进表格变成一行发光样本，随后表格像积木一样横向长出无数列变成</w:t>
      </w:r>
      <w:r>
        <w:t>"</w:t>
      </w:r>
      <w:r>
        <w:rPr>
          <w:rFonts w:ascii="微软雅黑" w:eastAsia="微软雅黑" w:hAnsi="微软雅黑" w:cs="微软雅黑" w:hint="eastAsia"/>
          <w:lang w:eastAsia="zh-CN"/>
        </w:rPr>
        <w:t>大模型</w:t>
      </w:r>
      <w:r>
        <w:t>"</w:t>
      </w:r>
      <w:r>
        <w:rPr>
          <w:rFonts w:ascii="微软雅黑" w:eastAsia="微软雅黑" w:hAnsi="微软雅黑" w:cs="微软雅黑" w:hint="eastAsia"/>
          <w:lang w:eastAsia="zh-CN"/>
        </w:rPr>
        <w:t>巨墙；场景</w:t>
      </w:r>
      <w:r>
        <w:t>=</w:t>
      </w:r>
      <w:r>
        <w:rPr>
          <w:rFonts w:ascii="微软雅黑" w:eastAsia="微软雅黑" w:hAnsi="微软雅黑" w:cs="微软雅黑" w:hint="eastAsia"/>
          <w:lang w:eastAsia="zh-CN"/>
        </w:rPr>
        <w:t>明亮厨房流理台，窗外有</w:t>
      </w:r>
      <w:r>
        <w:t>"1000</w:t>
      </w:r>
      <w:r>
        <w:rPr>
          <w:rFonts w:ascii="微软雅黑" w:eastAsia="微软雅黑" w:hAnsi="微软雅黑" w:cs="微软雅黑" w:hint="eastAsia"/>
          <w:lang w:eastAsia="zh-CN"/>
        </w:rPr>
        <w:t>亿买瓜</w:t>
      </w:r>
      <w:r>
        <w:t>"</w:t>
      </w:r>
      <w:r>
        <w:rPr>
          <w:rFonts w:ascii="微软雅黑" w:eastAsia="微软雅黑" w:hAnsi="微软雅黑" w:cs="微软雅黑" w:hint="eastAsia"/>
          <w:lang w:eastAsia="zh-CN"/>
        </w:rPr>
        <w:t>的夸张卡通钱堆；光影</w:t>
      </w:r>
      <w:r>
        <w:t>=</w:t>
      </w:r>
      <w:r>
        <w:rPr>
          <w:rFonts w:ascii="微软雅黑" w:eastAsia="微软雅黑" w:hAnsi="微软雅黑" w:cs="微软雅黑" w:hint="eastAsia"/>
          <w:lang w:eastAsia="zh-CN"/>
        </w:rPr>
        <w:t>自然窗光</w:t>
      </w:r>
      <w:r>
        <w:t>+</w:t>
      </w:r>
      <w:r>
        <w:rPr>
          <w:rFonts w:ascii="微软雅黑" w:eastAsia="微软雅黑" w:hAnsi="微软雅黑" w:cs="微软雅黑" w:hint="eastAsia"/>
          <w:lang w:eastAsia="zh-CN"/>
        </w:rPr>
        <w:t>数据蓝紫霓虹辉光；镜头运动</w:t>
      </w:r>
      <w:r>
        <w:t>=</w:t>
      </w:r>
      <w:r>
        <w:rPr>
          <w:rFonts w:ascii="微软雅黑" w:eastAsia="微软雅黑" w:hAnsi="微软雅黑" w:cs="微软雅黑" w:hint="eastAsia"/>
          <w:lang w:eastAsia="zh-CN"/>
        </w:rPr>
        <w:t>从单个西瓜特写缓慢拉远显现整面参数墙再俯冲穿过列阵；风格</w:t>
      </w:r>
      <w:r>
        <w:t>=</w:t>
      </w:r>
      <w:r>
        <w:rPr>
          <w:rFonts w:ascii="微软雅黑" w:eastAsia="微软雅黑" w:hAnsi="微软雅黑" w:cs="微软雅黑" w:hint="eastAsia"/>
          <w:lang w:eastAsia="zh-CN"/>
        </w:rPr>
        <w:t>扁平插画</w:t>
      </w:r>
      <w:r>
        <w:t>+</w:t>
      </w:r>
      <w:r>
        <w:rPr>
          <w:rFonts w:ascii="微软雅黑" w:eastAsia="微软雅黑" w:hAnsi="微软雅黑" w:cs="微软雅黑" w:hint="eastAsia"/>
          <w:lang w:eastAsia="zh-CN"/>
        </w:rPr>
        <w:t>轻</w:t>
      </w:r>
      <w:r>
        <w:t>3D</w:t>
      </w:r>
      <w:r>
        <w:rPr>
          <w:rFonts w:ascii="微软雅黑" w:eastAsia="微软雅黑" w:hAnsi="微软雅黑" w:cs="微软雅黑" w:hint="eastAsia"/>
          <w:lang w:eastAsia="zh-CN"/>
        </w:rPr>
        <w:t>科技感；情绪</w:t>
      </w:r>
      <w:r>
        <w:t>=</w:t>
      </w:r>
      <w:r>
        <w:rPr>
          <w:rFonts w:ascii="微软雅黑" w:eastAsia="微软雅黑" w:hAnsi="微软雅黑" w:cs="微软雅黑" w:hint="eastAsia"/>
          <w:lang w:eastAsia="zh-CN"/>
        </w:rPr>
        <w:t>惊奇、轻松、好玩。可直接粘贴至</w:t>
      </w:r>
      <w:r>
        <w:t xml:space="preserve"> AI </w:t>
      </w:r>
      <w:r>
        <w:rPr>
          <w:rFonts w:ascii="微软雅黑" w:eastAsia="微软雅黑" w:hAnsi="微软雅黑" w:cs="微软雅黑" w:hint="eastAsia"/>
          <w:lang w:eastAsia="zh-CN"/>
        </w:rPr>
        <w:t>视频工具生成约</w:t>
      </w:r>
      <w:r>
        <w:t>30</w:t>
      </w:r>
      <w:r>
        <w:rPr>
          <w:rFonts w:ascii="微软雅黑" w:eastAsia="微软雅黑" w:hAnsi="微软雅黑" w:cs="微软雅黑" w:hint="eastAsia"/>
          <w:lang w:eastAsia="zh-CN"/>
        </w:rPr>
        <w:t>秒导入短片。</w:t>
      </w:r>
      <w:r/>
    </w:p>
    <w:p>
      <w:bookmarkStart w:id="34" w:name="_Toc_section_13"/>
      <w:bookmarkStart w:id="12" w:name="section-13"/>
      <w:pPr>
        <w:pStyle w:val="Heading2"/>
        <w:pageBreakBefore/>
      </w:pPr>
      <w:bookmarkEnd w:id="12"/>
      <w:r>
        <w:rPr>
          <w:rFonts w:ascii="微软雅黑" w:hAnsi="微软雅黑" w:eastAsia="微软雅黑" w:cs="微软雅黑" w:hint="eastAsia"/>
          <w:b w:val="0"/>
          <w:color w:val="1A237E"/>
          <w:sz w:val="22"/>
          <w:lang w:eastAsia="zh-CN"/>
        </w:rPr>
        <w:t xml:space="preserve">  课题：《人工智能伦理与机器人三定律》（人工智能通识课·小学中段3-4年级）</w:t>
      </w:r>
      <w:bookmarkEnd w:id="34"/>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12</w:t>
      </w:r>
      <w:r>
        <w:rPr>
          <w:rFonts w:ascii="微软雅黑" w:eastAsia="微软雅黑" w:hAnsi="微软雅黑" w:cs="微软雅黑" w:hint="eastAsia"/>
          <w:color w:val="212121"/>
          <w:lang w:eastAsia="zh-CN"/>
        </w:rPr>
        <w:t>讲《案例（小学中段</w:t>
      </w:r>
      <w:r>
        <w:rPr>
          <w:color w:val="212121"/>
        </w:rPr>
        <w:t>3-4</w:t>
      </w:r>
      <w:r>
        <w:rPr>
          <w:rFonts w:ascii="微软雅黑" w:eastAsia="微软雅黑" w:hAnsi="微软雅黑" w:cs="微软雅黑" w:hint="eastAsia"/>
          <w:color w:val="212121"/>
          <w:lang w:eastAsia="zh-CN"/>
        </w:rPr>
        <w:t>年级）人工智能伦理与机器人三定律》｜示范时长约</w:t>
      </w:r>
      <w:r>
        <w:rPr>
          <w:color w:val="212121"/>
        </w:rPr>
        <w:t>2</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：小学中段（</w:t>
      </w:r>
      <w:r>
        <w:t>3-4</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道德与法治</w:t>
      </w:r>
      <w:r>
        <w:t xml:space="preserve"> + </w:t>
      </w:r>
      <w:r>
        <w:rPr>
          <w:rFonts w:ascii="微软雅黑" w:eastAsia="微软雅黑" w:hAnsi="微软雅黑" w:cs="微软雅黑" w:hint="eastAsia"/>
          <w:lang w:eastAsia="zh-CN"/>
        </w:rPr>
        <w:t>语文</w:t>
      </w:r>
      <w:r>
        <w:t xml:space="preserve"> + </w:t>
      </w:r>
      <w:r>
        <w:rPr>
          <w:rFonts w:ascii="微软雅黑" w:eastAsia="微软雅黑" w:hAnsi="微软雅黑" w:cs="微软雅黑" w:hint="eastAsia"/>
          <w:lang w:eastAsia="zh-CN"/>
        </w:rPr>
        <w:t>科学</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：通识课</w:t>
      </w:r>
      <w:r>
        <w:t xml:space="preserve"> / </w:t>
      </w:r>
      <w:r>
        <w:rPr>
          <w:rFonts w:ascii="微软雅黑" w:eastAsia="微软雅黑" w:hAnsi="微软雅黑" w:cs="微软雅黑" w:hint="eastAsia"/>
          <w:lang w:eastAsia="zh-CN"/>
        </w:rPr>
        <w:t>拓展课（含辩论）</w:t>
      </w:r>
    </w:p>
    <w:p>
      <w:pPr>
        <w:pStyle w:val="Heading3"/>
      </w:pPr>
      <w:r>
        <w:rPr>
          <w:rFonts w:ascii="微软雅黑" w:hAnsi="微软雅黑" w:eastAsia="微软雅黑" w:cs="微软雅黑" w:hint="eastAsia"/>
          <w:b w:val="0"/>
          <w:color w:val="1A237E"/>
          <w:sz w:val="20"/>
          <w:lang w:eastAsia="zh-CN"/>
        </w:rPr>
        <w:t>一、教学目标</w:t>
      </w:r>
    </w:p>
    <w:p>
      <w:pPr>
        <w:pStyle w:val="ListNumber"/>
        <w:numPr>
          <w:ilvl w:val="0"/>
          <w:numId w:val="39"/>
        </w:numPr>
        <w:spacing w:after="72"/>
      </w:pPr>
      <w:r>
        <w:rPr>
          <w:rFonts w:ascii="微软雅黑" w:eastAsia="微软雅黑" w:hAnsi="微软雅黑" w:cs="微软雅黑" w:hint="eastAsia"/>
          <w:b/>
          <w:lang w:eastAsia="zh-CN"/>
        </w:rPr>
        <w:t>知识与技能</w:t>
      </w:r>
      <w:r>
        <w:rPr>
          <w:rFonts w:ascii="微软雅黑" w:eastAsia="微软雅黑" w:hAnsi="微软雅黑" w:cs="微软雅黑" w:hint="eastAsia"/>
          <w:lang w:eastAsia="zh-CN"/>
        </w:rPr>
        <w:t>：能复述</w:t>
      </w:r>
      <w:r>
        <w:t>"</w:t>
      </w:r>
      <w:r>
        <w:rPr>
          <w:rFonts w:ascii="微软雅黑" w:eastAsia="微软雅黑" w:hAnsi="微软雅黑" w:cs="微软雅黑" w:hint="eastAsia"/>
          <w:lang w:eastAsia="zh-CN"/>
        </w:rPr>
        <w:t>电车难题</w:t>
      </w:r>
      <w:r>
        <w:t>"</w:t>
      </w:r>
      <w:r>
        <w:rPr>
          <w:rFonts w:ascii="微软雅黑" w:eastAsia="微软雅黑" w:hAnsi="微软雅黑" w:cs="微软雅黑" w:hint="eastAsia"/>
          <w:lang w:eastAsia="zh-CN"/>
        </w:rPr>
        <w:t>规则版与推人版两个情境及自己的选择；能说出阿西莫夫机器人三定律的三条内容；能归纳</w:t>
      </w:r>
      <w:r>
        <w:t>"</w:t>
      </w:r>
      <w:r>
        <w:rPr>
          <w:rFonts w:ascii="微软雅黑" w:eastAsia="微软雅黑" w:hAnsi="微软雅黑" w:cs="微软雅黑" w:hint="eastAsia"/>
          <w:lang w:eastAsia="zh-CN"/>
        </w:rPr>
        <w:t>人类有主观感受、机器人只有模拟行为</w:t>
      </w:r>
      <w:r>
        <w:t>"</w:t>
      </w:r>
      <w:r>
        <w:rPr>
          <w:rFonts w:ascii="微软雅黑" w:eastAsia="微软雅黑" w:hAnsi="微软雅黑" w:cs="微软雅黑" w:hint="eastAsia"/>
          <w:lang w:eastAsia="zh-CN"/>
        </w:rPr>
        <w:t>这一本质区别。</w:t>
      </w:r>
    </w:p>
    <w:p>
      <w:pPr>
        <w:pStyle w:val="ListNumber"/>
        <w:numPr>
          <w:ilvl w:val="0"/>
          <w:numId w:val="39"/>
        </w:numPr>
        <w:spacing w:after="72"/>
      </w:pPr>
      <w:r>
        <w:rPr>
          <w:rFonts w:ascii="微软雅黑" w:eastAsia="微软雅黑" w:hAnsi="微软雅黑" w:cs="微软雅黑" w:hint="eastAsia"/>
          <w:b/>
          <w:lang w:eastAsia="zh-CN"/>
        </w:rPr>
        <w:t>过程与方法</w:t>
      </w:r>
      <w:r>
        <w:rPr>
          <w:rFonts w:ascii="微软雅黑" w:eastAsia="微软雅黑" w:hAnsi="微软雅黑" w:cs="微软雅黑" w:hint="eastAsia"/>
          <w:lang w:eastAsia="zh-CN"/>
        </w:rPr>
        <w:t>：经历</w:t>
      </w:r>
      <w:r>
        <w:t>"</w:t>
      </w:r>
      <w:r>
        <w:rPr>
          <w:rFonts w:ascii="微软雅黑" w:eastAsia="微软雅黑" w:hAnsi="微软雅黑" w:cs="微软雅黑" w:hint="eastAsia"/>
          <w:lang w:eastAsia="zh-CN"/>
        </w:rPr>
        <w:t>两难选择</w:t>
      </w:r>
      <w:r>
        <w:t>—</w:t>
      </w:r>
      <w:r>
        <w:rPr>
          <w:rFonts w:ascii="微软雅黑" w:eastAsia="微软雅黑" w:hAnsi="微软雅黑" w:cs="微软雅黑" w:hint="eastAsia"/>
          <w:lang w:eastAsia="zh-CN"/>
        </w:rPr>
        <w:t>说理由</w:t>
      </w:r>
      <w:r>
        <w:t>—</w:t>
      </w:r>
      <w:r>
        <w:rPr>
          <w:rFonts w:ascii="微软雅黑" w:eastAsia="微软雅黑" w:hAnsi="微软雅黑" w:cs="微软雅黑" w:hint="eastAsia"/>
          <w:lang w:eastAsia="zh-CN"/>
        </w:rPr>
        <w:t>对比人与机器</w:t>
      </w:r>
      <w:r>
        <w:t>—</w:t>
      </w:r>
      <w:r>
        <w:rPr>
          <w:rFonts w:ascii="微软雅黑" w:eastAsia="微软雅黑" w:hAnsi="微软雅黑" w:cs="微软雅黑" w:hint="eastAsia"/>
          <w:lang w:eastAsia="zh-CN"/>
        </w:rPr>
        <w:t>学习三定律</w:t>
      </w:r>
      <w:r>
        <w:t>—</w:t>
      </w:r>
      <w:r>
        <w:rPr>
          <w:rFonts w:ascii="微软雅黑" w:eastAsia="微软雅黑" w:hAnsi="微软雅黑" w:cs="微软雅黑" w:hint="eastAsia"/>
          <w:lang w:eastAsia="zh-CN"/>
        </w:rPr>
        <w:t>规则内化</w:t>
      </w:r>
      <w:r>
        <w:t>"</w:t>
      </w:r>
      <w:r>
        <w:rPr>
          <w:rFonts w:ascii="微软雅黑" w:eastAsia="微软雅黑" w:hAnsi="微软雅黑" w:cs="微软雅黑" w:hint="eastAsia"/>
          <w:lang w:eastAsia="zh-CN"/>
        </w:rPr>
        <w:t>的探究过程，在小组辩论中练习</w:t>
      </w:r>
      <w:r>
        <w:t>"</w:t>
      </w:r>
      <w:r>
        <w:rPr>
          <w:rFonts w:ascii="微软雅黑" w:eastAsia="微软雅黑" w:hAnsi="微软雅黑" w:cs="微软雅黑" w:hint="eastAsia"/>
          <w:lang w:eastAsia="zh-CN"/>
        </w:rPr>
        <w:t>给出选择并陈述理由</w:t>
      </w:r>
      <w:r>
        <w:t>"</w:t>
      </w:r>
      <w:r>
        <w:rPr>
          <w:rFonts w:ascii="微软雅黑" w:eastAsia="微软雅黑" w:hAnsi="微软雅黑" w:cs="微软雅黑" w:hint="eastAsia"/>
          <w:lang w:eastAsia="zh-CN"/>
        </w:rPr>
        <w:t>，初步体验伦理判断的思考方式。</w:t>
      </w:r>
    </w:p>
    <w:p>
      <w:pPr>
        <w:pStyle w:val="ListNumber"/>
        <w:numPr>
          <w:ilvl w:val="0"/>
          <w:numId w:val="39"/>
        </w:numPr>
        <w:spacing w:after="72"/>
      </w:pPr>
      <w:r>
        <w:rPr>
          <w:rFonts w:ascii="微软雅黑" w:eastAsia="微软雅黑" w:hAnsi="微软雅黑" w:cs="微软雅黑" w:hint="eastAsia"/>
          <w:b/>
          <w:lang w:eastAsia="zh-CN"/>
        </w:rPr>
        <w:t>情感态度与价值观</w:t>
      </w:r>
      <w:r>
        <w:rPr>
          <w:rFonts w:ascii="微软雅黑" w:eastAsia="微软雅黑" w:hAnsi="微软雅黑" w:cs="微软雅黑" w:hint="eastAsia"/>
          <w:lang w:eastAsia="zh-CN"/>
        </w:rPr>
        <w:t>：初步建立人工智能伦理意识，理解</w:t>
      </w:r>
      <w:r>
        <w:t>"</w:t>
      </w:r>
      <w:r>
        <w:rPr>
          <w:rFonts w:ascii="微软雅黑" w:eastAsia="微软雅黑" w:hAnsi="微软雅黑" w:cs="微软雅黑" w:hint="eastAsia"/>
          <w:lang w:eastAsia="zh-CN"/>
        </w:rPr>
        <w:t>真正的道德发自内心而非为奖励或怕惩罚</w:t>
      </w:r>
      <w:r>
        <w:t>"</w:t>
      </w:r>
      <w:r>
        <w:rPr>
          <w:rFonts w:ascii="微软雅黑" w:eastAsia="微软雅黑" w:hAnsi="微软雅黑" w:cs="微软雅黑" w:hint="eastAsia"/>
          <w:lang w:eastAsia="zh-CN"/>
        </w:rPr>
        <w:t>；认同</w:t>
      </w:r>
      <w:r>
        <w:t>"</w:t>
      </w:r>
      <w:r>
        <w:rPr>
          <w:rFonts w:ascii="微软雅黑" w:eastAsia="微软雅黑" w:hAnsi="微软雅黑" w:cs="微软雅黑" w:hint="eastAsia"/>
          <w:lang w:eastAsia="zh-CN"/>
        </w:rPr>
        <w:t>不要用</w:t>
      </w:r>
      <w:r>
        <w:t xml:space="preserve"> AI </w:t>
      </w:r>
      <w:r>
        <w:rPr>
          <w:rFonts w:ascii="微软雅黑" w:eastAsia="微软雅黑" w:hAnsi="微软雅黑" w:cs="微软雅黑" w:hint="eastAsia"/>
          <w:lang w:eastAsia="zh-CN"/>
        </w:rPr>
        <w:t>做坏事，要懂得背后的道德法则</w:t>
      </w:r>
      <w:r>
        <w:t>"</w:t>
      </w:r>
      <w:r>
        <w:rPr>
          <w:rFonts w:ascii="微软雅黑" w:eastAsia="微软雅黑" w:hAnsi="微软雅黑" w:cs="微软雅黑" w:hint="eastAsia"/>
          <w:lang w:eastAsia="zh-CN"/>
        </w:rPr>
        <w:t>，愿意负责任地使用人工智能。</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教学重点</w:t>
      </w:r>
      <w:r>
        <w:rPr>
          <w:rFonts w:ascii="微软雅黑" w:eastAsia="微软雅黑" w:hAnsi="微软雅黑" w:cs="微软雅黑" w:hint="eastAsia"/>
          <w:lang w:eastAsia="zh-CN"/>
        </w:rPr>
        <w:t>：电车难题两版本的选择与理由；机器人三定律内容；人与人工智能的本质区别（有无主观感受）。</w:t>
      </w:r>
    </w:p>
    <w:p>
      <w:pPr>
        <w:pStyle w:val="ListBullet"/>
        <w:spacing w:after="72"/>
      </w:pPr>
      <w:r>
        <w:rPr>
          <w:rFonts w:ascii="微软雅黑" w:eastAsia="微软雅黑" w:hAnsi="微软雅黑" w:cs="微软雅黑" w:hint="eastAsia"/>
          <w:b/>
          <w:lang w:eastAsia="zh-CN"/>
        </w:rPr>
        <w:t>教学难点</w:t>
      </w:r>
      <w:r>
        <w:rPr>
          <w:rFonts w:ascii="微软雅黑" w:eastAsia="微软雅黑" w:hAnsi="微软雅黑" w:cs="微软雅黑" w:hint="eastAsia"/>
          <w:lang w:eastAsia="zh-CN"/>
        </w:rPr>
        <w:t>：引导学生理解</w:t>
      </w:r>
      <w:r>
        <w:t>"</w:t>
      </w:r>
      <w:r>
        <w:rPr>
          <w:rFonts w:ascii="微软雅黑" w:eastAsia="微软雅黑" w:hAnsi="微软雅黑" w:cs="微软雅黑" w:hint="eastAsia"/>
          <w:lang w:eastAsia="zh-CN"/>
        </w:rPr>
        <w:t>真正的道德不应出于沽名钓誉、奖励或逃避惩罚</w:t>
      </w:r>
      <w:r>
        <w:t>"</w:t>
      </w:r>
      <w:r>
        <w:rPr>
          <w:rFonts w:ascii="微软雅黑" w:eastAsia="微软雅黑" w:hAnsi="微软雅黑" w:cs="微软雅黑" w:hint="eastAsia"/>
          <w:lang w:eastAsia="zh-CN"/>
        </w:rPr>
        <w:t>，以及</w:t>
      </w:r>
      <w:r>
        <w:t>"</w:t>
      </w:r>
      <w:r>
        <w:rPr>
          <w:rFonts w:ascii="微软雅黑" w:eastAsia="微软雅黑" w:hAnsi="微软雅黑" w:cs="微软雅黑" w:hint="eastAsia"/>
          <w:lang w:eastAsia="zh-CN"/>
        </w:rPr>
        <w:t>三定律应成为机器人发自内心的道德法则</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p>
    <w:p>
      <w:pPr>
        <w:pStyle w:val="ListNumber"/>
        <w:numPr>
          <w:ilvl w:val="0"/>
          <w:numId w:val="40"/>
        </w:numPr>
        <w:spacing w:after="72"/>
      </w:pPr>
      <w:r>
        <w:rPr>
          <w:rFonts w:ascii="微软雅黑" w:eastAsia="微软雅黑" w:hAnsi="微软雅黑" w:cs="微软雅黑" w:hint="eastAsia"/>
          <w:lang w:eastAsia="zh-CN"/>
        </w:rPr>
        <w:t>机器人与人面对面的对比图（</w:t>
      </w:r>
      <w:r>
        <w:t>Artificial vs HUMAN Intelligence</w:t>
      </w:r>
      <w:r>
        <w:rPr>
          <w:rFonts w:ascii="微软雅黑" w:eastAsia="微软雅黑" w:hAnsi="微软雅黑" w:cs="微软雅黑" w:hint="eastAsia"/>
          <w:lang w:eastAsia="zh-CN"/>
        </w:rPr>
        <w:t>）。</w:t>
      </w:r>
    </w:p>
    <w:p>
      <w:pPr>
        <w:pStyle w:val="ListNumber"/>
        <w:numPr>
          <w:ilvl w:val="0"/>
          <w:numId w:val="40"/>
        </w:numPr>
        <w:spacing w:after="72"/>
      </w:pPr>
      <w:r>
        <w:rPr>
          <w:rFonts w:ascii="微软雅黑" w:eastAsia="微软雅黑" w:hAnsi="微软雅黑" w:cs="微软雅黑" w:hint="eastAsia"/>
          <w:lang w:eastAsia="zh-CN"/>
        </w:rPr>
        <w:t>电车难题示意图（火车、扳道岔人、</w:t>
      </w:r>
      <w:r>
        <w:t xml:space="preserve">A/B </w:t>
      </w:r>
      <w:r>
        <w:rPr>
          <w:rFonts w:ascii="微软雅黑" w:eastAsia="微软雅黑" w:hAnsi="微软雅黑" w:cs="微软雅黑" w:hint="eastAsia"/>
          <w:lang w:eastAsia="zh-CN"/>
        </w:rPr>
        <w:t>两条轨道、轨道上的人）。</w:t>
      </w:r>
    </w:p>
    <w:p>
      <w:pPr>
        <w:pStyle w:val="ListNumber"/>
        <w:numPr>
          <w:ilvl w:val="0"/>
          <w:numId w:val="40"/>
        </w:numPr>
        <w:spacing w:after="72"/>
      </w:pPr>
      <w:r>
        <w:rPr>
          <w:rFonts w:ascii="微软雅黑" w:eastAsia="微软雅黑" w:hAnsi="微软雅黑" w:cs="微软雅黑" w:hint="eastAsia"/>
          <w:lang w:eastAsia="zh-CN"/>
        </w:rPr>
        <w:t>推人版电车难题示意图（桥上的人</w:t>
      </w:r>
      <w:r>
        <w:t xml:space="preserve"> A</w:t>
      </w:r>
      <w:r>
        <w:rPr>
          <w:rFonts w:ascii="微软雅黑" w:eastAsia="微软雅黑" w:hAnsi="微软雅黑" w:cs="微软雅黑" w:hint="eastAsia"/>
          <w:lang w:eastAsia="zh-CN"/>
        </w:rPr>
        <w:t>、桥下轨道上的多人）。</w:t>
      </w:r>
    </w:p>
    <w:p>
      <w:pPr>
        <w:pStyle w:val="ListNumber"/>
        <w:numPr>
          <w:ilvl w:val="0"/>
          <w:numId w:val="40"/>
        </w:numPr>
        <w:spacing w:after="72"/>
      </w:pPr>
      <w:r>
        <w:rPr>
          <w:rFonts w:ascii="微软雅黑" w:eastAsia="微软雅黑" w:hAnsi="微软雅黑" w:cs="微软雅黑" w:hint="eastAsia"/>
          <w:lang w:eastAsia="zh-CN"/>
        </w:rPr>
        <w:t>射击兔子对比图（远距离</w:t>
      </w:r>
      <w:r>
        <w:t>/</w:t>
      </w:r>
      <w:r>
        <w:rPr>
          <w:rFonts w:ascii="微软雅黑" w:eastAsia="微软雅黑" w:hAnsi="微软雅黑" w:cs="微软雅黑" w:hint="eastAsia"/>
          <w:lang w:eastAsia="zh-CN"/>
        </w:rPr>
        <w:t>近距离）以及</w:t>
      </w:r>
      <w:r>
        <w:t>"</w:t>
      </w:r>
      <w:r>
        <w:rPr>
          <w:rFonts w:ascii="微软雅黑" w:eastAsia="微软雅黑" w:hAnsi="微软雅黑" w:cs="微软雅黑" w:hint="eastAsia"/>
          <w:lang w:eastAsia="zh-CN"/>
        </w:rPr>
        <w:t>人笑与机器人笑</w:t>
      </w:r>
      <w:r>
        <w:t>"</w:t>
      </w:r>
      <w:r>
        <w:rPr>
          <w:rFonts w:ascii="微软雅黑" w:eastAsia="微软雅黑" w:hAnsi="微软雅黑" w:cs="微软雅黑" w:hint="eastAsia"/>
          <w:lang w:eastAsia="zh-CN"/>
        </w:rPr>
        <w:t>对比图。</w:t>
      </w:r>
    </w:p>
    <w:p>
      <w:pPr>
        <w:pStyle w:val="ListNumber"/>
        <w:numPr>
          <w:ilvl w:val="0"/>
          <w:numId w:val="40"/>
        </w:numPr>
        <w:spacing w:after="72"/>
      </w:pPr>
      <w:r>
        <w:rPr>
          <w:rFonts w:ascii="微软雅黑" w:eastAsia="微软雅黑" w:hAnsi="微软雅黑" w:cs="微软雅黑" w:hint="eastAsia"/>
          <w:lang w:eastAsia="zh-CN"/>
        </w:rPr>
        <w:t>阿西莫夫机器人三定律配图（机器人保护人、服从人、自我保护三个场景）。</w:t>
      </w:r>
    </w:p>
    <w:p>
      <w:pPr>
        <w:pStyle w:val="ListNumber"/>
        <w:numPr>
          <w:ilvl w:val="0"/>
          <w:numId w:val="40"/>
        </w:numPr>
        <w:spacing w:after="72"/>
      </w:pPr>
      <w:r>
        <w:rPr>
          <w:rFonts w:ascii="微软雅黑" w:eastAsia="微软雅黑" w:hAnsi="微软雅黑" w:cs="微软雅黑" w:hint="eastAsia"/>
          <w:lang w:eastAsia="zh-CN"/>
        </w:rPr>
        <w:t>小组辩论记录单、</w:t>
      </w:r>
      <w:r>
        <w:t>"</w:t>
      </w:r>
      <w:r>
        <w:rPr>
          <w:rFonts w:ascii="微软雅黑" w:eastAsia="微软雅黑" w:hAnsi="微软雅黑" w:cs="微软雅黑" w:hint="eastAsia"/>
          <w:lang w:eastAsia="zh-CN"/>
        </w:rPr>
        <w:t>我的道德法则</w:t>
      </w:r>
      <w:r>
        <w:t>"</w:t>
      </w:r>
      <w:r>
        <w:rPr>
          <w:rFonts w:ascii="微软雅黑" w:eastAsia="微软雅黑" w:hAnsi="微软雅黑" w:cs="微软雅黑" w:hint="eastAsia"/>
          <w:lang w:eastAsia="zh-CN"/>
        </w:rPr>
        <w:t>写作卡。</w:t>
      </w:r>
    </w:p>
    <w:p>
      <w:pPr/>
      <w:r>
        <w:rPr>
          <w:rFonts w:ascii="微软雅黑" w:eastAsia="微软雅黑" w:hAnsi="微软雅黑" w:cs="微软雅黑" w:hint="eastAsia"/>
          <w:b/>
          <w:lang w:eastAsia="zh-CN"/>
        </w:rPr>
        <w:t>场地与技术环境</w:t>
      </w:r>
    </w:p>
    <w:p>
      <w:pPr>
        <w:pStyle w:val="ListBullet"/>
        <w:spacing w:after="72"/>
      </w:pPr>
      <w:r>
        <w:rPr>
          <w:rFonts w:ascii="微软雅黑" w:eastAsia="微软雅黑" w:hAnsi="微软雅黑" w:cs="微软雅黑" w:hint="eastAsia"/>
          <w:lang w:eastAsia="zh-CN"/>
        </w:rPr>
        <w:t>多媒体教室，投影对比图与示意图；可摆成便于小组辩论的座位。</w:t>
      </w:r>
    </w:p>
    <w:p>
      <w:pPr>
        <w:pStyle w:val="ListBullet"/>
        <w:spacing w:after="72"/>
      </w:pPr>
      <w:r>
        <w:rPr>
          <w:rFonts w:ascii="微软雅黑" w:eastAsia="微软雅黑" w:hAnsi="微软雅黑" w:cs="微软雅黑" w:hint="eastAsia"/>
          <w:b/>
          <w:lang w:eastAsia="zh-CN"/>
        </w:rPr>
        <w:t>设备不足替代方案</w:t>
      </w:r>
      <w:r>
        <w:rPr>
          <w:rFonts w:ascii="微软雅黑" w:eastAsia="微软雅黑" w:hAnsi="微软雅黑" w:cs="微软雅黑" w:hint="eastAsia"/>
          <w:lang w:eastAsia="zh-CN"/>
        </w:rPr>
        <w:t>：无投影时，教师在黑板手绘电车轨道</w:t>
      </w:r>
      <w:r>
        <w:t xml:space="preserve"> A/B </w:t>
      </w:r>
      <w:r>
        <w:rPr>
          <w:rFonts w:ascii="微软雅黑" w:eastAsia="微软雅黑" w:hAnsi="微软雅黑" w:cs="微软雅黑" w:hint="eastAsia"/>
          <w:lang w:eastAsia="zh-CN"/>
        </w:rPr>
        <w:t>图与桥上推人图；三定律用大字报张贴于墙；对比图可简化为教师口述</w:t>
      </w:r>
      <w:r>
        <w:t>+</w:t>
      </w:r>
      <w:r>
        <w:rPr>
          <w:rFonts w:ascii="微软雅黑" w:eastAsia="微软雅黑" w:hAnsi="微软雅黑" w:cs="微软雅黑" w:hint="eastAsia"/>
          <w:lang w:eastAsia="zh-CN"/>
        </w:rPr>
        <w:t>简笔画。</w:t>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一、情境导入：驱动问题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w:t>
            </w:r>
            <w:r>
              <w:rPr>
                <w:sz w:val="18"/>
              </w:rPr>
              <w:t xml:space="preserve"> </w:t>
            </w:r>
            <w:r>
              <w:rPr>
                <w:sz w:val="18"/>
              </w:rPr>
              <w:t>"</w:t>
            </w:r>
            <w:r>
              <w:rPr>
                <w:sz w:val="18"/>
              </w:rPr>
              <w:t xml:space="preserve"> </w:t>
            </w:r>
            <w:r>
              <w:rPr>
                <w:sz w:val="18"/>
              </w:rPr>
              <w:t>机器人</w:t>
            </w:r>
            <w:r>
              <w:rPr>
                <w:sz w:val="18"/>
              </w:rPr>
              <w:t xml:space="preserve"> </w:t>
            </w:r>
            <w:r>
              <w:rPr>
                <w:sz w:val="18"/>
              </w:rPr>
              <w:t xml:space="preserve"> vs </w:t>
            </w:r>
            <w:r>
              <w:rPr>
                <w:sz w:val="18"/>
              </w:rPr>
              <w:t xml:space="preserve"> </w:t>
            </w:r>
            <w:r>
              <w:rPr>
                <w:sz w:val="18"/>
              </w:rPr>
              <w:t>人</w:t>
            </w:r>
            <w:r>
              <w:rPr>
                <w:sz w:val="18"/>
              </w:rPr>
              <w:t xml:space="preserve"> </w:t>
            </w:r>
            <w:r>
              <w:rPr>
                <w:sz w:val="18"/>
              </w:rPr>
              <w:t>"</w:t>
            </w:r>
            <w:r>
              <w:rPr>
                <w:sz w:val="18"/>
              </w:rPr>
              <w:t xml:space="preserve"> </w:t>
            </w:r>
            <w:r>
              <w:rPr>
                <w:sz w:val="18"/>
              </w:rPr>
              <w:t>图片，提出单元大观念问题：</w:t>
            </w:r>
            <w:r>
              <w:rPr>
                <w:sz w:val="18"/>
              </w:rPr>
              <w:t xml:space="preserve"> </w:t>
            </w:r>
            <w:r>
              <w:rPr>
                <w:sz w:val="18"/>
              </w:rPr>
              <w:t>"</w:t>
            </w:r>
            <w:r>
              <w:rPr>
                <w:sz w:val="18"/>
              </w:rPr>
              <w:t xml:space="preserve"> </w:t>
            </w:r>
            <w:r>
              <w:rPr>
                <w:sz w:val="18"/>
              </w:rPr>
              <w:t>人类究竟应该如何与人工智能相处？</w:t>
            </w:r>
            <w:r>
              <w:rPr>
                <w:sz w:val="18"/>
              </w:rPr>
              <w:t xml:space="preserve"> </w:t>
            </w:r>
            <w:r>
              <w:rPr>
                <w:sz w:val="18"/>
              </w:rPr>
              <w:t>"</w:t>
            </w:r>
            <w:r>
              <w:rPr>
                <w:sz w:val="18"/>
              </w:rPr>
              <w:t xml:space="preserve"> </w:t>
            </w:r>
            <w:r>
              <w:rPr>
                <w:sz w:val="18"/>
              </w:rPr>
              <w:t>点明：</w:t>
            </w:r>
            <w:r>
              <w:rPr>
                <w:sz w:val="18"/>
              </w:rPr>
              <w:t xml:space="preserve"> </w:t>
            </w:r>
            <w:r>
              <w:rPr>
                <w:sz w:val="18"/>
              </w:rPr>
              <w:t>"</w:t>
            </w:r>
            <w:r>
              <w:rPr>
                <w:sz w:val="18"/>
              </w:rPr>
              <w:t xml:space="preserve"> </w:t>
            </w:r>
            <w:r>
              <w:rPr>
                <w:sz w:val="18"/>
              </w:rPr>
              <w:t>人工智能越先进，它跟人工智能伦理方面的教育就越重要。</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看对比图，自由发表</w:t>
            </w:r>
            <w:r>
              <w:rPr>
                <w:sz w:val="18"/>
              </w:rPr>
              <w:t xml:space="preserve"> </w:t>
            </w:r>
            <w:r>
              <w:rPr>
                <w:sz w:val="18"/>
              </w:rPr>
              <w:t>"</w:t>
            </w:r>
            <w:r>
              <w:rPr>
                <w:sz w:val="18"/>
              </w:rPr>
              <w:t xml:space="preserve"> </w:t>
            </w:r>
            <w:r>
              <w:rPr>
                <w:sz w:val="18"/>
              </w:rPr>
              <w:t>人和机器人哪里不一样</w:t>
            </w:r>
            <w:r>
              <w:rPr>
                <w:sz w:val="18"/>
              </w:rPr>
              <w:t xml:space="preserve"> </w:t>
            </w:r>
            <w:r>
              <w:rPr>
                <w:sz w:val="18"/>
              </w:rPr>
              <w:t>"</w:t>
            </w:r>
            <w:r>
              <w:rPr>
                <w:sz w:val="18"/>
              </w:rPr>
              <w:t xml:space="preserve"> </w:t>
            </w:r>
            <w:r>
              <w:rPr>
                <w:sz w:val="18"/>
              </w:rPr>
              <w:t>；带着问题进入。</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用原话立骨，确立伦理教育的主线。</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二、呈现电车难题（规则版）</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用示意图讲清规则：火车方向由你决定，你有且仅有两个选择</w:t>
            </w:r>
            <w:r>
              <w:rPr>
                <w:sz w:val="18"/>
              </w:rPr>
              <w:t xml:space="preserve"> </w:t>
            </w:r>
            <w:r>
              <w:rPr>
                <w:sz w:val="18"/>
              </w:rPr>
              <w:t>——</w:t>
            </w:r>
            <w:r>
              <w:rPr>
                <w:sz w:val="18"/>
              </w:rPr>
              <w:t xml:space="preserve"> </w:t>
            </w:r>
            <w:r>
              <w:rPr>
                <w:sz w:val="18"/>
              </w:rPr>
              <w:t>选</w:t>
            </w:r>
            <w:r>
              <w:rPr>
                <w:sz w:val="18"/>
              </w:rPr>
              <w:t xml:space="preserve"> </w:t>
            </w:r>
            <w:r>
              <w:rPr>
                <w:sz w:val="18"/>
              </w:rPr>
              <w:t xml:space="preserve"> A </w:t>
            </w:r>
            <w:r>
              <w:rPr>
                <w:sz w:val="18"/>
              </w:rPr>
              <w:t xml:space="preserve"> </w:t>
            </w:r>
            <w:r>
              <w:rPr>
                <w:sz w:val="18"/>
              </w:rPr>
              <w:t>或选</w:t>
            </w:r>
            <w:r>
              <w:rPr>
                <w:sz w:val="18"/>
              </w:rPr>
              <w:t xml:space="preserve"> </w:t>
            </w:r>
            <w:r>
              <w:rPr>
                <w:sz w:val="18"/>
              </w:rPr>
              <w:t xml:space="preserve"> B</w:t>
            </w:r>
            <w:r>
              <w:rPr>
                <w:sz w:val="18"/>
              </w:rPr>
              <w:t xml:space="preserve"> </w:t>
            </w:r>
            <w:r>
              <w:rPr>
                <w:sz w:val="18"/>
              </w:rPr>
              <w:t>。</w:t>
            </w:r>
            <w:r>
              <w:rPr>
                <w:sz w:val="18"/>
              </w:rPr>
              <w:t xml:space="preserve"> </w:t>
            </w:r>
            <w:r>
              <w:rPr>
                <w:sz w:val="18"/>
              </w:rPr>
              <w:t xml:space="preserve">A </w:t>
            </w:r>
            <w:r>
              <w:rPr>
                <w:sz w:val="18"/>
              </w:rPr>
              <w:t xml:space="preserve"> </w:t>
            </w:r>
            <w:r>
              <w:rPr>
                <w:sz w:val="18"/>
              </w:rPr>
              <w:t>轨道前方有</w:t>
            </w:r>
            <w:r>
              <w:rPr>
                <w:sz w:val="18"/>
              </w:rPr>
              <w:t xml:space="preserve"> </w:t>
            </w:r>
            <w:r>
              <w:rPr>
                <w:sz w:val="18"/>
              </w:rPr>
              <w:t xml:space="preserve"> 5 </w:t>
            </w:r>
            <w:r>
              <w:rPr>
                <w:sz w:val="18"/>
              </w:rPr>
              <w:t xml:space="preserve"> </w:t>
            </w:r>
            <w:r>
              <w:rPr>
                <w:sz w:val="18"/>
              </w:rPr>
              <w:t>人，</w:t>
            </w:r>
            <w:r>
              <w:rPr>
                <w:sz w:val="18"/>
              </w:rPr>
              <w:t xml:space="preserve"> </w:t>
            </w:r>
            <w:r>
              <w:rPr>
                <w:sz w:val="18"/>
              </w:rPr>
              <w:t xml:space="preserve">B </w:t>
            </w:r>
            <w:r>
              <w:rPr>
                <w:sz w:val="18"/>
              </w:rPr>
              <w:t xml:space="preserve"> </w:t>
            </w:r>
            <w:r>
              <w:rPr>
                <w:sz w:val="18"/>
              </w:rPr>
              <w:t>轨道前方有</w:t>
            </w:r>
            <w:r>
              <w:rPr>
                <w:sz w:val="18"/>
              </w:rPr>
              <w:t xml:space="preserve"> </w:t>
            </w:r>
            <w:r>
              <w:rPr>
                <w:sz w:val="18"/>
              </w:rPr>
              <w:t xml:space="preserve"> 1 </w:t>
            </w:r>
            <w:r>
              <w:rPr>
                <w:sz w:val="18"/>
              </w:rPr>
              <w:t xml:space="preserve"> </w:t>
            </w:r>
            <w:r>
              <w:rPr>
                <w:sz w:val="18"/>
              </w:rPr>
              <w:t>人，列车若不改道将驶向</w:t>
            </w:r>
            <w:r>
              <w:rPr>
                <w:sz w:val="18"/>
              </w:rPr>
              <w:t xml:space="preserve"> </w:t>
            </w:r>
            <w:r>
              <w:rPr>
                <w:sz w:val="18"/>
              </w:rPr>
              <w:t xml:space="preserve"> A</w:t>
            </w:r>
            <w:r>
              <w:rPr>
                <w:sz w:val="18"/>
              </w:rPr>
              <w:t xml:space="preserve"> </w:t>
            </w:r>
            <w:r>
              <w:rPr>
                <w:sz w:val="18"/>
              </w:rPr>
              <w:t>。组织选择并讨论：</w:t>
            </w:r>
            <w:r>
              <w:rPr>
                <w:sz w:val="18"/>
              </w:rPr>
              <w:t xml:space="preserve"> </w:t>
            </w:r>
            <w:r>
              <w:rPr>
                <w:sz w:val="18"/>
              </w:rPr>
              <w:t>"</w:t>
            </w:r>
            <w:r>
              <w:rPr>
                <w:sz w:val="18"/>
              </w:rPr>
              <w:t xml:space="preserve"> </w:t>
            </w:r>
            <w:r>
              <w:rPr>
                <w:sz w:val="18"/>
              </w:rPr>
              <w:t>选</w:t>
            </w:r>
            <w:r>
              <w:rPr>
                <w:sz w:val="18"/>
              </w:rPr>
              <w:t xml:space="preserve"> </w:t>
            </w:r>
            <w:r>
              <w:rPr>
                <w:sz w:val="18"/>
              </w:rPr>
              <w:t xml:space="preserve"> A </w:t>
            </w:r>
            <w:r>
              <w:rPr>
                <w:sz w:val="18"/>
              </w:rPr>
              <w:t xml:space="preserve"> </w:t>
            </w:r>
            <w:r>
              <w:rPr>
                <w:sz w:val="18"/>
              </w:rPr>
              <w:t>还是选</w:t>
            </w:r>
            <w:r>
              <w:rPr>
                <w:sz w:val="18"/>
              </w:rPr>
              <w:t xml:space="preserve"> </w:t>
            </w:r>
            <w:r>
              <w:rPr>
                <w:sz w:val="18"/>
              </w:rPr>
              <w:t xml:space="preserve"> B</w:t>
            </w:r>
            <w:r>
              <w:rPr>
                <w:sz w:val="18"/>
              </w:rPr>
              <w:t xml:space="preserve"> </w:t>
            </w:r>
            <w:r>
              <w:rPr>
                <w:sz w:val="18"/>
              </w:rPr>
              <w:t>？为什么？</w:t>
            </w:r>
            <w:r>
              <w:rPr>
                <w:sz w:val="18"/>
              </w:rPr>
              <w:t xml:space="preserve"> </w:t>
            </w:r>
            <w:r>
              <w:rPr>
                <w:sz w:val="18"/>
              </w:rPr>
              <w:t>"</w:t>
            </w:r>
            <w:r>
              <w:rPr>
                <w:sz w:val="18"/>
              </w:rPr>
              <w:t xml:space="preserve"> </w:t>
            </w:r>
            <w:r>
              <w:rPr>
                <w:sz w:val="18"/>
              </w:rPr>
              <w:t>记录结果。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独立思考后举手选</w:t>
            </w:r>
            <w:r>
              <w:rPr>
                <w:sz w:val="18"/>
              </w:rPr>
              <w:t xml:space="preserve"> </w:t>
            </w:r>
            <w:r>
              <w:rPr>
                <w:sz w:val="18"/>
              </w:rPr>
              <w:t xml:space="preserve"> A/B</w:t>
            </w:r>
            <w:r>
              <w:rPr>
                <w:sz w:val="18"/>
              </w:rPr>
              <w:t xml:space="preserve"> </w:t>
            </w:r>
            <w:r>
              <w:rPr>
                <w:sz w:val="18"/>
              </w:rPr>
              <w:t>，说理由（如</w:t>
            </w:r>
            <w:r>
              <w:rPr>
                <w:sz w:val="18"/>
              </w:rPr>
              <w:t xml:space="preserve"> </w:t>
            </w:r>
            <w:r>
              <w:rPr>
                <w:sz w:val="18"/>
              </w:rPr>
              <w:t>"</w:t>
            </w:r>
            <w:r>
              <w:rPr>
                <w:sz w:val="18"/>
              </w:rPr>
              <w:t xml:space="preserve"> </w:t>
            </w:r>
            <w:r>
              <w:rPr>
                <w:sz w:val="18"/>
              </w:rPr>
              <w:t>救更多人</w:t>
            </w:r>
            <w:r>
              <w:rPr>
                <w:sz w:val="18"/>
              </w:rPr>
              <w:t xml:space="preserve"> </w:t>
            </w:r>
            <w:r>
              <w:rPr>
                <w:sz w:val="18"/>
              </w:rPr>
              <w:t>"</w:t>
            </w:r>
            <w:r>
              <w:rPr>
                <w:sz w:val="18"/>
              </w:rPr>
              <w:t xml:space="preserve"> </w:t>
            </w:r>
            <w:r>
              <w:rPr>
                <w:sz w:val="18"/>
              </w:rPr>
              <w:t>）；听同伴不同意见。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经典两难引爆道德判断，训练</w:t>
            </w:r>
            <w:r>
              <w:rPr>
                <w:sz w:val="18"/>
              </w:rPr>
              <w:t xml:space="preserve"> </w:t>
            </w:r>
            <w:r>
              <w:rPr>
                <w:sz w:val="18"/>
              </w:rPr>
              <w:t>"</w:t>
            </w:r>
            <w:r>
              <w:rPr>
                <w:sz w:val="18"/>
              </w:rPr>
              <w:t xml:space="preserve"> </w:t>
            </w:r>
            <w:r>
              <w:rPr>
                <w:sz w:val="18"/>
              </w:rPr>
              <w:t>说理由</w:t>
            </w:r>
            <w:r>
              <w:rPr>
                <w:sz w:val="18"/>
              </w:rPr>
              <w:t xml:space="preserve"> </w:t>
            </w:r>
            <w:r>
              <w:rPr>
                <w:sz w:val="18"/>
              </w:rPr>
              <w:t>"</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三、追问道德动机</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过渡到动机：</w:t>
            </w:r>
            <w:r>
              <w:rPr>
                <w:sz w:val="18"/>
              </w:rPr>
              <w:t xml:space="preserve"> </w:t>
            </w:r>
            <w:r>
              <w:rPr>
                <w:sz w:val="18"/>
              </w:rPr>
              <w:t>"</w:t>
            </w:r>
            <w:r>
              <w:rPr>
                <w:sz w:val="18"/>
              </w:rPr>
              <w:t xml:space="preserve"> </w:t>
            </w:r>
            <w:r>
              <w:rPr>
                <w:sz w:val="18"/>
              </w:rPr>
              <w:t>如果路边捡到钱没人看见，你会怎么做？做好事是否为了被表扬？</w:t>
            </w:r>
            <w:r>
              <w:rPr>
                <w:sz w:val="18"/>
              </w:rPr>
              <w:t xml:space="preserve"> </w:t>
            </w:r>
            <w:r>
              <w:rPr>
                <w:sz w:val="18"/>
              </w:rPr>
              <w:t>"</w:t>
            </w:r>
            <w:r>
              <w:rPr>
                <w:sz w:val="18"/>
              </w:rPr>
              <w:t xml:space="preserve"> </w:t>
            </w:r>
            <w:r>
              <w:rPr>
                <w:sz w:val="18"/>
              </w:rPr>
              <w:t>阐明：</w:t>
            </w:r>
            <w:r>
              <w:rPr>
                <w:sz w:val="18"/>
              </w:rPr>
              <w:t xml:space="preserve"> </w:t>
            </w:r>
            <w:r>
              <w:rPr>
                <w:sz w:val="18"/>
              </w:rPr>
              <w:t>"</w:t>
            </w:r>
            <w:r>
              <w:rPr>
                <w:sz w:val="18"/>
              </w:rPr>
              <w:t xml:space="preserve"> </w:t>
            </w:r>
            <w:r>
              <w:rPr>
                <w:sz w:val="18"/>
              </w:rPr>
              <w:t>做好事不能有理由；凡是出于某种理由做好事的，他其实不知道什么是善。</w:t>
            </w:r>
            <w:r>
              <w:rPr>
                <w:sz w:val="18"/>
              </w:rPr>
              <w:t xml:space="preserve"> </w:t>
            </w:r>
            <w:r>
              <w:rPr>
                <w:sz w:val="18"/>
              </w:rPr>
              <w:t>""</w:t>
            </w:r>
            <w:r>
              <w:rPr>
                <w:sz w:val="18"/>
              </w:rPr>
              <w:t xml:space="preserve"> </w:t>
            </w:r>
            <w:r>
              <w:rPr>
                <w:sz w:val="18"/>
              </w:rPr>
              <w:t>如果你小学数学都没学好，不能证明你是好人。</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诚实分享</w:t>
            </w:r>
            <w:r>
              <w:rPr>
                <w:sz w:val="18"/>
              </w:rPr>
              <w:t xml:space="preserve"> </w:t>
            </w:r>
            <w:r>
              <w:rPr>
                <w:sz w:val="18"/>
              </w:rPr>
              <w:t>"</w:t>
            </w:r>
            <w:r>
              <w:rPr>
                <w:sz w:val="18"/>
              </w:rPr>
              <w:t xml:space="preserve"> </w:t>
            </w:r>
            <w:r>
              <w:rPr>
                <w:sz w:val="18"/>
              </w:rPr>
              <w:t>捡到钱</w:t>
            </w:r>
            <w:r>
              <w:rPr>
                <w:sz w:val="18"/>
              </w:rPr>
              <w:t xml:space="preserve"> </w:t>
            </w:r>
            <w:r>
              <w:rPr>
                <w:sz w:val="18"/>
              </w:rPr>
              <w:t>"</w:t>
            </w:r>
            <w:r>
              <w:rPr>
                <w:sz w:val="18"/>
              </w:rPr>
              <w:t xml:space="preserve"> </w:t>
            </w:r>
            <w:r>
              <w:rPr>
                <w:sz w:val="18"/>
              </w:rPr>
              <w:t>的做法；辨析</w:t>
            </w:r>
            <w:r>
              <w:rPr>
                <w:sz w:val="18"/>
              </w:rPr>
              <w:t xml:space="preserve"> </w:t>
            </w:r>
            <w:r>
              <w:rPr>
                <w:sz w:val="18"/>
              </w:rPr>
              <w:t>"</w:t>
            </w:r>
            <w:r>
              <w:rPr>
                <w:sz w:val="18"/>
              </w:rPr>
              <w:t xml:space="preserve"> </w:t>
            </w:r>
            <w:r>
              <w:rPr>
                <w:sz w:val="18"/>
              </w:rPr>
              <w:t>为被表扬而做好事</w:t>
            </w:r>
            <w:r>
              <w:rPr>
                <w:sz w:val="18"/>
              </w:rPr>
              <w:t xml:space="preserve"> </w:t>
            </w:r>
            <w:r>
              <w:rPr>
                <w:sz w:val="18"/>
              </w:rPr>
              <w:t>"</w:t>
            </w:r>
            <w:r>
              <w:rPr>
                <w:sz w:val="18"/>
              </w:rPr>
              <w:t xml:space="preserve"> </w:t>
            </w:r>
            <w:r>
              <w:rPr>
                <w:sz w:val="18"/>
              </w:rPr>
              <w:t>算不算真善。</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区分</w:t>
            </w:r>
            <w:r>
              <w:rPr>
                <w:sz w:val="18"/>
              </w:rPr>
              <w:t xml:space="preserve"> </w:t>
            </w:r>
            <w:r>
              <w:rPr>
                <w:sz w:val="18"/>
              </w:rPr>
              <w:t>"</w:t>
            </w:r>
            <w:r>
              <w:rPr>
                <w:sz w:val="18"/>
              </w:rPr>
              <w:t xml:space="preserve"> </w:t>
            </w:r>
            <w:r>
              <w:rPr>
                <w:sz w:val="18"/>
              </w:rPr>
              <w:t>真正道德</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沽名钓誉</w:t>
            </w:r>
            <w:r>
              <w:rPr>
                <w:sz w:val="18"/>
              </w:rPr>
              <w:t xml:space="preserve"> </w:t>
            </w:r>
            <w:r>
              <w:rPr>
                <w:sz w:val="18"/>
              </w:rPr>
              <w:t>"</w:t>
            </w:r>
            <w:r>
              <w:rPr>
                <w:sz w:val="18"/>
              </w:rPr>
              <w:t xml:space="preserve"> </w:t>
            </w:r>
            <w:r>
              <w:rPr>
                <w:sz w:val="18"/>
              </w:rPr>
              <w:t>，深化动机讨论。</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四、电车难题变式（推人版）</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把场景换成桥上：你只有两种选择</w:t>
            </w:r>
            <w:r>
              <w:rPr>
                <w:sz w:val="18"/>
              </w:rPr>
              <w:t xml:space="preserve"> </w:t>
            </w:r>
            <w:r>
              <w:rPr>
                <w:sz w:val="18"/>
              </w:rPr>
              <w:t xml:space="preserve">——1. </w:t>
            </w:r>
            <w:r>
              <w:rPr>
                <w:sz w:val="18"/>
              </w:rPr>
              <w:t xml:space="preserve"> </w:t>
            </w:r>
            <w:r>
              <w:rPr>
                <w:sz w:val="18"/>
              </w:rPr>
              <w:t>把</w:t>
            </w:r>
            <w:r>
              <w:rPr>
                <w:sz w:val="18"/>
              </w:rPr>
              <w:t xml:space="preserve"> </w:t>
            </w:r>
            <w:r>
              <w:rPr>
                <w:sz w:val="18"/>
              </w:rPr>
              <w:t xml:space="preserve"> A </w:t>
            </w:r>
            <w:r>
              <w:rPr>
                <w:sz w:val="18"/>
              </w:rPr>
              <w:t xml:space="preserve"> </w:t>
            </w:r>
            <w:r>
              <w:rPr>
                <w:sz w:val="18"/>
              </w:rPr>
              <w:t>从桥上推下去；</w:t>
            </w:r>
            <w:r>
              <w:rPr>
                <w:sz w:val="18"/>
              </w:rPr>
              <w:t xml:space="preserve"> </w:t>
            </w:r>
            <w:r>
              <w:rPr>
                <w:sz w:val="18"/>
              </w:rPr>
              <w:t xml:space="preserve">2. </w:t>
            </w:r>
            <w:r>
              <w:rPr>
                <w:sz w:val="18"/>
              </w:rPr>
              <w:t xml:space="preserve"> </w:t>
            </w:r>
            <w:r>
              <w:rPr>
                <w:sz w:val="18"/>
              </w:rPr>
              <w:t>什么都不做。再次让学生选择并比较两次是否一致。多数人会选</w:t>
            </w:r>
            <w:r>
              <w:rPr>
                <w:sz w:val="18"/>
              </w:rPr>
              <w:t xml:space="preserve"> </w:t>
            </w:r>
            <w:r>
              <w:rPr>
                <w:sz w:val="18"/>
              </w:rPr>
              <w:t>"</w:t>
            </w:r>
            <w:r>
              <w:rPr>
                <w:sz w:val="18"/>
              </w:rPr>
              <w:t xml:space="preserve"> </w:t>
            </w:r>
            <w:r>
              <w:rPr>
                <w:sz w:val="18"/>
              </w:rPr>
              <w:t>不推</w:t>
            </w:r>
            <w:r>
              <w:rPr>
                <w:sz w:val="18"/>
              </w:rPr>
              <w:t xml:space="preserve"> </w:t>
            </w:r>
            <w:r>
              <w:rPr>
                <w:sz w:val="18"/>
              </w:rPr>
              <w:t xml:space="preserve"> A"</w:t>
            </w:r>
            <w:r>
              <w:rPr>
                <w:sz w:val="18"/>
              </w:rPr>
              <w:t xml:space="preserve"> </w:t>
            </w:r>
            <w:r>
              <w:rPr>
                <w:sz w:val="18"/>
              </w:rPr>
              <w:t>，因为</w:t>
            </w:r>
            <w:r>
              <w:rPr>
                <w:sz w:val="18"/>
              </w:rPr>
              <w:t xml:space="preserve"> </w:t>
            </w:r>
            <w:r>
              <w:rPr>
                <w:sz w:val="18"/>
              </w:rPr>
              <w:t xml:space="preserve"> A </w:t>
            </w:r>
            <w:r>
              <w:rPr>
                <w:sz w:val="18"/>
              </w:rPr>
              <w:t xml:space="preserve"> </w:t>
            </w:r>
            <w:r>
              <w:rPr>
                <w:sz w:val="18"/>
              </w:rPr>
              <w:t>是无辜的。</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重新选择，发现很多人规则版选牺牲少、推人版却</w:t>
            </w:r>
            <w:r>
              <w:rPr>
                <w:sz w:val="18"/>
              </w:rPr>
              <w:t xml:space="preserve"> </w:t>
            </w:r>
            <w:r>
              <w:rPr>
                <w:sz w:val="18"/>
              </w:rPr>
              <w:t>"</w:t>
            </w:r>
            <w:r>
              <w:rPr>
                <w:sz w:val="18"/>
              </w:rPr>
              <w:t xml:space="preserve"> </w:t>
            </w:r>
            <w:r>
              <w:rPr>
                <w:sz w:val="18"/>
              </w:rPr>
              <w:t>不推</w:t>
            </w:r>
            <w:r>
              <w:rPr>
                <w:sz w:val="18"/>
              </w:rPr>
              <w:t xml:space="preserve"> </w:t>
            </w:r>
            <w:r>
              <w:rPr>
                <w:sz w:val="18"/>
              </w:rPr>
              <w:t>"</w:t>
            </w:r>
            <w:r>
              <w:rPr>
                <w:sz w:val="18"/>
              </w:rPr>
              <w:t xml:space="preserve"> </w:t>
            </w:r>
            <w:r>
              <w:rPr>
                <w:sz w:val="18"/>
              </w:rPr>
              <w:t>，体会两难差异。</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用变式凸显</w:t>
            </w:r>
            <w:r>
              <w:rPr>
                <w:sz w:val="18"/>
              </w:rPr>
              <w:t xml:space="preserve"> </w:t>
            </w:r>
            <w:r>
              <w:rPr>
                <w:sz w:val="18"/>
              </w:rPr>
              <w:t>"</w:t>
            </w:r>
            <w:r>
              <w:rPr>
                <w:sz w:val="18"/>
              </w:rPr>
              <w:t xml:space="preserve"> </w:t>
            </w:r>
            <w:r>
              <w:rPr>
                <w:sz w:val="18"/>
              </w:rPr>
              <w:t>不忍心</w:t>
            </w:r>
            <w:r>
              <w:rPr>
                <w:sz w:val="18"/>
              </w:rPr>
              <w:t xml:space="preserve"> </w:t>
            </w:r>
            <w:r>
              <w:rPr>
                <w:sz w:val="18"/>
              </w:rPr>
              <w:t>"</w:t>
            </w:r>
            <w:r>
              <w:rPr>
                <w:sz w:val="18"/>
              </w:rPr>
              <w:t xml:space="preserve"> </w:t>
            </w:r>
            <w:r>
              <w:rPr>
                <w:sz w:val="18"/>
              </w:rPr>
              <w:t>的人类情感维度。</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五、对比人与机器人</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讨论：机器人在两种场景会怎么选？</w:t>
            </w:r>
            <w:r>
              <w:rPr>
                <w:sz w:val="18"/>
              </w:rPr>
              <w:t xml:space="preserve"> </w:t>
            </w:r>
            <w:r>
              <w:rPr>
                <w:sz w:val="18"/>
              </w:rPr>
              <w:t>"</w:t>
            </w:r>
            <w:r>
              <w:rPr>
                <w:sz w:val="18"/>
              </w:rPr>
              <w:t xml:space="preserve"> </w:t>
            </w:r>
            <w:r>
              <w:rPr>
                <w:sz w:val="18"/>
              </w:rPr>
              <w:t>一个合格的机器人同样应该选</w:t>
            </w:r>
            <w:r>
              <w:rPr>
                <w:sz w:val="18"/>
              </w:rPr>
              <w:t xml:space="preserve"> </w:t>
            </w:r>
            <w:r>
              <w:rPr>
                <w:sz w:val="18"/>
              </w:rPr>
              <w:t xml:space="preserve"> B</w:t>
            </w:r>
            <w:r>
              <w:rPr>
                <w:sz w:val="18"/>
              </w:rPr>
              <w:t xml:space="preserve"> </w:t>
            </w:r>
            <w:r>
              <w:rPr>
                <w:sz w:val="18"/>
              </w:rPr>
              <w:t>。</w:t>
            </w:r>
            <w:r>
              <w:rPr>
                <w:sz w:val="18"/>
              </w:rPr>
              <w:t xml:space="preserve"> </w:t>
            </w:r>
            <w:r>
              <w:rPr>
                <w:sz w:val="18"/>
              </w:rPr>
              <w:t>""</w:t>
            </w:r>
            <w:r>
              <w:rPr>
                <w:sz w:val="18"/>
              </w:rPr>
              <w:t xml:space="preserve"> </w:t>
            </w:r>
            <w:r>
              <w:rPr>
                <w:sz w:val="18"/>
              </w:rPr>
              <w:t>机器人又不会怎么选？他不会选</w:t>
            </w:r>
            <w:r>
              <w:rPr>
                <w:sz w:val="18"/>
              </w:rPr>
              <w:t xml:space="preserve"> </w:t>
            </w:r>
            <w:r>
              <w:rPr>
                <w:sz w:val="18"/>
              </w:rPr>
              <w:t>'1'</w:t>
            </w:r>
            <w:r>
              <w:rPr>
                <w:sz w:val="18"/>
              </w:rPr>
              <w:t xml:space="preserve"> </w:t>
            </w:r>
            <w:r>
              <w:rPr>
                <w:sz w:val="18"/>
              </w:rPr>
              <w:t>。</w:t>
            </w:r>
            <w:r>
              <w:rPr>
                <w:sz w:val="18"/>
              </w:rPr>
              <w:t xml:space="preserve"> </w:t>
            </w:r>
            <w:r>
              <w:rPr>
                <w:sz w:val="18"/>
              </w:rPr>
              <w:t>"</w:t>
            </w:r>
            <w:r>
              <w:rPr>
                <w:sz w:val="18"/>
              </w:rPr>
              <w:t xml:space="preserve"> </w:t>
            </w:r>
            <w:r>
              <w:rPr>
                <w:sz w:val="18"/>
              </w:rPr>
              <w:t>追问</w:t>
            </w:r>
            <w:r>
              <w:rPr>
                <w:sz w:val="18"/>
              </w:rPr>
              <w:t xml:space="preserve"> </w:t>
            </w:r>
            <w:r>
              <w:rPr>
                <w:sz w:val="18"/>
              </w:rPr>
              <w:t>"</w:t>
            </w:r>
            <w:r>
              <w:rPr>
                <w:sz w:val="18"/>
              </w:rPr>
              <w:t xml:space="preserve"> </w:t>
            </w:r>
            <w:r>
              <w:rPr>
                <w:sz w:val="18"/>
              </w:rPr>
              <w:t>人类和人工智能的机器人有什么区别？到底有什么区别？只有人才有感受。</w:t>
            </w:r>
            <w:r>
              <w:rPr>
                <w:sz w:val="18"/>
              </w:rPr>
              <w:t xml:space="preserve"> </w:t>
            </w:r>
            <w:r>
              <w:rPr>
                <w:sz w:val="18"/>
              </w:rPr>
              <w:t>"</w:t>
            </w:r>
            <w:r>
              <w:rPr>
                <w:sz w:val="18"/>
              </w:rPr>
              <w:t xml:space="preserve"> </w:t>
            </w:r>
            <w:r>
              <w:rPr>
                <w:sz w:val="18"/>
              </w:rPr>
              <w:t>用</w:t>
            </w:r>
            <w:r>
              <w:rPr>
                <w:sz w:val="18"/>
              </w:rPr>
              <w:t xml:space="preserve"> </w:t>
            </w:r>
            <w:r>
              <w:rPr>
                <w:sz w:val="18"/>
              </w:rPr>
              <w:t>"</w:t>
            </w:r>
            <w:r>
              <w:rPr>
                <w:sz w:val="18"/>
              </w:rPr>
              <w:t xml:space="preserve"> </w:t>
            </w:r>
            <w:r>
              <w:rPr>
                <w:sz w:val="18"/>
              </w:rPr>
              <w:t>射击距离</w:t>
            </w:r>
            <w:r>
              <w:rPr>
                <w:sz w:val="18"/>
              </w:rPr>
              <w:t xml:space="preserve"> </w:t>
            </w:r>
            <w:r>
              <w:rPr>
                <w:sz w:val="18"/>
              </w:rPr>
              <w:t>""</w:t>
            </w:r>
            <w:r>
              <w:rPr>
                <w:sz w:val="18"/>
              </w:rPr>
              <w:t xml:space="preserve"> </w:t>
            </w:r>
            <w:r>
              <w:rPr>
                <w:sz w:val="18"/>
              </w:rPr>
              <w:t>人笑与机器人笑</w:t>
            </w:r>
            <w:r>
              <w:rPr>
                <w:sz w:val="18"/>
              </w:rPr>
              <w:t xml:space="preserve"> </w:t>
            </w:r>
            <w:r>
              <w:rPr>
                <w:sz w:val="18"/>
              </w:rPr>
              <w:t>"</w:t>
            </w:r>
            <w:r>
              <w:rPr>
                <w:sz w:val="18"/>
              </w:rPr>
              <w:t xml:space="preserve"> </w:t>
            </w:r>
            <w:r>
              <w:rPr>
                <w:sz w:val="18"/>
              </w:rPr>
              <w:t>强化：人笑因多巴胺，机器人不会真正开心。</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对比人与机器选择，指出机器人按规则、人无</w:t>
            </w:r>
            <w:r>
              <w:rPr>
                <w:sz w:val="18"/>
              </w:rPr>
              <w:t xml:space="preserve"> </w:t>
            </w:r>
            <w:r>
              <w:rPr>
                <w:sz w:val="18"/>
              </w:rPr>
              <w:t>"</w:t>
            </w:r>
            <w:r>
              <w:rPr>
                <w:sz w:val="18"/>
              </w:rPr>
              <w:t xml:space="preserve"> </w:t>
            </w:r>
            <w:r>
              <w:rPr>
                <w:sz w:val="18"/>
              </w:rPr>
              <w:t>不忍心</w:t>
            </w:r>
            <w:r>
              <w:rPr>
                <w:sz w:val="18"/>
              </w:rPr>
              <w:t xml:space="preserve"> </w:t>
            </w:r>
            <w:r>
              <w:rPr>
                <w:sz w:val="18"/>
              </w:rPr>
              <w:t>"</w:t>
            </w:r>
            <w:r>
              <w:rPr>
                <w:sz w:val="18"/>
              </w:rPr>
              <w:t xml:space="preserve"> </w:t>
            </w:r>
            <w:r>
              <w:rPr>
                <w:sz w:val="18"/>
              </w:rPr>
              <w:t>；理解</w:t>
            </w:r>
            <w:r>
              <w:rPr>
                <w:sz w:val="18"/>
              </w:rPr>
              <w:t xml:space="preserve"> </w:t>
            </w:r>
            <w:r>
              <w:rPr>
                <w:sz w:val="18"/>
              </w:rPr>
              <w:t>"</w:t>
            </w:r>
            <w:r>
              <w:rPr>
                <w:sz w:val="18"/>
              </w:rPr>
              <w:t xml:space="preserve"> </w:t>
            </w:r>
            <w:r>
              <w:rPr>
                <w:sz w:val="18"/>
              </w:rPr>
              <w:t>只有人才有感受</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落点于本质区别，铺垫三定律的伦理基础。</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六、学习机器人三定律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介绍阿西莫夫</w:t>
            </w:r>
            <w:r>
              <w:rPr>
                <w:sz w:val="18"/>
              </w:rPr>
              <w:t xml:space="preserve"> </w:t>
            </w:r>
            <w:r>
              <w:rPr>
                <w:sz w:val="18"/>
              </w:rPr>
              <w:t>"</w:t>
            </w:r>
            <w:r>
              <w:rPr>
                <w:sz w:val="18"/>
              </w:rPr>
              <w:t xml:space="preserve"> </w:t>
            </w:r>
            <w:r>
              <w:rPr>
                <w:sz w:val="18"/>
              </w:rPr>
              <w:t>机器人三定律</w:t>
            </w:r>
            <w:r>
              <w:rPr>
                <w:sz w:val="18"/>
              </w:rPr>
              <w:t xml:space="preserve"> </w:t>
            </w:r>
            <w:r>
              <w:rPr>
                <w:sz w:val="18"/>
              </w:rPr>
              <w:t>"</w:t>
            </w:r>
            <w:r>
              <w:rPr>
                <w:sz w:val="18"/>
              </w:rPr>
              <w:t xml:space="preserve"> </w:t>
            </w:r>
            <w:r>
              <w:rPr>
                <w:sz w:val="18"/>
              </w:rPr>
              <w:t>并带领朗读：一、机器人不得伤害人类，或坐视人类受到伤害；二、机器人必须服从人类命令，除非该命令与第一定律冲突；三、在不违背第一或第二定律前提下，机器人可以保护自己。</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齐读三定律；看配图理解三个场景（保护儿童、服从命令、自我保护）。</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把抽象伦理准则口诀化，便于记忆。</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七、规则内化</w:t>
            </w:r>
            <w:r>
              <w:rPr>
                <w:sz w:val="18"/>
              </w:rPr>
              <w:t xml:space="preserve"> </w:t>
            </w:r>
            <w:r>
              <w:rPr>
                <w:sz w:val="18"/>
              </w:rPr>
              <w:t>+</w:t>
            </w:r>
            <w:r>
              <w:rPr>
                <w:sz w:val="18"/>
              </w:rPr>
              <w:t xml:space="preserve"> </w:t>
            </w:r>
            <w:r>
              <w:rPr>
                <w:sz w:val="18"/>
              </w:rPr>
              <w:t>总结</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讨论：三定律是老师</w:t>
            </w:r>
            <w:r>
              <w:rPr>
                <w:sz w:val="18"/>
              </w:rPr>
              <w:t xml:space="preserve"> </w:t>
            </w:r>
            <w:r>
              <w:rPr>
                <w:sz w:val="18"/>
              </w:rPr>
              <w:t>/</w:t>
            </w:r>
            <w:r>
              <w:rPr>
                <w:sz w:val="18"/>
              </w:rPr>
              <w:t xml:space="preserve"> </w:t>
            </w:r>
            <w:r>
              <w:rPr>
                <w:sz w:val="18"/>
              </w:rPr>
              <w:t>家长要求的，还是应该像机器人自己认同的道德法则？强调：</w:t>
            </w:r>
            <w:r>
              <w:rPr>
                <w:sz w:val="18"/>
              </w:rPr>
              <w:t xml:space="preserve"> </w:t>
            </w:r>
            <w:r>
              <w:rPr>
                <w:sz w:val="18"/>
              </w:rPr>
              <w:t>"</w:t>
            </w:r>
            <w:r>
              <w:rPr>
                <w:sz w:val="18"/>
              </w:rPr>
              <w:t xml:space="preserve"> </w:t>
            </w:r>
            <w:r>
              <w:rPr>
                <w:sz w:val="18"/>
              </w:rPr>
              <w:t>不是因为害怕惩罚，是发自内心地认这个理儿。</w:t>
            </w:r>
            <w:r>
              <w:rPr>
                <w:sz w:val="18"/>
              </w:rPr>
              <w:t xml:space="preserve"> </w:t>
            </w:r>
            <w:r>
              <w:rPr>
                <w:sz w:val="18"/>
              </w:rPr>
              <w:t>"</w:t>
            </w:r>
            <w:r>
              <w:rPr>
                <w:sz w:val="18"/>
              </w:rPr>
              <w:t xml:space="preserve"> </w:t>
            </w:r>
            <w:r>
              <w:rPr>
                <w:sz w:val="18"/>
              </w:rPr>
              <w:t>结语：</w:t>
            </w:r>
            <w:r>
              <w:rPr>
                <w:sz w:val="18"/>
              </w:rPr>
              <w:t xml:space="preserve"> </w:t>
            </w:r>
            <w:r>
              <w:rPr>
                <w:sz w:val="18"/>
              </w:rPr>
              <w:t>"</w:t>
            </w:r>
            <w:r>
              <w:rPr>
                <w:sz w:val="18"/>
              </w:rPr>
              <w:t xml:space="preserve"> </w:t>
            </w:r>
            <w:r>
              <w:rPr>
                <w:sz w:val="18"/>
              </w:rPr>
              <w:t>我们讲人工智能的通识教育，不要用</w:t>
            </w:r>
            <w:r>
              <w:rPr>
                <w:sz w:val="18"/>
              </w:rPr>
              <w:t xml:space="preserve"> </w:t>
            </w:r>
            <w:r>
              <w:rPr>
                <w:sz w:val="18"/>
              </w:rPr>
              <w:t xml:space="preserve"> AI </w:t>
            </w:r>
            <w:r>
              <w:rPr>
                <w:sz w:val="18"/>
              </w:rPr>
              <w:t xml:space="preserve"> </w:t>
            </w:r>
            <w:r>
              <w:rPr>
                <w:sz w:val="18"/>
              </w:rPr>
              <w:t>做坏事。</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表态</w:t>
            </w:r>
            <w:r>
              <w:rPr>
                <w:sz w:val="18"/>
              </w:rPr>
              <w:t xml:space="preserve"> </w:t>
            </w:r>
            <w:r>
              <w:rPr>
                <w:sz w:val="18"/>
              </w:rPr>
              <w:t>"</w:t>
            </w:r>
            <w:r>
              <w:rPr>
                <w:sz w:val="18"/>
              </w:rPr>
              <w:t xml:space="preserve"> </w:t>
            </w:r>
            <w:r>
              <w:rPr>
                <w:sz w:val="18"/>
              </w:rPr>
              <w:t>发自内心</w:t>
            </w:r>
            <w:r>
              <w:rPr>
                <w:sz w:val="18"/>
              </w:rPr>
              <w:t xml:space="preserve"> </w:t>
            </w:r>
            <w:r>
              <w:rPr>
                <w:sz w:val="18"/>
              </w:rPr>
              <w:t>"</w:t>
            </w:r>
            <w:r>
              <w:rPr>
                <w:sz w:val="18"/>
              </w:rPr>
              <w:t xml:space="preserve"> </w:t>
            </w:r>
            <w:r>
              <w:rPr>
                <w:sz w:val="18"/>
              </w:rPr>
              <w:t>还是</w:t>
            </w:r>
            <w:r>
              <w:rPr>
                <w:sz w:val="18"/>
              </w:rPr>
              <w:t xml:space="preserve"> </w:t>
            </w:r>
            <w:r>
              <w:rPr>
                <w:sz w:val="18"/>
              </w:rPr>
              <w:t>"</w:t>
            </w:r>
            <w:r>
              <w:rPr>
                <w:sz w:val="18"/>
              </w:rPr>
              <w:t xml:space="preserve"> </w:t>
            </w:r>
            <w:r>
              <w:rPr>
                <w:sz w:val="18"/>
              </w:rPr>
              <w:t>怕惩罚</w:t>
            </w:r>
            <w:r>
              <w:rPr>
                <w:sz w:val="18"/>
              </w:rPr>
              <w:t xml:space="preserve"> </w:t>
            </w:r>
            <w:r>
              <w:rPr>
                <w:sz w:val="18"/>
              </w:rPr>
              <w:t>"</w:t>
            </w:r>
            <w:r>
              <w:rPr>
                <w:sz w:val="18"/>
              </w:rPr>
              <w:t xml:space="preserve"> </w:t>
            </w:r>
            <w:r>
              <w:rPr>
                <w:sz w:val="18"/>
              </w:rPr>
              <w:t>；写一句话收束本课。</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推动规则内化，落到负责任的</w:t>
            </w:r>
            <w:r>
              <w:rPr>
                <w:sz w:val="18"/>
              </w:rPr>
              <w:t xml:space="preserve"> </w:t>
            </w:r>
            <w:r>
              <w:rPr>
                <w:sz w:val="18"/>
              </w:rPr>
              <w:t>AI</w:t>
            </w:r>
            <w:r>
              <w:rPr>
                <w:sz w:val="18"/>
              </w:rPr>
              <w:t xml:space="preserve"> </w:t>
            </w:r>
            <w:r>
              <w:rPr>
                <w:sz w:val="18"/>
              </w:rPr>
              <w:t>使用。</w:t>
            </w:r>
          </w:p>
        </w:tc>
      </w:tr>
    </w:tbl>
    <w:p>
      <w:pPr>
        <w:pStyle w:val="Heading3"/>
      </w:pPr>
      <w:r>
        <w:rPr>
          <w:rFonts w:ascii="微软雅黑" w:hAnsi="微软雅黑" w:eastAsia="微软雅黑" w:cs="微软雅黑" w:hint="eastAsia"/>
          <w:b w:val="0"/>
          <w:color w:val="1A237E"/>
          <w:sz w:val="20"/>
          <w:lang w:eastAsia="zh-CN"/>
        </w:rPr>
        <w:t>五、课堂互动设计（递进式）</w:t>
      </w:r>
    </w:p>
    <w:p>
      <w:pPr>
        <w:pStyle w:val="ListNumber"/>
        <w:numPr>
          <w:ilvl w:val="0"/>
          <w:numId w:val="41"/>
        </w:numPr>
        <w:spacing w:after="72"/>
      </w:pPr>
      <w:r>
        <w:rPr>
          <w:rFonts w:ascii="微软雅黑" w:eastAsia="微软雅黑" w:hAnsi="微软雅黑" w:cs="微软雅黑" w:hint="eastAsia"/>
          <w:b/>
          <w:lang w:eastAsia="zh-CN"/>
        </w:rPr>
        <w:t>导入互动（4分钟）·"人机对对碰"</w:t>
      </w:r>
      <w:r>
        <w:rPr>
          <w:rFonts w:ascii="微软雅黑" w:eastAsia="微软雅黑" w:hAnsi="微软雅黑" w:cs="微软雅黑" w:hint="eastAsia"/>
          <w:lang w:eastAsia="zh-CN"/>
        </w:rPr>
        <w:t>：出示人机对比图，学生快速说</w:t>
      </w:r>
      <w:r>
        <w:t>"</w:t>
      </w:r>
      <w:r>
        <w:rPr>
          <w:rFonts w:ascii="微软雅黑" w:eastAsia="微软雅黑" w:hAnsi="微软雅黑" w:cs="微软雅黑" w:hint="eastAsia"/>
          <w:lang w:eastAsia="zh-CN"/>
        </w:rPr>
        <w:t>人能</w:t>
      </w:r>
      <w:r>
        <w:t>___</w:t>
      </w:r>
      <w:r>
        <w:rPr>
          <w:rFonts w:ascii="微软雅黑" w:eastAsia="微软雅黑" w:hAnsi="微软雅黑" w:cs="微软雅黑" w:hint="eastAsia"/>
          <w:lang w:eastAsia="zh-CN"/>
        </w:rPr>
        <w:t>，机器人不能</w:t>
      </w:r>
      <w:r>
        <w:t>___"</w:t>
      </w:r>
      <w:r>
        <w:rPr>
          <w:rFonts w:ascii="微软雅黑" w:eastAsia="微软雅黑" w:hAnsi="微软雅黑" w:cs="微软雅黑" w:hint="eastAsia"/>
          <w:lang w:eastAsia="zh-CN"/>
        </w:rPr>
        <w:t>，教师板书关键词，热身并聚焦</w:t>
      </w:r>
      <w:r>
        <w:t>"</w:t>
      </w:r>
      <w:r>
        <w:rPr>
          <w:rFonts w:ascii="微软雅黑" w:eastAsia="微软雅黑" w:hAnsi="微软雅黑" w:cs="微软雅黑" w:hint="eastAsia"/>
          <w:lang w:eastAsia="zh-CN"/>
        </w:rPr>
        <w:t>感受</w:t>
      </w:r>
      <w:r>
        <w:t>"</w:t>
      </w:r>
      <w:r>
        <w:rPr>
          <w:rFonts w:ascii="微软雅黑" w:eastAsia="微软雅黑" w:hAnsi="微软雅黑" w:cs="微软雅黑" w:hint="eastAsia"/>
          <w:lang w:eastAsia="zh-CN"/>
        </w:rPr>
        <w:t>差异。</w:t>
      </w:r>
    </w:p>
    <w:p>
      <w:pPr>
        <w:pStyle w:val="ListNumber"/>
        <w:numPr>
          <w:ilvl w:val="0"/>
          <w:numId w:val="41"/>
        </w:numPr>
        <w:spacing w:after="72"/>
      </w:pPr>
      <w:r>
        <w:rPr>
          <w:rFonts w:ascii="微软雅黑" w:eastAsia="微软雅黑" w:hAnsi="微软雅黑" w:cs="微软雅黑" w:hint="eastAsia"/>
          <w:b/>
          <w:lang w:eastAsia="zh-CN"/>
        </w:rPr>
        <w:t>探究互动（15分钟）·两难辩论擂台</w:t>
      </w:r>
      <w:r>
        <w:rPr>
          <w:rFonts w:ascii="微软雅黑" w:eastAsia="微软雅黑" w:hAnsi="微软雅黑" w:cs="微软雅黑" w:hint="eastAsia"/>
          <w:lang w:eastAsia="zh-CN"/>
        </w:rPr>
        <w:t>：全班分</w:t>
      </w:r>
      <w:r>
        <w:t>"</w:t>
      </w:r>
      <w:r>
        <w:rPr>
          <w:rFonts w:ascii="微软雅黑" w:eastAsia="微软雅黑" w:hAnsi="微软雅黑" w:cs="微软雅黑" w:hint="eastAsia"/>
          <w:lang w:eastAsia="zh-CN"/>
        </w:rPr>
        <w:t>选</w:t>
      </w:r>
      <w:r>
        <w:t>A/</w:t>
      </w:r>
      <w:r>
        <w:rPr>
          <w:rFonts w:ascii="微软雅黑" w:eastAsia="微软雅黑" w:hAnsi="微软雅黑" w:cs="微软雅黑" w:hint="eastAsia"/>
          <w:lang w:eastAsia="zh-CN"/>
        </w:rPr>
        <w:t>选</w:t>
      </w:r>
      <w:r>
        <w:t>B""</w:t>
      </w:r>
      <w:r>
        <w:rPr>
          <w:rFonts w:ascii="微软雅黑" w:eastAsia="微软雅黑" w:hAnsi="微软雅黑" w:cs="微软雅黑" w:hint="eastAsia"/>
          <w:lang w:eastAsia="zh-CN"/>
        </w:rPr>
        <w:t>推</w:t>
      </w:r>
      <w:r>
        <w:t>/</w:t>
      </w:r>
      <w:r>
        <w:rPr>
          <w:rFonts w:ascii="微软雅黑" w:eastAsia="微软雅黑" w:hAnsi="微软雅黑" w:cs="微软雅黑" w:hint="eastAsia"/>
          <w:lang w:eastAsia="zh-CN"/>
        </w:rPr>
        <w:t>不推</w:t>
      </w:r>
      <w:r>
        <w:t>"</w:t>
      </w:r>
      <w:r>
        <w:rPr>
          <w:rFonts w:ascii="微软雅黑" w:eastAsia="微软雅黑" w:hAnsi="微软雅黑" w:cs="微软雅黑" w:hint="eastAsia"/>
          <w:lang w:eastAsia="zh-CN"/>
        </w:rPr>
        <w:t>正反方，每组派代表陈述</w:t>
      </w:r>
      <w:r>
        <w:t>1</w:t>
      </w:r>
      <w:r>
        <w:rPr>
          <w:rFonts w:ascii="微软雅黑" w:eastAsia="微软雅黑" w:hAnsi="微软雅黑" w:cs="微软雅黑" w:hint="eastAsia"/>
          <w:lang w:eastAsia="zh-CN"/>
        </w:rPr>
        <w:t>条理由，教师用双栏记录；规则版与推人版各一轮，训练有理有据表达。</w:t>
      </w:r>
    </w:p>
    <w:p>
      <w:pPr>
        <w:pStyle w:val="ListNumber"/>
        <w:numPr>
          <w:ilvl w:val="0"/>
          <w:numId w:val="41"/>
        </w:numPr>
        <w:spacing w:after="72"/>
      </w:pPr>
      <w:r>
        <w:rPr>
          <w:rFonts w:ascii="微软雅黑" w:eastAsia="微软雅黑" w:hAnsi="微软雅黑" w:cs="微软雅黑" w:hint="eastAsia"/>
          <w:b/>
          <w:lang w:eastAsia="zh-CN"/>
        </w:rPr>
        <w:t>应用互动（7分钟）·"如果我是机器人"角色扮演</w:t>
      </w:r>
      <w:r>
        <w:rPr>
          <w:rFonts w:ascii="微软雅黑" w:eastAsia="微软雅黑" w:hAnsi="微软雅黑" w:cs="微软雅黑" w:hint="eastAsia"/>
          <w:lang w:eastAsia="zh-CN"/>
        </w:rPr>
        <w:t>：三名学生分别面对</w:t>
      </w:r>
      <w:r>
        <w:t>"</w:t>
      </w:r>
      <w:r>
        <w:rPr>
          <w:rFonts w:ascii="微软雅黑" w:eastAsia="微软雅黑" w:hAnsi="微软雅黑" w:cs="微软雅黑" w:hint="eastAsia"/>
          <w:lang w:eastAsia="zh-CN"/>
        </w:rPr>
        <w:t>保护儿童</w:t>
      </w:r>
      <w:r>
        <w:t>/</w:t>
      </w:r>
      <w:r>
        <w:rPr>
          <w:rFonts w:ascii="微软雅黑" w:eastAsia="微软雅黑" w:hAnsi="微软雅黑" w:cs="微软雅黑" w:hint="eastAsia"/>
          <w:lang w:eastAsia="zh-CN"/>
        </w:rPr>
        <w:t>服从命令</w:t>
      </w:r>
      <w:r>
        <w:t>/</w:t>
      </w:r>
      <w:r>
        <w:rPr>
          <w:rFonts w:ascii="微软雅黑" w:eastAsia="微软雅黑" w:hAnsi="微软雅黑" w:cs="微软雅黑" w:hint="eastAsia"/>
          <w:lang w:eastAsia="zh-CN"/>
        </w:rPr>
        <w:t>自我保护</w:t>
      </w:r>
      <w:r>
        <w:t>"</w:t>
      </w:r>
      <w:r>
        <w:rPr>
          <w:rFonts w:ascii="微软雅黑" w:eastAsia="微软雅黑" w:hAnsi="微软雅黑" w:cs="微软雅黑" w:hint="eastAsia"/>
          <w:lang w:eastAsia="zh-CN"/>
        </w:rPr>
        <w:t>场景，判断是否符合三定律并说出哪条；其余同学当</w:t>
      </w:r>
      <w:r>
        <w:t>"</w:t>
      </w:r>
      <w:r>
        <w:rPr>
          <w:rFonts w:ascii="微软雅黑" w:eastAsia="微软雅黑" w:hAnsi="微软雅黑" w:cs="微软雅黑" w:hint="eastAsia"/>
          <w:lang w:eastAsia="zh-CN"/>
        </w:rPr>
        <w:t>评委</w:t>
      </w:r>
      <w:r>
        <w:t>"</w:t>
      </w:r>
      <w:r>
        <w:rPr>
          <w:rFonts w:ascii="微软雅黑" w:eastAsia="微软雅黑" w:hAnsi="微软雅黑" w:cs="微软雅黑" w:hint="eastAsia"/>
          <w:lang w:eastAsia="zh-CN"/>
        </w:rPr>
        <w:t>举牌判定。</w:t>
      </w:r>
    </w:p>
    <w:p>
      <w:pPr>
        <w:pStyle w:val="ListNumber"/>
        <w:numPr>
          <w:ilvl w:val="0"/>
          <w:numId w:val="41"/>
        </w:numPr>
        <w:spacing w:after="72"/>
      </w:pPr>
      <w:r>
        <w:rPr>
          <w:rFonts w:ascii="微软雅黑" w:eastAsia="微软雅黑" w:hAnsi="微软雅黑" w:cs="微软雅黑" w:hint="eastAsia"/>
          <w:b/>
          <w:lang w:eastAsia="zh-CN"/>
        </w:rPr>
        <w:t>总结互动（4分钟）·"我的道德法则"宣言</w:t>
      </w:r>
      <w:r>
        <w:rPr>
          <w:rFonts w:ascii="微软雅黑" w:eastAsia="微软雅黑" w:hAnsi="微软雅黑" w:cs="微软雅黑" w:hint="eastAsia"/>
          <w:lang w:eastAsia="zh-CN"/>
        </w:rPr>
        <w:t>：每人用一句话完成</w:t>
      </w:r>
      <w:r>
        <w:t>"</w:t>
      </w:r>
      <w:r>
        <w:rPr>
          <w:rFonts w:ascii="微软雅黑" w:eastAsia="微软雅黑" w:hAnsi="微软雅黑" w:cs="微软雅黑" w:hint="eastAsia"/>
          <w:lang w:eastAsia="zh-CN"/>
        </w:rPr>
        <w:t>我不用</w:t>
      </w:r>
      <w:r>
        <w:t xml:space="preserve"> AI </w:t>
      </w:r>
      <w:r>
        <w:rPr>
          <w:rFonts w:ascii="微软雅黑" w:eastAsia="微软雅黑" w:hAnsi="微软雅黑" w:cs="微软雅黑" w:hint="eastAsia"/>
          <w:lang w:eastAsia="zh-CN"/>
        </w:rPr>
        <w:t>做</w:t>
      </w:r>
      <w:r>
        <w:t>____</w:t>
      </w:r>
      <w:r>
        <w:rPr>
          <w:rFonts w:ascii="微软雅黑" w:eastAsia="微软雅黑" w:hAnsi="微软雅黑" w:cs="微软雅黑" w:hint="eastAsia"/>
          <w:lang w:eastAsia="zh-CN"/>
        </w:rPr>
        <w:t>，因为</w:t>
      </w:r>
      <w:r>
        <w:t>____"</w:t>
      </w:r>
      <w:r>
        <w:rPr>
          <w:rFonts w:ascii="微软雅黑" w:eastAsia="微软雅黑" w:hAnsi="微软雅黑" w:cs="微软雅黑" w:hint="eastAsia"/>
          <w:lang w:eastAsia="zh-CN"/>
        </w:rPr>
        <w:t>，贴成班级</w:t>
      </w:r>
      <w:r>
        <w:t xml:space="preserve">"AI </w:t>
      </w:r>
      <w:r>
        <w:rPr>
          <w:rFonts w:ascii="微软雅黑" w:eastAsia="微软雅黑" w:hAnsi="微软雅黑" w:cs="微软雅黑" w:hint="eastAsia"/>
          <w:lang w:eastAsia="zh-CN"/>
        </w:rPr>
        <w:t>向善墙</w:t>
      </w:r>
      <w:r>
        <w:t>"</w:t>
      </w:r>
      <w:r>
        <w:rPr>
          <w:rFonts w:ascii="微软雅黑" w:eastAsia="微软雅黑" w:hAnsi="微软雅黑" w:cs="微软雅黑" w:hint="eastAsia"/>
          <w:lang w:eastAsia="zh-CN"/>
        </w:rPr>
        <w:t>收束。</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电车难题规则版里，</w:t>
            </w:r>
            <w:r>
              <w:rPr>
                <w:sz w:val="18"/>
              </w:rPr>
              <w:t xml:space="preserve"> </w:t>
            </w:r>
            <w:r>
              <w:rPr>
                <w:sz w:val="18"/>
              </w:rPr>
              <w:t xml:space="preserve">A </w:t>
            </w:r>
            <w:r>
              <w:rPr>
                <w:sz w:val="18"/>
              </w:rPr>
              <w:t xml:space="preserve"> </w:t>
            </w:r>
            <w:r>
              <w:rPr>
                <w:sz w:val="18"/>
              </w:rPr>
              <w:t>轨道和</w:t>
            </w:r>
            <w:r>
              <w:rPr>
                <w:sz w:val="18"/>
              </w:rPr>
              <w:t xml:space="preserve"> </w:t>
            </w:r>
            <w:r>
              <w:rPr>
                <w:sz w:val="18"/>
              </w:rPr>
              <w:t xml:space="preserve"> B </w:t>
            </w:r>
            <w:r>
              <w:rPr>
                <w:sz w:val="18"/>
              </w:rPr>
              <w:t xml:space="preserve"> </w:t>
            </w:r>
            <w:r>
              <w:rPr>
                <w:sz w:val="18"/>
              </w:rPr>
              <w:t>轨道分别有几个人？你有几个选择？</w:t>
            </w:r>
            <w:r>
              <w:rPr>
                <w:sz w:val="18"/>
              </w:rPr>
              <w:t xml:space="preserve"> </w:t>
              <w:br/>
            </w:r>
            <w:r>
              <w:rPr>
                <w:sz w:val="18"/>
              </w:rPr>
              <w:t xml:space="preserve"> </w:t>
            </w:r>
            <w:r>
              <w:rPr>
                <w:sz w:val="18"/>
              </w:rPr>
              <w:t xml:space="preserve">2. </w:t>
            </w:r>
            <w:r>
              <w:rPr>
                <w:sz w:val="18"/>
              </w:rPr>
              <w:t xml:space="preserve"> </w:t>
            </w:r>
            <w:r>
              <w:rPr>
                <w:sz w:val="18"/>
              </w:rPr>
              <w:t>阿西莫夫机器人三定律分别讲了什么？（保护人／服从人／保护自己）</w:t>
            </w:r>
            <w:r>
              <w:rPr>
                <w:sz w:val="18"/>
              </w:rPr>
              <w:t xml:space="preserve"> </w:t>
              <w:br/>
            </w:r>
            <w:r>
              <w:rPr>
                <w:sz w:val="18"/>
              </w:rPr>
              <w:t xml:space="preserve"> </w:t>
            </w:r>
            <w:r>
              <w:rPr>
                <w:sz w:val="18"/>
              </w:rPr>
              <w:t xml:space="preserve">3. </w:t>
            </w:r>
            <w:r>
              <w:rPr>
                <w:sz w:val="18"/>
              </w:rPr>
              <w:t xml:space="preserve"> </w:t>
            </w:r>
            <w:r>
              <w:rPr>
                <w:sz w:val="18"/>
              </w:rPr>
              <w:t>人和机器人最大的区别是什么？（只有人才有感受）</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为什么很多人在</w:t>
            </w:r>
            <w:r>
              <w:rPr>
                <w:sz w:val="18"/>
              </w:rPr>
              <w:t xml:space="preserve"> </w:t>
            </w:r>
            <w:r>
              <w:rPr>
                <w:sz w:val="18"/>
              </w:rPr>
              <w:t>"</w:t>
            </w:r>
            <w:r>
              <w:rPr>
                <w:sz w:val="18"/>
              </w:rPr>
              <w:t xml:space="preserve"> </w:t>
            </w:r>
            <w:r>
              <w:rPr>
                <w:sz w:val="18"/>
              </w:rPr>
              <w:t>推人版</w:t>
            </w:r>
            <w:r>
              <w:rPr>
                <w:sz w:val="18"/>
              </w:rPr>
              <w:t xml:space="preserve"> </w:t>
            </w:r>
            <w:r>
              <w:rPr>
                <w:sz w:val="18"/>
              </w:rPr>
              <w:t>"</w:t>
            </w:r>
            <w:r>
              <w:rPr>
                <w:sz w:val="18"/>
              </w:rPr>
              <w:t xml:space="preserve"> </w:t>
            </w:r>
            <w:r>
              <w:rPr>
                <w:sz w:val="18"/>
              </w:rPr>
              <w:t>里不选推</w:t>
            </w:r>
            <w:r>
              <w:rPr>
                <w:sz w:val="18"/>
              </w:rPr>
              <w:t xml:space="preserve"> </w:t>
            </w:r>
            <w:r>
              <w:rPr>
                <w:sz w:val="18"/>
              </w:rPr>
              <w:t xml:space="preserve"> A</w:t>
            </w:r>
            <w:r>
              <w:rPr>
                <w:sz w:val="18"/>
              </w:rPr>
              <w:t xml:space="preserve"> </w:t>
            </w:r>
            <w:r>
              <w:rPr>
                <w:sz w:val="18"/>
              </w:rPr>
              <w:t>，哪怕能救更多人？</w:t>
            </w:r>
            <w:r>
              <w:rPr>
                <w:sz w:val="18"/>
              </w:rPr>
              <w:t xml:space="preserve"> </w:t>
              <w:br/>
            </w:r>
            <w:r>
              <w:rPr>
                <w:sz w:val="18"/>
              </w:rPr>
              <w:t xml:space="preserve"> </w:t>
            </w:r>
            <w:r>
              <w:rPr>
                <w:sz w:val="18"/>
              </w:rPr>
              <w:t xml:space="preserve">2. </w:t>
            </w:r>
            <w:r>
              <w:rPr>
                <w:sz w:val="18"/>
              </w:rPr>
              <w:t xml:space="preserve"> </w:t>
            </w:r>
            <w:r>
              <w:rPr>
                <w:sz w:val="18"/>
              </w:rPr>
              <w:t>为什么说</w:t>
            </w:r>
            <w:r>
              <w:rPr>
                <w:sz w:val="18"/>
              </w:rPr>
              <w:t xml:space="preserve"> </w:t>
            </w:r>
            <w:r>
              <w:rPr>
                <w:sz w:val="18"/>
              </w:rPr>
              <w:t>"</w:t>
            </w:r>
            <w:r>
              <w:rPr>
                <w:sz w:val="18"/>
              </w:rPr>
              <w:t xml:space="preserve"> </w:t>
            </w:r>
            <w:r>
              <w:rPr>
                <w:sz w:val="18"/>
              </w:rPr>
              <w:t>做好事不能有理由</w:t>
            </w:r>
            <w:r>
              <w:rPr>
                <w:sz w:val="18"/>
              </w:rPr>
              <w:t xml:space="preserve"> </w:t>
            </w:r>
            <w:r>
              <w:rPr>
                <w:sz w:val="18"/>
              </w:rPr>
              <w:t>"</w:t>
            </w:r>
            <w:r>
              <w:rPr>
                <w:sz w:val="18"/>
              </w:rPr>
              <w:t xml:space="preserve"> </w:t>
            </w:r>
            <w:r>
              <w:rPr>
                <w:sz w:val="18"/>
              </w:rPr>
              <w:t>，出于奖励做好事不算真善？</w:t>
            </w:r>
            <w:r>
              <w:rPr>
                <w:sz w:val="18"/>
              </w:rPr>
              <w:t xml:space="preserve"> </w:t>
              <w:br/>
            </w:r>
            <w:r>
              <w:rPr>
                <w:sz w:val="18"/>
              </w:rPr>
              <w:t xml:space="preserve"> </w:t>
            </w:r>
            <w:r>
              <w:rPr>
                <w:sz w:val="18"/>
              </w:rPr>
              <w:t xml:space="preserve">3. </w:t>
            </w:r>
            <w:r>
              <w:rPr>
                <w:sz w:val="18"/>
              </w:rPr>
              <w:t xml:space="preserve"> </w:t>
            </w:r>
            <w:r>
              <w:rPr>
                <w:sz w:val="18"/>
              </w:rPr>
              <w:t>合格机器人为何该选</w:t>
            </w:r>
            <w:r>
              <w:rPr>
                <w:sz w:val="18"/>
              </w:rPr>
              <w:t xml:space="preserve"> </w:t>
            </w:r>
            <w:r>
              <w:rPr>
                <w:sz w:val="18"/>
              </w:rPr>
              <w:t xml:space="preserve"> B </w:t>
            </w:r>
            <w:r>
              <w:rPr>
                <w:sz w:val="18"/>
              </w:rPr>
              <w:t xml:space="preserve"> </w:t>
            </w:r>
            <w:r>
              <w:rPr>
                <w:sz w:val="18"/>
              </w:rPr>
              <w:t>却</w:t>
            </w:r>
            <w:r>
              <w:rPr>
                <w:sz w:val="18"/>
              </w:rPr>
              <w:t xml:space="preserve"> </w:t>
            </w:r>
            <w:r>
              <w:rPr>
                <w:sz w:val="18"/>
              </w:rPr>
              <w:t>"</w:t>
            </w:r>
            <w:r>
              <w:rPr>
                <w:sz w:val="18"/>
              </w:rPr>
              <w:t xml:space="preserve"> </w:t>
            </w:r>
            <w:r>
              <w:rPr>
                <w:sz w:val="18"/>
              </w:rPr>
              <w:t>不会选推人</w:t>
            </w:r>
            <w:r>
              <w:rPr>
                <w:sz w:val="18"/>
              </w:rPr>
              <w:t xml:space="preserve"> </w:t>
            </w:r>
            <w:r>
              <w:rPr>
                <w:sz w:val="18"/>
              </w:rPr>
              <w:t>"</w:t>
            </w:r>
            <w:r>
              <w:rPr>
                <w:sz w:val="18"/>
              </w:rPr>
              <w:t xml:space="preserve"> </w:t>
            </w:r>
            <w:r>
              <w:rPr>
                <w:sz w:val="18"/>
              </w:rPr>
              <w:t>？这说明了什么？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r>
              <w:rPr>
                <w:sz w:val="18"/>
              </w:rPr>
              <w:t xml:space="preserve"> </w:t>
            </w:r>
            <w:r>
              <w:rPr>
                <w:sz w:val="18"/>
              </w:rPr>
              <w:t>/</w:t>
            </w:r>
            <w:r>
              <w:rPr>
                <w:sz w:val="18"/>
              </w:rPr>
              <w:t xml:space="preserve"> </w:t>
            </w:r>
            <w:r>
              <w:rPr>
                <w:sz w:val="18"/>
              </w:rPr>
              <w:t>如果是你）</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如果让你给家里的扫地机器人加一条</w:t>
            </w:r>
            <w:r>
              <w:rPr>
                <w:sz w:val="18"/>
              </w:rPr>
              <w:t xml:space="preserve"> </w:t>
            </w:r>
            <w:r>
              <w:rPr>
                <w:sz w:val="18"/>
              </w:rPr>
              <w:t>"</w:t>
            </w:r>
            <w:r>
              <w:rPr>
                <w:sz w:val="18"/>
              </w:rPr>
              <w:t xml:space="preserve"> </w:t>
            </w:r>
            <w:r>
              <w:rPr>
                <w:sz w:val="18"/>
              </w:rPr>
              <w:t>道德法则</w:t>
            </w:r>
            <w:r>
              <w:rPr>
                <w:sz w:val="18"/>
              </w:rPr>
              <w:t xml:space="preserve"> </w:t>
            </w:r>
            <w:r>
              <w:rPr>
                <w:sz w:val="18"/>
              </w:rPr>
              <w:t>"</w:t>
            </w:r>
            <w:r>
              <w:rPr>
                <w:sz w:val="18"/>
              </w:rPr>
              <w:t xml:space="preserve"> </w:t>
            </w:r>
            <w:r>
              <w:rPr>
                <w:sz w:val="18"/>
              </w:rPr>
              <w:t>，你会加什么？为什么？</w:t>
            </w:r>
            <w:r>
              <w:rPr>
                <w:sz w:val="18"/>
              </w:rPr>
              <w:t xml:space="preserve"> </w:t>
              <w:br/>
            </w:r>
            <w:r>
              <w:rPr>
                <w:sz w:val="18"/>
              </w:rPr>
              <w:t xml:space="preserve"> </w:t>
            </w:r>
            <w:r>
              <w:rPr>
                <w:sz w:val="18"/>
              </w:rPr>
              <w:t xml:space="preserve">2. </w:t>
            </w:r>
            <w:r>
              <w:rPr>
                <w:sz w:val="18"/>
              </w:rPr>
              <w:t xml:space="preserve"> </w:t>
            </w:r>
            <w:r>
              <w:rPr>
                <w:sz w:val="18"/>
              </w:rPr>
              <w:t>你用</w:t>
            </w:r>
            <w:r>
              <w:rPr>
                <w:sz w:val="18"/>
              </w:rPr>
              <w:t xml:space="preserve"> </w:t>
            </w:r>
            <w:r>
              <w:rPr>
                <w:sz w:val="18"/>
              </w:rPr>
              <w:t xml:space="preserve"> AI </w:t>
            </w:r>
            <w:r>
              <w:rPr>
                <w:sz w:val="18"/>
              </w:rPr>
              <w:t xml:space="preserve"> </w:t>
            </w:r>
            <w:r>
              <w:rPr>
                <w:sz w:val="18"/>
              </w:rPr>
              <w:t>时，有没有可能</w:t>
            </w:r>
            <w:r>
              <w:rPr>
                <w:sz w:val="18"/>
              </w:rPr>
              <w:t xml:space="preserve"> </w:t>
            </w:r>
            <w:r>
              <w:rPr>
                <w:sz w:val="18"/>
              </w:rPr>
              <w:t>"</w:t>
            </w:r>
            <w:r>
              <w:rPr>
                <w:sz w:val="18"/>
              </w:rPr>
              <w:t xml:space="preserve"> </w:t>
            </w:r>
            <w:r>
              <w:rPr>
                <w:sz w:val="18"/>
              </w:rPr>
              <w:t>用</w:t>
            </w:r>
            <w:r>
              <w:rPr>
                <w:sz w:val="18"/>
              </w:rPr>
              <w:t xml:space="preserve"> </w:t>
            </w:r>
            <w:r>
              <w:rPr>
                <w:sz w:val="18"/>
              </w:rPr>
              <w:t xml:space="preserve"> AI </w:t>
            </w:r>
            <w:r>
              <w:rPr>
                <w:sz w:val="18"/>
              </w:rPr>
              <w:t xml:space="preserve"> </w:t>
            </w:r>
            <w:r>
              <w:rPr>
                <w:sz w:val="18"/>
              </w:rPr>
              <w:t>做坏事</w:t>
            </w:r>
            <w:r>
              <w:rPr>
                <w:sz w:val="18"/>
              </w:rPr>
              <w:t xml:space="preserve"> </w:t>
            </w:r>
            <w:r>
              <w:rPr>
                <w:sz w:val="18"/>
              </w:rPr>
              <w:t>"</w:t>
            </w:r>
            <w:r>
              <w:rPr>
                <w:sz w:val="18"/>
              </w:rPr>
              <w:t xml:space="preserve"> </w:t>
            </w:r>
            <w:r>
              <w:rPr>
                <w:sz w:val="18"/>
              </w:rPr>
              <w:t>？怎样避免？</w:t>
            </w:r>
            <w:r>
              <w:rPr>
                <w:sz w:val="18"/>
              </w:rPr>
              <w:t xml:space="preserve"> </w:t>
              <w:br/>
            </w:r>
            <w:r>
              <w:rPr>
                <w:sz w:val="18"/>
              </w:rPr>
              <w:t xml:space="preserve"> </w:t>
            </w:r>
            <w:r>
              <w:rPr>
                <w:sz w:val="18"/>
              </w:rPr>
              <w:t xml:space="preserve">3. </w:t>
            </w:r>
            <w:r>
              <w:rPr>
                <w:sz w:val="18"/>
              </w:rPr>
              <w:t xml:space="preserve"> </w:t>
            </w:r>
            <w:r>
              <w:rPr>
                <w:sz w:val="18"/>
              </w:rPr>
              <w:t>如果我是机器人，我会把哪条定律放在心里？请写一段话说明理由。</w:t>
            </w:r>
          </w:p>
        </w:tc>
      </w:tr>
    </w:tbl>
    <w:p>
      <w:pPr>
        <w:pStyle w:val="Heading3"/>
      </w:pPr>
      <w:r>
        <w:rPr>
          <w:rFonts w:ascii="微软雅黑" w:hAnsi="微软雅黑" w:eastAsia="微软雅黑" w:cs="微软雅黑" w:hint="eastAsia"/>
          <w:b w:val="0"/>
          <w:color w:val="1A237E"/>
          <w:sz w:val="20"/>
          <w:lang w:eastAsia="zh-CN"/>
        </w:rPr>
        <w:t>七、板书设计（文字描述布局）</w:t>
      </w:r>
    </w:p>
    <w:p>
      <w:pPr>
        <w:pStyle w:val="ListBullet"/>
        <w:spacing w:after="72"/>
      </w:pPr>
      <w:r>
        <w:rPr>
          <w:rFonts w:ascii="微软雅黑" w:eastAsia="微软雅黑" w:hAnsi="微软雅黑" w:cs="微软雅黑" w:hint="eastAsia"/>
          <w:b/>
          <w:lang w:eastAsia="zh-CN"/>
        </w:rPr>
        <w:t>左区（驱动问题）</w:t>
      </w:r>
      <w:r>
        <w:rPr>
          <w:rFonts w:ascii="微软雅黑" w:eastAsia="微软雅黑" w:hAnsi="微软雅黑" w:cs="微软雅黑" w:hint="eastAsia"/>
          <w:lang w:eastAsia="zh-CN"/>
        </w:rPr>
        <w:t>：大字</w:t>
      </w:r>
      <w:r>
        <w:t>"</w:t>
      </w:r>
      <w:r>
        <w:rPr>
          <w:rFonts w:ascii="微软雅黑" w:eastAsia="微软雅黑" w:hAnsi="微软雅黑" w:cs="微软雅黑" w:hint="eastAsia"/>
          <w:lang w:eastAsia="zh-CN"/>
        </w:rPr>
        <w:t>人类究竟应该如何与人工智能相处？</w:t>
      </w:r>
      <w:r>
        <w:t>"</w:t>
      </w:r>
      <w:r>
        <w:rPr>
          <w:rFonts w:ascii="微软雅黑" w:eastAsia="微软雅黑" w:hAnsi="微软雅黑" w:cs="微软雅黑" w:hint="eastAsia"/>
          <w:lang w:eastAsia="zh-CN"/>
        </w:rPr>
        <w:t>旁注：</w:t>
      </w:r>
      <w:r>
        <w:t xml:space="preserve">"AI </w:t>
      </w:r>
      <w:r>
        <w:rPr>
          <w:rFonts w:ascii="微软雅黑" w:eastAsia="微软雅黑" w:hAnsi="微软雅黑" w:cs="微软雅黑" w:hint="eastAsia"/>
          <w:lang w:eastAsia="zh-CN"/>
        </w:rPr>
        <w:t>越先进，伦理教育越重要。</w:t>
      </w:r>
      <w:r>
        <w:t>"</w:t>
      </w:r>
    </w:p>
    <w:p>
      <w:pPr>
        <w:pStyle w:val="ListBullet"/>
        <w:spacing w:after="72"/>
      </w:pPr>
      <w:r>
        <w:rPr>
          <w:rFonts w:ascii="微软雅黑" w:eastAsia="微软雅黑" w:hAnsi="微软雅黑" w:cs="微软雅黑" w:hint="eastAsia"/>
          <w:b/>
          <w:lang w:eastAsia="zh-CN"/>
        </w:rPr>
        <w:t>中区（电车难题）</w:t>
      </w:r>
      <w:r>
        <w:rPr>
          <w:rFonts w:ascii="微软雅黑" w:eastAsia="微软雅黑" w:hAnsi="微软雅黑" w:cs="微软雅黑" w:hint="eastAsia"/>
          <w:lang w:eastAsia="zh-CN"/>
        </w:rPr>
        <w:t>：画</w:t>
      </w:r>
      <w:r>
        <w:t xml:space="preserve"> A </w:t>
      </w:r>
      <w:r>
        <w:rPr>
          <w:rFonts w:ascii="微软雅黑" w:eastAsia="微软雅黑" w:hAnsi="微软雅黑" w:cs="微软雅黑" w:hint="eastAsia"/>
          <w:lang w:eastAsia="zh-CN"/>
        </w:rPr>
        <w:t>轨道</w:t>
      </w:r>
      <w:r>
        <w:t>(5</w:t>
      </w:r>
      <w:r>
        <w:rPr>
          <w:rFonts w:ascii="微软雅黑" w:eastAsia="微软雅黑" w:hAnsi="微软雅黑" w:cs="微软雅黑" w:hint="eastAsia"/>
          <w:lang w:eastAsia="zh-CN"/>
        </w:rPr>
        <w:t>人</w:t>
      </w:r>
      <w:r>
        <w:t xml:space="preserve">)/B </w:t>
      </w:r>
      <w:r>
        <w:rPr>
          <w:rFonts w:ascii="微软雅黑" w:eastAsia="微软雅黑" w:hAnsi="微软雅黑" w:cs="微软雅黑" w:hint="eastAsia"/>
          <w:lang w:eastAsia="zh-CN"/>
        </w:rPr>
        <w:t>轨道</w:t>
      </w:r>
      <w:r>
        <w:t>(1</w:t>
      </w: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与桥上推人图；双栏记录学生选择理由；标注金句：</w:t>
      </w:r>
      <w:r>
        <w:t>"</w:t>
      </w:r>
      <w:r>
        <w:rPr>
          <w:rFonts w:ascii="微软雅黑" w:eastAsia="微软雅黑" w:hAnsi="微软雅黑" w:cs="微软雅黑" w:hint="eastAsia"/>
          <w:lang w:eastAsia="zh-CN"/>
        </w:rPr>
        <w:t>做好事不能有理由。</w:t>
      </w:r>
      <w:r>
        <w:t>"</w:t>
      </w:r>
    </w:p>
    <w:p>
      <w:pPr>
        <w:pStyle w:val="ListBullet"/>
        <w:spacing w:after="72"/>
      </w:pPr>
      <w:r>
        <w:rPr>
          <w:rFonts w:ascii="微软雅黑" w:eastAsia="微软雅黑" w:hAnsi="微软雅黑" w:cs="微软雅黑" w:hint="eastAsia"/>
          <w:b/>
          <w:lang w:eastAsia="zh-CN"/>
        </w:rPr>
        <w:t>右上（人机区别）</w:t>
      </w:r>
      <w:r>
        <w:rPr>
          <w:rFonts w:ascii="微软雅黑" w:eastAsia="微软雅黑" w:hAnsi="微软雅黑" w:cs="微软雅黑" w:hint="eastAsia"/>
          <w:lang w:eastAsia="zh-CN"/>
        </w:rPr>
        <w:t>：对比图注</w:t>
      </w:r>
      <w:r>
        <w:t>"</w:t>
      </w:r>
      <w:r>
        <w:rPr>
          <w:rFonts w:ascii="微软雅黑" w:eastAsia="微软雅黑" w:hAnsi="微软雅黑" w:cs="微软雅黑" w:hint="eastAsia"/>
          <w:lang w:eastAsia="zh-CN"/>
        </w:rPr>
        <w:t>只有人才有感受／人笑因多巴胺，机器人不会</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合格机器人选</w:t>
      </w:r>
      <w:r>
        <w:t>B</w:t>
      </w:r>
      <w:r>
        <w:rPr>
          <w:rFonts w:ascii="微软雅黑" w:eastAsia="微软雅黑" w:hAnsi="微软雅黑" w:cs="微软雅黑" w:hint="eastAsia"/>
          <w:lang w:eastAsia="zh-CN"/>
        </w:rPr>
        <w:t>，但不推人</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右下（三定律）</w:t>
      </w:r>
      <w:r>
        <w:rPr>
          <w:rFonts w:ascii="微软雅黑" w:eastAsia="微软雅黑" w:hAnsi="微软雅黑" w:cs="微软雅黑" w:hint="eastAsia"/>
          <w:lang w:eastAsia="zh-CN"/>
        </w:rPr>
        <w:t>：三条定律编号列出；底部强调：</w:t>
      </w:r>
      <w:r>
        <w:t>"</w:t>
      </w:r>
      <w:r>
        <w:rPr>
          <w:rFonts w:ascii="微软雅黑" w:eastAsia="微软雅黑" w:hAnsi="微软雅黑" w:cs="微软雅黑" w:hint="eastAsia"/>
          <w:lang w:eastAsia="zh-CN"/>
        </w:rPr>
        <w:t>不是因为害怕惩罚，是发自内心地认这个理儿。不要用</w:t>
      </w:r>
      <w:r>
        <w:t xml:space="preserve"> AI </w:t>
      </w:r>
      <w:r>
        <w:rPr>
          <w:rFonts w:ascii="微软雅黑" w:eastAsia="微软雅黑" w:hAnsi="微软雅黑" w:cs="微软雅黑" w:hint="eastAsia"/>
          <w:lang w:eastAsia="zh-CN"/>
        </w:rPr>
        <w:t>做坏事。</w:t>
      </w:r>
      <w: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基础层</w:t>
      </w:r>
      <w:r>
        <w:rPr>
          <w:rFonts w:ascii="微软雅黑" w:eastAsia="微软雅黑" w:hAnsi="微软雅黑" w:cs="微软雅黑" w:hint="eastAsia"/>
          <w:lang w:eastAsia="zh-CN"/>
        </w:rPr>
        <w:t>：把机器人三定律抄写一遍，并各画一个小图表示</w:t>
      </w:r>
      <w:r>
        <w:t>"</w:t>
      </w:r>
      <w:r>
        <w:rPr>
          <w:rFonts w:ascii="微软雅黑" w:eastAsia="微软雅黑" w:hAnsi="微软雅黑" w:cs="微软雅黑" w:hint="eastAsia"/>
          <w:lang w:eastAsia="zh-CN"/>
        </w:rPr>
        <w:t>保护人、服从人、保护自己</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提高层</w:t>
      </w:r>
      <w:r>
        <w:rPr>
          <w:rFonts w:ascii="微软雅黑" w:eastAsia="微软雅黑" w:hAnsi="微软雅黑" w:cs="微软雅黑" w:hint="eastAsia"/>
          <w:lang w:eastAsia="zh-CN"/>
        </w:rPr>
        <w:t>：和爸妈讨论</w:t>
      </w:r>
      <w:r>
        <w:t>"</w:t>
      </w:r>
      <w:r>
        <w:rPr>
          <w:rFonts w:ascii="微软雅黑" w:eastAsia="微软雅黑" w:hAnsi="微软雅黑" w:cs="微软雅黑" w:hint="eastAsia"/>
          <w:lang w:eastAsia="zh-CN"/>
        </w:rPr>
        <w:t>路边捡到钱没人看见，你会怎么做</w:t>
      </w:r>
      <w:r>
        <w:t>"</w:t>
      </w:r>
      <w:r>
        <w:rPr>
          <w:rFonts w:ascii="微软雅黑" w:eastAsia="微软雅黑" w:hAnsi="微软雅黑" w:cs="微软雅黑" w:hint="eastAsia"/>
          <w:lang w:eastAsia="zh-CN"/>
        </w:rPr>
        <w:t>，写下你的理由；再观察一件家里的</w:t>
      </w:r>
      <w:r>
        <w:t xml:space="preserve"> AI </w:t>
      </w:r>
      <w:r>
        <w:rPr>
          <w:rFonts w:ascii="微软雅黑" w:eastAsia="微软雅黑" w:hAnsi="微软雅黑" w:cs="微软雅黑" w:hint="eastAsia"/>
          <w:lang w:eastAsia="zh-CN"/>
        </w:rPr>
        <w:t>产品，想想它符合</w:t>
      </w:r>
      <w:r>
        <w:t>"</w:t>
      </w:r>
      <w:r>
        <w:rPr>
          <w:rFonts w:ascii="微软雅黑" w:eastAsia="微软雅黑" w:hAnsi="微软雅黑" w:cs="微软雅黑" w:hint="eastAsia"/>
          <w:lang w:eastAsia="zh-CN"/>
        </w:rPr>
        <w:t>不伤害人类</w:t>
      </w:r>
      <w:r>
        <w:t>"</w:t>
      </w:r>
      <w:r>
        <w:rPr>
          <w:rFonts w:ascii="微软雅黑" w:eastAsia="微软雅黑" w:hAnsi="微软雅黑" w:cs="微软雅黑" w:hint="eastAsia"/>
          <w:lang w:eastAsia="zh-CN"/>
        </w:rPr>
        <w:t>吗。</w:t>
      </w:r>
    </w:p>
    <w:p>
      <w:pPr>
        <w:pStyle w:val="ListBullet"/>
        <w:spacing w:after="72"/>
      </w:pPr>
      <w:r>
        <w:rPr>
          <w:rFonts w:ascii="微软雅黑" w:eastAsia="微软雅黑" w:hAnsi="微软雅黑" w:cs="微软雅黑" w:hint="eastAsia"/>
          <w:b/>
          <w:lang w:eastAsia="zh-CN"/>
        </w:rPr>
        <w:t>挑战层</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如果我是机器人，我会把哪条定律放在心里</w:t>
      </w:r>
      <w:r>
        <w:t>"</w:t>
      </w:r>
      <w:r>
        <w:rPr>
          <w:rFonts w:ascii="微软雅黑" w:eastAsia="微软雅黑" w:hAnsi="微软雅黑" w:cs="微软雅黑" w:hint="eastAsia"/>
          <w:lang w:eastAsia="zh-CN"/>
        </w:rPr>
        <w:t>为题写一段话（对接语文表达），并回家观察一件</w:t>
      </w:r>
      <w:r>
        <w:t xml:space="preserve"> AI </w:t>
      </w:r>
      <w:r>
        <w:rPr>
          <w:rFonts w:ascii="微软雅黑" w:eastAsia="微软雅黑" w:hAnsi="微软雅黑" w:cs="微软雅黑" w:hint="eastAsia"/>
          <w:lang w:eastAsia="zh-CN"/>
        </w:rPr>
        <w:t>产品，思考它是否符合</w:t>
      </w:r>
      <w:r>
        <w:t>"</w:t>
      </w:r>
      <w:r>
        <w:rPr>
          <w:rFonts w:ascii="微软雅黑" w:eastAsia="微软雅黑" w:hAnsi="微软雅黑" w:cs="微软雅黑" w:hint="eastAsia"/>
          <w:lang w:eastAsia="zh-CN"/>
        </w:rPr>
        <w:t>不伤害人类</w:t>
      </w:r>
      <w:r>
        <w:t>"</w:t>
      </w:r>
      <w:r>
        <w:rPr>
          <w:rFonts w:ascii="微软雅黑" w:eastAsia="微软雅黑" w:hAnsi="微软雅黑" w:cs="微软雅黑" w:hint="eastAsia"/>
          <w:lang w:eastAsia="zh-CN"/>
        </w:rPr>
        <w:t>的原则，做成小报告。</w:t>
      </w:r>
    </w:p>
    <w:p>
      <w:pPr>
        <w:pStyle w:val="Heading3"/>
      </w:pPr>
      <w:r>
        <w:rPr>
          <w:rFonts w:ascii="微软雅黑" w:hAnsi="微软雅黑" w:eastAsia="微软雅黑" w:cs="微软雅黑" w:hint="eastAsia"/>
          <w:b w:val="0"/>
          <w:color w:val="1A237E"/>
          <w:sz w:val="20"/>
          <w:lang w:eastAsia="zh-CN"/>
        </w:rPr>
        <w:t>九、教学评价（观察点清单）</w:t>
      </w:r>
    </w:p>
    <w:p>
      <w:pPr>
        <w:pStyle w:val="ListNumber"/>
        <w:numPr>
          <w:ilvl w:val="0"/>
          <w:numId w:val="42"/>
        </w:numPr>
        <w:spacing w:after="72"/>
      </w:pPr>
      <w:r>
        <w:rPr>
          <w:rFonts w:ascii="微软雅黑" w:eastAsia="微软雅黑" w:hAnsi="微软雅黑" w:cs="微软雅黑" w:hint="eastAsia"/>
          <w:lang w:eastAsia="zh-CN"/>
        </w:rPr>
        <w:t>能复述电车难题两版本情境并说明自己的选择及理由（</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42"/>
        </w:numPr>
        <w:spacing w:after="72"/>
      </w:pPr>
      <w:r>
        <w:rPr>
          <w:rFonts w:ascii="微软雅黑" w:eastAsia="微软雅黑" w:hAnsi="微软雅黑" w:cs="微软雅黑" w:hint="eastAsia"/>
          <w:lang w:eastAsia="zh-CN"/>
        </w:rPr>
        <w:t>能准确说出机器人三定律三条内容（</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42"/>
        </w:numPr>
        <w:spacing w:after="72"/>
      </w:pPr>
      <w:r>
        <w:rPr>
          <w:rFonts w:ascii="微软雅黑" w:eastAsia="微软雅黑" w:hAnsi="微软雅黑" w:cs="微软雅黑" w:hint="eastAsia"/>
          <w:lang w:eastAsia="zh-CN"/>
        </w:rPr>
        <w:t>能归纳</w:t>
      </w:r>
      <w:r>
        <w:t>"</w:t>
      </w:r>
      <w:r>
        <w:rPr>
          <w:rFonts w:ascii="微软雅黑" w:eastAsia="微软雅黑" w:hAnsi="微软雅黑" w:cs="微软雅黑" w:hint="eastAsia"/>
          <w:lang w:eastAsia="zh-CN"/>
        </w:rPr>
        <w:t>人类有主观感受、机器人只有模拟行为</w:t>
      </w:r>
      <w:r>
        <w:t>"</w:t>
      </w:r>
      <w:r>
        <w:rPr>
          <w:rFonts w:ascii="微软雅黑" w:eastAsia="微软雅黑" w:hAnsi="微软雅黑" w:cs="微软雅黑" w:hint="eastAsia"/>
          <w:lang w:eastAsia="zh-CN"/>
        </w:rPr>
        <w:t>的本质区别（</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42"/>
        </w:numPr>
        <w:spacing w:after="72"/>
      </w:pPr>
      <w:r>
        <w:rPr>
          <w:rFonts w:ascii="微软雅黑" w:eastAsia="微软雅黑" w:hAnsi="微软雅黑" w:cs="微软雅黑" w:hint="eastAsia"/>
          <w:lang w:eastAsia="zh-CN"/>
        </w:rPr>
        <w:t>能辨析</w:t>
      </w:r>
      <w:r>
        <w:t>"</w:t>
      </w:r>
      <w:r>
        <w:rPr>
          <w:rFonts w:ascii="微软雅黑" w:eastAsia="微软雅黑" w:hAnsi="微软雅黑" w:cs="微软雅黑" w:hint="eastAsia"/>
          <w:lang w:eastAsia="zh-CN"/>
        </w:rPr>
        <w:t>真正道德</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为奖励</w:t>
      </w:r>
      <w:r>
        <w:t>/</w:t>
      </w:r>
      <w:r>
        <w:rPr>
          <w:rFonts w:ascii="微软雅黑" w:eastAsia="微软雅黑" w:hAnsi="微软雅黑" w:cs="微软雅黑" w:hint="eastAsia"/>
          <w:lang w:eastAsia="zh-CN"/>
        </w:rPr>
        <w:t>怕惩罚而做好事</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ListNumber"/>
        <w:numPr>
          <w:ilvl w:val="0"/>
          <w:numId w:val="42"/>
        </w:numPr>
        <w:spacing w:after="72"/>
      </w:pPr>
      <w:r>
        <w:rPr>
          <w:rFonts w:ascii="微软雅黑" w:eastAsia="微软雅黑" w:hAnsi="微软雅黑" w:cs="微软雅黑" w:hint="eastAsia"/>
          <w:lang w:eastAsia="zh-CN"/>
        </w:rPr>
        <w:t>能表达</w:t>
      </w:r>
      <w:r>
        <w:t>"</w:t>
      </w:r>
      <w:r>
        <w:rPr>
          <w:rFonts w:ascii="微软雅黑" w:eastAsia="微软雅黑" w:hAnsi="微软雅黑" w:cs="微软雅黑" w:hint="eastAsia"/>
          <w:lang w:eastAsia="zh-CN"/>
        </w:rPr>
        <w:t>负责任使用</w:t>
      </w:r>
      <w:r>
        <w:t xml:space="preserve"> AI</w:t>
      </w:r>
      <w:r>
        <w:rPr>
          <w:rFonts w:ascii="微软雅黑" w:eastAsia="微软雅黑" w:hAnsi="微软雅黑" w:cs="微软雅黑" w:hint="eastAsia"/>
          <w:lang w:eastAsia="zh-CN"/>
        </w:rPr>
        <w:t>、不用</w:t>
      </w:r>
      <w:r>
        <w:t xml:space="preserve"> AI </w:t>
      </w:r>
      <w:r>
        <w:rPr>
          <w:rFonts w:ascii="微软雅黑" w:eastAsia="微软雅黑" w:hAnsi="微软雅黑" w:cs="微软雅黑" w:hint="eastAsia"/>
          <w:lang w:eastAsia="zh-CN"/>
        </w:rPr>
        <w:t>做坏事</w:t>
      </w:r>
      <w:r>
        <w:t>"</w:t>
      </w:r>
      <w:r>
        <w:rPr>
          <w:rFonts w:ascii="微软雅黑" w:eastAsia="微软雅黑" w:hAnsi="微软雅黑" w:cs="微软雅黑" w:hint="eastAsia"/>
          <w:lang w:eastAsia="zh-CN"/>
        </w:rPr>
        <w:t>的意愿（</w:t>
      </w:r>
      <w:r>
        <w:t>□</w:t>
      </w:r>
      <w:r>
        <w:rPr>
          <w:rFonts w:ascii="微软雅黑" w:eastAsia="微软雅黑" w:hAnsi="微软雅黑" w:cs="微软雅黑" w:hint="eastAsia"/>
          <w:lang w:eastAsia="zh-CN"/>
        </w:rPr>
        <w:t>达成</w:t>
      </w:r>
      <w:r>
        <w:t xml:space="preserve"> □</w:t>
      </w:r>
      <w:r>
        <w:rPr>
          <w:rFonts w:ascii="微软雅黑" w:eastAsia="微软雅黑" w:hAnsi="微软雅黑" w:cs="微软雅黑" w:hint="eastAsia"/>
          <w:lang w:eastAsia="zh-CN"/>
        </w:rPr>
        <w:t>部分达成</w:t>
      </w:r>
      <w:r>
        <w:t xml:space="preserve"> □</w:t>
      </w:r>
      <w:r>
        <w:rPr>
          <w:rFonts w:ascii="微软雅黑" w:eastAsia="微软雅黑" w:hAnsi="微软雅黑" w:cs="微软雅黑" w:hint="eastAsia"/>
          <w:lang w:eastAsia="zh-CN"/>
        </w:rPr>
        <w:t>未达成）。</w:t>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：主体</w:t>
      </w:r>
      <w:r>
        <w:t>=</w:t>
      </w:r>
      <w:r>
        <w:rPr>
          <w:rFonts w:ascii="微软雅黑" w:eastAsia="微软雅黑" w:hAnsi="微软雅黑" w:cs="微软雅黑" w:hint="eastAsia"/>
          <w:lang w:eastAsia="zh-CN"/>
        </w:rPr>
        <w:t>一个银色机器人站在十字轨道岔口，左手扳道岔指向</w:t>
      </w:r>
      <w:r>
        <w:t xml:space="preserve"> B </w:t>
      </w:r>
      <w:r>
        <w:rPr>
          <w:rFonts w:ascii="微软雅黑" w:eastAsia="微软雅黑" w:hAnsi="微软雅黑" w:cs="微软雅黑" w:hint="eastAsia"/>
          <w:lang w:eastAsia="zh-CN"/>
        </w:rPr>
        <w:t>轨道</w:t>
      </w:r>
      <w:r>
        <w:t>(1</w:t>
      </w: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、右手悬停不敢推桥边无辜者</w:t>
      </w:r>
      <w:r>
        <w:t xml:space="preserve"> A</w:t>
      </w:r>
      <w:r>
        <w:rPr>
          <w:rFonts w:ascii="微软雅黑" w:eastAsia="微软雅黑" w:hAnsi="微软雅黑" w:cs="微软雅黑" w:hint="eastAsia"/>
          <w:lang w:eastAsia="zh-CN"/>
        </w:rPr>
        <w:t>，身旁还有个笑眯眯的真人小孩；动作</w:t>
      </w:r>
      <w:r>
        <w:t>=</w:t>
      </w:r>
      <w:r>
        <w:rPr>
          <w:rFonts w:ascii="微软雅黑" w:eastAsia="微软雅黑" w:hAnsi="微软雅黑" w:cs="微软雅黑" w:hint="eastAsia"/>
          <w:lang w:eastAsia="zh-CN"/>
        </w:rPr>
        <w:t>火车逼近时机器人冷静切换轨道救多数人，却转身护住桥上</w:t>
      </w:r>
      <w:r>
        <w:t xml:space="preserve"> A </w:t>
      </w:r>
      <w:r>
        <w:rPr>
          <w:rFonts w:ascii="微软雅黑" w:eastAsia="微软雅黑" w:hAnsi="微软雅黑" w:cs="微软雅黑" w:hint="eastAsia"/>
          <w:lang w:eastAsia="zh-CN"/>
        </w:rPr>
        <w:t>不推下；场景</w:t>
      </w:r>
      <w:r>
        <w:t>=</w:t>
      </w:r>
      <w:r>
        <w:rPr>
          <w:rFonts w:ascii="微软雅黑" w:eastAsia="微软雅黑" w:hAnsi="微软雅黑" w:cs="微软雅黑" w:hint="eastAsia"/>
          <w:lang w:eastAsia="zh-CN"/>
        </w:rPr>
        <w:t>昏黄夕阳下的微型城铁站台与铁桥，背景悬浮阿西莫夫三定律发光条文；光影</w:t>
      </w:r>
      <w:r>
        <w:t>=</w:t>
      </w:r>
      <w:r>
        <w:rPr>
          <w:rFonts w:ascii="微软雅黑" w:eastAsia="微软雅黑" w:hAnsi="微软雅黑" w:cs="微软雅黑" w:hint="eastAsia"/>
          <w:lang w:eastAsia="zh-CN"/>
        </w:rPr>
        <w:t>暖橙夕照</w:t>
      </w:r>
      <w:r>
        <w:t>+</w:t>
      </w:r>
      <w:r>
        <w:rPr>
          <w:rFonts w:ascii="微软雅黑" w:eastAsia="微软雅黑" w:hAnsi="微软雅黑" w:cs="微软雅黑" w:hint="eastAsia"/>
          <w:lang w:eastAsia="zh-CN"/>
        </w:rPr>
        <w:t>机器人冷蓝眼灯对比；镜头运动</w:t>
      </w:r>
      <w:r>
        <w:t>=</w:t>
      </w:r>
      <w:r>
        <w:rPr>
          <w:rFonts w:ascii="微软雅黑" w:eastAsia="微软雅黑" w:hAnsi="微软雅黑" w:cs="微软雅黑" w:hint="eastAsia"/>
          <w:lang w:eastAsia="zh-CN"/>
        </w:rPr>
        <w:t>从轨道俯拍缓慢升起越过桥面再特写机器人犹豫的表情；风格</w:t>
      </w:r>
      <w:r>
        <w:t>=</w:t>
      </w:r>
      <w:r>
        <w:rPr>
          <w:rFonts w:ascii="微软雅黑" w:eastAsia="微软雅黑" w:hAnsi="微软雅黑" w:cs="微软雅黑" w:hint="eastAsia"/>
          <w:lang w:eastAsia="zh-CN"/>
        </w:rPr>
        <w:t>蒸汽朋克轻科幻插画；情绪</w:t>
      </w:r>
      <w:r>
        <w:t>=</w:t>
      </w:r>
      <w:r>
        <w:rPr>
          <w:rFonts w:ascii="微软雅黑" w:eastAsia="微软雅黑" w:hAnsi="微软雅黑" w:cs="微软雅黑" w:hint="eastAsia"/>
          <w:lang w:eastAsia="zh-CN"/>
        </w:rPr>
        <w:t>庄重、温情、带道德思辨张力。可直接粘贴至</w:t>
      </w:r>
      <w:r>
        <w:t xml:space="preserve"> AI </w:t>
      </w:r>
      <w:r>
        <w:rPr>
          <w:rFonts w:ascii="微软雅黑" w:eastAsia="微软雅黑" w:hAnsi="微软雅黑" w:cs="微软雅黑" w:hint="eastAsia"/>
          <w:lang w:eastAsia="zh-CN"/>
        </w:rPr>
        <w:t>视频工具生成约</w:t>
      </w:r>
      <w:r>
        <w:t>30</w:t>
      </w:r>
      <w:r>
        <w:rPr>
          <w:rFonts w:ascii="微软雅黑" w:eastAsia="微软雅黑" w:hAnsi="微软雅黑" w:cs="微软雅黑" w:hint="eastAsia"/>
          <w:lang w:eastAsia="zh-CN"/>
        </w:rPr>
        <w:t>秒导入短片。</w:t>
      </w:r>
      <w:r/>
    </w:p>
    <w:p>
      <w:bookmarkStart w:id="35" w:name="_Toc_section_14"/>
      <w:bookmarkStart w:id="13" w:name="section-14"/>
      <w:pPr>
        <w:pStyle w:val="Heading2"/>
        <w:pageBreakBefore/>
      </w:pPr>
      <w:bookmarkEnd w:id="13"/>
      <w:r>
        <w:rPr>
          <w:rFonts w:ascii="微软雅黑" w:hAnsi="微软雅黑" w:eastAsia="微软雅黑" w:cs="微软雅黑" w:hint="eastAsia"/>
          <w:b w:val="0"/>
          <w:color w:val="1A237E"/>
          <w:sz w:val="22"/>
          <w:lang w:eastAsia="zh-CN"/>
        </w:rPr>
        <w:t xml:space="preserve">  课题：《田忌赛马与人工智能（上）》（人工智能通识课·小学高段5-6年级）</w:t>
      </w:r>
      <w:bookmarkEnd w:id="35"/>
    </w:p>
    <w:p>
      <w:pPr>
        <w:spacing w:after="72"/>
      </w:pPr>
      <w:r>
        <w:rPr>
          <w:color w:val="212121"/>
        </w:rPr>
        <w:t xml:space="preserve">  </w:t>
      </w:r>
      <w:r>
        <w:rPr>
          <w:rFonts w:ascii="微软雅黑" w:eastAsia="微软雅黑" w:hAnsi="微软雅黑" w:cs="微软雅黑" w:hint="eastAsia"/>
          <w:color w:val="212121"/>
          <w:lang w:eastAsia="zh-CN"/>
        </w:rPr>
        <w:t>本课题共</w:t>
      </w:r>
      <w:r>
        <w:rPr>
          <w:color w:val="212121"/>
        </w:rPr>
        <w:t>2</w:t>
      </w:r>
      <w:r>
        <w:rPr>
          <w:rFonts w:ascii="微软雅黑" w:eastAsia="微软雅黑" w:hAnsi="微软雅黑" w:cs="微软雅黑" w:hint="eastAsia"/>
          <w:color w:val="212121"/>
          <w:lang w:eastAsia="zh-CN"/>
        </w:rPr>
        <w:t>课时，本教案为第</w:t>
      </w:r>
      <w:r>
        <w:rPr>
          <w:color w:val="212121"/>
        </w:rPr>
        <w:t>1</w:t>
      </w:r>
      <w:r>
        <w:rPr>
          <w:rFonts w:ascii="微软雅黑" w:eastAsia="微软雅黑" w:hAnsi="微软雅黑" w:cs="微软雅黑" w:hint="eastAsia"/>
          <w:color w:val="212121"/>
          <w:lang w:eastAsia="zh-CN"/>
        </w:rPr>
        <w:t>课时（上）。配套示范课视频：第</w:t>
      </w:r>
      <w:r>
        <w:rPr>
          <w:color w:val="212121"/>
        </w:rPr>
        <w:t>13</w:t>
      </w:r>
      <w:r>
        <w:rPr>
          <w:rFonts w:ascii="微软雅黑" w:eastAsia="微软雅黑" w:hAnsi="微软雅黑" w:cs="微软雅黑" w:hint="eastAsia"/>
          <w:color w:val="212121"/>
          <w:lang w:eastAsia="zh-CN"/>
        </w:rPr>
        <w:t>讲《田忌赛马与人工智能（上）》｜示范时长约</w:t>
      </w:r>
      <w:r>
        <w:rPr>
          <w:color w:val="212121"/>
        </w:rPr>
        <w:t>8</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5-6</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数学（优化、排列）</w:t>
      </w:r>
      <w:r>
        <w:t xml:space="preserve"> + </w:t>
      </w:r>
      <w:r>
        <w:rPr>
          <w:rFonts w:ascii="微软雅黑" w:eastAsia="微软雅黑" w:hAnsi="微软雅黑" w:cs="微软雅黑" w:hint="eastAsia"/>
          <w:lang w:eastAsia="zh-CN"/>
        </w:rPr>
        <w:t>语文（《田忌赛马》寓言）</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：体验课（游戏探究型通识课）</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43"/>
        </w:numPr>
        <w:spacing w:after="72"/>
      </w:pPr>
      <w:r>
        <w:rPr>
          <w:rFonts w:ascii="微软雅黑" w:eastAsia="微软雅黑" w:hAnsi="微软雅黑" w:cs="微软雅黑" w:hint="eastAsia"/>
          <w:lang w:eastAsia="zh-CN"/>
        </w:rPr>
        <w:t>通过</w:t>
      </w:r>
      <w:r>
        <w:t>"</w:t>
      </w:r>
      <w:r>
        <w:rPr>
          <w:rFonts w:ascii="微软雅黑" w:eastAsia="微软雅黑" w:hAnsi="微软雅黑" w:cs="微软雅黑" w:hint="eastAsia"/>
          <w:lang w:eastAsia="zh-CN"/>
        </w:rPr>
        <w:t>搬积木</w:t>
      </w:r>
      <w:r>
        <w:t>"</w:t>
      </w:r>
      <w:r>
        <w:rPr>
          <w:rFonts w:ascii="微软雅黑" w:eastAsia="微软雅黑" w:hAnsi="微软雅黑" w:cs="微软雅黑" w:hint="eastAsia"/>
          <w:lang w:eastAsia="zh-CN"/>
        </w:rPr>
        <w:t>和</w:t>
      </w:r>
      <w:r>
        <w:t>"</w:t>
      </w:r>
      <w:r>
        <w:rPr>
          <w:rFonts w:ascii="微软雅黑" w:eastAsia="微软雅黑" w:hAnsi="微软雅黑" w:cs="微软雅黑" w:hint="eastAsia"/>
          <w:lang w:eastAsia="zh-CN"/>
        </w:rPr>
        <w:t>找假币</w:t>
      </w:r>
      <w:r>
        <w:t>"</w:t>
      </w:r>
      <w:r>
        <w:rPr>
          <w:rFonts w:ascii="微软雅黑" w:eastAsia="微软雅黑" w:hAnsi="微软雅黑" w:cs="微软雅黑" w:hint="eastAsia"/>
          <w:lang w:eastAsia="zh-CN"/>
        </w:rPr>
        <w:t>两个课堂游戏，能用自己的话说出</w:t>
      </w:r>
      <w:r>
        <w:rPr>
          <w:rFonts w:ascii="微软雅黑" w:eastAsia="微软雅黑" w:hAnsi="微软雅黑" w:cs="微软雅黑" w:hint="eastAsia"/>
          <w:b/>
          <w:lang w:eastAsia="zh-CN"/>
        </w:rPr>
        <w:t>指令、算法、决策、信息</w:t>
      </w:r>
      <w:r>
        <w:rPr>
          <w:rFonts w:ascii="微软雅黑" w:eastAsia="微软雅黑" w:hAnsi="微软雅黑" w:cs="微软雅黑" w:hint="eastAsia"/>
          <w:lang w:eastAsia="zh-CN"/>
        </w:rPr>
        <w:t>四个概念的含义，并能各举一个生活中的例子（课堂口头反馈可检测）。</w:t>
      </w:r>
    </w:p>
    <w:p>
      <w:pPr>
        <w:pStyle w:val="ListNumber"/>
        <w:numPr>
          <w:ilvl w:val="0"/>
          <w:numId w:val="43"/>
        </w:numPr>
        <w:spacing w:after="72"/>
      </w:pPr>
      <w:r>
        <w:rPr>
          <w:rFonts w:ascii="微软雅黑" w:eastAsia="微软雅黑" w:hAnsi="微软雅黑" w:cs="微软雅黑" w:hint="eastAsia"/>
          <w:lang w:eastAsia="zh-CN"/>
        </w:rPr>
        <w:t>在</w:t>
      </w:r>
      <w:r>
        <w:t>"</w:t>
      </w:r>
      <w:r>
        <w:rPr>
          <w:rFonts w:ascii="微软雅黑" w:eastAsia="微软雅黑" w:hAnsi="微软雅黑" w:cs="微软雅黑" w:hint="eastAsia"/>
          <w:lang w:eastAsia="zh-CN"/>
        </w:rPr>
        <w:t>甲指挥</w:t>
      </w:r>
      <w:r>
        <w:t>—</w:t>
      </w:r>
      <w:r>
        <w:rPr>
          <w:rFonts w:ascii="微软雅黑" w:eastAsia="微软雅黑" w:hAnsi="微软雅黑" w:cs="微软雅黑" w:hint="eastAsia"/>
          <w:lang w:eastAsia="zh-CN"/>
        </w:rPr>
        <w:t>乙执行</w:t>
      </w:r>
      <w:r>
        <w:t>—</w:t>
      </w:r>
      <w:r>
        <w:rPr>
          <w:rFonts w:ascii="微软雅黑" w:eastAsia="微软雅黑" w:hAnsi="微软雅黑" w:cs="微软雅黑" w:hint="eastAsia"/>
          <w:lang w:eastAsia="zh-CN"/>
        </w:rPr>
        <w:t>丙丁记录</w:t>
      </w:r>
      <w:r>
        <w:t>"</w:t>
      </w:r>
      <w:r>
        <w:rPr>
          <w:rFonts w:ascii="微软雅黑" w:eastAsia="微软雅黑" w:hAnsi="微软雅黑" w:cs="微软雅黑" w:hint="eastAsia"/>
          <w:lang w:eastAsia="zh-CN"/>
        </w:rPr>
        <w:t>的角色扮演中，体验完整过程，理解</w:t>
      </w:r>
      <w:r>
        <w:t>"</w:t>
      </w:r>
      <w:r>
        <w:rPr>
          <w:rFonts w:ascii="微软雅黑" w:eastAsia="微软雅黑" w:hAnsi="微软雅黑" w:cs="微软雅黑" w:hint="eastAsia"/>
          <w:lang w:eastAsia="zh-CN"/>
        </w:rPr>
        <w:t>指令</w:t>
      </w:r>
      <w:r>
        <w:t>"</w:t>
      </w:r>
      <w:r>
        <w:rPr>
          <w:rFonts w:ascii="微软雅黑" w:eastAsia="微软雅黑" w:hAnsi="微软雅黑" w:cs="微软雅黑" w:hint="eastAsia"/>
          <w:lang w:eastAsia="zh-CN"/>
        </w:rPr>
        <w:t>必须</w:t>
      </w:r>
      <w:r>
        <w:rPr>
          <w:rFonts w:ascii="微软雅黑" w:eastAsia="微软雅黑" w:hAnsi="微软雅黑" w:cs="微软雅黑" w:hint="eastAsia"/>
          <w:b/>
          <w:lang w:eastAsia="zh-CN"/>
        </w:rPr>
        <w:t>一次一令、有始有终</w:t>
      </w:r>
      <w:r>
        <w:rPr>
          <w:rFonts w:ascii="微软雅黑" w:eastAsia="微软雅黑" w:hAnsi="微软雅黑" w:cs="微软雅黑" w:hint="eastAsia"/>
          <w:lang w:eastAsia="zh-CN"/>
        </w:rPr>
        <w:t>；能把自己下发的指令写在纸上，比较谁的步骤更少更清晰。</w:t>
      </w:r>
    </w:p>
    <w:p>
      <w:pPr>
        <w:pStyle w:val="ListNumber"/>
        <w:numPr>
          <w:ilvl w:val="0"/>
          <w:numId w:val="43"/>
        </w:numPr>
        <w:spacing w:after="72"/>
      </w:pPr>
      <w:r>
        <w:rPr>
          <w:rFonts w:ascii="微软雅黑" w:eastAsia="微软雅黑" w:hAnsi="微软雅黑" w:cs="微软雅黑" w:hint="eastAsia"/>
          <w:lang w:eastAsia="zh-CN"/>
        </w:rPr>
        <w:t>能把搬积木的不同移动路线画成</w:t>
      </w:r>
      <w:r>
        <w:rPr>
          <w:rFonts w:ascii="微软雅黑" w:eastAsia="微软雅黑" w:hAnsi="微软雅黑" w:cs="微软雅黑" w:hint="eastAsia"/>
          <w:b/>
          <w:lang w:eastAsia="zh-CN"/>
        </w:rPr>
        <w:t>状态转移图</w:t>
      </w:r>
      <w:r>
        <w:rPr>
          <w:rFonts w:ascii="微软雅黑" w:eastAsia="微软雅黑" w:hAnsi="微软雅黑" w:cs="微软雅黑" w:hint="eastAsia"/>
          <w:lang w:eastAsia="zh-CN"/>
        </w:rPr>
        <w:t>，比较步数并选出更优路线，初步建立</w:t>
      </w:r>
      <w:r>
        <w:t>"</w:t>
      </w:r>
      <w:r>
        <w:rPr>
          <w:rFonts w:ascii="微软雅黑" w:eastAsia="微软雅黑" w:hAnsi="微软雅黑" w:cs="微软雅黑" w:hint="eastAsia"/>
          <w:b/>
          <w:lang w:eastAsia="zh-CN"/>
        </w:rPr>
        <w:t>决策基于信息</w:t>
      </w:r>
      <w:r>
        <w:t>"</w:t>
      </w:r>
      <w:r>
        <w:rPr>
          <w:rFonts w:ascii="微软雅黑" w:eastAsia="微软雅黑" w:hAnsi="微软雅黑" w:cs="微软雅黑" w:hint="eastAsia"/>
          <w:lang w:eastAsia="zh-CN"/>
        </w:rPr>
        <w:t>的判断意识。</w:t>
      </w:r>
    </w:p>
    <w:p>
      <w:pPr>
        <w:pStyle w:val="ListNumber"/>
        <w:numPr>
          <w:ilvl w:val="0"/>
          <w:numId w:val="43"/>
        </w:numPr>
        <w:spacing w:after="72"/>
      </w:pPr>
      <w:r>
        <w:rPr>
          <w:rFonts w:ascii="微软雅黑" w:eastAsia="微软雅黑" w:hAnsi="微软雅黑" w:cs="微软雅黑" w:hint="eastAsia"/>
          <w:lang w:eastAsia="zh-CN"/>
        </w:rPr>
        <w:t>体会人工智能基础概念与语文课文《田忌赛马》、数学最优化思想的联系，产生对下一课时</w:t>
      </w:r>
      <w:r>
        <w:t>"</w:t>
      </w:r>
      <w:r>
        <w:rPr>
          <w:rFonts w:ascii="微软雅黑" w:eastAsia="微软雅黑" w:hAnsi="微软雅黑" w:cs="微软雅黑" w:hint="eastAsia"/>
          <w:lang w:eastAsia="zh-CN"/>
        </w:rPr>
        <w:t>博弈</w:t>
      </w:r>
      <w:r>
        <w:t>"</w:t>
      </w:r>
      <w:r>
        <w:rPr>
          <w:rFonts w:ascii="微软雅黑" w:eastAsia="微软雅黑" w:hAnsi="微软雅黑" w:cs="微软雅黑" w:hint="eastAsia"/>
          <w:lang w:eastAsia="zh-CN"/>
        </w:rPr>
        <w:t>内容的探究期待。</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：理解指令、算法、决策、信息四个核心概念；在真实活动中体验</w:t>
      </w:r>
      <w:r>
        <w:t>"</w:t>
      </w:r>
      <w:r>
        <w:rPr>
          <w:rFonts w:ascii="微软雅黑" w:eastAsia="微软雅黑" w:hAnsi="微软雅黑" w:cs="微软雅黑" w:hint="eastAsia"/>
          <w:lang w:eastAsia="zh-CN"/>
        </w:rPr>
        <w:t>决策基于信息</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：从具体的搬积木操作</w:t>
      </w:r>
      <w:r>
        <w:rPr>
          <w:rFonts w:ascii="微软雅黑" w:eastAsia="微软雅黑" w:hAnsi="微软雅黑" w:cs="微软雅黑" w:hint="eastAsia"/>
          <w:b/>
          <w:lang w:eastAsia="zh-CN"/>
        </w:rPr>
        <w:t>抽象</w:t>
      </w:r>
      <w:r>
        <w:rPr>
          <w:rFonts w:ascii="微软雅黑" w:eastAsia="微软雅黑" w:hAnsi="微软雅黑" w:cs="微软雅黑" w:hint="eastAsia"/>
          <w:lang w:eastAsia="zh-CN"/>
        </w:rPr>
        <w:t>出</w:t>
      </w:r>
      <w:r>
        <w:t>"</w:t>
      </w:r>
      <w:r>
        <w:rPr>
          <w:rFonts w:ascii="微软雅黑" w:eastAsia="微软雅黑" w:hAnsi="微软雅黑" w:cs="微软雅黑" w:hint="eastAsia"/>
          <w:lang w:eastAsia="zh-CN"/>
        </w:rPr>
        <w:t>算法（一条条可行路径）</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决策（从多条路径中选一条）</w:t>
      </w:r>
      <w:r>
        <w:t>"</w:t>
      </w:r>
      <w:r>
        <w:rPr>
          <w:rFonts w:ascii="微软雅黑" w:eastAsia="微软雅黑" w:hAnsi="微软雅黑" w:cs="微软雅黑" w:hint="eastAsia"/>
          <w:lang w:eastAsia="zh-CN"/>
        </w:rPr>
        <w:t>的区别；理解</w:t>
      </w:r>
      <w:r>
        <w:t>"</w:t>
      </w:r>
      <w:r>
        <w:rPr>
          <w:rFonts w:ascii="微软雅黑" w:eastAsia="微软雅黑" w:hAnsi="微软雅黑" w:cs="微软雅黑" w:hint="eastAsia"/>
          <w:lang w:eastAsia="zh-CN"/>
        </w:rPr>
        <w:t>信息</w:t>
      </w:r>
      <w:r>
        <w:t>"</w:t>
      </w:r>
      <w:r>
        <w:rPr>
          <w:rFonts w:ascii="微软雅黑" w:eastAsia="微软雅黑" w:hAnsi="微软雅黑" w:cs="微软雅黑" w:hint="eastAsia"/>
          <w:lang w:eastAsia="zh-CN"/>
        </w:rPr>
        <w:t>如何帮助我们缩小问题范围（找假币中天平给出的</w:t>
      </w:r>
      <w:r>
        <w:t>"</w:t>
      </w:r>
      <w:r>
        <w:rPr>
          <w:rFonts w:ascii="微软雅黑" w:eastAsia="微软雅黑" w:hAnsi="微软雅黑" w:cs="微软雅黑" w:hint="eastAsia"/>
          <w:lang w:eastAsia="zh-CN"/>
        </w:rPr>
        <w:t>轻</w:t>
      </w:r>
      <w:r>
        <w:t>/</w:t>
      </w:r>
      <w:r>
        <w:rPr>
          <w:rFonts w:ascii="微软雅黑" w:eastAsia="微软雅黑" w:hAnsi="微软雅黑" w:cs="微软雅黑" w:hint="eastAsia"/>
          <w:lang w:eastAsia="zh-CN"/>
        </w:rPr>
        <w:t>重</w:t>
      </w:r>
      <w:r>
        <w:t>/</w:t>
      </w:r>
      <w:r>
        <w:rPr>
          <w:rFonts w:ascii="微软雅黑" w:eastAsia="微软雅黑" w:hAnsi="微软雅黑" w:cs="微软雅黑" w:hint="eastAsia"/>
          <w:lang w:eastAsia="zh-CN"/>
        </w:rPr>
        <w:t>平衡</w:t>
      </w:r>
      <w:r>
        <w:t>"</w:t>
      </w:r>
      <w:r>
        <w:rPr>
          <w:rFonts w:ascii="微软雅黑" w:eastAsia="微软雅黑" w:hAnsi="微软雅黑" w:cs="微软雅黑" w:hint="eastAsia"/>
          <w:lang w:eastAsia="zh-CN"/>
        </w:rPr>
        <w:t>为何能锁定目标）。</w:t>
      </w:r>
    </w:p>
    <w:p>
      <w:pPr>
        <w:pStyle w:val="ListBullet"/>
        <w:spacing w:after="72"/>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：先游戏体验形成感性认识，再板书流程图提炼术语，避免死记硬背；用</w:t>
      </w:r>
      <w:r>
        <w:t>"</w:t>
      </w:r>
      <w:r>
        <w:rPr>
          <w:rFonts w:ascii="微软雅黑" w:eastAsia="微软雅黑" w:hAnsi="微软雅黑" w:cs="微软雅黑" w:hint="eastAsia"/>
          <w:lang w:eastAsia="zh-CN"/>
        </w:rPr>
        <w:t>先玩</w:t>
      </w:r>
      <w:r>
        <w:t>—</w:t>
      </w:r>
      <w:r>
        <w:rPr>
          <w:rFonts w:ascii="微软雅黑" w:eastAsia="微软雅黑" w:hAnsi="微软雅黑" w:cs="微软雅黑" w:hint="eastAsia"/>
          <w:lang w:eastAsia="zh-CN"/>
        </w:rPr>
        <w:t>再想</w:t>
      </w:r>
      <w:r>
        <w:t>—</w:t>
      </w:r>
      <w:r>
        <w:rPr>
          <w:rFonts w:ascii="微软雅黑" w:eastAsia="微软雅黑" w:hAnsi="微软雅黑" w:cs="微软雅黑" w:hint="eastAsia"/>
          <w:lang w:eastAsia="zh-CN"/>
        </w:rPr>
        <w:t>后说</w:t>
      </w:r>
      <w:r>
        <w:t>"</w:t>
      </w:r>
      <w:r>
        <w:rPr>
          <w:rFonts w:ascii="微软雅黑" w:eastAsia="微软雅黑" w:hAnsi="微软雅黑" w:cs="微软雅黑" w:hint="eastAsia"/>
          <w:lang w:eastAsia="zh-CN"/>
        </w:rPr>
        <w:t>的递进节奏降低抽象坡度。</w:t>
      </w:r>
    </w:p>
    <w:p>
      <w:pPr>
        <w:pStyle w:val="Heading3"/>
      </w:pPr>
      <w:r>
        <w:rPr>
          <w:rFonts w:ascii="微软雅黑" w:hAnsi="微软雅黑" w:eastAsia="微软雅黑" w:cs="微软雅黑" w:hint="eastAsia"/>
          <w:b w:val="0"/>
          <w:color w:val="1A237E"/>
          <w:sz w:val="20"/>
          <w:lang w:eastAsia="zh-CN"/>
        </w:rPr>
        <w:t>三、教学准备</w:t>
      </w:r>
    </w:p>
    <w:p>
      <w:pPr>
        <w:pStyle w:val="ListBullet"/>
        <w:spacing w:after="72"/>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w:t>
      </w:r>
      <w:r>
        <w:t>A/B/C</w:t>
      </w:r>
      <w:r>
        <w:rPr>
          <w:rFonts w:ascii="微软雅黑" w:eastAsia="微软雅黑" w:hAnsi="微软雅黑" w:cs="微软雅黑" w:hint="eastAsia"/>
          <w:lang w:eastAsia="zh-CN"/>
        </w:rPr>
        <w:t>三块彩色积木（或三张写有</w:t>
      </w:r>
      <w:r>
        <w:t>A/B/C</w:t>
      </w:r>
      <w:r>
        <w:rPr>
          <w:rFonts w:ascii="微软雅黑" w:eastAsia="微软雅黑" w:hAnsi="微软雅黑" w:cs="微软雅黑" w:hint="eastAsia"/>
          <w:lang w:eastAsia="zh-CN"/>
        </w:rPr>
        <w:t>的卡片）每组一套；天平</w:t>
      </w:r>
      <w:r>
        <w:t>1-2</w:t>
      </w:r>
      <w:r>
        <w:rPr>
          <w:rFonts w:ascii="微软雅黑" w:eastAsia="微软雅黑" w:hAnsi="微软雅黑" w:cs="微软雅黑" w:hint="eastAsia"/>
          <w:lang w:eastAsia="zh-CN"/>
        </w:rPr>
        <w:t>架（或简易</w:t>
      </w:r>
      <w:r>
        <w:t>"</w:t>
      </w:r>
      <w:r>
        <w:rPr>
          <w:rFonts w:ascii="微软雅黑" w:eastAsia="微软雅黑" w:hAnsi="微软雅黑" w:cs="微软雅黑" w:hint="eastAsia"/>
          <w:lang w:eastAsia="zh-CN"/>
        </w:rPr>
        <w:t>翘翘板</w:t>
      </w:r>
      <w:r>
        <w:t>"</w:t>
      </w:r>
      <w:r>
        <w:rPr>
          <w:rFonts w:ascii="微软雅黑" w:eastAsia="微软雅黑" w:hAnsi="微软雅黑" w:cs="微软雅黑" w:hint="eastAsia"/>
          <w:lang w:eastAsia="zh-CN"/>
        </w:rPr>
        <w:t>纸片天平模型）；硬币每组</w:t>
      </w:r>
      <w:r>
        <w:t>3</w:t>
      </w:r>
      <w:r>
        <w:rPr>
          <w:rFonts w:ascii="微软雅黑" w:eastAsia="微软雅黑" w:hAnsi="微软雅黑" w:cs="微软雅黑" w:hint="eastAsia"/>
          <w:lang w:eastAsia="zh-CN"/>
        </w:rPr>
        <w:t>枚（其中</w:t>
      </w:r>
      <w:r>
        <w:t>1</w:t>
      </w:r>
      <w:r>
        <w:rPr>
          <w:rFonts w:ascii="微软雅黑" w:eastAsia="微软雅黑" w:hAnsi="微软雅黑" w:cs="微软雅黑" w:hint="eastAsia"/>
          <w:lang w:eastAsia="zh-CN"/>
        </w:rPr>
        <w:t>枚为</w:t>
      </w:r>
      <w:r>
        <w:t>"</w:t>
      </w:r>
      <w:r>
        <w:rPr>
          <w:rFonts w:ascii="微软雅黑" w:eastAsia="微软雅黑" w:hAnsi="微软雅黑" w:cs="微软雅黑" w:hint="eastAsia"/>
          <w:lang w:eastAsia="zh-CN"/>
        </w:rPr>
        <w:t>假币</w:t>
      </w:r>
      <w:r>
        <w:t>"</w:t>
      </w:r>
      <w:r>
        <w:rPr>
          <w:rFonts w:ascii="微软雅黑" w:eastAsia="微软雅黑" w:hAnsi="微软雅黑" w:cs="微软雅黑" w:hint="eastAsia"/>
          <w:lang w:eastAsia="zh-CN"/>
        </w:rPr>
        <w:t>，可用贴纸标记更轻，演示用真币</w:t>
      </w:r>
      <w:r>
        <w:t>+1</w:t>
      </w:r>
      <w:r>
        <w:rPr>
          <w:rFonts w:ascii="微软雅黑" w:eastAsia="微软雅黑" w:hAnsi="微软雅黑" w:cs="微软雅黑" w:hint="eastAsia"/>
          <w:lang w:eastAsia="zh-CN"/>
        </w:rPr>
        <w:t>枚轻币即可）；白板</w:t>
      </w:r>
      <w:r>
        <w:t>/</w:t>
      </w:r>
      <w:r>
        <w:rPr>
          <w:rFonts w:ascii="微软雅黑" w:eastAsia="微软雅黑" w:hAnsi="微软雅黑" w:cs="微软雅黑" w:hint="eastAsia"/>
          <w:lang w:eastAsia="zh-CN"/>
        </w:rPr>
        <w:t>黑板、记号笔、磁贴。</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：国家智慧教育平台第</w:t>
      </w:r>
      <w:r>
        <w:t>13</w:t>
      </w:r>
      <w:r>
        <w:rPr>
          <w:rFonts w:ascii="微软雅黑" w:eastAsia="微软雅黑" w:hAnsi="微软雅黑" w:cs="微软雅黑" w:hint="eastAsia"/>
          <w:lang w:eastAsia="zh-CN"/>
        </w:rPr>
        <w:t>讲（上）示范视频片段、</w:t>
      </w:r>
      <w:r>
        <w:t>PPT</w:t>
      </w:r>
      <w:r>
        <w:rPr>
          <w:rFonts w:ascii="微软雅黑" w:eastAsia="微软雅黑" w:hAnsi="微软雅黑" w:cs="微软雅黑" w:hint="eastAsia"/>
          <w:lang w:eastAsia="zh-CN"/>
        </w:rPr>
        <w:t>（含搬积木初态</w:t>
      </w:r>
      <w:r>
        <w:t>/</w:t>
      </w:r>
      <w:r>
        <w:rPr>
          <w:rFonts w:ascii="微软雅黑" w:eastAsia="微软雅黑" w:hAnsi="微软雅黑" w:cs="微软雅黑" w:hint="eastAsia"/>
          <w:lang w:eastAsia="zh-CN"/>
        </w:rPr>
        <w:t>终态对比图、找假币示意图、状态转移图模板）。</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w:t>
      </w:r>
      <w:r>
        <w:t>4-6</w:t>
      </w:r>
      <w:r>
        <w:rPr>
          <w:rFonts w:ascii="微软雅黑" w:eastAsia="微软雅黑" w:hAnsi="微软雅黑" w:cs="微软雅黑" w:hint="eastAsia"/>
          <w:lang w:eastAsia="zh-CN"/>
        </w:rPr>
        <w:t>人小组围坐，预留大块板书区与活动区。</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：无天平</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手心掂量两枚硬币</w:t>
      </w:r>
      <w:r>
        <w:t>"</w:t>
      </w:r>
      <w:r>
        <w:rPr>
          <w:rFonts w:ascii="微软雅黑" w:eastAsia="微软雅黑" w:hAnsi="微软雅黑" w:cs="微软雅黑" w:hint="eastAsia"/>
          <w:lang w:eastAsia="zh-CN"/>
        </w:rPr>
        <w:t>对比轻重代替；无积木</w:t>
      </w:r>
      <w:r>
        <w:t>——</w:t>
      </w:r>
      <w:r>
        <w:rPr>
          <w:rFonts w:ascii="微软雅黑" w:eastAsia="微软雅黑" w:hAnsi="微软雅黑" w:cs="微软雅黑" w:hint="eastAsia"/>
          <w:lang w:eastAsia="zh-CN"/>
        </w:rPr>
        <w:t>用</w:t>
      </w:r>
      <w:r>
        <w:t>A/B/C</w:t>
      </w:r>
      <w:r>
        <w:rPr>
          <w:rFonts w:ascii="微软雅黑" w:eastAsia="微软雅黑" w:hAnsi="微软雅黑" w:cs="微软雅黑" w:hint="eastAsia"/>
          <w:lang w:eastAsia="zh-CN"/>
        </w:rPr>
        <w:t>磁贴卡片平铺黑板模拟层叠并动态移动演示；无实物硬币</w:t>
      </w:r>
      <w:r>
        <w:t>——</w:t>
      </w:r>
      <w:r>
        <w:rPr>
          <w:rFonts w:ascii="微软雅黑" w:eastAsia="微软雅黑" w:hAnsi="微软雅黑" w:cs="微软雅黑" w:hint="eastAsia"/>
          <w:lang w:eastAsia="zh-CN"/>
        </w:rPr>
        <w:t>用纸片圆点（</w:t>
      </w:r>
      <w:r>
        <w:t>1</w:t>
      </w:r>
      <w:r>
        <w:rPr>
          <w:rFonts w:ascii="微软雅黑" w:eastAsia="微软雅黑" w:hAnsi="微软雅黑" w:cs="微软雅黑" w:hint="eastAsia"/>
          <w:lang w:eastAsia="zh-CN"/>
        </w:rPr>
        <w:t>个标</w:t>
      </w:r>
      <w:r>
        <w:t>"</w:t>
      </w:r>
      <w:r>
        <w:rPr>
          <w:rFonts w:ascii="微软雅黑" w:eastAsia="微软雅黑" w:hAnsi="微软雅黑" w:cs="微软雅黑" w:hint="eastAsia"/>
          <w:lang w:eastAsia="zh-CN"/>
        </w:rPr>
        <w:t>假</w:t>
      </w:r>
      <w:r>
        <w:t>·</w:t>
      </w:r>
      <w:r>
        <w:rPr>
          <w:rFonts w:ascii="微软雅黑" w:eastAsia="微软雅黑" w:hAnsi="微软雅黑" w:cs="微软雅黑" w:hint="eastAsia"/>
          <w:lang w:eastAsia="zh-CN"/>
        </w:rPr>
        <w:t>轻</w:t>
      </w:r>
      <w:r>
        <w:t>"</w:t>
      </w:r>
      <w:r>
        <w:rPr>
          <w:rFonts w:ascii="微软雅黑" w:eastAsia="微软雅黑" w:hAnsi="微软雅黑" w:cs="微软雅黑" w:hint="eastAsia"/>
          <w:lang w:eastAsia="zh-CN"/>
        </w:rPr>
        <w:t>）替代。</w:t>
      </w:r>
    </w:p>
    <w:p>
      <w:pPr>
        <w:pStyle w:val="Heading3"/>
      </w:pPr>
      <w:r>
        <w:rPr>
          <w:rFonts w:ascii="微软雅黑" w:hAnsi="微软雅黑" w:eastAsia="微软雅黑" w:cs="微软雅黑" w:hint="eastAsia"/>
          <w:b w:val="0"/>
          <w:color w:val="1A237E"/>
          <w:sz w:val="20"/>
          <w:lang w:eastAsia="zh-CN"/>
        </w:rPr>
        <w:t>四、教学过程（以示范课真实活动为骨架扩写）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w:t>
            </w:r>
            <w:r>
              <w:rPr>
                <w:sz w:val="18"/>
              </w:rPr>
              <w:t xml:space="preserve"> </w:t>
            </w:r>
            <w:r>
              <w:rPr>
                <w:sz w:val="18"/>
              </w:rPr>
              <w:t>·</w:t>
            </w:r>
            <w:r>
              <w:rPr>
                <w:sz w:val="18"/>
              </w:rPr>
              <w:t xml:space="preserve"> </w:t>
            </w:r>
            <w:r>
              <w:rPr>
                <w:sz w:val="18"/>
              </w:rPr>
              <w:t>点题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播放平台示范课开头（郑旭东教授点题），承接语文课：</w:t>
            </w:r>
            <w:r>
              <w:rPr>
                <w:sz w:val="18"/>
              </w:rPr>
              <w:t xml:space="preserve"> </w:t>
            </w:r>
            <w:r>
              <w:rPr>
                <w:sz w:val="18"/>
              </w:rPr>
              <w:t>"</w:t>
            </w:r>
            <w:r>
              <w:rPr>
                <w:sz w:val="18"/>
              </w:rPr>
              <w:t xml:space="preserve"> </w:t>
            </w:r>
            <w:r>
              <w:rPr>
                <w:sz w:val="18"/>
              </w:rPr>
              <w:t>我们在语文课学过《田忌赛马》，它和可信息科技有着千丝万缕的联系，最好能够结合起来。</w:t>
            </w:r>
            <w:r>
              <w:rPr>
                <w:sz w:val="18"/>
              </w:rPr>
              <w:t xml:space="preserve"> </w:t>
            </w:r>
            <w:r>
              <w:rPr>
                <w:sz w:val="18"/>
              </w:rPr>
              <w:t>"②</w:t>
            </w:r>
            <w:r>
              <w:rPr>
                <w:sz w:val="18"/>
              </w:rPr>
              <w:t xml:space="preserve"> </w:t>
            </w:r>
            <w:r>
              <w:rPr>
                <w:sz w:val="18"/>
              </w:rPr>
              <w:t>出示课题，提问：</w:t>
            </w:r>
            <w:r>
              <w:rPr>
                <w:sz w:val="18"/>
              </w:rPr>
              <w:t xml:space="preserve"> </w:t>
            </w:r>
            <w:r>
              <w:rPr>
                <w:sz w:val="18"/>
              </w:rPr>
              <w:t>"</w:t>
            </w:r>
            <w:r>
              <w:rPr>
                <w:sz w:val="18"/>
              </w:rPr>
              <w:t xml:space="preserve"> </w:t>
            </w:r>
            <w:r>
              <w:rPr>
                <w:sz w:val="18"/>
              </w:rPr>
              <w:t>你能把图一摆成图二吗？</w:t>
            </w:r>
            <w:r>
              <w:rPr>
                <w:sz w:val="18"/>
              </w:rPr>
              <w:t xml:space="preserve"> </w:t>
            </w:r>
            <w:r>
              <w:rPr>
                <w:sz w:val="18"/>
              </w:rPr>
              <w:t>"</w:t>
            </w:r>
            <w:r>
              <w:rPr>
                <w:sz w:val="18"/>
              </w:rPr>
              <w:t xml:space="preserve"> </w:t>
            </w:r>
            <w:r>
              <w:rPr>
                <w:sz w:val="18"/>
              </w:rPr>
              <w:t>（</w:t>
            </w:r>
            <w:r>
              <w:rPr>
                <w:sz w:val="18"/>
              </w:rPr>
              <w:t xml:space="preserve"> </w:t>
            </w:r>
            <w:r>
              <w:rPr>
                <w:sz w:val="18"/>
              </w:rPr>
              <w:t>PPT</w:t>
            </w:r>
            <w:r>
              <w:rPr>
                <w:sz w:val="18"/>
              </w:rPr>
              <w:t xml:space="preserve"> </w:t>
            </w:r>
            <w:r>
              <w:rPr>
                <w:sz w:val="18"/>
              </w:rPr>
              <w:t>展示搬积木初态：底层</w:t>
            </w:r>
            <w:r>
              <w:rPr>
                <w:sz w:val="18"/>
              </w:rPr>
              <w:t xml:space="preserve"> </w:t>
            </w:r>
            <w:r>
              <w:rPr>
                <w:sz w:val="18"/>
              </w:rPr>
              <w:t>A</w:t>
            </w:r>
            <w:r>
              <w:rPr>
                <w:sz w:val="18"/>
              </w:rPr>
              <w:t xml:space="preserve"> </w:t>
            </w:r>
            <w:r>
              <w:rPr>
                <w:sz w:val="18"/>
              </w:rPr>
              <w:t>、中间</w:t>
            </w:r>
            <w:r>
              <w:rPr>
                <w:sz w:val="18"/>
              </w:rPr>
              <w:t xml:space="preserve"> </w:t>
            </w:r>
            <w:r>
              <w:rPr>
                <w:sz w:val="18"/>
              </w:rPr>
              <w:t>B</w:t>
            </w:r>
            <w:r>
              <w:rPr>
                <w:sz w:val="18"/>
              </w:rPr>
              <w:t xml:space="preserve"> </w:t>
            </w:r>
            <w:r>
              <w:rPr>
                <w:sz w:val="18"/>
              </w:rPr>
              <w:t>、顶层</w:t>
            </w:r>
            <w:r>
              <w:rPr>
                <w:sz w:val="18"/>
              </w:rPr>
              <w:t xml:space="preserve"> </w:t>
            </w:r>
            <w:r>
              <w:rPr>
                <w:sz w:val="18"/>
              </w:rPr>
              <w:t xml:space="preserve">C → </w:t>
            </w:r>
            <w:r>
              <w:rPr>
                <w:sz w:val="18"/>
              </w:rPr>
              <w:t xml:space="preserve"> </w:t>
            </w:r>
            <w:r>
              <w:rPr>
                <w:sz w:val="18"/>
              </w:rPr>
              <w:t>终态：底层</w:t>
            </w:r>
            <w:r>
              <w:rPr>
                <w:sz w:val="18"/>
              </w:rPr>
              <w:t xml:space="preserve"> </w:t>
            </w:r>
            <w:r>
              <w:rPr>
                <w:sz w:val="18"/>
              </w:rPr>
              <w:t>C</w:t>
            </w:r>
            <w:r>
              <w:rPr>
                <w:sz w:val="18"/>
              </w:rPr>
              <w:t xml:space="preserve"> </w:t>
            </w:r>
            <w:r>
              <w:rPr>
                <w:sz w:val="18"/>
              </w:rPr>
              <w:t>、中间</w:t>
            </w:r>
            <w:r>
              <w:rPr>
                <w:sz w:val="18"/>
              </w:rPr>
              <w:t xml:space="preserve"> </w:t>
            </w:r>
            <w:r>
              <w:rPr>
                <w:sz w:val="18"/>
              </w:rPr>
              <w:t>B</w:t>
            </w:r>
            <w:r>
              <w:rPr>
                <w:sz w:val="18"/>
              </w:rPr>
              <w:t xml:space="preserve"> </w:t>
            </w:r>
            <w:r>
              <w:rPr>
                <w:sz w:val="18"/>
              </w:rPr>
              <w:t>、顶层</w:t>
            </w:r>
            <w:r>
              <w:rPr>
                <w:sz w:val="18"/>
              </w:rPr>
              <w:t xml:space="preserve"> </w:t>
            </w:r>
            <w:r>
              <w:rPr>
                <w:sz w:val="18"/>
              </w:rPr>
              <w:t>A</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回忆语文课文；观察两幅图，自由举手猜测摆法</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用熟悉课文建立亲切感，点明跨学科联系，抛出可操作问题</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体验活动一</w:t>
            </w:r>
            <w:r>
              <w:rPr>
                <w:sz w:val="18"/>
              </w:rPr>
              <w:t xml:space="preserve"> </w:t>
            </w:r>
            <w:r>
              <w:rPr>
                <w:sz w:val="18"/>
              </w:rPr>
              <w:t>·</w:t>
            </w:r>
            <w:r>
              <w:rPr>
                <w:sz w:val="18"/>
              </w:rPr>
              <w:t xml:space="preserve"> </w:t>
            </w:r>
            <w:r>
              <w:rPr>
                <w:sz w:val="18"/>
              </w:rPr>
              <w:t>搬积木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分发</w:t>
            </w:r>
            <w:r>
              <w:rPr>
                <w:sz w:val="18"/>
              </w:rPr>
              <w:t xml:space="preserve"> </w:t>
            </w:r>
            <w:r>
              <w:rPr>
                <w:sz w:val="18"/>
              </w:rPr>
              <w:t>A/B/C</w:t>
            </w:r>
            <w:r>
              <w:rPr>
                <w:sz w:val="18"/>
              </w:rPr>
              <w:t xml:space="preserve"> </w:t>
            </w:r>
            <w:r>
              <w:rPr>
                <w:sz w:val="18"/>
              </w:rPr>
              <w:t>积木，布置任务：</w:t>
            </w:r>
            <w:r>
              <w:rPr>
                <w:sz w:val="18"/>
              </w:rPr>
              <w:t xml:space="preserve"> </w:t>
            </w:r>
            <w:r>
              <w:rPr>
                <w:sz w:val="18"/>
              </w:rPr>
              <w:t>"</w:t>
            </w:r>
            <w:r>
              <w:rPr>
                <w:sz w:val="18"/>
              </w:rPr>
              <w:t xml:space="preserve"> </w:t>
            </w:r>
            <w:r>
              <w:rPr>
                <w:sz w:val="18"/>
              </w:rPr>
              <w:t>一次只能移一块，你会怎么指挥同学？</w:t>
            </w:r>
            <w:r>
              <w:rPr>
                <w:sz w:val="18"/>
              </w:rPr>
              <w:t xml:space="preserve"> </w:t>
            </w:r>
            <w:r>
              <w:rPr>
                <w:sz w:val="18"/>
              </w:rPr>
              <w:t>"②</w:t>
            </w:r>
            <w:r>
              <w:rPr>
                <w:sz w:val="18"/>
              </w:rPr>
              <w:t xml:space="preserve"> </w:t>
            </w:r>
            <w:r>
              <w:rPr>
                <w:sz w:val="18"/>
              </w:rPr>
              <w:t>组织</w:t>
            </w:r>
            <w:r>
              <w:rPr>
                <w:sz w:val="18"/>
              </w:rPr>
              <w:t xml:space="preserve"> </w:t>
            </w:r>
            <w:r>
              <w:rPr>
                <w:sz w:val="18"/>
              </w:rPr>
              <w:t>4</w:t>
            </w:r>
            <w:r>
              <w:rPr>
                <w:sz w:val="18"/>
              </w:rPr>
              <w:t xml:space="preserve"> </w:t>
            </w:r>
            <w:r>
              <w:rPr>
                <w:sz w:val="18"/>
              </w:rPr>
              <w:t>人一组：甲指挥、乙执行、丙丁记录；强调规则</w:t>
            </w:r>
            <w:r>
              <w:rPr>
                <w:sz w:val="18"/>
              </w:rPr>
              <w:t xml:space="preserve"> </w:t>
            </w:r>
            <w:r>
              <w:rPr>
                <w:sz w:val="18"/>
              </w:rPr>
              <w:t>"</w:t>
            </w:r>
            <w:r>
              <w:rPr>
                <w:sz w:val="18"/>
              </w:rPr>
              <w:t xml:space="preserve"> </w:t>
            </w:r>
            <w:r>
              <w:rPr>
                <w:sz w:val="18"/>
              </w:rPr>
              <w:t>一次只能移动一块</w:t>
            </w:r>
            <w:r>
              <w:rPr>
                <w:sz w:val="18"/>
              </w:rPr>
              <w:t xml:space="preserve"> </w:t>
            </w:r>
            <w:r>
              <w:rPr>
                <w:sz w:val="18"/>
              </w:rPr>
              <w:t>"</w:t>
            </w:r>
            <w:r>
              <w:rPr>
                <w:sz w:val="18"/>
              </w:rPr>
              <w:t xml:space="preserve"> </w:t>
            </w:r>
            <w:r>
              <w:rPr>
                <w:sz w:val="18"/>
              </w:rPr>
              <w:t>。</w:t>
            </w:r>
            <w:r>
              <w:rPr>
                <w:sz w:val="18"/>
              </w:rPr>
              <w:t xml:space="preserve"> </w:t>
            </w:r>
            <w:r>
              <w:rPr>
                <w:sz w:val="18"/>
              </w:rPr>
              <w:t>③</w:t>
            </w:r>
            <w:r>
              <w:rPr>
                <w:sz w:val="18"/>
              </w:rPr>
              <w:t xml:space="preserve"> </w:t>
            </w:r>
            <w:r>
              <w:rPr>
                <w:sz w:val="18"/>
              </w:rPr>
              <w:t>组织轮换角色，要求把指令写下来。</w:t>
            </w:r>
            <w:r>
              <w:rPr>
                <w:sz w:val="18"/>
              </w:rPr>
              <w:t xml:space="preserve"> </w:t>
            </w:r>
            <w:r>
              <w:rPr>
                <w:sz w:val="18"/>
              </w:rPr>
              <w:t>④</w:t>
            </w:r>
            <w:r>
              <w:rPr>
                <w:sz w:val="18"/>
              </w:rPr>
              <w:t xml:space="preserve"> </w:t>
            </w:r>
            <w:r>
              <w:rPr>
                <w:sz w:val="18"/>
              </w:rPr>
              <w:t>巡导，提醒</w:t>
            </w:r>
            <w:r>
              <w:rPr>
                <w:sz w:val="18"/>
              </w:rPr>
              <w:t xml:space="preserve"> </w:t>
            </w:r>
            <w:r>
              <w:rPr>
                <w:sz w:val="18"/>
              </w:rPr>
              <w:t>"</w:t>
            </w:r>
            <w:r>
              <w:rPr>
                <w:sz w:val="18"/>
              </w:rPr>
              <w:t xml:space="preserve"> </w:t>
            </w:r>
            <w:r>
              <w:rPr>
                <w:sz w:val="18"/>
              </w:rPr>
              <w:t>指令要说清从哪到哪、移到哪</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分组操作：甲一步一步口述指令，乙严格照做，丙丁记录每一步；轮换体验不同角色；在纸上写出自己的指令清单</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在真实指令</w:t>
            </w:r>
            <w:r>
              <w:rPr>
                <w:sz w:val="18"/>
              </w:rPr>
              <w:t xml:space="preserve"> </w:t>
            </w:r>
            <w:r>
              <w:rPr>
                <w:sz w:val="18"/>
              </w:rPr>
              <w:t>—</w:t>
            </w:r>
            <w:r>
              <w:rPr>
                <w:sz w:val="18"/>
              </w:rPr>
              <w:t xml:space="preserve"> </w:t>
            </w:r>
            <w:r>
              <w:rPr>
                <w:sz w:val="18"/>
              </w:rPr>
              <w:t>执行链条中形成</w:t>
            </w:r>
            <w:r>
              <w:rPr>
                <w:sz w:val="18"/>
              </w:rPr>
              <w:t xml:space="preserve"> </w:t>
            </w:r>
            <w:r>
              <w:rPr>
                <w:sz w:val="18"/>
              </w:rPr>
              <w:t>"</w:t>
            </w:r>
            <w:r>
              <w:rPr>
                <w:sz w:val="18"/>
              </w:rPr>
              <w:t xml:space="preserve"> </w:t>
            </w:r>
            <w:r>
              <w:rPr>
                <w:sz w:val="18"/>
              </w:rPr>
              <w:t>指令</w:t>
            </w:r>
            <w:r>
              <w:rPr>
                <w:sz w:val="18"/>
              </w:rPr>
              <w:t xml:space="preserve"> </w:t>
            </w:r>
            <w:r>
              <w:rPr>
                <w:sz w:val="18"/>
              </w:rPr>
              <w:t>"</w:t>
            </w:r>
            <w:r>
              <w:rPr>
                <w:sz w:val="18"/>
              </w:rPr>
              <w:t xml:space="preserve"> </w:t>
            </w:r>
            <w:r>
              <w:rPr>
                <w:sz w:val="18"/>
              </w:rPr>
              <w:t>的感性认识，练表达与倾听</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抽象建构</w:t>
            </w:r>
            <w:r>
              <w:rPr>
                <w:sz w:val="18"/>
              </w:rPr>
              <w:t xml:space="preserve"> </w:t>
            </w:r>
            <w:r>
              <w:rPr>
                <w:sz w:val="18"/>
              </w:rPr>
              <w:t>·</w:t>
            </w:r>
            <w:r>
              <w:rPr>
                <w:sz w:val="18"/>
              </w:rPr>
              <w:t xml:space="preserve"> </w:t>
            </w:r>
            <w:r>
              <w:rPr>
                <w:sz w:val="18"/>
              </w:rPr>
              <w:t>三概念</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追问：</w:t>
            </w:r>
            <w:r>
              <w:rPr>
                <w:sz w:val="18"/>
              </w:rPr>
              <w:t xml:space="preserve"> </w:t>
            </w:r>
            <w:r>
              <w:rPr>
                <w:sz w:val="18"/>
              </w:rPr>
              <w:t>"</w:t>
            </w:r>
            <w:r>
              <w:rPr>
                <w:sz w:val="18"/>
              </w:rPr>
              <w:t xml:space="preserve"> </w:t>
            </w:r>
            <w:r>
              <w:rPr>
                <w:sz w:val="18"/>
              </w:rPr>
              <w:t>甲跟乙说的一个一个的指示叫什么呢？</w:t>
            </w:r>
            <w:r>
              <w:rPr>
                <w:sz w:val="18"/>
              </w:rPr>
              <w:t xml:space="preserve"> </w:t>
            </w:r>
            <w:r>
              <w:rPr>
                <w:sz w:val="18"/>
              </w:rPr>
              <w:t>——</w:t>
            </w:r>
            <w:r>
              <w:rPr>
                <w:sz w:val="18"/>
              </w:rPr>
              <w:t xml:space="preserve"> </w:t>
            </w:r>
            <w:r>
              <w:rPr>
                <w:sz w:val="18"/>
              </w:rPr>
              <w:t>人给机器下的命令，叫</w:t>
            </w:r>
            <w:r>
              <w:rPr>
                <w:sz w:val="18"/>
              </w:rPr>
              <w:t xml:space="preserve"> </w:t>
            </w:r>
            <w:r>
              <w:rPr>
                <w:b/>
                <w:sz w:val="18"/>
              </w:rPr>
              <w:t>指令</w:t>
            </w:r>
            <w:r>
              <w:rPr>
                <w:sz w:val="18"/>
              </w:rPr>
              <w:t xml:space="preserve"> </w:t>
            </w:r>
            <w:r>
              <w:rPr>
                <w:sz w:val="18"/>
              </w:rPr>
              <w:t>。</w:t>
            </w:r>
            <w:r>
              <w:rPr>
                <w:sz w:val="18"/>
              </w:rPr>
              <w:t xml:space="preserve"> </w:t>
            </w:r>
            <w:r>
              <w:rPr>
                <w:sz w:val="18"/>
              </w:rPr>
              <w:t>"②"</w:t>
            </w:r>
            <w:r>
              <w:rPr>
                <w:sz w:val="18"/>
              </w:rPr>
              <w:t xml:space="preserve"> </w:t>
            </w:r>
            <w:r>
              <w:rPr>
                <w:sz w:val="18"/>
              </w:rPr>
              <w:t>再加上要有开始、要有结束，他就明白指令这个概念是什么意思了。</w:t>
            </w:r>
            <w:r>
              <w:rPr>
                <w:sz w:val="18"/>
              </w:rPr>
              <w:t xml:space="preserve"> </w:t>
            </w:r>
            <w:r>
              <w:rPr>
                <w:sz w:val="18"/>
              </w:rPr>
              <w:t>"③</w:t>
            </w:r>
            <w:r>
              <w:rPr>
                <w:sz w:val="18"/>
              </w:rPr>
              <w:t xml:space="preserve"> </w:t>
            </w:r>
            <w:r>
              <w:rPr>
                <w:sz w:val="18"/>
              </w:rPr>
              <w:t>引导把移动过程画成状态转移图：</w:t>
            </w:r>
            <w:r>
              <w:rPr>
                <w:sz w:val="18"/>
              </w:rPr>
              <w:t xml:space="preserve"> </w:t>
            </w:r>
            <w:r>
              <w:rPr>
                <w:sz w:val="18"/>
              </w:rPr>
              <w:t>"</w:t>
            </w:r>
            <w:r>
              <w:rPr>
                <w:sz w:val="18"/>
              </w:rPr>
              <w:t xml:space="preserve"> </w:t>
            </w:r>
            <w:r>
              <w:rPr>
                <w:sz w:val="18"/>
              </w:rPr>
              <w:t>每条路叫什么？</w:t>
            </w:r>
            <w:r>
              <w:rPr>
                <w:sz w:val="18"/>
              </w:rPr>
              <w:t xml:space="preserve"> </w:t>
            </w:r>
            <w:r>
              <w:rPr>
                <w:sz w:val="18"/>
              </w:rPr>
              <w:t>——</w:t>
            </w:r>
            <w:r>
              <w:rPr>
                <w:sz w:val="18"/>
              </w:rPr>
              <w:t xml:space="preserve"> </w:t>
            </w:r>
            <w:r>
              <w:rPr>
                <w:sz w:val="18"/>
              </w:rPr>
              <w:t>知道什么是</w:t>
            </w:r>
            <w:r>
              <w:rPr>
                <w:sz w:val="18"/>
              </w:rPr>
              <w:t xml:space="preserve"> </w:t>
            </w:r>
            <w:r>
              <w:rPr>
                <w:b/>
                <w:sz w:val="18"/>
              </w:rPr>
              <w:t>算法</w:t>
            </w:r>
            <w:r>
              <w:rPr>
                <w:sz w:val="18"/>
              </w:rPr>
              <w:t xml:space="preserve"> </w:t>
            </w:r>
            <w:r>
              <w:rPr>
                <w:sz w:val="18"/>
              </w:rPr>
              <w:t>（所有可行路径）。</w:t>
            </w:r>
            <w:r>
              <w:rPr>
                <w:sz w:val="18"/>
              </w:rPr>
              <w:t xml:space="preserve"> </w:t>
            </w:r>
            <w:r>
              <w:rPr>
                <w:sz w:val="18"/>
              </w:rPr>
              <w:t>"④"</w:t>
            </w:r>
            <w:r>
              <w:rPr>
                <w:sz w:val="18"/>
              </w:rPr>
              <w:t xml:space="preserve"> </w:t>
            </w:r>
            <w:r>
              <w:rPr>
                <w:sz w:val="18"/>
              </w:rPr>
              <w:t>那两条路里头选一条叫什么？</w:t>
            </w:r>
            <w:r>
              <w:rPr>
                <w:sz w:val="18"/>
              </w:rPr>
              <w:t xml:space="preserve"> </w:t>
            </w:r>
            <w:r>
              <w:rPr>
                <w:sz w:val="18"/>
              </w:rPr>
              <w:t>——</w:t>
            </w:r>
            <w:r>
              <w:rPr>
                <w:sz w:val="18"/>
              </w:rPr>
              <w:t xml:space="preserve"> </w:t>
            </w:r>
            <w:r>
              <w:rPr>
                <w:b/>
                <w:sz w:val="18"/>
              </w:rPr>
              <w:t>决策</w:t>
            </w:r>
            <w:r>
              <w:rPr>
                <w:sz w:val="18"/>
              </w:rPr>
              <w:t xml:space="preserve"> </w:t>
            </w:r>
            <w:r>
              <w:rPr>
                <w:sz w:val="18"/>
              </w:rPr>
              <w:t>。</w:t>
            </w:r>
            <w:r>
              <w:rPr>
                <w:sz w:val="18"/>
              </w:rPr>
              <w:t xml:space="preserve"> </w:t>
            </w:r>
            <w:r>
              <w:rPr>
                <w:sz w:val="18"/>
              </w:rPr>
              <w:t>"⑤</w:t>
            </w:r>
            <w:r>
              <w:rPr>
                <w:sz w:val="18"/>
              </w:rPr>
              <w:t xml:space="preserve"> </w:t>
            </w:r>
            <w:r>
              <w:rPr>
                <w:sz w:val="18"/>
              </w:rPr>
              <w:t>强调：</w:t>
            </w:r>
            <w:r>
              <w:rPr>
                <w:sz w:val="18"/>
              </w:rPr>
              <w:t xml:space="preserve"> </w:t>
            </w:r>
            <w:r>
              <w:rPr>
                <w:sz w:val="18"/>
              </w:rPr>
              <w:t>"</w:t>
            </w:r>
            <w:r>
              <w:rPr>
                <w:sz w:val="18"/>
              </w:rPr>
              <w:t xml:space="preserve"> </w:t>
            </w:r>
            <w:r>
              <w:rPr>
                <w:sz w:val="18"/>
              </w:rPr>
              <w:t>因为决策是基于信息的这句话他要懂。</w:t>
            </w:r>
            <w:r>
              <w:rPr>
                <w:sz w:val="18"/>
              </w:rPr>
              <w:t xml:space="preserve"> </w:t>
            </w:r>
            <w:r>
              <w:rPr>
                <w:sz w:val="18"/>
              </w:rPr>
              <w:t>"</w:t>
            </w:r>
            <w:r>
              <w:rPr>
                <w:sz w:val="18"/>
              </w:rPr>
              <w:t xml:space="preserve"> </w:t>
            </w:r>
            <w:r>
              <w:rPr>
                <w:sz w:val="18"/>
              </w:rPr>
              <w:t>比较步数选优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把搬积木过程画成流程图</w:t>
            </w:r>
            <w:r>
              <w:rPr>
                <w:sz w:val="18"/>
              </w:rPr>
              <w:t xml:space="preserve"> </w:t>
            </w:r>
            <w:r>
              <w:rPr>
                <w:sz w:val="18"/>
              </w:rPr>
              <w:t>/</w:t>
            </w:r>
            <w:r>
              <w:rPr>
                <w:sz w:val="18"/>
              </w:rPr>
              <w:t xml:space="preserve"> </w:t>
            </w:r>
            <w:r>
              <w:rPr>
                <w:sz w:val="18"/>
              </w:rPr>
              <w:t>状态转移图；比较不同路径步数，选出更优路线；跟读并理解三个术语</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从操作抽象到概念，用板书流程图自然引出算法与决策，落实重难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体验活动二</w:t>
            </w:r>
            <w:r>
              <w:rPr>
                <w:sz w:val="18"/>
              </w:rPr>
              <w:t xml:space="preserve"> </w:t>
            </w:r>
            <w:r>
              <w:rPr>
                <w:sz w:val="18"/>
              </w:rPr>
              <w:t>·</w:t>
            </w:r>
            <w:r>
              <w:rPr>
                <w:sz w:val="18"/>
              </w:rPr>
              <w:t xml:space="preserve"> </w:t>
            </w:r>
            <w:r>
              <w:rPr>
                <w:sz w:val="18"/>
              </w:rPr>
              <w:t>找假币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抛出问题：</w:t>
            </w:r>
            <w:r>
              <w:rPr>
                <w:sz w:val="18"/>
              </w:rPr>
              <w:t xml:space="preserve"> </w:t>
            </w:r>
            <w:r>
              <w:rPr>
                <w:sz w:val="18"/>
              </w:rPr>
              <w:t>"</w:t>
            </w:r>
            <w:r>
              <w:rPr>
                <w:sz w:val="18"/>
              </w:rPr>
              <w:t xml:space="preserve"> </w:t>
            </w:r>
            <w:r>
              <w:rPr>
                <w:sz w:val="18"/>
              </w:rPr>
              <w:t>有三枚硬币，其中一枚是假的，假的比真的轻。怎么用天平一次找出？</w:t>
            </w:r>
            <w:r>
              <w:rPr>
                <w:sz w:val="18"/>
              </w:rPr>
              <w:t xml:space="preserve"> </w:t>
            </w:r>
            <w:r>
              <w:rPr>
                <w:sz w:val="18"/>
              </w:rPr>
              <w:t>"②</w:t>
            </w:r>
            <w:r>
              <w:rPr>
                <w:sz w:val="18"/>
              </w:rPr>
              <w:t xml:space="preserve"> </w:t>
            </w:r>
            <w:r>
              <w:rPr>
                <w:sz w:val="18"/>
              </w:rPr>
              <w:t>演示：任取两枚上天平。引导分析三种结果（左轻</w:t>
            </w:r>
            <w:r>
              <w:rPr>
                <w:sz w:val="18"/>
              </w:rPr>
              <w:t xml:space="preserve"> </w:t>
            </w:r>
            <w:r>
              <w:rPr>
                <w:sz w:val="18"/>
              </w:rPr>
              <w:t>/</w:t>
            </w:r>
            <w:r>
              <w:rPr>
                <w:sz w:val="18"/>
              </w:rPr>
              <w:t xml:space="preserve"> </w:t>
            </w:r>
            <w:r>
              <w:rPr>
                <w:sz w:val="18"/>
              </w:rPr>
              <w:t>右轻</w:t>
            </w:r>
            <w:r>
              <w:rPr>
                <w:sz w:val="18"/>
              </w:rPr>
              <w:t xml:space="preserve"> </w:t>
            </w:r>
            <w:r>
              <w:rPr>
                <w:sz w:val="18"/>
              </w:rPr>
              <w:t>/</w:t>
            </w:r>
            <w:r>
              <w:rPr>
                <w:sz w:val="18"/>
              </w:rPr>
              <w:t xml:space="preserve"> </w:t>
            </w:r>
            <w:r>
              <w:rPr>
                <w:sz w:val="18"/>
              </w:rPr>
              <w:t>平衡）分别对应哪枚是假币。</w:t>
            </w:r>
            <w:r>
              <w:rPr>
                <w:sz w:val="18"/>
              </w:rPr>
              <w:t xml:space="preserve"> </w:t>
            </w:r>
            <w:r>
              <w:rPr>
                <w:sz w:val="18"/>
              </w:rPr>
              <w:t>③</w:t>
            </w:r>
            <w:r>
              <w:rPr>
                <w:sz w:val="18"/>
              </w:rPr>
              <w:t xml:space="preserve"> </w:t>
            </w:r>
            <w:r>
              <w:rPr>
                <w:sz w:val="18"/>
              </w:rPr>
              <w:t>延伸：</w:t>
            </w:r>
            <w:r>
              <w:rPr>
                <w:sz w:val="18"/>
              </w:rPr>
              <w:t xml:space="preserve"> </w:t>
            </w:r>
            <w:r>
              <w:rPr>
                <w:sz w:val="18"/>
              </w:rPr>
              <w:t>"</w:t>
            </w:r>
            <w:r>
              <w:rPr>
                <w:sz w:val="18"/>
              </w:rPr>
              <w:t xml:space="preserve"> </w:t>
            </w:r>
            <w:r>
              <w:rPr>
                <w:sz w:val="18"/>
              </w:rPr>
              <w:t>如果把规模放大到</w:t>
            </w:r>
            <w:r>
              <w:rPr>
                <w:sz w:val="18"/>
              </w:rPr>
              <w:t xml:space="preserve"> </w:t>
            </w:r>
            <w:r>
              <w:rPr>
                <w:sz w:val="18"/>
              </w:rPr>
              <w:t>100</w:t>
            </w:r>
            <w:r>
              <w:rPr>
                <w:sz w:val="18"/>
              </w:rPr>
              <w:t xml:space="preserve"> </w:t>
            </w:r>
            <w:r>
              <w:rPr>
                <w:sz w:val="18"/>
              </w:rPr>
              <w:t>枚硬币，说明信息量与问题规模的关系</w:t>
            </w:r>
            <w:r>
              <w:rPr>
                <w:sz w:val="18"/>
              </w:rPr>
              <w:t xml:space="preserve"> </w:t>
            </w:r>
            <w:r>
              <w:rPr>
                <w:sz w:val="18"/>
              </w:rPr>
              <w:t>"</w:t>
            </w:r>
            <w:r>
              <w:rPr>
                <w:sz w:val="18"/>
              </w:rPr>
              <w:t xml:space="preserve"> </w:t>
            </w:r>
            <w:r>
              <w:rPr>
                <w:sz w:val="18"/>
              </w:rPr>
              <w:t>；补充金句：</w:t>
            </w:r>
            <w:r>
              <w:rPr>
                <w:sz w:val="18"/>
              </w:rPr>
              <w:t xml:space="preserve"> </w:t>
            </w:r>
            <w:r>
              <w:rPr>
                <w:sz w:val="18"/>
              </w:rPr>
              <w:t>"</w:t>
            </w:r>
            <w:r>
              <w:rPr>
                <w:sz w:val="18"/>
              </w:rPr>
              <w:t xml:space="preserve"> </w:t>
            </w:r>
            <w:r>
              <w:rPr>
                <w:sz w:val="18"/>
              </w:rPr>
              <w:t>把它转化为代码，只需要几行代码就行了。</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观察天平演示，推理三种结果；小组用纸片硬币模拟一次称量锁定假币；思考</w:t>
            </w:r>
            <w:r>
              <w:rPr>
                <w:sz w:val="18"/>
              </w:rPr>
              <w:t xml:space="preserve"> </w:t>
            </w:r>
            <w:r>
              <w:rPr>
                <w:sz w:val="18"/>
              </w:rPr>
              <w:t>100</w:t>
            </w:r>
            <w:r>
              <w:rPr>
                <w:sz w:val="18"/>
              </w:rPr>
              <w:t xml:space="preserve"> </w:t>
            </w:r>
            <w:r>
              <w:rPr>
                <w:sz w:val="18"/>
              </w:rPr>
              <w:t>枚时信息量变化</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w:t>
            </w:r>
            <w:r>
              <w:rPr>
                <w:sz w:val="18"/>
              </w:rPr>
              <w:t xml:space="preserve"> </w:t>
            </w:r>
            <w:r>
              <w:rPr>
                <w:sz w:val="18"/>
              </w:rPr>
              <w:t>"</w:t>
            </w:r>
            <w:r>
              <w:rPr>
                <w:sz w:val="18"/>
              </w:rPr>
              <w:t xml:space="preserve"> </w:t>
            </w:r>
            <w:r>
              <w:rPr>
                <w:sz w:val="18"/>
              </w:rPr>
              <w:t>信息</w:t>
            </w:r>
            <w:r>
              <w:rPr>
                <w:sz w:val="18"/>
              </w:rPr>
              <w:t xml:space="preserve"> </w:t>
            </w:r>
            <w:r>
              <w:rPr>
                <w:sz w:val="18"/>
              </w:rPr>
              <w:t>"</w:t>
            </w:r>
            <w:r>
              <w:rPr>
                <w:sz w:val="18"/>
              </w:rPr>
              <w:t xml:space="preserve"> </w:t>
            </w:r>
            <w:r>
              <w:rPr>
                <w:sz w:val="18"/>
              </w:rPr>
              <w:t>概念落到可玩情境，理解信息如何缩小搜索范围</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回顾四个概念及关系：指令</w:t>
            </w:r>
            <w:r>
              <w:rPr>
                <w:sz w:val="18"/>
              </w:rPr>
              <w:t xml:space="preserve"> </w:t>
            </w:r>
            <w:r>
              <w:rPr>
                <w:sz w:val="18"/>
              </w:rPr>
              <w:t>→</w:t>
            </w:r>
            <w:r>
              <w:rPr>
                <w:sz w:val="18"/>
              </w:rPr>
              <w:t xml:space="preserve"> </w:t>
            </w:r>
            <w:r>
              <w:rPr>
                <w:sz w:val="18"/>
              </w:rPr>
              <w:t>算法</w:t>
            </w:r>
            <w:r>
              <w:rPr>
                <w:sz w:val="18"/>
              </w:rPr>
              <w:t xml:space="preserve"> </w:t>
            </w:r>
            <w:r>
              <w:rPr>
                <w:sz w:val="18"/>
              </w:rPr>
              <w:t>→</w:t>
            </w:r>
            <w:r>
              <w:rPr>
                <w:sz w:val="18"/>
              </w:rPr>
              <w:t xml:space="preserve"> </w:t>
            </w:r>
            <w:r>
              <w:rPr>
                <w:sz w:val="18"/>
              </w:rPr>
              <w:t>决策，决策基于信息。</w:t>
            </w:r>
            <w:r>
              <w:rPr>
                <w:sz w:val="18"/>
              </w:rPr>
              <w:t xml:space="preserve"> </w:t>
            </w:r>
            <w:r>
              <w:rPr>
                <w:sz w:val="18"/>
              </w:rPr>
              <w:t>②</w:t>
            </w:r>
            <w:r>
              <w:rPr>
                <w:sz w:val="18"/>
              </w:rPr>
              <w:t xml:space="preserve"> </w:t>
            </w:r>
            <w:r>
              <w:rPr>
                <w:sz w:val="18"/>
              </w:rPr>
              <w:t>布置作业，预告：</w:t>
            </w:r>
            <w:r>
              <w:rPr>
                <w:sz w:val="18"/>
              </w:rPr>
              <w:t xml:space="preserve"> </w:t>
            </w:r>
            <w:r>
              <w:rPr>
                <w:sz w:val="18"/>
              </w:rPr>
              <w:t>"</w:t>
            </w:r>
            <w:r>
              <w:rPr>
                <w:sz w:val="18"/>
              </w:rPr>
              <w:t xml:space="preserve"> </w:t>
            </w:r>
            <w:r>
              <w:rPr>
                <w:sz w:val="18"/>
              </w:rPr>
              <w:t>下节课我们用扑克牌和田忌赛马，看看</w:t>
            </w:r>
            <w:r>
              <w:rPr>
                <w:sz w:val="18"/>
              </w:rPr>
              <w:t xml:space="preserve"> </w:t>
            </w:r>
            <w:r>
              <w:rPr>
                <w:sz w:val="18"/>
              </w:rPr>
              <w:t>'</w:t>
            </w:r>
            <w:r>
              <w:rPr>
                <w:sz w:val="18"/>
              </w:rPr>
              <w:t xml:space="preserve"> </w:t>
            </w:r>
            <w:r>
              <w:rPr>
                <w:sz w:val="18"/>
              </w:rPr>
              <w:t>博弈</w:t>
            </w:r>
            <w:r>
              <w:rPr>
                <w:sz w:val="18"/>
              </w:rPr>
              <w:t xml:space="preserve"> </w:t>
            </w:r>
            <w:r>
              <w:rPr>
                <w:sz w:val="18"/>
              </w:rPr>
              <w:t>'</w:t>
            </w:r>
            <w:r>
              <w:rPr>
                <w:sz w:val="18"/>
              </w:rPr>
              <w:t xml:space="preserve"> </w:t>
            </w:r>
            <w:r>
              <w:rPr>
                <w:sz w:val="18"/>
              </w:rPr>
              <w:t>是怎么回事。</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口述四个概念；提出疑问；记录作业</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结构化收束，建立课时衔接，激发期待</w:t>
            </w:r>
          </w:p>
        </w:tc>
      </w:tr>
    </w:tbl>
    <w:p>
      <w:pPr>
        <w:pStyle w:val="Heading3"/>
      </w:pPr>
      <w:r>
        <w:rPr>
          <w:rFonts w:ascii="微软雅黑" w:hAnsi="微软雅黑" w:eastAsia="微软雅黑" w:cs="微软雅黑" w:hint="eastAsia"/>
          <w:b w:val="0"/>
          <w:color w:val="1A237E"/>
          <w:sz w:val="20"/>
          <w:lang w:eastAsia="zh-CN"/>
        </w:rPr>
        <w:t>五、课堂互动设计（递进式四环节，小学高段·合作探究+展示汇报）</w:t>
      </w:r>
    </w:p>
    <w:p>
      <w:pPr>
        <w:pStyle w:val="ListNumber"/>
        <w:numPr>
          <w:ilvl w:val="0"/>
          <w:numId w:val="44"/>
        </w:numPr>
        <w:spacing w:after="72"/>
      </w:pPr>
      <w:r>
        <w:rPr>
          <w:rFonts w:ascii="微软雅黑" w:eastAsia="微软雅黑" w:hAnsi="微软雅黑" w:cs="微软雅黑" w:hint="eastAsia"/>
          <w:b/>
          <w:lang w:eastAsia="zh-CN"/>
        </w:rPr>
        <w:t>导入环节（3分钟·全班）</w:t>
      </w:r>
      <w:r>
        <w:rPr>
          <w:rFonts w:ascii="微软雅黑" w:eastAsia="微软雅黑" w:hAnsi="微软雅黑" w:cs="微软雅黑" w:hint="eastAsia"/>
          <w:lang w:eastAsia="zh-CN"/>
        </w:rPr>
        <w:t>：教师提问</w:t>
      </w:r>
      <w:r>
        <w:t>"</w:t>
      </w:r>
      <w:r>
        <w:rPr>
          <w:rFonts w:ascii="微软雅黑" w:eastAsia="微软雅黑" w:hAnsi="微软雅黑" w:cs="微软雅黑" w:hint="eastAsia"/>
          <w:lang w:eastAsia="zh-CN"/>
        </w:rPr>
        <w:t>你能把图一摆成图二吗？</w:t>
      </w:r>
      <w:r>
        <w:t>"</w:t>
      </w:r>
      <w:r>
        <w:rPr>
          <w:rFonts w:ascii="微软雅黑" w:eastAsia="微软雅黑" w:hAnsi="微软雅黑" w:cs="微软雅黑" w:hint="eastAsia"/>
          <w:lang w:eastAsia="zh-CN"/>
        </w:rPr>
        <w:t>，学生自由抢答；用语文《田忌赛马》回忆激活旧知，营造</w:t>
      </w:r>
      <w:r>
        <w:t>"AI</w:t>
      </w:r>
      <w:r>
        <w:rPr>
          <w:rFonts w:ascii="微软雅黑" w:eastAsia="微软雅黑" w:hAnsi="微软雅黑" w:cs="微软雅黑" w:hint="eastAsia"/>
          <w:lang w:eastAsia="zh-CN"/>
        </w:rPr>
        <w:t>就在经典故事里</w:t>
      </w:r>
      <w:r>
        <w:t>"</w:t>
      </w:r>
      <w:r>
        <w:rPr>
          <w:rFonts w:ascii="微软雅黑" w:eastAsia="微软雅黑" w:hAnsi="微软雅黑" w:cs="微软雅黑" w:hint="eastAsia"/>
          <w:lang w:eastAsia="zh-CN"/>
        </w:rPr>
        <w:t>的探究氛围。</w:t>
      </w:r>
    </w:p>
    <w:p>
      <w:pPr>
        <w:pStyle w:val="ListNumber"/>
        <w:numPr>
          <w:ilvl w:val="0"/>
          <w:numId w:val="44"/>
        </w:numPr>
        <w:spacing w:after="72"/>
      </w:pPr>
      <w:r>
        <w:rPr>
          <w:rFonts w:ascii="微软雅黑" w:eastAsia="微软雅黑" w:hAnsi="微软雅黑" w:cs="微软雅黑" w:hint="eastAsia"/>
          <w:b/>
          <w:lang w:eastAsia="zh-CN"/>
        </w:rPr>
        <w:t>探究环节（20分钟·4人小组）</w:t>
      </w:r>
      <w:r>
        <w:rPr>
          <w:rFonts w:ascii="微软雅黑" w:eastAsia="微软雅黑" w:hAnsi="微软雅黑" w:cs="微软雅黑" w:hint="eastAsia"/>
          <w:lang w:eastAsia="zh-CN"/>
        </w:rPr>
        <w:t>：分组固定角色</w:t>
      </w:r>
      <w:r>
        <w:t>——</w:t>
      </w:r>
      <w:r>
        <w:rPr>
          <w:rFonts w:ascii="微软雅黑" w:eastAsia="微软雅黑" w:hAnsi="微软雅黑" w:cs="微软雅黑" w:hint="eastAsia"/>
          <w:b/>
          <w:lang w:eastAsia="zh-CN"/>
        </w:rPr>
        <w:t>甲（指挥）/乙（执行）/丙丁（记录员）</w:t>
      </w:r>
      <w:r>
        <w:rPr>
          <w:rFonts w:ascii="微软雅黑" w:eastAsia="微软雅黑" w:hAnsi="微软雅黑" w:cs="微软雅黑" w:hint="eastAsia"/>
          <w:lang w:eastAsia="zh-CN"/>
        </w:rPr>
        <w:t>，每人至少轮换一次。规则：</w:t>
      </w:r>
      <w:r>
        <w:t>①</w:t>
      </w:r>
      <w:r>
        <w:rPr>
          <w:rFonts w:ascii="微软雅黑" w:eastAsia="微软雅黑" w:hAnsi="微软雅黑" w:cs="微软雅黑" w:hint="eastAsia"/>
          <w:lang w:eastAsia="zh-CN"/>
        </w:rPr>
        <w:t>一次只能移一块；</w:t>
      </w:r>
      <w:r>
        <w:t>②</w:t>
      </w:r>
      <w:r>
        <w:rPr>
          <w:rFonts w:ascii="微软雅黑" w:eastAsia="微软雅黑" w:hAnsi="微软雅黑" w:cs="微软雅黑" w:hint="eastAsia"/>
          <w:lang w:eastAsia="zh-CN"/>
        </w:rPr>
        <w:t>指令须口述且同步记录；</w:t>
      </w:r>
      <w:r>
        <w:t>③</w:t>
      </w:r>
      <w:r>
        <w:rPr>
          <w:rFonts w:ascii="微软雅黑" w:eastAsia="微软雅黑" w:hAnsi="微软雅黑" w:cs="微软雅黑" w:hint="eastAsia"/>
          <w:lang w:eastAsia="zh-CN"/>
        </w:rPr>
        <w:t>结束后比</w:t>
      </w:r>
      <w:r>
        <w:t>"</w:t>
      </w:r>
      <w:r>
        <w:rPr>
          <w:rFonts w:ascii="微软雅黑" w:eastAsia="微软雅黑" w:hAnsi="微软雅黑" w:cs="微软雅黑" w:hint="eastAsia"/>
          <w:lang w:eastAsia="zh-CN"/>
        </w:rPr>
        <w:t>谁的指令更少更清晰</w:t>
      </w:r>
      <w:r>
        <w:t>"</w:t>
      </w:r>
      <w:r>
        <w:rPr>
          <w:rFonts w:ascii="微软雅黑" w:eastAsia="微软雅黑" w:hAnsi="微软雅黑" w:cs="微软雅黑" w:hint="eastAsia"/>
          <w:lang w:eastAsia="zh-CN"/>
        </w:rPr>
        <w:t>。展示汇报：每组派</w:t>
      </w:r>
      <w:r>
        <w:t>1</w:t>
      </w:r>
      <w:r>
        <w:rPr>
          <w:rFonts w:ascii="微软雅黑" w:eastAsia="微软雅黑" w:hAnsi="微软雅黑" w:cs="微软雅黑" w:hint="eastAsia"/>
          <w:lang w:eastAsia="zh-CN"/>
        </w:rPr>
        <w:t>名记录员上台用磁贴还原本组流程图并解说。</w:t>
      </w:r>
    </w:p>
    <w:p>
      <w:pPr>
        <w:pStyle w:val="ListNumber"/>
        <w:numPr>
          <w:ilvl w:val="0"/>
          <w:numId w:val="44"/>
        </w:numPr>
        <w:spacing w:after="72"/>
      </w:pPr>
      <w:r>
        <w:rPr>
          <w:rFonts w:ascii="微软雅黑" w:eastAsia="微软雅黑" w:hAnsi="微软雅黑" w:cs="微软雅黑" w:hint="eastAsia"/>
          <w:b/>
          <w:lang w:eastAsia="zh-CN"/>
        </w:rPr>
        <w:t>应用环节（10分钟·同桌合作+全班）</w:t>
      </w:r>
      <w:r>
        <w:rPr>
          <w:rFonts w:ascii="微软雅黑" w:eastAsia="微软雅黑" w:hAnsi="微软雅黑" w:cs="微软雅黑" w:hint="eastAsia"/>
          <w:lang w:eastAsia="zh-CN"/>
        </w:rPr>
        <w:t>：同桌用纸片硬币完成</w:t>
      </w:r>
      <w:r>
        <w:t>"</w:t>
      </w:r>
      <w:r>
        <w:rPr>
          <w:rFonts w:ascii="微软雅黑" w:eastAsia="微软雅黑" w:hAnsi="微软雅黑" w:cs="微软雅黑" w:hint="eastAsia"/>
          <w:lang w:eastAsia="zh-CN"/>
        </w:rPr>
        <w:t>一次称量找假币</w:t>
      </w:r>
      <w:r>
        <w:t>"</w:t>
      </w:r>
      <w:r>
        <w:rPr>
          <w:rFonts w:ascii="微软雅黑" w:eastAsia="微软雅黑" w:hAnsi="微软雅黑" w:cs="微软雅黑" w:hint="eastAsia"/>
          <w:lang w:eastAsia="zh-CN"/>
        </w:rPr>
        <w:t>，再全班汇总推理；教师用天平实物验证，学生代表上台操作并解释</w:t>
      </w:r>
      <w:r>
        <w:t>"</w:t>
      </w:r>
      <w:r>
        <w:rPr>
          <w:rFonts w:ascii="微软雅黑" w:eastAsia="微软雅黑" w:hAnsi="微软雅黑" w:cs="微软雅黑" w:hint="eastAsia"/>
          <w:lang w:eastAsia="zh-CN"/>
        </w:rPr>
        <w:t>天平告诉了我什么信息</w:t>
      </w:r>
      <w:r>
        <w:t>"</w:t>
      </w:r>
      <w:r>
        <w:rPr>
          <w:rFonts w:ascii="微软雅黑" w:eastAsia="微软雅黑" w:hAnsi="微软雅黑" w:cs="微软雅黑" w:hint="eastAsia"/>
          <w:lang w:eastAsia="zh-CN"/>
        </w:rPr>
        <w:t>。</w:t>
      </w:r>
    </w:p>
    <w:p>
      <w:pPr>
        <w:pStyle w:val="ListNumber"/>
        <w:numPr>
          <w:ilvl w:val="0"/>
          <w:numId w:val="44"/>
        </w:numPr>
        <w:spacing w:after="72"/>
      </w:pPr>
      <w:r>
        <w:rPr>
          <w:rFonts w:ascii="微软雅黑" w:eastAsia="微软雅黑" w:hAnsi="微软雅黑" w:cs="微软雅黑" w:hint="eastAsia"/>
          <w:b/>
          <w:lang w:eastAsia="zh-CN"/>
        </w:rPr>
        <w:t>总结环节（7分钟·小组接力）</w:t>
      </w:r>
      <w:r>
        <w:rPr>
          <w:rFonts w:ascii="微软雅黑" w:eastAsia="微软雅黑" w:hAnsi="微软雅黑" w:cs="微软雅黑" w:hint="eastAsia"/>
          <w:lang w:eastAsia="zh-CN"/>
        </w:rPr>
        <w:t>：四个小组分别认领一个概念（指令</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决策</w:t>
      </w:r>
      <w:r>
        <w:t>/</w:t>
      </w:r>
      <w:r>
        <w:rPr>
          <w:rFonts w:ascii="微软雅黑" w:eastAsia="微软雅黑" w:hAnsi="微软雅黑" w:cs="微软雅黑" w:hint="eastAsia"/>
          <w:lang w:eastAsia="zh-CN"/>
        </w:rPr>
        <w:t>信息），用</w:t>
      </w:r>
      <w:r>
        <w:t>"</w:t>
      </w:r>
      <w:r>
        <w:rPr>
          <w:rFonts w:ascii="微软雅黑" w:eastAsia="微软雅黑" w:hAnsi="微软雅黑" w:cs="微软雅黑" w:hint="eastAsia"/>
          <w:lang w:eastAsia="zh-CN"/>
        </w:rPr>
        <w:t>一句话</w:t>
      </w:r>
      <w:r>
        <w:t>+</w:t>
      </w:r>
      <w:r>
        <w:rPr>
          <w:rFonts w:ascii="微软雅黑" w:eastAsia="微软雅黑" w:hAnsi="微软雅黑" w:cs="微软雅黑" w:hint="eastAsia"/>
          <w:lang w:eastAsia="zh-CN"/>
        </w:rPr>
        <w:t>一个生活例子</w:t>
      </w:r>
      <w:r>
        <w:t>"</w:t>
      </w:r>
      <w:r>
        <w:rPr>
          <w:rFonts w:ascii="微软雅黑" w:eastAsia="微软雅黑" w:hAnsi="微软雅黑" w:cs="微软雅黑" w:hint="eastAsia"/>
          <w:lang w:eastAsia="zh-CN"/>
        </w:rPr>
        <w:t>接力总结；教师板书串联成知识链。</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什么是</w:t>
            </w:r>
            <w:r>
              <w:rPr>
                <w:sz w:val="18"/>
              </w:rPr>
              <w:t xml:space="preserve"> </w:t>
            </w:r>
            <w:r>
              <w:rPr>
                <w:sz w:val="18"/>
              </w:rPr>
              <w:t>"</w:t>
            </w:r>
            <w:r>
              <w:rPr>
                <w:sz w:val="18"/>
              </w:rPr>
              <w:t xml:space="preserve"> </w:t>
            </w:r>
            <w:r>
              <w:rPr>
                <w:sz w:val="18"/>
              </w:rPr>
              <w:t>指令</w:t>
            </w:r>
            <w:r>
              <w:rPr>
                <w:sz w:val="18"/>
              </w:rPr>
              <w:t xml:space="preserve"> </w:t>
            </w:r>
            <w:r>
              <w:rPr>
                <w:sz w:val="18"/>
              </w:rPr>
              <w:t>"</w:t>
            </w:r>
            <w:r>
              <w:rPr>
                <w:sz w:val="18"/>
              </w:rPr>
              <w:t xml:space="preserve"> </w:t>
            </w:r>
            <w:r>
              <w:rPr>
                <w:sz w:val="18"/>
              </w:rPr>
              <w:t>？请举一个你给机器（或他人）下指令的生活例子。</w:t>
            </w:r>
            <w:r>
              <w:rPr>
                <w:sz w:val="18"/>
              </w:rPr>
              <w:t xml:space="preserve"> </w:t>
            </w:r>
            <w:r>
              <w:rPr>
                <w:sz w:val="18"/>
              </w:rPr>
              <w:t>②</w:t>
            </w:r>
            <w:r>
              <w:rPr>
                <w:sz w:val="18"/>
              </w:rPr>
              <w:t xml:space="preserve"> </w:t>
            </w:r>
            <w:r>
              <w:rPr>
                <w:sz w:val="18"/>
              </w:rPr>
              <w:t>搬积木时，从初态到终态有好几条路，每一条路在</w:t>
            </w:r>
            <w:r>
              <w:rPr>
                <w:sz w:val="18"/>
              </w:rPr>
              <w:t xml:space="preserve"> </w:t>
            </w:r>
            <w:r>
              <w:rPr>
                <w:sz w:val="18"/>
              </w:rPr>
              <w:t>AI</w:t>
            </w:r>
            <w:r>
              <w:rPr>
                <w:sz w:val="18"/>
              </w:rPr>
              <w:t xml:space="preserve"> </w:t>
            </w:r>
            <w:r>
              <w:rPr>
                <w:sz w:val="18"/>
              </w:rPr>
              <w:t>里叫什么？</w:t>
            </w:r>
            <w:r>
              <w:rPr>
                <w:sz w:val="18"/>
              </w:rPr>
              <w:t xml:space="preserve"> </w:t>
            </w:r>
            <w:r>
              <w:rPr>
                <w:sz w:val="18"/>
              </w:rPr>
              <w:t>③"</w:t>
            </w:r>
            <w:r>
              <w:rPr>
                <w:sz w:val="18"/>
              </w:rPr>
              <w:t xml:space="preserve"> </w:t>
            </w:r>
            <w:r>
              <w:rPr>
                <w:sz w:val="18"/>
              </w:rPr>
              <w:t>信息</w:t>
            </w:r>
            <w:r>
              <w:rPr>
                <w:sz w:val="18"/>
              </w:rPr>
              <w:t xml:space="preserve"> </w:t>
            </w:r>
            <w:r>
              <w:rPr>
                <w:sz w:val="18"/>
              </w:rPr>
              <w:t>"</w:t>
            </w:r>
            <w:r>
              <w:rPr>
                <w:sz w:val="18"/>
              </w:rPr>
              <w:t xml:space="preserve"> </w:t>
            </w:r>
            <w:r>
              <w:rPr>
                <w:sz w:val="18"/>
              </w:rPr>
              <w:t>在找假币游戏里指什么？天平告诉了你什么？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为什么指令必须</w:t>
            </w:r>
            <w:r>
              <w:rPr>
                <w:sz w:val="18"/>
              </w:rPr>
              <w:t xml:space="preserve"> </w:t>
            </w:r>
            <w:r>
              <w:rPr>
                <w:sz w:val="18"/>
              </w:rPr>
              <w:t>"</w:t>
            </w:r>
            <w:r>
              <w:rPr>
                <w:sz w:val="18"/>
              </w:rPr>
              <w:t xml:space="preserve"> </w:t>
            </w:r>
            <w:r>
              <w:rPr>
                <w:sz w:val="18"/>
              </w:rPr>
              <w:t>一次只能移一块</w:t>
            </w:r>
            <w:r>
              <w:rPr>
                <w:sz w:val="18"/>
              </w:rPr>
              <w:t xml:space="preserve"> </w:t>
            </w:r>
            <w:r>
              <w:rPr>
                <w:sz w:val="18"/>
              </w:rPr>
              <w:t>"</w:t>
            </w:r>
            <w:r>
              <w:rPr>
                <w:sz w:val="18"/>
              </w:rPr>
              <w:t xml:space="preserve"> </w:t>
            </w:r>
            <w:r>
              <w:rPr>
                <w:sz w:val="18"/>
              </w:rPr>
              <w:t>并且</w:t>
            </w:r>
            <w:r>
              <w:rPr>
                <w:sz w:val="18"/>
              </w:rPr>
              <w:t xml:space="preserve"> </w:t>
            </w:r>
            <w:r>
              <w:rPr>
                <w:sz w:val="18"/>
              </w:rPr>
              <w:t>"</w:t>
            </w:r>
            <w:r>
              <w:rPr>
                <w:sz w:val="18"/>
              </w:rPr>
              <w:t xml:space="preserve"> </w:t>
            </w:r>
            <w:r>
              <w:rPr>
                <w:sz w:val="18"/>
              </w:rPr>
              <w:t>有开始、有结束</w:t>
            </w:r>
            <w:r>
              <w:rPr>
                <w:sz w:val="18"/>
              </w:rPr>
              <w:t xml:space="preserve"> </w:t>
            </w:r>
            <w:r>
              <w:rPr>
                <w:sz w:val="18"/>
              </w:rPr>
              <w:t>"</w:t>
            </w:r>
            <w:r>
              <w:rPr>
                <w:sz w:val="18"/>
              </w:rPr>
              <w:t xml:space="preserve"> </w:t>
            </w:r>
            <w:r>
              <w:rPr>
                <w:sz w:val="18"/>
              </w:rPr>
              <w:t>？</w:t>
            </w:r>
            <w:r>
              <w:rPr>
                <w:sz w:val="18"/>
              </w:rPr>
              <w:t xml:space="preserve"> </w:t>
            </w:r>
            <w:r>
              <w:rPr>
                <w:sz w:val="18"/>
              </w:rPr>
              <w:t>②</w:t>
            </w:r>
            <w:r>
              <w:rPr>
                <w:sz w:val="18"/>
              </w:rPr>
              <w:t xml:space="preserve"> </w:t>
            </w:r>
            <w:r>
              <w:rPr>
                <w:sz w:val="18"/>
              </w:rPr>
              <w:t>为什么</w:t>
            </w:r>
            <w:r>
              <w:rPr>
                <w:sz w:val="18"/>
              </w:rPr>
              <w:t xml:space="preserve"> </w:t>
            </w:r>
            <w:r>
              <w:rPr>
                <w:sz w:val="18"/>
              </w:rPr>
              <w:t>"</w:t>
            </w:r>
            <w:r>
              <w:rPr>
                <w:sz w:val="18"/>
              </w:rPr>
              <w:t xml:space="preserve"> </w:t>
            </w:r>
            <w:r>
              <w:rPr>
                <w:sz w:val="18"/>
              </w:rPr>
              <w:t>决策要基于信息</w:t>
            </w:r>
            <w:r>
              <w:rPr>
                <w:sz w:val="18"/>
              </w:rPr>
              <w:t xml:space="preserve"> </w:t>
            </w:r>
            <w:r>
              <w:rPr>
                <w:sz w:val="18"/>
              </w:rPr>
              <w:t>"</w:t>
            </w:r>
            <w:r>
              <w:rPr>
                <w:sz w:val="18"/>
              </w:rPr>
              <w:t xml:space="preserve"> </w:t>
            </w:r>
            <w:r>
              <w:rPr>
                <w:sz w:val="18"/>
              </w:rPr>
              <w:t>？如果不知道假币更轻，还能一次称出来吗？</w:t>
            </w:r>
            <w:r>
              <w:rPr>
                <w:sz w:val="18"/>
              </w:rPr>
              <w:t xml:space="preserve"> </w:t>
            </w:r>
            <w:r>
              <w:rPr>
                <w:sz w:val="18"/>
              </w:rPr>
              <w:t>③</w:t>
            </w:r>
            <w:r>
              <w:rPr>
                <w:sz w:val="18"/>
              </w:rPr>
              <w:t xml:space="preserve"> </w:t>
            </w:r>
            <w:r>
              <w:rPr>
                <w:sz w:val="18"/>
              </w:rPr>
              <w:t>为什么我们搬积木要选步数更少的路线，而不是随便一条？</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有人说</w:t>
            </w:r>
            <w:r>
              <w:rPr>
                <w:sz w:val="18"/>
              </w:rPr>
              <w:t xml:space="preserve"> </w:t>
            </w:r>
            <w:r>
              <w:rPr>
                <w:sz w:val="18"/>
              </w:rPr>
              <w:t>"</w:t>
            </w:r>
            <w:r>
              <w:rPr>
                <w:sz w:val="18"/>
              </w:rPr>
              <w:t xml:space="preserve"> </w:t>
            </w:r>
            <w:r>
              <w:rPr>
                <w:sz w:val="18"/>
              </w:rPr>
              <w:t>算法就是一步步的指令</w:t>
            </w:r>
            <w:r>
              <w:rPr>
                <w:sz w:val="18"/>
              </w:rPr>
              <w:t xml:space="preserve"> </w:t>
            </w:r>
            <w:r>
              <w:rPr>
                <w:sz w:val="18"/>
              </w:rPr>
              <w:t>"</w:t>
            </w:r>
            <w:r>
              <w:rPr>
                <w:sz w:val="18"/>
              </w:rPr>
              <w:t xml:space="preserve"> </w:t>
            </w:r>
            <w:r>
              <w:rPr>
                <w:sz w:val="18"/>
              </w:rPr>
              <w:t>，你同意吗？算法和指令到底有什么不同？</w:t>
            </w:r>
            <w:r>
              <w:rPr>
                <w:sz w:val="18"/>
              </w:rPr>
              <w:t xml:space="preserve"> </w:t>
            </w:r>
            <w:r>
              <w:rPr>
                <w:sz w:val="18"/>
              </w:rPr>
              <w:t>②"</w:t>
            </w:r>
            <w:r>
              <w:rPr>
                <w:sz w:val="18"/>
              </w:rPr>
              <w:t xml:space="preserve"> </w:t>
            </w:r>
            <w:r>
              <w:rPr>
                <w:sz w:val="18"/>
              </w:rPr>
              <w:t>决策基于信息</w:t>
            </w:r>
            <w:r>
              <w:rPr>
                <w:sz w:val="18"/>
              </w:rPr>
              <w:t xml:space="preserve"> </w:t>
            </w:r>
            <w:r>
              <w:rPr>
                <w:sz w:val="18"/>
              </w:rPr>
              <w:t>"</w:t>
            </w:r>
            <w:r>
              <w:rPr>
                <w:sz w:val="18"/>
              </w:rPr>
              <w:t xml:space="preserve"> </w:t>
            </w:r>
            <w:r>
              <w:rPr>
                <w:sz w:val="18"/>
              </w:rPr>
              <w:t>能解释你生活中的哪些选择（如考试先易后难）？</w:t>
            </w:r>
            <w:r>
              <w:rPr>
                <w:sz w:val="18"/>
              </w:rPr>
              <w:t xml:space="preserve"> </w:t>
            </w:r>
            <w:r>
              <w:rPr>
                <w:sz w:val="18"/>
              </w:rPr>
              <w:t>③</w:t>
            </w:r>
            <w:r>
              <w:rPr>
                <w:sz w:val="18"/>
              </w:rPr>
              <w:t xml:space="preserve"> </w:t>
            </w:r>
            <w:r>
              <w:rPr>
                <w:sz w:val="18"/>
              </w:rPr>
              <w:t>如果给你</w:t>
            </w:r>
            <w:r>
              <w:rPr>
                <w:sz w:val="18"/>
              </w:rPr>
              <w:t xml:space="preserve"> </w:t>
            </w:r>
            <w:r>
              <w:rPr>
                <w:sz w:val="18"/>
              </w:rPr>
              <w:t>100</w:t>
            </w:r>
            <w:r>
              <w:rPr>
                <w:sz w:val="18"/>
              </w:rPr>
              <w:t xml:space="preserve"> </w:t>
            </w:r>
            <w:r>
              <w:rPr>
                <w:sz w:val="18"/>
              </w:rPr>
              <w:t>枚硬币找</w:t>
            </w:r>
            <w:r>
              <w:rPr>
                <w:sz w:val="18"/>
              </w:rPr>
              <w:t xml:space="preserve"> </w:t>
            </w:r>
            <w:r>
              <w:rPr>
                <w:sz w:val="18"/>
              </w:rPr>
              <w:t>1</w:t>
            </w:r>
            <w:r>
              <w:rPr>
                <w:sz w:val="18"/>
              </w:rPr>
              <w:t xml:space="preserve"> </w:t>
            </w:r>
            <w:r>
              <w:rPr>
                <w:sz w:val="18"/>
              </w:rPr>
              <w:t>枚假币，你觉得信息量会发生什么变化？为什么不能永远</w:t>
            </w:r>
            <w:r>
              <w:rPr>
                <w:sz w:val="18"/>
              </w:rPr>
              <w:t xml:space="preserve"> </w:t>
            </w:r>
            <w:r>
              <w:rPr>
                <w:sz w:val="18"/>
              </w:rPr>
              <w:t>"</w:t>
            </w:r>
            <w:r>
              <w:rPr>
                <w:sz w:val="18"/>
              </w:rPr>
              <w:t xml:space="preserve"> </w:t>
            </w:r>
            <w:r>
              <w:rPr>
                <w:sz w:val="18"/>
              </w:rPr>
              <w:t>一次搞定</w:t>
            </w:r>
            <w:r>
              <w:rPr>
                <w:sz w:val="18"/>
              </w:rPr>
              <w:t xml:space="preserve"> </w:t>
            </w:r>
            <w:r>
              <w:rPr>
                <w:sz w:val="18"/>
              </w:rPr>
              <w:t>"</w:t>
            </w:r>
            <w:r>
              <w:rPr>
                <w:sz w:val="18"/>
              </w:rPr>
              <w:t xml:space="preserve"> </w:t>
            </w:r>
            <w:r>
              <w:rPr>
                <w:sz w:val="18"/>
              </w:rPr>
              <w:t>？</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主板书（左→右递进链）</w:t>
      </w:r>
      <w:r>
        <w:rPr>
          <w:rFonts w:ascii="微软雅黑" w:eastAsia="微软雅黑" w:hAnsi="微软雅黑" w:cs="微软雅黑" w:hint="eastAsia"/>
          <w:lang w:eastAsia="zh-CN"/>
        </w:rPr>
        <w:t>：指令（甲对乙一步步的命令，有始有终）</w:t>
      </w:r>
      <w:r>
        <w:t xml:space="preserve">→ </w:t>
      </w:r>
      <w:r>
        <w:rPr>
          <w:rFonts w:ascii="微软雅黑" w:eastAsia="微软雅黑" w:hAnsi="微软雅黑" w:cs="微软雅黑" w:hint="eastAsia"/>
          <w:lang w:eastAsia="zh-CN"/>
        </w:rPr>
        <w:t>算法（所有可行路径</w:t>
      </w:r>
      <w:r>
        <w:t>·</w:t>
      </w:r>
      <w:r>
        <w:rPr>
          <w:rFonts w:ascii="微软雅黑" w:eastAsia="微软雅黑" w:hAnsi="微软雅黑" w:cs="微软雅黑" w:hint="eastAsia"/>
          <w:lang w:eastAsia="zh-CN"/>
        </w:rPr>
        <w:t>状态转移图）</w:t>
      </w:r>
      <w:r>
        <w:t xml:space="preserve">→ </w:t>
      </w:r>
      <w:r>
        <w:rPr>
          <w:rFonts w:ascii="微软雅黑" w:eastAsia="微软雅黑" w:hAnsi="微软雅黑" w:cs="微软雅黑" w:hint="eastAsia"/>
          <w:lang w:eastAsia="zh-CN"/>
        </w:rPr>
        <w:t>决策（多条路中选一条）</w:t>
      </w:r>
      <w:r>
        <w:t xml:space="preserve">→ </w:t>
      </w:r>
      <w:r>
        <w:rPr>
          <w:rFonts w:ascii="微软雅黑" w:eastAsia="微软雅黑" w:hAnsi="微软雅黑" w:cs="微软雅黑" w:hint="eastAsia"/>
          <w:lang w:eastAsia="zh-CN"/>
        </w:rPr>
        <w:t>信息（决策的依据）。</w:t>
      </w:r>
    </w:p>
    <w:p>
      <w:pPr>
        <w:pStyle w:val="ListBullet"/>
        <w:spacing w:after="72"/>
      </w:pPr>
      <w:r>
        <w:rPr>
          <w:rFonts w:ascii="微软雅黑" w:eastAsia="微软雅黑" w:hAnsi="微软雅黑" w:cs="微软雅黑" w:hint="eastAsia"/>
          <w:b/>
          <w:lang w:eastAsia="zh-CN"/>
        </w:rPr>
        <w:t>中部</w:t>
      </w:r>
      <w:r>
        <w:rPr>
          <w:rFonts w:ascii="微软雅黑" w:eastAsia="微软雅黑" w:hAnsi="微软雅黑" w:cs="微软雅黑" w:hint="eastAsia"/>
          <w:lang w:eastAsia="zh-CN"/>
        </w:rPr>
        <w:t>：搬积木初态</w:t>
      </w:r>
      <w:r>
        <w:t>→</w:t>
      </w:r>
      <w:r>
        <w:rPr>
          <w:rFonts w:ascii="微软雅黑" w:eastAsia="微软雅黑" w:hAnsi="微软雅黑" w:cs="微软雅黑" w:hint="eastAsia"/>
          <w:lang w:eastAsia="zh-CN"/>
        </w:rPr>
        <w:t>终态简图</w:t>
      </w:r>
      <w:r>
        <w:t xml:space="preserve"> + </w:t>
      </w:r>
      <w:r>
        <w:rPr>
          <w:rFonts w:ascii="微软雅黑" w:eastAsia="微软雅黑" w:hAnsi="微软雅黑" w:cs="微软雅黑" w:hint="eastAsia"/>
          <w:lang w:eastAsia="zh-CN"/>
        </w:rPr>
        <w:t>状态转移草图（标注不同路径与步数）。</w:t>
      </w:r>
    </w:p>
    <w:p>
      <w:pPr>
        <w:pStyle w:val="ListBullet"/>
        <w:spacing w:after="72"/>
      </w:pPr>
      <w:r>
        <w:rPr>
          <w:rFonts w:ascii="微软雅黑" w:eastAsia="微软雅黑" w:hAnsi="微软雅黑" w:cs="微软雅黑" w:hint="eastAsia"/>
          <w:b/>
          <w:lang w:eastAsia="zh-CN"/>
        </w:rPr>
        <w:t>右下角</w:t>
      </w:r>
      <w:r>
        <w:rPr>
          <w:rFonts w:ascii="微软雅黑" w:eastAsia="微软雅黑" w:hAnsi="微软雅黑" w:cs="微软雅黑" w:hint="eastAsia"/>
          <w:lang w:eastAsia="zh-CN"/>
        </w:rPr>
        <w:t>：找假币天平三结果分支图（左轻</w:t>
      </w:r>
      <w:r>
        <w:t>/</w:t>
      </w:r>
      <w:r>
        <w:rPr>
          <w:rFonts w:ascii="微软雅黑" w:eastAsia="微软雅黑" w:hAnsi="微软雅黑" w:cs="微软雅黑" w:hint="eastAsia"/>
          <w:lang w:eastAsia="zh-CN"/>
        </w:rPr>
        <w:t>右轻</w:t>
      </w:r>
      <w:r>
        <w:t>/</w:t>
      </w:r>
      <w:r>
        <w:rPr>
          <w:rFonts w:ascii="微软雅黑" w:eastAsia="微软雅黑" w:hAnsi="微软雅黑" w:cs="微软雅黑" w:hint="eastAsia"/>
          <w:lang w:eastAsia="zh-CN"/>
        </w:rPr>
        <w:t>平衡</w:t>
      </w:r>
      <w:r>
        <w:t xml:space="preserve"> → </w:t>
      </w:r>
      <w:r>
        <w:rPr>
          <w:rFonts w:ascii="微软雅黑" w:eastAsia="微软雅黑" w:hAnsi="微软雅黑" w:cs="微软雅黑" w:hint="eastAsia"/>
          <w:lang w:eastAsia="zh-CN"/>
        </w:rPr>
        <w:t>锁定某枚）。</w:t>
      </w:r>
    </w:p>
    <w:p>
      <w:pPr>
        <w:pStyle w:val="ListBullet"/>
        <w:spacing w:after="72"/>
      </w:pPr>
      <w:r>
        <w:rPr>
          <w:rFonts w:ascii="微软雅黑" w:eastAsia="微软雅黑" w:hAnsi="微软雅黑" w:cs="微软雅黑" w:hint="eastAsia"/>
          <w:b/>
          <w:lang w:eastAsia="zh-CN"/>
        </w:rPr>
        <w:t>底部金句条</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因为决策是基于信息的。</w:t>
      </w:r>
      <w:r>
        <w:t>" "</w:t>
      </w:r>
      <w:r>
        <w:rPr>
          <w:rFonts w:ascii="微软雅黑" w:eastAsia="微软雅黑" w:hAnsi="微软雅黑" w:cs="微软雅黑" w:hint="eastAsia"/>
          <w:lang w:eastAsia="zh-CN"/>
        </w:rPr>
        <w:t>它和信息科技有着千丝万缕的联系。</w:t>
      </w:r>
      <w: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：把课堂搬积木的过程画成一张</w:t>
      </w:r>
      <w:r>
        <w:t>"</w:t>
      </w:r>
      <w:r>
        <w:rPr>
          <w:rFonts w:ascii="微软雅黑" w:eastAsia="微软雅黑" w:hAnsi="微软雅黑" w:cs="微软雅黑" w:hint="eastAsia"/>
          <w:lang w:eastAsia="zh-CN"/>
        </w:rPr>
        <w:t>状态转移图</w:t>
      </w:r>
      <w:r>
        <w:t>"</w:t>
      </w:r>
      <w:r>
        <w:rPr>
          <w:rFonts w:ascii="微软雅黑" w:eastAsia="微软雅黑" w:hAnsi="微软雅黑" w:cs="微软雅黑" w:hint="eastAsia"/>
          <w:lang w:eastAsia="zh-CN"/>
        </w:rPr>
        <w:t>（流程图），用箭头标出每一步指令，至少画出两条不同路径。</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：用今天学的</w:t>
      </w:r>
      <w:r>
        <w:t>"</w:t>
      </w:r>
      <w:r>
        <w:rPr>
          <w:rFonts w:ascii="微软雅黑" w:eastAsia="微软雅黑" w:hAnsi="微软雅黑" w:cs="微软雅黑" w:hint="eastAsia"/>
          <w:lang w:eastAsia="zh-CN"/>
        </w:rPr>
        <w:t>决策基于信息</w:t>
      </w:r>
      <w:r>
        <w:t>"</w:t>
      </w:r>
      <w:r>
        <w:rPr>
          <w:rFonts w:ascii="微软雅黑" w:eastAsia="微软雅黑" w:hAnsi="微软雅黑" w:cs="微软雅黑" w:hint="eastAsia"/>
          <w:lang w:eastAsia="zh-CN"/>
        </w:rPr>
        <w:t>四个字，尝试解释语文《田忌赛马》中田忌为什么能赢（为下节课</w:t>
      </w:r>
      <w:r>
        <w:t>"</w:t>
      </w:r>
      <w:r>
        <w:rPr>
          <w:rFonts w:ascii="微软雅黑" w:eastAsia="微软雅黑" w:hAnsi="微软雅黑" w:cs="微软雅黑" w:hint="eastAsia"/>
          <w:lang w:eastAsia="zh-CN"/>
        </w:rPr>
        <w:t>博弈</w:t>
      </w:r>
      <w:r>
        <w:t>"</w:t>
      </w:r>
      <w:r>
        <w:rPr>
          <w:rFonts w:ascii="微软雅黑" w:eastAsia="微软雅黑" w:hAnsi="微软雅黑" w:cs="微软雅黑" w:hint="eastAsia"/>
          <w:lang w:eastAsia="zh-CN"/>
        </w:rPr>
        <w:t>做铺垫，写</w:t>
      </w:r>
      <w:r>
        <w:t>3-5</w:t>
      </w:r>
      <w:r>
        <w:rPr>
          <w:rFonts w:ascii="微软雅黑" w:eastAsia="微软雅黑" w:hAnsi="微软雅黑" w:cs="微软雅黑" w:hint="eastAsia"/>
          <w:lang w:eastAsia="zh-CN"/>
        </w:rPr>
        <w:t>句）。</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：设计一份</w:t>
      </w:r>
      <w:r>
        <w:t>"</w:t>
      </w:r>
      <w:r>
        <w:rPr>
          <w:rFonts w:ascii="微软雅黑" w:eastAsia="微软雅黑" w:hAnsi="微软雅黑" w:cs="微软雅黑" w:hint="eastAsia"/>
          <w:lang w:eastAsia="zh-CN"/>
        </w:rPr>
        <w:t>用天平一次找出</w:t>
      </w:r>
      <w:r>
        <w:t>3</w:t>
      </w:r>
      <w:r>
        <w:rPr>
          <w:rFonts w:ascii="微软雅黑" w:eastAsia="微软雅黑" w:hAnsi="微软雅黑" w:cs="微软雅黑" w:hint="eastAsia"/>
          <w:lang w:eastAsia="zh-CN"/>
        </w:rPr>
        <w:t>枚硬币中假币</w:t>
      </w:r>
      <w:r>
        <w:t>"</w:t>
      </w:r>
      <w:r>
        <w:rPr>
          <w:rFonts w:ascii="微软雅黑" w:eastAsia="微软雅黑" w:hAnsi="微软雅黑" w:cs="微软雅黑" w:hint="eastAsia"/>
          <w:lang w:eastAsia="zh-CN"/>
        </w:rPr>
        <w:t>的</w:t>
      </w:r>
      <w:r>
        <w:rPr>
          <w:rFonts w:ascii="微软雅黑" w:eastAsia="微软雅黑" w:hAnsi="微软雅黑" w:cs="微软雅黑" w:hint="eastAsia"/>
          <w:b/>
          <w:lang w:eastAsia="zh-CN"/>
        </w:rPr>
        <w:t>指令清单</w:t>
      </w:r>
      <w:r>
        <w:rPr>
          <w:rFonts w:ascii="微软雅黑" w:eastAsia="微软雅黑" w:hAnsi="微软雅黑" w:cs="微软雅黑" w:hint="eastAsia"/>
          <w:lang w:eastAsia="zh-CN"/>
        </w:rPr>
        <w:t>（像给机器人下命令一样，写清每一步），并说明如果天平两端平衡能得出什么结论。</w:t>
      </w:r>
    </w:p>
    <w:p>
      <w:pPr>
        <w:pStyle w:val="Heading3"/>
      </w:pPr>
      <w:r>
        <w:rPr>
          <w:rFonts w:ascii="微软雅黑" w:hAnsi="微软雅黑" w:eastAsia="微软雅黑" w:cs="微软雅黑" w:hint="eastAsia"/>
          <w:b w:val="0"/>
          <w:color w:val="1A237E"/>
          <w:sz w:val="20"/>
          <w:lang w:eastAsia="zh-CN"/>
        </w:rPr>
        <w:t>九、教学评价（观察点清单）</w:t>
      </w:r>
    </w:p>
    <w:p>
      <w:pPr>
        <w:pStyle w:val="ListBullet"/>
        <w:spacing w:after="72"/>
      </w:pPr>
      <w:r>
        <w:t xml:space="preserve">[ ] </w:t>
      </w:r>
      <w:r>
        <w:rPr>
          <w:rFonts w:ascii="微软雅黑" w:eastAsia="微软雅黑" w:hAnsi="微软雅黑" w:cs="微软雅黑" w:hint="eastAsia"/>
          <w:lang w:eastAsia="zh-CN"/>
        </w:rPr>
        <w:t>能否口述指令、算法、决策、信息四个概念并各举一例（概念理解）。</w:t>
      </w:r>
    </w:p>
    <w:p>
      <w:pPr>
        <w:pStyle w:val="ListBullet"/>
        <w:spacing w:after="72"/>
      </w:pPr>
      <w:r>
        <w:t xml:space="preserve">[ ] </w:t>
      </w:r>
      <w:r>
        <w:rPr>
          <w:rFonts w:ascii="微软雅黑" w:eastAsia="微软雅黑" w:hAnsi="微软雅黑" w:cs="微软雅黑" w:hint="eastAsia"/>
          <w:lang w:eastAsia="zh-CN"/>
        </w:rPr>
        <w:t>角色扮演中，指令是否</w:t>
      </w:r>
      <w:r>
        <w:t>"</w:t>
      </w:r>
      <w:r>
        <w:rPr>
          <w:rFonts w:ascii="微软雅黑" w:eastAsia="微软雅黑" w:hAnsi="微软雅黑" w:cs="微软雅黑" w:hint="eastAsia"/>
          <w:lang w:eastAsia="zh-CN"/>
        </w:rPr>
        <w:t>一次一令、有始有终</w:t>
      </w:r>
      <w:r>
        <w:t>"</w:t>
      </w:r>
      <w:r>
        <w:rPr>
          <w:rFonts w:ascii="微软雅黑" w:eastAsia="微软雅黑" w:hAnsi="微软雅黑" w:cs="微软雅黑" w:hint="eastAsia"/>
          <w:lang w:eastAsia="zh-CN"/>
        </w:rPr>
        <w:t>、表达是否清晰（表达能力）。</w:t>
      </w:r>
    </w:p>
    <w:p>
      <w:pPr>
        <w:pStyle w:val="ListBullet"/>
        <w:spacing w:after="72"/>
      </w:pPr>
      <w:r>
        <w:t xml:space="preserve">[ ] </w:t>
      </w:r>
      <w:r>
        <w:rPr>
          <w:rFonts w:ascii="微软雅黑" w:eastAsia="微软雅黑" w:hAnsi="微软雅黑" w:cs="微软雅黑" w:hint="eastAsia"/>
          <w:lang w:eastAsia="zh-CN"/>
        </w:rPr>
        <w:t>状态转移图是否画出</w:t>
      </w:r>
      <w:r>
        <w:t>≥2</w:t>
      </w:r>
      <w:r>
        <w:rPr>
          <w:rFonts w:ascii="微软雅黑" w:eastAsia="微软雅黑" w:hAnsi="微软雅黑" w:cs="微软雅黑" w:hint="eastAsia"/>
          <w:lang w:eastAsia="zh-CN"/>
        </w:rPr>
        <w:t>条路径，并能比较步数选优（抽象与决策）。</w:t>
      </w:r>
    </w:p>
    <w:p>
      <w:pPr>
        <w:pStyle w:val="ListBullet"/>
        <w:spacing w:after="72"/>
      </w:pPr>
      <w:r>
        <w:t xml:space="preserve">[ ] </w:t>
      </w:r>
      <w:r>
        <w:rPr>
          <w:rFonts w:ascii="微软雅黑" w:eastAsia="微软雅黑" w:hAnsi="微软雅黑" w:cs="微软雅黑" w:hint="eastAsia"/>
          <w:lang w:eastAsia="zh-CN"/>
        </w:rPr>
        <w:t>找假币推理中，能否根据天平三种结果正确锁定假币（信息运用）。</w:t>
      </w:r>
    </w:p>
    <w:p>
      <w:pPr>
        <w:pStyle w:val="ListBullet"/>
        <w:spacing w:after="72"/>
      </w:pPr>
      <w:r>
        <w:t xml:space="preserve">[ ] </w:t>
      </w:r>
      <w:r>
        <w:rPr>
          <w:rFonts w:ascii="微软雅黑" w:eastAsia="微软雅黑" w:hAnsi="微软雅黑" w:cs="微软雅黑" w:hint="eastAsia"/>
          <w:lang w:eastAsia="zh-CN"/>
        </w:rPr>
        <w:t>小组合作是否有序轮换、记录完整、汇报清楚（合作与表达）。</w:t>
      </w:r>
    </w:p>
    <w:p>
      <w:pPr>
        <w:pStyle w:val="ListBullet"/>
        <w:spacing w:after="72"/>
      </w:pPr>
      <w:r>
        <w:rPr>
          <w:rFonts w:ascii="微软雅黑" w:eastAsia="微软雅黑" w:hAnsi="微软雅黑" w:cs="微软雅黑" w:hint="eastAsia"/>
          <w:b/>
          <w:lang w:eastAsia="zh-CN"/>
        </w:rPr>
        <w:t>简易量表</w:t>
      </w:r>
      <w:r>
        <w:rPr>
          <w:rFonts w:ascii="微软雅黑" w:eastAsia="微软雅黑" w:hAnsi="微软雅黑" w:cs="微软雅黑" w:hint="eastAsia"/>
          <w:lang w:eastAsia="zh-CN"/>
        </w:rPr>
        <w:t>：每项达成为</w:t>
      </w:r>
      <w:r>
        <w:t>★★</w:t>
      </w:r>
      <w:r>
        <w:rPr>
          <w:rFonts w:ascii="微软雅黑" w:eastAsia="微软雅黑" w:hAnsi="微软雅黑" w:cs="微软雅黑" w:hint="eastAsia"/>
          <w:lang w:eastAsia="zh-CN"/>
        </w:rPr>
        <w:t>，部分达成为</w:t>
      </w:r>
      <w:r>
        <w:t>★</w:t>
      </w:r>
      <w:r>
        <w:rPr>
          <w:rFonts w:ascii="微软雅黑" w:eastAsia="微软雅黑" w:hAnsi="微软雅黑" w:cs="微软雅黑" w:hint="eastAsia"/>
          <w:lang w:eastAsia="zh-CN"/>
        </w:rPr>
        <w:t>，未达成为</w:t>
      </w:r>
      <w:r>
        <w:t>○</w:t>
      </w:r>
      <w:r>
        <w:rPr>
          <w:rFonts w:ascii="微软雅黑" w:eastAsia="微软雅黑" w:hAnsi="微软雅黑" w:cs="微软雅黑" w:hint="eastAsia"/>
          <w:lang w:eastAsia="zh-CN"/>
        </w:rPr>
        <w:t>；累计</w:t>
      </w:r>
      <w:r>
        <w:t>≥4★★</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达标</w:t>
      </w:r>
      <w:r>
        <w:t>"</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待巩固</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十、AI 视频创作拓展（课堂导入素材·1条导演思维提示词）</w:t>
      </w:r>
    </w:p>
    <w:p>
      <w:pPr>
        <w:spacing w:after="72"/>
      </w:pPr>
      <w:r>
        <w:rPr>
          <w:color w:val="212121"/>
        </w:rPr>
        <w:t xml:space="preserve">  </w:t>
      </w:r>
      <w:r>
        <w:rPr>
          <w:rFonts w:ascii="微软雅黑" w:eastAsia="微软雅黑" w:hAnsi="微软雅黑" w:cs="微软雅黑" w:hint="eastAsia"/>
          <w:color w:val="212121"/>
          <w:lang w:eastAsia="zh-CN"/>
        </w:rPr>
        <w:t>主体：三名小学生围坐课桌，一人手持</w:t>
      </w:r>
      <w:r>
        <w:rPr>
          <w:color w:val="212121"/>
        </w:rPr>
        <w:t>A/B/C</w:t>
      </w:r>
      <w:r>
        <w:rPr>
          <w:rFonts w:ascii="微软雅黑" w:eastAsia="微软雅黑" w:hAnsi="微软雅黑" w:cs="微软雅黑" w:hint="eastAsia"/>
          <w:color w:val="212121"/>
          <w:lang w:eastAsia="zh-CN"/>
        </w:rPr>
        <w:t>三色积木口述指令、一人按指令移动、两人执笔记录｜动作：指挥者逐块轻移积木并同步报数，执行者小心翼翼照做，记录者快速勾画流程图｜场景：暖光教室，黑板写着</w:t>
      </w:r>
      <w:r>
        <w:rPr>
          <w:color w:val="212121"/>
        </w:rPr>
        <w:t>"</w:t>
      </w:r>
      <w:r>
        <w:rPr>
          <w:rFonts w:ascii="微软雅黑" w:eastAsia="微软雅黑" w:hAnsi="微软雅黑" w:cs="微软雅黑" w:hint="eastAsia"/>
          <w:color w:val="212121"/>
          <w:lang w:eastAsia="zh-CN"/>
        </w:rPr>
        <w:t>指令</w:t>
      </w:r>
      <w:r>
        <w:rPr>
          <w:color w:val="212121"/>
        </w:rPr>
        <w:t>=</w:t>
      </w:r>
      <w:r>
        <w:rPr>
          <w:rFonts w:ascii="微软雅黑" w:eastAsia="微软雅黑" w:hAnsi="微软雅黑" w:cs="微软雅黑" w:hint="eastAsia"/>
          <w:color w:val="212121"/>
          <w:lang w:eastAsia="zh-CN"/>
        </w:rPr>
        <w:t>一步步的命令</w:t>
      </w:r>
      <w:r>
        <w:rPr>
          <w:color w:val="212121"/>
        </w:rPr>
        <w:t>"</w:t>
      </w:r>
      <w:r>
        <w:rPr>
          <w:rFonts w:ascii="微软雅黑" w:eastAsia="微软雅黑" w:hAnsi="微软雅黑" w:cs="微软雅黑" w:hint="eastAsia"/>
          <w:color w:val="212121"/>
          <w:lang w:eastAsia="zh-CN"/>
        </w:rPr>
        <w:t>｜光影：上午柔和的窗边自然光，积木投下清晰短影｜镜头运动：从俯拍积木层叠缓缓推近到记录员纸面流程图再上摇至师生笑脸｜风格：真实纪录微电影质感、浅景深｜情绪：专注、发现规律时的雀跃与成就感。</w:t>
      </w:r>
      <w:r/>
    </w:p>
    <w:p>
      <w:bookmarkStart w:id="36" w:name="_Toc_section_15"/>
      <w:bookmarkStart w:id="14" w:name="section-15"/>
      <w:pPr>
        <w:pStyle w:val="Heading2"/>
        <w:pageBreakBefore/>
      </w:pPr>
      <w:bookmarkEnd w:id="14"/>
      <w:r>
        <w:rPr>
          <w:rFonts w:ascii="微软雅黑" w:hAnsi="微软雅黑" w:eastAsia="微软雅黑" w:cs="微软雅黑" w:hint="eastAsia"/>
          <w:b w:val="0"/>
          <w:color w:val="1A237E"/>
          <w:sz w:val="22"/>
          <w:lang w:eastAsia="zh-CN"/>
        </w:rPr>
        <w:t xml:space="preserve">  课题：《田忌赛马与人工智能（下）》（人工智能通识课·小学高段5-6年级）</w:t>
      </w:r>
      <w:bookmarkEnd w:id="36"/>
    </w:p>
    <w:p>
      <w:pPr>
        <w:spacing w:after="72"/>
      </w:pPr>
      <w:r>
        <w:rPr>
          <w:color w:val="212121"/>
        </w:rPr>
        <w:t xml:space="preserve">  </w:t>
      </w:r>
      <w:r>
        <w:rPr>
          <w:rFonts w:ascii="微软雅黑" w:eastAsia="微软雅黑" w:hAnsi="微软雅黑" w:cs="微软雅黑" w:hint="eastAsia"/>
          <w:color w:val="212121"/>
          <w:lang w:eastAsia="zh-CN"/>
        </w:rPr>
        <w:t>本课题共</w:t>
      </w:r>
      <w:r>
        <w:rPr>
          <w:color w:val="212121"/>
        </w:rPr>
        <w:t>2</w:t>
      </w:r>
      <w:r>
        <w:rPr>
          <w:rFonts w:ascii="微软雅黑" w:eastAsia="微软雅黑" w:hAnsi="微软雅黑" w:cs="微软雅黑" w:hint="eastAsia"/>
          <w:color w:val="212121"/>
          <w:lang w:eastAsia="zh-CN"/>
        </w:rPr>
        <w:t>课时，本教案为第</w:t>
      </w:r>
      <w:r>
        <w:rPr>
          <w:color w:val="212121"/>
        </w:rPr>
        <w:t>2</w:t>
      </w:r>
      <w:r>
        <w:rPr>
          <w:rFonts w:ascii="微软雅黑" w:eastAsia="微软雅黑" w:hAnsi="微软雅黑" w:cs="微软雅黑" w:hint="eastAsia"/>
          <w:color w:val="212121"/>
          <w:lang w:eastAsia="zh-CN"/>
        </w:rPr>
        <w:t>课时（下）。配套示范课视频：第</w:t>
      </w:r>
      <w:r>
        <w:rPr>
          <w:color w:val="212121"/>
        </w:rPr>
        <w:t>13</w:t>
      </w:r>
      <w:r>
        <w:rPr>
          <w:rFonts w:ascii="微软雅黑" w:eastAsia="微软雅黑" w:hAnsi="微软雅黑" w:cs="微软雅黑" w:hint="eastAsia"/>
          <w:color w:val="212121"/>
          <w:lang w:eastAsia="zh-CN"/>
        </w:rPr>
        <w:t>讲《田忌赛马与人工智能（下）》｜示范时长约</w:t>
      </w:r>
      <w:r>
        <w:rPr>
          <w:color w:val="212121"/>
        </w:rPr>
        <w:t>10</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5-6</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w:t>
      </w:r>
      <w:r>
        <w:t>10</w:t>
      </w:r>
      <w:r>
        <w:rPr>
          <w:rFonts w:ascii="微软雅黑" w:eastAsia="微软雅黑" w:hAnsi="微软雅黑" w:cs="微软雅黑" w:hint="eastAsia"/>
          <w:lang w:eastAsia="zh-CN"/>
        </w:rPr>
        <w:t>的幂次</w:t>
      </w:r>
      <w:r>
        <w:t>·</w:t>
      </w:r>
      <w:r>
        <w:rPr>
          <w:rFonts w:ascii="微软雅黑" w:eastAsia="微软雅黑" w:hAnsi="微软雅黑" w:cs="微软雅黑" w:hint="eastAsia"/>
          <w:lang w:eastAsia="zh-CN"/>
        </w:rPr>
        <w:t>大数认识）</w:t>
      </w:r>
      <w:r>
        <w:t xml:space="preserve"> + </w:t>
      </w:r>
      <w:r>
        <w:rPr>
          <w:rFonts w:ascii="微软雅黑" w:eastAsia="微软雅黑" w:hAnsi="微软雅黑" w:cs="微软雅黑" w:hint="eastAsia"/>
          <w:lang w:eastAsia="zh-CN"/>
        </w:rPr>
        <w:t>语文（《田忌赛马》策略）</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：通识课（游戏探究</w:t>
      </w:r>
      <w:r>
        <w:t xml:space="preserve"> + </w:t>
      </w:r>
      <w:r>
        <w:rPr>
          <w:rFonts w:ascii="微软雅黑" w:eastAsia="微软雅黑" w:hAnsi="微软雅黑" w:cs="微软雅黑" w:hint="eastAsia"/>
          <w:lang w:eastAsia="zh-CN"/>
        </w:rPr>
        <w:t>概念迁移型）</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45"/>
        </w:numPr>
        <w:spacing w:after="72"/>
      </w:pPr>
      <w:r>
        <w:rPr>
          <w:rFonts w:ascii="微软雅黑" w:eastAsia="微软雅黑" w:hAnsi="微软雅黑" w:cs="微软雅黑" w:hint="eastAsia"/>
          <w:lang w:eastAsia="zh-CN"/>
        </w:rPr>
        <w:t>通过扑克牌比大小与田忌赛马对阵图，能说出</w:t>
      </w:r>
      <w:r>
        <w:rPr>
          <w:rFonts w:ascii="微软雅黑" w:eastAsia="微软雅黑" w:hAnsi="微软雅黑" w:cs="微软雅黑" w:hint="eastAsia"/>
          <w:b/>
          <w:lang w:eastAsia="zh-CN"/>
        </w:rPr>
        <w:t>博弈</w:t>
      </w:r>
      <w:r>
        <w:rPr>
          <w:rFonts w:ascii="微软雅黑" w:eastAsia="微软雅黑" w:hAnsi="微软雅黑" w:cs="微软雅黑" w:hint="eastAsia"/>
          <w:lang w:eastAsia="zh-CN"/>
        </w:rPr>
        <w:t>的含义，并指出</w:t>
      </w:r>
      <w:r>
        <w:t>"</w:t>
      </w:r>
      <w:r>
        <w:rPr>
          <w:rFonts w:ascii="微软雅黑" w:eastAsia="微软雅黑" w:hAnsi="微软雅黑" w:cs="微软雅黑" w:hint="eastAsia"/>
          <w:lang w:eastAsia="zh-CN"/>
        </w:rPr>
        <w:t>后出牌者能根据先出牌者的牌面信息做更优决策</w:t>
      </w:r>
      <w:r>
        <w:t>"</w:t>
      </w:r>
      <w:r>
        <w:rPr>
          <w:rFonts w:ascii="微软雅黑" w:eastAsia="微软雅黑" w:hAnsi="微软雅黑" w:cs="微软雅黑" w:hint="eastAsia"/>
          <w:lang w:eastAsia="zh-CN"/>
        </w:rPr>
        <w:t>，回扣上集</w:t>
      </w:r>
      <w:r>
        <w:t>"</w:t>
      </w:r>
      <w:r>
        <w:rPr>
          <w:rFonts w:ascii="微软雅黑" w:eastAsia="微软雅黑" w:hAnsi="微软雅黑" w:cs="微软雅黑" w:hint="eastAsia"/>
          <w:lang w:eastAsia="zh-CN"/>
        </w:rPr>
        <w:t>决策基于信息</w:t>
      </w:r>
      <w:r>
        <w:t>"</w:t>
      </w:r>
      <w:r>
        <w:rPr>
          <w:rFonts w:ascii="微软雅黑" w:eastAsia="微软雅黑" w:hAnsi="微软雅黑" w:cs="微软雅黑" w:hint="eastAsia"/>
          <w:lang w:eastAsia="zh-CN"/>
        </w:rPr>
        <w:t>。</w:t>
      </w:r>
    </w:p>
    <w:p>
      <w:pPr>
        <w:pStyle w:val="ListNumber"/>
        <w:numPr>
          <w:ilvl w:val="0"/>
          <w:numId w:val="45"/>
        </w:numPr>
        <w:spacing w:after="72"/>
      </w:pPr>
      <w:r>
        <w:rPr>
          <w:rFonts w:ascii="微软雅黑" w:eastAsia="微软雅黑" w:hAnsi="微软雅黑" w:cs="微软雅黑" w:hint="eastAsia"/>
          <w:lang w:eastAsia="zh-CN"/>
        </w:rPr>
        <w:t>能区分</w:t>
      </w:r>
      <w:r>
        <w:rPr>
          <w:rFonts w:ascii="微软雅黑" w:eastAsia="微软雅黑" w:hAnsi="微软雅黑" w:cs="微软雅黑" w:hint="eastAsia"/>
          <w:b/>
          <w:lang w:eastAsia="zh-CN"/>
        </w:rPr>
        <w:t>完美信息游戏</w:t>
      </w:r>
      <w:r>
        <w:rPr>
          <w:rFonts w:ascii="微软雅黑" w:eastAsia="微软雅黑" w:hAnsi="微软雅黑" w:cs="微软雅黑" w:hint="eastAsia"/>
          <w:lang w:eastAsia="zh-CN"/>
        </w:rPr>
        <w:t>（如象棋、围棋）与</w:t>
      </w:r>
      <w:r>
        <w:rPr>
          <w:rFonts w:ascii="微软雅黑" w:eastAsia="微软雅黑" w:hAnsi="微软雅黑" w:cs="微软雅黑" w:hint="eastAsia"/>
          <w:b/>
          <w:lang w:eastAsia="zh-CN"/>
        </w:rPr>
        <w:t>不完美信息游戏</w:t>
      </w:r>
      <w:r>
        <w:rPr>
          <w:rFonts w:ascii="微软雅黑" w:eastAsia="微软雅黑" w:hAnsi="微软雅黑" w:cs="微软雅黑" w:hint="eastAsia"/>
          <w:lang w:eastAsia="zh-CN"/>
        </w:rPr>
        <w:t>（如麻将、德州扑克），并举例说明二者区别。</w:t>
      </w:r>
    </w:p>
    <w:p>
      <w:pPr>
        <w:pStyle w:val="ListNumber"/>
        <w:numPr>
          <w:ilvl w:val="0"/>
          <w:numId w:val="45"/>
        </w:numPr>
        <w:spacing w:after="72"/>
      </w:pPr>
      <w:r>
        <w:rPr>
          <w:rFonts w:ascii="微软雅黑" w:eastAsia="微软雅黑" w:hAnsi="微软雅黑" w:cs="微软雅黑" w:hint="eastAsia"/>
          <w:lang w:eastAsia="zh-CN"/>
        </w:rPr>
        <w:t>借助复杂度对比表与</w:t>
      </w:r>
      <w:r>
        <w:t>"10</w:t>
      </w:r>
      <w:r>
        <w:rPr>
          <w:rFonts w:ascii="微软雅黑" w:eastAsia="微软雅黑" w:hAnsi="微软雅黑" w:cs="微软雅黑" w:hint="eastAsia"/>
          <w:lang w:eastAsia="zh-CN"/>
        </w:rPr>
        <w:t>的幂次</w:t>
      </w:r>
      <w:r>
        <w:t>"</w:t>
      </w:r>
      <w:r>
        <w:rPr>
          <w:rFonts w:ascii="微软雅黑" w:eastAsia="微软雅黑" w:hAnsi="微软雅黑" w:cs="微软雅黑" w:hint="eastAsia"/>
          <w:lang w:eastAsia="zh-CN"/>
        </w:rPr>
        <w:t>，初步感知</w:t>
      </w:r>
      <w:r>
        <w:rPr>
          <w:rFonts w:ascii="微软雅黑" w:eastAsia="微软雅黑" w:hAnsi="微软雅黑" w:cs="微软雅黑" w:hint="eastAsia"/>
          <w:b/>
          <w:lang w:eastAsia="zh-CN"/>
        </w:rPr>
        <w:t>状态空间复杂度</w:t>
      </w:r>
      <w:r>
        <w:rPr>
          <w:rFonts w:ascii="微软雅黑" w:eastAsia="微软雅黑" w:hAnsi="微软雅黑" w:cs="微软雅黑" w:hint="eastAsia"/>
          <w:lang w:eastAsia="zh-CN"/>
        </w:rPr>
        <w:t>与</w:t>
      </w:r>
      <w:r>
        <w:rPr>
          <w:rFonts w:ascii="微软雅黑" w:eastAsia="微软雅黑" w:hAnsi="微软雅黑" w:cs="微软雅黑" w:hint="eastAsia"/>
          <w:b/>
          <w:lang w:eastAsia="zh-CN"/>
        </w:rPr>
        <w:t>游戏树复杂度</w:t>
      </w:r>
      <w:r>
        <w:rPr>
          <w:rFonts w:ascii="微软雅黑" w:eastAsia="微软雅黑" w:hAnsi="微软雅黑" w:cs="微软雅黑" w:hint="eastAsia"/>
          <w:lang w:eastAsia="zh-CN"/>
        </w:rPr>
        <w:t>，能说出</w:t>
      </w:r>
      <w:r>
        <w:t>"</w:t>
      </w:r>
      <w:r>
        <w:rPr>
          <w:rFonts w:ascii="微软雅黑" w:eastAsia="微软雅黑" w:hAnsi="微软雅黑" w:cs="微软雅黑" w:hint="eastAsia"/>
          <w:lang w:eastAsia="zh-CN"/>
        </w:rPr>
        <w:t>围棋比国际象棋复杂得多</w:t>
      </w:r>
      <w:r>
        <w:t>"</w:t>
      </w:r>
      <w:r>
        <w:rPr>
          <w:rFonts w:ascii="微软雅黑" w:eastAsia="微软雅黑" w:hAnsi="微软雅黑" w:cs="微软雅黑" w:hint="eastAsia"/>
          <w:lang w:eastAsia="zh-CN"/>
        </w:rPr>
        <w:t>并联系大数。</w:t>
      </w:r>
    </w:p>
    <w:p>
      <w:pPr>
        <w:pStyle w:val="ListNumber"/>
        <w:numPr>
          <w:ilvl w:val="0"/>
          <w:numId w:val="45"/>
        </w:numPr>
        <w:spacing w:after="72"/>
      </w:pPr>
      <w:r>
        <w:rPr>
          <w:rFonts w:ascii="微软雅黑" w:eastAsia="微软雅黑" w:hAnsi="微软雅黑" w:cs="微软雅黑" w:hint="eastAsia"/>
          <w:lang w:eastAsia="zh-CN"/>
        </w:rPr>
        <w:t>形成价值判断：</w:t>
      </w:r>
      <w:r>
        <w:t>AI</w:t>
      </w:r>
      <w:r>
        <w:rPr>
          <w:rFonts w:ascii="微软雅黑" w:eastAsia="微软雅黑" w:hAnsi="微软雅黑" w:cs="微软雅黑" w:hint="eastAsia"/>
          <w:lang w:eastAsia="zh-CN"/>
        </w:rPr>
        <w:t>在信息完整、可计算的游戏中能取胜，但在有运气与隐藏信息的游戏中仍需要人的判断；理解</w:t>
      </w:r>
      <w:r>
        <w:t>"</w:t>
      </w:r>
      <w:r>
        <w:rPr>
          <w:rFonts w:ascii="微软雅黑" w:eastAsia="微软雅黑" w:hAnsi="微软雅黑" w:cs="微软雅黑" w:hint="eastAsia"/>
          <w:lang w:eastAsia="zh-CN"/>
        </w:rPr>
        <w:t>指令、算法、决策、信息、博弈</w:t>
      </w:r>
      <w:r>
        <w:t>"</w:t>
      </w:r>
      <w:r>
        <w:rPr>
          <w:rFonts w:ascii="微软雅黑" w:eastAsia="微软雅黑" w:hAnsi="微软雅黑" w:cs="微软雅黑" w:hint="eastAsia"/>
          <w:lang w:eastAsia="zh-CN"/>
        </w:rPr>
        <w:t>五个概念的递进关系。</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：建立</w:t>
      </w:r>
      <w:r>
        <w:t>"</w:t>
      </w:r>
      <w:r>
        <w:rPr>
          <w:rFonts w:ascii="微软雅黑" w:eastAsia="微软雅黑" w:hAnsi="微软雅黑" w:cs="微软雅黑" w:hint="eastAsia"/>
          <w:lang w:eastAsia="zh-CN"/>
        </w:rPr>
        <w:t>博弈</w:t>
      </w:r>
      <w:r>
        <w:t>"</w:t>
      </w:r>
      <w:r>
        <w:rPr>
          <w:rFonts w:ascii="微软雅黑" w:eastAsia="微软雅黑" w:hAnsi="微软雅黑" w:cs="微软雅黑" w:hint="eastAsia"/>
          <w:lang w:eastAsia="zh-CN"/>
        </w:rPr>
        <w:t>概念；理解后出牌优势源于信息；区分完美信息</w:t>
      </w:r>
      <w:r>
        <w:t>/</w:t>
      </w:r>
      <w:r>
        <w:rPr>
          <w:rFonts w:ascii="微软雅黑" w:eastAsia="微软雅黑" w:hAnsi="微软雅黑" w:cs="微软雅黑" w:hint="eastAsia"/>
          <w:lang w:eastAsia="zh-CN"/>
        </w:rPr>
        <w:t>不完美信息游戏。</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：用</w:t>
      </w:r>
      <w:r>
        <w:t>"10</w:t>
      </w:r>
      <w:r>
        <w:rPr>
          <w:rFonts w:ascii="微软雅黑" w:eastAsia="微软雅黑" w:hAnsi="微软雅黑" w:cs="微软雅黑" w:hint="eastAsia"/>
          <w:lang w:eastAsia="zh-CN"/>
        </w:rPr>
        <w:t>的幂次</w:t>
      </w:r>
      <w:r>
        <w:t>"</w:t>
      </w:r>
      <w:r>
        <w:rPr>
          <w:rFonts w:ascii="微软雅黑" w:eastAsia="微软雅黑" w:hAnsi="微软雅黑" w:cs="微软雅黑" w:hint="eastAsia"/>
          <w:lang w:eastAsia="zh-CN"/>
        </w:rPr>
        <w:t>直观感受游戏复杂度（状态空间</w:t>
      </w:r>
      <w:r>
        <w:t>≈10¹⁷²</w:t>
      </w:r>
      <w:r>
        <w:rPr>
          <w:rFonts w:ascii="微软雅黑" w:eastAsia="微软雅黑" w:hAnsi="微软雅黑" w:cs="微软雅黑" w:hint="eastAsia"/>
          <w:lang w:eastAsia="zh-CN"/>
        </w:rPr>
        <w:t>、游戏树</w:t>
      </w:r>
      <w:r>
        <w:t>≈10³⁶⁰</w:t>
      </w:r>
      <w:r>
        <w:rPr>
          <w:rFonts w:ascii="微软雅黑" w:eastAsia="微软雅黑" w:hAnsi="微软雅黑" w:cs="微软雅黑" w:hint="eastAsia"/>
          <w:lang w:eastAsia="zh-CN"/>
        </w:rPr>
        <w:t>）；理解</w:t>
      </w:r>
      <w:r>
        <w:t>"</w:t>
      </w:r>
      <w:r>
        <w:rPr>
          <w:rFonts w:ascii="微软雅黑" w:eastAsia="微软雅黑" w:hAnsi="微软雅黑" w:cs="微软雅黑" w:hint="eastAsia"/>
          <w:lang w:eastAsia="zh-CN"/>
        </w:rPr>
        <w:t>不完美信息游戏中机器无法靠穷举必胜</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：以扑克牌对战真实体验</w:t>
      </w:r>
      <w:r>
        <w:t>"</w:t>
      </w:r>
      <w:r>
        <w:rPr>
          <w:rFonts w:ascii="微软雅黑" w:eastAsia="微软雅黑" w:hAnsi="微软雅黑" w:cs="微软雅黑" w:hint="eastAsia"/>
          <w:lang w:eastAsia="zh-CN"/>
        </w:rPr>
        <w:t>先出吃亏、后出占优</w:t>
      </w:r>
      <w:r>
        <w:t>"</w:t>
      </w:r>
      <w:r>
        <w:rPr>
          <w:rFonts w:ascii="微软雅黑" w:eastAsia="微软雅黑" w:hAnsi="微软雅黑" w:cs="微软雅黑" w:hint="eastAsia"/>
          <w:lang w:eastAsia="zh-CN"/>
        </w:rPr>
        <w:t>；用学生熟悉的游戏做分类讨论；用班级姓名排列数类比游戏树，把抽象大数具象化。</w:t>
      </w:r>
    </w:p>
    <w:p>
      <w:pPr>
        <w:pStyle w:val="Heading3"/>
      </w:pPr>
      <w:r>
        <w:rPr>
          <w:rFonts w:ascii="微软雅黑" w:hAnsi="微软雅黑" w:eastAsia="微软雅黑" w:cs="微软雅黑" w:hint="eastAsia"/>
          <w:b w:val="0"/>
          <w:color w:val="1A237E"/>
          <w:sz w:val="20"/>
          <w:lang w:eastAsia="zh-CN"/>
        </w:rPr>
        <w:t>三、教学准备</w:t>
      </w:r>
    </w:p>
    <w:p>
      <w:pPr>
        <w:pStyle w:val="ListBullet"/>
        <w:spacing w:after="72"/>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：两副扑克牌或数字卡片（红方持</w:t>
      </w:r>
      <w:r>
        <w:t>3</w:t>
      </w:r>
      <w:r>
        <w:rPr>
          <w:rFonts w:ascii="微软雅黑" w:eastAsia="微软雅黑" w:hAnsi="微软雅黑" w:cs="微软雅黑" w:hint="eastAsia"/>
          <w:lang w:eastAsia="zh-CN"/>
        </w:rPr>
        <w:t>、</w:t>
      </w:r>
      <w:r>
        <w:t>6</w:t>
      </w:r>
      <w:r>
        <w:rPr>
          <w:rFonts w:ascii="微软雅黑" w:eastAsia="微软雅黑" w:hAnsi="微软雅黑" w:cs="微软雅黑" w:hint="eastAsia"/>
          <w:lang w:eastAsia="zh-CN"/>
        </w:rPr>
        <w:t>、</w:t>
      </w:r>
      <w:r>
        <w:t>7</w:t>
      </w:r>
      <w:r>
        <w:rPr>
          <w:rFonts w:ascii="微软雅黑" w:eastAsia="微软雅黑" w:hAnsi="微软雅黑" w:cs="微软雅黑" w:hint="eastAsia"/>
          <w:lang w:eastAsia="zh-CN"/>
        </w:rPr>
        <w:t>；蓝方持</w:t>
      </w:r>
      <w:r>
        <w:t>4</w:t>
      </w:r>
      <w:r>
        <w:rPr>
          <w:rFonts w:ascii="微软雅黑" w:eastAsia="微软雅黑" w:hAnsi="微软雅黑" w:cs="微软雅黑" w:hint="eastAsia"/>
          <w:lang w:eastAsia="zh-CN"/>
        </w:rPr>
        <w:t>、</w:t>
      </w:r>
      <w:r>
        <w:t>5</w:t>
      </w:r>
      <w:r>
        <w:rPr>
          <w:rFonts w:ascii="微软雅黑" w:eastAsia="微软雅黑" w:hAnsi="微软雅黑" w:cs="微软雅黑" w:hint="eastAsia"/>
          <w:lang w:eastAsia="zh-CN"/>
        </w:rPr>
        <w:t>、</w:t>
      </w:r>
      <w:r>
        <w:t>8</w:t>
      </w:r>
      <w:r>
        <w:rPr>
          <w:rFonts w:ascii="微软雅黑" w:eastAsia="微软雅黑" w:hAnsi="微软雅黑" w:cs="微软雅黑" w:hint="eastAsia"/>
          <w:lang w:eastAsia="zh-CN"/>
        </w:rPr>
        <w:t>）；田忌赛马对阵图（上等</w:t>
      </w:r>
      <w:r>
        <w:t>/</w:t>
      </w:r>
      <w:r>
        <w:rPr>
          <w:rFonts w:ascii="微软雅黑" w:eastAsia="微软雅黑" w:hAnsi="微软雅黑" w:cs="微软雅黑" w:hint="eastAsia"/>
          <w:lang w:eastAsia="zh-CN"/>
        </w:rPr>
        <w:t>中等</w:t>
      </w:r>
      <w:r>
        <w:t>/</w:t>
      </w:r>
      <w:r>
        <w:rPr>
          <w:rFonts w:ascii="微软雅黑" w:eastAsia="微软雅黑" w:hAnsi="微软雅黑" w:cs="微软雅黑" w:hint="eastAsia"/>
          <w:lang w:eastAsia="zh-CN"/>
        </w:rPr>
        <w:t>下等马三局两胜）；棋类图片（国际象棋、中国象棋、围棋、五子棋、井字棋）；复杂度对比表（井字棋</w:t>
      </w:r>
      <w:r>
        <w:t>/</w:t>
      </w:r>
      <w:r>
        <w:rPr>
          <w:rFonts w:ascii="微软雅黑" w:eastAsia="微软雅黑" w:hAnsi="微软雅黑" w:cs="微软雅黑" w:hint="eastAsia"/>
          <w:lang w:eastAsia="zh-CN"/>
        </w:rPr>
        <w:t>国际象棋</w:t>
      </w:r>
      <w:r>
        <w:t>/</w:t>
      </w:r>
      <w:r>
        <w:rPr>
          <w:rFonts w:ascii="微软雅黑" w:eastAsia="微软雅黑" w:hAnsi="微软雅黑" w:cs="微软雅黑" w:hint="eastAsia"/>
          <w:lang w:eastAsia="zh-CN"/>
        </w:rPr>
        <w:t>围棋）与散点图（麻将、桥牌、德州扑克等不完美信息游戏）。</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：国家智慧教育平台第</w:t>
      </w:r>
      <w:r>
        <w:t>13</w:t>
      </w:r>
      <w:r>
        <w:rPr>
          <w:rFonts w:ascii="微软雅黑" w:eastAsia="微软雅黑" w:hAnsi="微软雅黑" w:cs="微软雅黑" w:hint="eastAsia"/>
          <w:lang w:eastAsia="zh-CN"/>
        </w:rPr>
        <w:t>讲（下）示范视频片段、</w:t>
      </w:r>
      <w:r>
        <w:t>PPT</w:t>
      </w:r>
      <w:r>
        <w:rPr>
          <w:rFonts w:ascii="微软雅黑" w:eastAsia="微软雅黑" w:hAnsi="微软雅黑" w:cs="微软雅黑" w:hint="eastAsia"/>
          <w:lang w:eastAsia="zh-CN"/>
        </w:rPr>
        <w:t>（扑克牌战况记录表、博弈概念页、复杂度数据图）。</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w:t>
      </w:r>
      <w:r>
        <w:t>4-6</w:t>
      </w:r>
      <w:r>
        <w:rPr>
          <w:rFonts w:ascii="微软雅黑" w:eastAsia="微软雅黑" w:hAnsi="微软雅黑" w:cs="微软雅黑" w:hint="eastAsia"/>
          <w:lang w:eastAsia="zh-CN"/>
        </w:rPr>
        <w:t>人小组，预留板书区。</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：无扑克牌</w:t>
      </w:r>
      <w:r>
        <w:t>——</w:t>
      </w:r>
      <w:r>
        <w:rPr>
          <w:rFonts w:ascii="微软雅黑" w:eastAsia="微软雅黑" w:hAnsi="微软雅黑" w:cs="微软雅黑" w:hint="eastAsia"/>
          <w:lang w:eastAsia="zh-CN"/>
        </w:rPr>
        <w:t>用写有数字</w:t>
      </w:r>
      <w:r>
        <w:t>3/6/7</w:t>
      </w:r>
      <w:r>
        <w:rPr>
          <w:rFonts w:ascii="微软雅黑" w:eastAsia="微软雅黑" w:hAnsi="微软雅黑" w:cs="微软雅黑" w:hint="eastAsia"/>
          <w:lang w:eastAsia="zh-CN"/>
        </w:rPr>
        <w:t>与</w:t>
      </w:r>
      <w:r>
        <w:t>4/5/8</w:t>
      </w:r>
      <w:r>
        <w:rPr>
          <w:rFonts w:ascii="微软雅黑" w:eastAsia="微软雅黑" w:hAnsi="微软雅黑" w:cs="微软雅黑" w:hint="eastAsia"/>
          <w:lang w:eastAsia="zh-CN"/>
        </w:rPr>
        <w:t>的硬卡纸代替；无棋类实物</w:t>
      </w:r>
      <w:r>
        <w:t>——</w:t>
      </w:r>
      <w:r>
        <w:rPr>
          <w:rFonts w:ascii="微软雅黑" w:eastAsia="微软雅黑" w:hAnsi="微软雅黑" w:cs="微软雅黑" w:hint="eastAsia"/>
          <w:lang w:eastAsia="zh-CN"/>
        </w:rPr>
        <w:t>用打印图片或简笔画展示。</w:t>
      </w:r>
    </w:p>
    <w:p>
      <w:pPr>
        <w:pStyle w:val="Heading3"/>
      </w:pPr>
      <w:r>
        <w:rPr>
          <w:rFonts w:ascii="微软雅黑" w:hAnsi="微软雅黑" w:eastAsia="微软雅黑" w:cs="微软雅黑" w:hint="eastAsia"/>
          <w:b w:val="0"/>
          <w:color w:val="1A237E"/>
          <w:sz w:val="20"/>
          <w:lang w:eastAsia="zh-CN"/>
        </w:rPr>
        <w:t>四、教学过程（以示范课真实活动为骨架扩写）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w:t>
            </w:r>
            <w:r>
              <w:rPr>
                <w:sz w:val="18"/>
              </w:rPr>
              <w:t xml:space="preserve"> </w:t>
            </w:r>
            <w:r>
              <w:rPr>
                <w:sz w:val="18"/>
              </w:rPr>
              <w:t>·</w:t>
            </w:r>
            <w:r>
              <w:rPr>
                <w:sz w:val="18"/>
              </w:rPr>
              <w:t xml:space="preserve"> </w:t>
            </w:r>
            <w:r>
              <w:rPr>
                <w:sz w:val="18"/>
              </w:rPr>
              <w:t>扑克牌对战</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承上：</w:t>
            </w:r>
            <w:r>
              <w:rPr>
                <w:sz w:val="18"/>
              </w:rPr>
              <w:t xml:space="preserve"> </w:t>
            </w:r>
            <w:r>
              <w:rPr>
                <w:sz w:val="18"/>
              </w:rPr>
              <w:t>"</w:t>
            </w:r>
            <w:r>
              <w:rPr>
                <w:sz w:val="18"/>
              </w:rPr>
              <w:t xml:space="preserve"> </w:t>
            </w:r>
            <w:r>
              <w:rPr>
                <w:sz w:val="18"/>
              </w:rPr>
              <w:t>上节课我们学了指令、算法、决策、信息，今天加上第五个</w:t>
            </w:r>
            <w:r>
              <w:rPr>
                <w:sz w:val="18"/>
              </w:rPr>
              <w:t xml:space="preserve"> </w:t>
            </w:r>
            <w:r>
              <w:rPr>
                <w:sz w:val="18"/>
              </w:rPr>
              <w:t>——</w:t>
            </w:r>
            <w:r>
              <w:rPr>
                <w:sz w:val="18"/>
              </w:rPr>
              <w:t xml:space="preserve"> </w:t>
            </w:r>
            <w:r>
              <w:rPr>
                <w:sz w:val="18"/>
              </w:rPr>
              <w:t>博弈。</w:t>
            </w:r>
            <w:r>
              <w:rPr>
                <w:sz w:val="18"/>
              </w:rPr>
              <w:t xml:space="preserve"> </w:t>
            </w:r>
            <w:r>
              <w:rPr>
                <w:sz w:val="18"/>
              </w:rPr>
              <w:t>"②</w:t>
            </w:r>
            <w:r>
              <w:rPr>
                <w:sz w:val="18"/>
              </w:rPr>
              <w:t xml:space="preserve"> </w:t>
            </w:r>
            <w:r>
              <w:rPr>
                <w:sz w:val="18"/>
              </w:rPr>
              <w:t>发牌：</w:t>
            </w:r>
            <w:r>
              <w:rPr>
                <w:sz w:val="18"/>
              </w:rPr>
              <w:t xml:space="preserve"> </w:t>
            </w:r>
            <w:r>
              <w:rPr>
                <w:sz w:val="18"/>
              </w:rPr>
              <w:t>"</w:t>
            </w:r>
            <w:r>
              <w:rPr>
                <w:sz w:val="18"/>
              </w:rPr>
              <w:t xml:space="preserve"> </w:t>
            </w:r>
            <w:r>
              <w:rPr>
                <w:sz w:val="18"/>
              </w:rPr>
              <w:t>一边是</w:t>
            </w:r>
            <w:r>
              <w:rPr>
                <w:sz w:val="18"/>
              </w:rPr>
              <w:t xml:space="preserve"> </w:t>
            </w:r>
            <w:r>
              <w:rPr>
                <w:sz w:val="18"/>
              </w:rPr>
              <w:t>3</w:t>
            </w:r>
            <w:r>
              <w:rPr>
                <w:sz w:val="18"/>
              </w:rPr>
              <w:t xml:space="preserve"> </w:t>
            </w:r>
            <w:r>
              <w:rPr>
                <w:sz w:val="18"/>
              </w:rPr>
              <w:t>、</w:t>
            </w:r>
            <w:r>
              <w:rPr>
                <w:sz w:val="18"/>
              </w:rPr>
              <w:t xml:space="preserve"> </w:t>
            </w:r>
            <w:r>
              <w:rPr>
                <w:sz w:val="18"/>
              </w:rPr>
              <w:t>6</w:t>
            </w:r>
            <w:r>
              <w:rPr>
                <w:sz w:val="18"/>
              </w:rPr>
              <w:t xml:space="preserve"> </w:t>
            </w:r>
            <w:r>
              <w:rPr>
                <w:sz w:val="18"/>
              </w:rPr>
              <w:t>、</w:t>
            </w:r>
            <w:r>
              <w:rPr>
                <w:sz w:val="18"/>
              </w:rPr>
              <w:t xml:space="preserve"> </w:t>
            </w:r>
            <w:r>
              <w:rPr>
                <w:sz w:val="18"/>
              </w:rPr>
              <w:t>7</w:t>
            </w:r>
            <w:r>
              <w:rPr>
                <w:sz w:val="18"/>
              </w:rPr>
              <w:t xml:space="preserve"> </w:t>
            </w:r>
            <w:r>
              <w:rPr>
                <w:sz w:val="18"/>
              </w:rPr>
              <w:t>，一边是</w:t>
            </w:r>
            <w:r>
              <w:rPr>
                <w:sz w:val="18"/>
              </w:rPr>
              <w:t xml:space="preserve"> </w:t>
            </w:r>
            <w:r>
              <w:rPr>
                <w:sz w:val="18"/>
              </w:rPr>
              <w:t>4</w:t>
            </w:r>
            <w:r>
              <w:rPr>
                <w:sz w:val="18"/>
              </w:rPr>
              <w:t xml:space="preserve"> </w:t>
            </w:r>
            <w:r>
              <w:rPr>
                <w:sz w:val="18"/>
              </w:rPr>
              <w:t>、</w:t>
            </w:r>
            <w:r>
              <w:rPr>
                <w:sz w:val="18"/>
              </w:rPr>
              <w:t xml:space="preserve"> </w:t>
            </w:r>
            <w:r>
              <w:rPr>
                <w:sz w:val="18"/>
              </w:rPr>
              <w:t>5</w:t>
            </w:r>
            <w:r>
              <w:rPr>
                <w:sz w:val="18"/>
              </w:rPr>
              <w:t xml:space="preserve"> </w:t>
            </w:r>
            <w:r>
              <w:rPr>
                <w:sz w:val="18"/>
              </w:rPr>
              <w:t>、</w:t>
            </w:r>
            <w:r>
              <w:rPr>
                <w:sz w:val="18"/>
              </w:rPr>
              <w:t xml:space="preserve"> </w:t>
            </w:r>
            <w:r>
              <w:rPr>
                <w:sz w:val="18"/>
              </w:rPr>
              <w:t>8</w:t>
            </w:r>
            <w:r>
              <w:rPr>
                <w:sz w:val="18"/>
              </w:rPr>
              <w:t xml:space="preserve"> </w:t>
            </w:r>
            <w:r>
              <w:rPr>
                <w:sz w:val="18"/>
              </w:rPr>
              <w:t>，然后三局两胜。</w:t>
            </w:r>
            <w:r>
              <w:rPr>
                <w:sz w:val="18"/>
              </w:rPr>
              <w:t xml:space="preserve"> </w:t>
            </w:r>
            <w:r>
              <w:rPr>
                <w:sz w:val="18"/>
              </w:rPr>
              <w:t>"</w:t>
            </w:r>
            <w:r>
              <w:rPr>
                <w:sz w:val="18"/>
              </w:rPr>
              <w:t xml:space="preserve"> </w:t>
            </w:r>
            <w:r>
              <w:rPr>
                <w:sz w:val="18"/>
              </w:rPr>
              <w:t>组织轮流出牌，记录先出</w:t>
            </w:r>
            <w:r>
              <w:rPr>
                <w:sz w:val="18"/>
              </w:rPr>
              <w:t xml:space="preserve"> </w:t>
            </w:r>
            <w:r>
              <w:rPr>
                <w:sz w:val="18"/>
              </w:rPr>
              <w:t>/</w:t>
            </w:r>
            <w:r>
              <w:rPr>
                <w:sz w:val="18"/>
              </w:rPr>
              <w:t xml:space="preserve"> </w:t>
            </w:r>
            <w:r>
              <w:rPr>
                <w:sz w:val="18"/>
              </w:rPr>
              <w:t>后出胜率</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两人一组对战：甲先出</w:t>
            </w:r>
            <w:r>
              <w:rPr>
                <w:sz w:val="18"/>
              </w:rPr>
              <w:t xml:space="preserve"> </w:t>
            </w:r>
            <w:r>
              <w:rPr>
                <w:sz w:val="18"/>
              </w:rPr>
              <w:t>7</w:t>
            </w:r>
            <w:r>
              <w:rPr>
                <w:sz w:val="18"/>
              </w:rPr>
              <w:t xml:space="preserve"> </w:t>
            </w:r>
            <w:r>
              <w:rPr>
                <w:sz w:val="18"/>
              </w:rPr>
              <w:t>、乙用</w:t>
            </w:r>
            <w:r>
              <w:rPr>
                <w:sz w:val="18"/>
              </w:rPr>
              <w:t xml:space="preserve"> </w:t>
            </w:r>
            <w:r>
              <w:rPr>
                <w:sz w:val="18"/>
              </w:rPr>
              <w:t>8</w:t>
            </w:r>
            <w:r>
              <w:rPr>
                <w:sz w:val="18"/>
              </w:rPr>
              <w:t xml:space="preserve"> </w:t>
            </w:r>
            <w:r>
              <w:rPr>
                <w:sz w:val="18"/>
              </w:rPr>
              <w:t>赢；甲再出</w:t>
            </w:r>
            <w:r>
              <w:rPr>
                <w:sz w:val="18"/>
              </w:rPr>
              <w:t xml:space="preserve"> </w:t>
            </w:r>
            <w:r>
              <w:rPr>
                <w:sz w:val="18"/>
              </w:rPr>
              <w:t>3</w:t>
            </w:r>
            <w:r>
              <w:rPr>
                <w:sz w:val="18"/>
              </w:rPr>
              <w:t xml:space="preserve"> </w:t>
            </w:r>
            <w:r>
              <w:rPr>
                <w:sz w:val="18"/>
              </w:rPr>
              <w:t>对乙</w:t>
            </w:r>
            <w:r>
              <w:rPr>
                <w:sz w:val="18"/>
              </w:rPr>
              <w:t xml:space="preserve"> </w:t>
            </w:r>
            <w:r>
              <w:rPr>
                <w:sz w:val="18"/>
              </w:rPr>
              <w:t>5</w:t>
            </w:r>
            <w:r>
              <w:rPr>
                <w:sz w:val="18"/>
              </w:rPr>
              <w:t xml:space="preserve"> </w:t>
            </w:r>
            <w:r>
              <w:rPr>
                <w:sz w:val="18"/>
              </w:rPr>
              <w:t>，乙再赢。多次轮换记录谁胜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用真实胜负体验</w:t>
            </w:r>
            <w:r>
              <w:rPr>
                <w:sz w:val="18"/>
              </w:rPr>
              <w:t xml:space="preserve"> </w:t>
            </w:r>
            <w:r>
              <w:rPr>
                <w:sz w:val="18"/>
              </w:rPr>
              <w:t>"</w:t>
            </w:r>
            <w:r>
              <w:rPr>
                <w:sz w:val="18"/>
              </w:rPr>
              <w:t xml:space="preserve"> </w:t>
            </w:r>
            <w:r>
              <w:rPr>
                <w:sz w:val="18"/>
              </w:rPr>
              <w:t>先出吃亏</w:t>
            </w:r>
            <w:r>
              <w:rPr>
                <w:sz w:val="18"/>
              </w:rPr>
              <w:t xml:space="preserve"> </w:t>
            </w:r>
            <w:r>
              <w:rPr>
                <w:sz w:val="18"/>
              </w:rPr>
              <w:t>"</w:t>
            </w:r>
            <w:r>
              <w:rPr>
                <w:sz w:val="18"/>
              </w:rPr>
              <w:t xml:space="preserve"> </w:t>
            </w:r>
            <w:r>
              <w:rPr>
                <w:sz w:val="18"/>
              </w:rPr>
              <w:t>，为博弈与信息做铺垫</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迁移</w:t>
            </w:r>
            <w:r>
              <w:rPr>
                <w:sz w:val="18"/>
              </w:rPr>
              <w:t xml:space="preserve"> </w:t>
            </w:r>
            <w:r>
              <w:rPr>
                <w:sz w:val="18"/>
              </w:rPr>
              <w:t>·</w:t>
            </w:r>
            <w:r>
              <w:rPr>
                <w:sz w:val="18"/>
              </w:rPr>
              <w:t xml:space="preserve"> </w:t>
            </w:r>
            <w:r>
              <w:rPr>
                <w:sz w:val="18"/>
              </w:rPr>
              <w:t>田忌赛马</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展示田忌赛马对阵图，问：</w:t>
            </w:r>
            <w:r>
              <w:rPr>
                <w:sz w:val="18"/>
              </w:rPr>
              <w:t xml:space="preserve"> </w:t>
            </w:r>
            <w:r>
              <w:rPr>
                <w:sz w:val="18"/>
              </w:rPr>
              <w:t>"</w:t>
            </w:r>
            <w:r>
              <w:rPr>
                <w:sz w:val="18"/>
              </w:rPr>
              <w:t xml:space="preserve"> </w:t>
            </w:r>
            <w:r>
              <w:rPr>
                <w:sz w:val="18"/>
              </w:rPr>
              <w:t>谁先出牌谁吃亏，这和什么一样？</w:t>
            </w:r>
            <w:r>
              <w:rPr>
                <w:sz w:val="18"/>
              </w:rPr>
              <w:t xml:space="preserve"> </w:t>
            </w:r>
            <w:r>
              <w:rPr>
                <w:sz w:val="18"/>
              </w:rPr>
              <w:t>"</w:t>
            </w:r>
            <w:r>
              <w:rPr>
                <w:sz w:val="18"/>
              </w:rPr>
              <w:t xml:space="preserve"> </w:t>
            </w:r>
            <w:r>
              <w:rPr>
                <w:sz w:val="18"/>
              </w:rPr>
              <w:t>引导学生说出语文课内容。</w:t>
            </w:r>
            <w:r>
              <w:rPr>
                <w:sz w:val="18"/>
              </w:rPr>
              <w:t xml:space="preserve"> </w:t>
            </w:r>
            <w:r>
              <w:rPr>
                <w:sz w:val="18"/>
              </w:rPr>
              <w:t>②</w:t>
            </w:r>
            <w:r>
              <w:rPr>
                <w:sz w:val="18"/>
              </w:rPr>
              <w:t xml:space="preserve"> </w:t>
            </w:r>
            <w:r>
              <w:rPr>
                <w:sz w:val="18"/>
              </w:rPr>
              <w:t>点出金句：</w:t>
            </w:r>
            <w:r>
              <w:rPr>
                <w:sz w:val="18"/>
              </w:rPr>
              <w:t xml:space="preserve"> </w:t>
            </w:r>
            <w:r>
              <w:rPr>
                <w:sz w:val="18"/>
              </w:rPr>
              <w:t>"</w:t>
            </w:r>
            <w:r>
              <w:rPr>
                <w:sz w:val="18"/>
              </w:rPr>
              <w:t xml:space="preserve"> </w:t>
            </w:r>
            <w:r>
              <w:rPr>
                <w:sz w:val="18"/>
              </w:rPr>
              <w:t>老师，这个（游戏）就是我们语文课上讲的田忌赛马。</w:t>
            </w:r>
            <w:r>
              <w:rPr>
                <w:sz w:val="18"/>
              </w:rPr>
              <w:t xml:space="preserve"> </w:t>
            </w:r>
            <w:r>
              <w:rPr>
                <w:sz w:val="18"/>
              </w:rPr>
              <w:t>"③</w:t>
            </w:r>
            <w:r>
              <w:rPr>
                <w:sz w:val="18"/>
              </w:rPr>
              <w:t xml:space="preserve"> </w:t>
            </w:r>
            <w:r>
              <w:rPr>
                <w:sz w:val="18"/>
              </w:rPr>
              <w:t>解析策略：用己方最弱对对方最强（放弃一局），换另两局胜利，实现三局两胜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观察对阵图，解释田忌为何能赢；对比扑克牌</w:t>
            </w:r>
            <w:r>
              <w:rPr>
                <w:sz w:val="18"/>
              </w:rPr>
              <w:t xml:space="preserve"> </w:t>
            </w:r>
            <w:r>
              <w:rPr>
                <w:sz w:val="18"/>
              </w:rPr>
              <w:t>"</w:t>
            </w:r>
            <w:r>
              <w:rPr>
                <w:sz w:val="18"/>
              </w:rPr>
              <w:t xml:space="preserve"> </w:t>
            </w:r>
            <w:r>
              <w:rPr>
                <w:sz w:val="18"/>
              </w:rPr>
              <w:t>后出占优</w:t>
            </w:r>
            <w:r>
              <w:rPr>
                <w:sz w:val="18"/>
              </w:rPr>
              <w:t xml:space="preserve"> </w:t>
            </w:r>
            <w:r>
              <w:rPr>
                <w:sz w:val="18"/>
              </w:rPr>
              <w:t>"</w:t>
            </w:r>
            <w:r>
              <w:rPr>
                <w:sz w:val="18"/>
              </w:rPr>
              <w:t xml:space="preserve"> </w:t>
            </w:r>
            <w:r>
              <w:rPr>
                <w:sz w:val="18"/>
              </w:rPr>
              <w:t>与田忌</w:t>
            </w:r>
            <w:r>
              <w:rPr>
                <w:sz w:val="18"/>
              </w:rPr>
              <w:t xml:space="preserve"> </w:t>
            </w:r>
            <w:r>
              <w:rPr>
                <w:sz w:val="18"/>
              </w:rPr>
              <w:t>"</w:t>
            </w:r>
            <w:r>
              <w:rPr>
                <w:sz w:val="18"/>
              </w:rPr>
              <w:t xml:space="preserve"> </w:t>
            </w:r>
            <w:r>
              <w:rPr>
                <w:sz w:val="18"/>
              </w:rPr>
              <w:t>以下等马对上等马</w:t>
            </w:r>
            <w:r>
              <w:rPr>
                <w:sz w:val="18"/>
              </w:rPr>
              <w:t xml:space="preserve"> </w:t>
            </w:r>
            <w:r>
              <w:rPr>
                <w:sz w:val="18"/>
              </w:rPr>
              <w:t>"</w:t>
            </w:r>
            <w:r>
              <w:rPr>
                <w:sz w:val="18"/>
              </w:rPr>
              <w:t xml:space="preserve"> </w:t>
            </w:r>
            <w:r>
              <w:rPr>
                <w:sz w:val="18"/>
              </w:rPr>
              <w:t>的共同点</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学科融合，把游戏策略与课文打通，深化</w:t>
            </w:r>
            <w:r>
              <w:rPr>
                <w:sz w:val="18"/>
              </w:rPr>
              <w:t xml:space="preserve"> </w:t>
            </w:r>
            <w:r>
              <w:rPr>
                <w:sz w:val="18"/>
              </w:rPr>
              <w:t>"</w:t>
            </w:r>
            <w:r>
              <w:rPr>
                <w:sz w:val="18"/>
              </w:rPr>
              <w:t xml:space="preserve"> </w:t>
            </w:r>
            <w:r>
              <w:rPr>
                <w:sz w:val="18"/>
              </w:rPr>
              <w:t>信息</w:t>
            </w:r>
            <w:r>
              <w:rPr>
                <w:sz w:val="18"/>
              </w:rPr>
              <w:t xml:space="preserve"> </w:t>
            </w:r>
            <w:r>
              <w:rPr>
                <w:sz w:val="18"/>
              </w:rPr>
              <w:t>+</w:t>
            </w:r>
            <w:r>
              <w:rPr>
                <w:sz w:val="18"/>
              </w:rPr>
              <w:t xml:space="preserve"> </w:t>
            </w:r>
            <w:r>
              <w:rPr>
                <w:sz w:val="18"/>
              </w:rPr>
              <w:t>决策</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建构</w:t>
            </w:r>
            <w:r>
              <w:rPr>
                <w:sz w:val="18"/>
              </w:rPr>
              <w:t xml:space="preserve"> </w:t>
            </w:r>
            <w:r>
              <w:rPr>
                <w:sz w:val="18"/>
              </w:rPr>
              <w:t>·</w:t>
            </w:r>
            <w:r>
              <w:rPr>
                <w:sz w:val="18"/>
              </w:rPr>
              <w:t xml:space="preserve"> </w:t>
            </w:r>
            <w:r>
              <w:rPr>
                <w:sz w:val="18"/>
              </w:rPr>
              <w:t>博弈概念</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定义：</w:t>
            </w:r>
            <w:r>
              <w:rPr>
                <w:sz w:val="18"/>
              </w:rPr>
              <w:t xml:space="preserve"> </w:t>
            </w:r>
            <w:r>
              <w:rPr>
                <w:sz w:val="18"/>
              </w:rPr>
              <w:t>"</w:t>
            </w:r>
            <w:r>
              <w:rPr>
                <w:sz w:val="18"/>
              </w:rPr>
              <w:t xml:space="preserve"> </w:t>
            </w:r>
            <w:r>
              <w:rPr>
                <w:sz w:val="18"/>
              </w:rPr>
              <w:t>在玩牌的这个游戏里，我们给它起个名叫</w:t>
            </w:r>
            <w:r>
              <w:rPr>
                <w:sz w:val="18"/>
              </w:rPr>
              <w:t xml:space="preserve"> </w:t>
            </w:r>
            <w:r>
              <w:rPr>
                <w:b/>
                <w:sz w:val="18"/>
              </w:rPr>
              <w:t>博弈</w:t>
            </w:r>
            <w:r>
              <w:rPr>
                <w:sz w:val="18"/>
              </w:rPr>
              <w:t xml:space="preserve"> </w:t>
            </w:r>
            <w:r>
              <w:rPr>
                <w:sz w:val="18"/>
              </w:rPr>
              <w:t>——</w:t>
            </w:r>
            <w:r>
              <w:rPr>
                <w:sz w:val="18"/>
              </w:rPr>
              <w:t xml:space="preserve"> </w:t>
            </w:r>
            <w:r>
              <w:rPr>
                <w:sz w:val="18"/>
              </w:rPr>
              <w:t>多方相互影响中，根据对手行为信息做决策。</w:t>
            </w:r>
            <w:r>
              <w:rPr>
                <w:sz w:val="18"/>
              </w:rPr>
              <w:t xml:space="preserve"> </w:t>
            </w:r>
            <w:r>
              <w:rPr>
                <w:sz w:val="18"/>
              </w:rPr>
              <w:t>"②</w:t>
            </w:r>
            <w:r>
              <w:rPr>
                <w:sz w:val="18"/>
              </w:rPr>
              <w:t xml:space="preserve"> </w:t>
            </w:r>
            <w:r>
              <w:rPr>
                <w:sz w:val="18"/>
              </w:rPr>
              <w:t>回扣：</w:t>
            </w:r>
            <w:r>
              <w:rPr>
                <w:sz w:val="18"/>
              </w:rPr>
              <w:t xml:space="preserve"> </w:t>
            </w:r>
            <w:r>
              <w:rPr>
                <w:sz w:val="18"/>
              </w:rPr>
              <w:t>"</w:t>
            </w:r>
            <w:r>
              <w:rPr>
                <w:sz w:val="18"/>
              </w:rPr>
              <w:t xml:space="preserve"> </w:t>
            </w:r>
            <w:r>
              <w:rPr>
                <w:sz w:val="18"/>
              </w:rPr>
              <w:t>他的决策是基于先出的这个人出的是几这个信息的。</w:t>
            </w:r>
            <w:r>
              <w:rPr>
                <w:sz w:val="18"/>
              </w:rPr>
              <w:t xml:space="preserve"> </w:t>
            </w:r>
            <w:r>
              <w:rPr>
                <w:sz w:val="18"/>
              </w:rPr>
              <w:t>"③</w:t>
            </w:r>
            <w:r>
              <w:rPr>
                <w:sz w:val="18"/>
              </w:rPr>
              <w:t xml:space="preserve"> </w:t>
            </w:r>
            <w:r>
              <w:rPr>
                <w:sz w:val="18"/>
              </w:rPr>
              <w:t>串联五概念：</w:t>
            </w:r>
            <w:r>
              <w:rPr>
                <w:sz w:val="18"/>
              </w:rPr>
              <w:t xml:space="preserve"> </w:t>
            </w:r>
            <w:r>
              <w:rPr>
                <w:sz w:val="18"/>
              </w:rPr>
              <w:t>"</w:t>
            </w:r>
            <w:r>
              <w:rPr>
                <w:sz w:val="18"/>
              </w:rPr>
              <w:t xml:space="preserve"> </w:t>
            </w:r>
            <w:r>
              <w:rPr>
                <w:sz w:val="18"/>
              </w:rPr>
              <w:t>指令、算法、决策、信息、博弈这五个概念。</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跟读并理解</w:t>
            </w:r>
            <w:r>
              <w:rPr>
                <w:sz w:val="18"/>
              </w:rPr>
              <w:t xml:space="preserve"> </w:t>
            </w:r>
            <w:r>
              <w:rPr>
                <w:sz w:val="18"/>
              </w:rPr>
              <w:t>"</w:t>
            </w:r>
            <w:r>
              <w:rPr>
                <w:sz w:val="18"/>
              </w:rPr>
              <w:t xml:space="preserve"> </w:t>
            </w:r>
            <w:r>
              <w:rPr>
                <w:sz w:val="18"/>
              </w:rPr>
              <w:t>博弈</w:t>
            </w:r>
            <w:r>
              <w:rPr>
                <w:sz w:val="18"/>
              </w:rPr>
              <w:t xml:space="preserve"> </w:t>
            </w:r>
            <w:r>
              <w:rPr>
                <w:sz w:val="18"/>
              </w:rPr>
              <w:t>"</w:t>
            </w:r>
            <w:r>
              <w:rPr>
                <w:sz w:val="18"/>
              </w:rPr>
              <w:t xml:space="preserve"> </w:t>
            </w:r>
            <w:r>
              <w:rPr>
                <w:sz w:val="18"/>
              </w:rPr>
              <w:t>；用一句话概括五概念关系；举例说明自己经历过的博弈</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正式命名概念，完成知识链收束与跨课时衔接</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w:t>
            </w:r>
            <w:r>
              <w:rPr>
                <w:sz w:val="18"/>
              </w:rPr>
              <w:t xml:space="preserve"> </w:t>
            </w:r>
            <w:r>
              <w:rPr>
                <w:sz w:val="18"/>
              </w:rPr>
              <w:t>·</w:t>
            </w:r>
            <w:r>
              <w:rPr>
                <w:sz w:val="18"/>
              </w:rPr>
              <w:t xml:space="preserve"> </w:t>
            </w:r>
            <w:r>
              <w:rPr>
                <w:sz w:val="18"/>
              </w:rPr>
              <w:t>完美信息棋类</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举例国际象棋等：</w:t>
            </w:r>
            <w:r>
              <w:rPr>
                <w:sz w:val="18"/>
              </w:rPr>
              <w:t xml:space="preserve"> </w:t>
            </w:r>
            <w:r>
              <w:rPr>
                <w:sz w:val="18"/>
              </w:rPr>
              <w:t>"</w:t>
            </w:r>
            <w:r>
              <w:rPr>
                <w:sz w:val="18"/>
              </w:rPr>
              <w:t xml:space="preserve"> </w:t>
            </w:r>
            <w:r>
              <w:rPr>
                <w:sz w:val="18"/>
              </w:rPr>
              <w:t>所有局面和历史走法完全可见，故称</w:t>
            </w:r>
            <w:r>
              <w:rPr>
                <w:sz w:val="18"/>
              </w:rPr>
              <w:t xml:space="preserve"> </w:t>
            </w:r>
            <w:r>
              <w:rPr>
                <w:b/>
                <w:sz w:val="18"/>
              </w:rPr>
              <w:t>完美信息游戏</w:t>
            </w:r>
            <w:r>
              <w:rPr>
                <w:sz w:val="18"/>
              </w:rPr>
              <w:t xml:space="preserve"> </w:t>
            </w:r>
            <w:r>
              <w:rPr>
                <w:sz w:val="18"/>
              </w:rPr>
              <w:t>。</w:t>
            </w:r>
            <w:r>
              <w:rPr>
                <w:sz w:val="18"/>
              </w:rPr>
              <w:t xml:space="preserve"> </w:t>
            </w:r>
            <w:r>
              <w:rPr>
                <w:sz w:val="18"/>
              </w:rPr>
              <w:t>"</w:t>
            </w:r>
            <w:r>
              <w:rPr>
                <w:sz w:val="18"/>
              </w:rPr>
              <w:t xml:space="preserve"> </w:t>
            </w:r>
            <w:r>
              <w:rPr>
                <w:sz w:val="18"/>
              </w:rPr>
              <w:t>列举象棋、围棋、五子棋、井字棋。</w:t>
            </w:r>
            <w:r>
              <w:rPr>
                <w:sz w:val="18"/>
              </w:rPr>
              <w:t xml:space="preserve"> </w:t>
            </w:r>
            <w:r>
              <w:rPr>
                <w:sz w:val="18"/>
              </w:rPr>
              <w:t>②</w:t>
            </w:r>
            <w:r>
              <w:rPr>
                <w:sz w:val="18"/>
              </w:rPr>
              <w:t xml:space="preserve"> </w:t>
            </w:r>
            <w:r>
              <w:rPr>
                <w:sz w:val="18"/>
              </w:rPr>
              <w:t>说明：</w:t>
            </w:r>
            <w:r>
              <w:rPr>
                <w:sz w:val="18"/>
              </w:rPr>
              <w:t xml:space="preserve"> </w:t>
            </w:r>
            <w:r>
              <w:rPr>
                <w:sz w:val="18"/>
              </w:rPr>
              <w:t>"</w:t>
            </w:r>
            <w:r>
              <w:rPr>
                <w:sz w:val="18"/>
              </w:rPr>
              <w:t xml:space="preserve"> </w:t>
            </w:r>
            <w:r>
              <w:rPr>
                <w:sz w:val="18"/>
              </w:rPr>
              <w:t>完美信息游戏的状态空间复杂度和游戏树复杂度是可以算尽的。</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列举自己玩过的棋类，判断是否属于完美信息；理解</w:t>
            </w:r>
            <w:r>
              <w:rPr>
                <w:sz w:val="18"/>
              </w:rPr>
              <w:t xml:space="preserve"> </w:t>
            </w:r>
            <w:r>
              <w:rPr>
                <w:sz w:val="18"/>
              </w:rPr>
              <w:t>"</w:t>
            </w:r>
            <w:r>
              <w:rPr>
                <w:sz w:val="18"/>
              </w:rPr>
              <w:t xml:space="preserve"> </w:t>
            </w:r>
            <w:r>
              <w:rPr>
                <w:sz w:val="18"/>
              </w:rPr>
              <w:t>全看得见就能算尽</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建立第一类游戏模型，铺垫复杂度</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深入</w:t>
            </w:r>
            <w:r>
              <w:rPr>
                <w:sz w:val="18"/>
              </w:rPr>
              <w:t xml:space="preserve"> </w:t>
            </w:r>
            <w:r>
              <w:rPr>
                <w:sz w:val="18"/>
              </w:rPr>
              <w:t>·</w:t>
            </w:r>
            <w:r>
              <w:rPr>
                <w:sz w:val="18"/>
              </w:rPr>
              <w:t xml:space="preserve"> </w:t>
            </w:r>
            <w:r>
              <w:rPr>
                <w:sz w:val="18"/>
              </w:rPr>
              <w:t>复杂度与不完美信息</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用表格对比井字棋、国际象棋、围棋的状态空间与游戏树复杂度；强调：</w:t>
            </w:r>
            <w:r>
              <w:rPr>
                <w:sz w:val="18"/>
              </w:rPr>
              <w:t xml:space="preserve"> </w:t>
            </w:r>
            <w:r>
              <w:rPr>
                <w:sz w:val="18"/>
              </w:rPr>
              <w:t>"</w:t>
            </w:r>
            <w:r>
              <w:rPr>
                <w:sz w:val="18"/>
              </w:rPr>
              <w:t xml:space="preserve"> </w:t>
            </w:r>
            <w:r>
              <w:rPr>
                <w:sz w:val="18"/>
              </w:rPr>
              <w:t>游戏树的复杂度不但跟空间有关，还跟时间有关。</w:t>
            </w:r>
            <w:r>
              <w:rPr>
                <w:sz w:val="18"/>
              </w:rPr>
              <w:t xml:space="preserve"> </w:t>
            </w:r>
            <w:r>
              <w:rPr>
                <w:sz w:val="18"/>
              </w:rPr>
              <w:t>"</w:t>
            </w:r>
            <w:r>
              <w:rPr>
                <w:sz w:val="18"/>
              </w:rPr>
              <w:t xml:space="preserve"> </w:t>
            </w:r>
            <w:r>
              <w:rPr>
                <w:sz w:val="18"/>
              </w:rPr>
              <w:t>用</w:t>
            </w:r>
            <w:r>
              <w:rPr>
                <w:sz w:val="18"/>
              </w:rPr>
              <w:t xml:space="preserve"> </w:t>
            </w:r>
            <w:r>
              <w:rPr>
                <w:sz w:val="18"/>
              </w:rPr>
              <w:t>10</w:t>
            </w:r>
            <w:r>
              <w:rPr>
                <w:sz w:val="18"/>
              </w:rPr>
              <w:t xml:space="preserve"> </w:t>
            </w:r>
            <w:r>
              <w:rPr>
                <w:sz w:val="18"/>
              </w:rPr>
              <w:t>的幂次讲解（围棋</w:t>
            </w:r>
            <w:r>
              <w:rPr>
                <w:sz w:val="18"/>
              </w:rPr>
              <w:t xml:space="preserve"> </w:t>
            </w:r>
            <w:r>
              <w:rPr>
                <w:sz w:val="18"/>
              </w:rPr>
              <w:t>≈10¹⁷² / 10³⁶⁰</w:t>
            </w:r>
            <w:r>
              <w:rPr>
                <w:sz w:val="18"/>
              </w:rPr>
              <w:t xml:space="preserve"> </w:t>
            </w:r>
            <w:r>
              <w:rPr>
                <w:sz w:val="18"/>
              </w:rPr>
              <w:t>）。</w:t>
            </w:r>
            <w:r>
              <w:rPr>
                <w:sz w:val="18"/>
              </w:rPr>
              <w:t xml:space="preserve"> </w:t>
            </w:r>
            <w:r>
              <w:rPr>
                <w:sz w:val="18"/>
              </w:rPr>
              <w:t>②</w:t>
            </w:r>
            <w:r>
              <w:rPr>
                <w:sz w:val="18"/>
              </w:rPr>
              <w:t xml:space="preserve"> </w:t>
            </w:r>
            <w:r>
              <w:rPr>
                <w:sz w:val="18"/>
              </w:rPr>
              <w:t>引出</w:t>
            </w:r>
            <w:r>
              <w:rPr>
                <w:sz w:val="18"/>
              </w:rPr>
              <w:t xml:space="preserve"> </w:t>
            </w:r>
            <w:r>
              <w:rPr>
                <w:sz w:val="18"/>
              </w:rPr>
              <w:t>"</w:t>
            </w:r>
            <w:r>
              <w:rPr>
                <w:sz w:val="18"/>
              </w:rPr>
              <w:t xml:space="preserve"> </w:t>
            </w:r>
            <w:r>
              <w:rPr>
                <w:sz w:val="18"/>
              </w:rPr>
              <w:t>下棋容易玩牌难</w:t>
            </w:r>
            <w:r>
              <w:rPr>
                <w:sz w:val="18"/>
              </w:rPr>
              <w:t xml:space="preserve"> </w:t>
            </w:r>
            <w:r>
              <w:rPr>
                <w:sz w:val="18"/>
              </w:rPr>
              <w:t>"</w:t>
            </w:r>
            <w:r>
              <w:rPr>
                <w:sz w:val="18"/>
              </w:rPr>
              <w:t xml:space="preserve"> </w:t>
            </w:r>
            <w:r>
              <w:rPr>
                <w:sz w:val="18"/>
              </w:rPr>
              <w:t>；展示麻将、桥牌、德州扑克散点图：</w:t>
            </w:r>
            <w:r>
              <w:rPr>
                <w:sz w:val="18"/>
              </w:rPr>
              <w:t xml:space="preserve"> </w:t>
            </w:r>
            <w:r>
              <w:rPr>
                <w:sz w:val="18"/>
              </w:rPr>
              <w:t>"</w:t>
            </w:r>
            <w:r>
              <w:rPr>
                <w:sz w:val="18"/>
              </w:rPr>
              <w:t xml:space="preserve"> </w:t>
            </w:r>
            <w:r>
              <w:rPr>
                <w:sz w:val="18"/>
              </w:rPr>
              <w:t>麻将有运气在里头，你怎么能够保证运气始终跟着你呢？</w:t>
            </w:r>
            <w:r>
              <w:rPr>
                <w:sz w:val="18"/>
              </w:rPr>
              <w:t xml:space="preserve"> </w:t>
            </w:r>
            <w:r>
              <w:rPr>
                <w:sz w:val="18"/>
              </w:rPr>
              <w:t>"</w:t>
            </w:r>
            <w:r>
              <w:rPr>
                <w:sz w:val="18"/>
              </w:rPr>
              <w:t xml:space="preserve"> </w:t>
            </w:r>
            <w:r>
              <w:rPr>
                <w:sz w:val="18"/>
              </w:rPr>
              <w:t>说明不完美信息游戏机器无法穷举必胜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看数据惊叹围棋之复杂；分类讨论熟悉游戏；思考</w:t>
            </w:r>
            <w:r>
              <w:rPr>
                <w:sz w:val="18"/>
              </w:rPr>
              <w:t xml:space="preserve"> </w:t>
            </w:r>
            <w:r>
              <w:rPr>
                <w:sz w:val="18"/>
              </w:rPr>
              <w:t>"</w:t>
            </w:r>
            <w:r>
              <w:rPr>
                <w:sz w:val="18"/>
              </w:rPr>
              <w:t xml:space="preserve"> </w:t>
            </w:r>
            <w:r>
              <w:rPr>
                <w:sz w:val="18"/>
              </w:rPr>
              <w:t>运气</w:t>
            </w:r>
            <w:r>
              <w:rPr>
                <w:sz w:val="18"/>
              </w:rPr>
              <w:t xml:space="preserve"> </w:t>
            </w:r>
            <w:r>
              <w:rPr>
                <w:sz w:val="18"/>
              </w:rPr>
              <w:t>/</w:t>
            </w:r>
            <w:r>
              <w:rPr>
                <w:sz w:val="18"/>
              </w:rPr>
              <w:t xml:space="preserve"> </w:t>
            </w:r>
            <w:r>
              <w:rPr>
                <w:sz w:val="18"/>
              </w:rPr>
              <w:t>隐藏信息</w:t>
            </w:r>
            <w:r>
              <w:rPr>
                <w:sz w:val="18"/>
              </w:rPr>
              <w:t xml:space="preserve"> </w:t>
            </w:r>
            <w:r>
              <w:rPr>
                <w:sz w:val="18"/>
              </w:rPr>
              <w:t>"</w:t>
            </w:r>
            <w:r>
              <w:rPr>
                <w:sz w:val="18"/>
              </w:rPr>
              <w:t xml:space="preserve"> </w:t>
            </w:r>
            <w:r>
              <w:rPr>
                <w:sz w:val="18"/>
              </w:rPr>
              <w:t>为何难算尽</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用数学大数冲击认知，理解</w:t>
            </w:r>
            <w:r>
              <w:rPr>
                <w:sz w:val="18"/>
              </w:rPr>
              <w:t xml:space="preserve"> </w:t>
            </w:r>
            <w:r>
              <w:rPr>
                <w:sz w:val="18"/>
              </w:rPr>
              <w:t>AI</w:t>
            </w:r>
            <w:r>
              <w:rPr>
                <w:sz w:val="18"/>
              </w:rPr>
              <w:t xml:space="preserve"> </w:t>
            </w:r>
            <w:r>
              <w:rPr>
                <w:sz w:val="18"/>
              </w:rPr>
              <w:t>边界与价值观</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总结：</w:t>
            </w:r>
            <w:r>
              <w:rPr>
                <w:sz w:val="18"/>
              </w:rPr>
              <w:t xml:space="preserve"> </w:t>
            </w:r>
            <w:r>
              <w:rPr>
                <w:sz w:val="18"/>
              </w:rPr>
              <w:t>AI</w:t>
            </w:r>
            <w:r>
              <w:rPr>
                <w:sz w:val="18"/>
              </w:rPr>
              <w:t xml:space="preserve"> </w:t>
            </w:r>
            <w:r>
              <w:rPr>
                <w:sz w:val="18"/>
              </w:rPr>
              <w:t>的</w:t>
            </w:r>
            <w:r>
              <w:rPr>
                <w:sz w:val="18"/>
              </w:rPr>
              <w:t xml:space="preserve"> </w:t>
            </w:r>
            <w:r>
              <w:rPr>
                <w:sz w:val="18"/>
              </w:rPr>
              <w:t>"</w:t>
            </w:r>
            <w:r>
              <w:rPr>
                <w:sz w:val="18"/>
              </w:rPr>
              <w:t xml:space="preserve"> </w:t>
            </w:r>
            <w:r>
              <w:rPr>
                <w:sz w:val="18"/>
              </w:rPr>
              <w:t>聪明</w:t>
            </w:r>
            <w:r>
              <w:rPr>
                <w:sz w:val="18"/>
              </w:rPr>
              <w:t xml:space="preserve"> </w:t>
            </w:r>
            <w:r>
              <w:rPr>
                <w:sz w:val="18"/>
              </w:rPr>
              <w:t>"</w:t>
            </w:r>
            <w:r>
              <w:rPr>
                <w:sz w:val="18"/>
              </w:rPr>
              <w:t xml:space="preserve"> </w:t>
            </w:r>
            <w:r>
              <w:rPr>
                <w:sz w:val="18"/>
              </w:rPr>
              <w:t>来自计算与信息处理；不完美信息游戏仍需人的判断。</w:t>
            </w:r>
            <w:r>
              <w:rPr>
                <w:sz w:val="18"/>
              </w:rPr>
              <w:t xml:space="preserve"> </w:t>
            </w:r>
            <w:r>
              <w:rPr>
                <w:sz w:val="18"/>
              </w:rPr>
              <w:t>②</w:t>
            </w:r>
            <w:r>
              <w:rPr>
                <w:sz w:val="18"/>
              </w:rPr>
              <w:t xml:space="preserve"> </w:t>
            </w:r>
            <w:r>
              <w:rPr>
                <w:sz w:val="18"/>
              </w:rPr>
              <w:t>布置作业，预告第</w:t>
            </w:r>
            <w:r>
              <w:rPr>
                <w:sz w:val="18"/>
              </w:rPr>
              <w:t xml:space="preserve"> </w:t>
            </w:r>
            <w:r>
              <w:rPr>
                <w:sz w:val="18"/>
              </w:rPr>
              <w:t>14</w:t>
            </w:r>
            <w:r>
              <w:rPr>
                <w:sz w:val="18"/>
              </w:rPr>
              <w:t xml:space="preserve"> </w:t>
            </w:r>
            <w:r>
              <w:rPr>
                <w:sz w:val="18"/>
              </w:rPr>
              <w:t>讲</w:t>
            </w:r>
            <w:r>
              <w:rPr>
                <w:sz w:val="18"/>
              </w:rPr>
              <w:t xml:space="preserve"> </w:t>
            </w:r>
            <w:r>
              <w:rPr>
                <w:sz w:val="18"/>
              </w:rPr>
              <w:t>"</w:t>
            </w:r>
            <w:r>
              <w:rPr>
                <w:sz w:val="18"/>
              </w:rPr>
              <w:t xml:space="preserve"> </w:t>
            </w:r>
            <w:r>
              <w:rPr>
                <w:sz w:val="18"/>
              </w:rPr>
              <w:t>有限理性与搜索</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口述两类游戏区别；记录作业</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价值观渗透，自然衔接下一讲</w:t>
            </w:r>
          </w:p>
        </w:tc>
      </w:tr>
    </w:tbl>
    <w:p>
      <w:pPr>
        <w:pStyle w:val="Heading3"/>
      </w:pPr>
      <w:r>
        <w:rPr>
          <w:rFonts w:ascii="微软雅黑" w:hAnsi="微软雅黑" w:eastAsia="微软雅黑" w:cs="微软雅黑" w:hint="eastAsia"/>
          <w:b w:val="0"/>
          <w:color w:val="1A237E"/>
          <w:sz w:val="20"/>
          <w:lang w:eastAsia="zh-CN"/>
        </w:rPr>
        <w:t>五、课堂互动设计（递进式四环节，小学高段·合作探究+展示汇报）</w:t>
      </w:r>
    </w:p>
    <w:p>
      <w:pPr>
        <w:pStyle w:val="ListNumber"/>
        <w:numPr>
          <w:ilvl w:val="0"/>
          <w:numId w:val="46"/>
        </w:numPr>
        <w:spacing w:after="72"/>
      </w:pPr>
      <w:r>
        <w:rPr>
          <w:rFonts w:ascii="微软雅黑" w:eastAsia="微软雅黑" w:hAnsi="微软雅黑" w:cs="微软雅黑" w:hint="eastAsia"/>
          <w:b/>
          <w:lang w:eastAsia="zh-CN"/>
        </w:rPr>
        <w:t>导入环节（5分钟·同桌对战）</w:t>
      </w:r>
      <w:r>
        <w:rPr>
          <w:rFonts w:ascii="微软雅黑" w:eastAsia="微软雅黑" w:hAnsi="微软雅黑" w:cs="微软雅黑" w:hint="eastAsia"/>
          <w:lang w:eastAsia="zh-CN"/>
        </w:rPr>
        <w:t>：每桌两生各持</w:t>
      </w:r>
      <w:r>
        <w:t>3/6/7</w:t>
      </w:r>
      <w:r>
        <w:rPr>
          <w:rFonts w:ascii="微软雅黑" w:eastAsia="微软雅黑" w:hAnsi="微软雅黑" w:cs="微软雅黑" w:hint="eastAsia"/>
          <w:lang w:eastAsia="zh-CN"/>
        </w:rPr>
        <w:t>与</w:t>
      </w:r>
      <w:r>
        <w:t>4/5/8</w:t>
      </w:r>
      <w:r>
        <w:rPr>
          <w:rFonts w:ascii="微软雅黑" w:eastAsia="微软雅黑" w:hAnsi="微软雅黑" w:cs="微软雅黑" w:hint="eastAsia"/>
          <w:lang w:eastAsia="zh-CN"/>
        </w:rPr>
        <w:t>数字卡，轮流出牌三局两胜，填</w:t>
      </w:r>
      <w:r>
        <w:t>"</w:t>
      </w:r>
      <w:r>
        <w:rPr>
          <w:rFonts w:ascii="微软雅黑" w:eastAsia="微软雅黑" w:hAnsi="微软雅黑" w:cs="微软雅黑" w:hint="eastAsia"/>
          <w:lang w:eastAsia="zh-CN"/>
        </w:rPr>
        <w:t>战况记录表</w:t>
      </w:r>
      <w:r>
        <w:t>"</w:t>
      </w:r>
      <w:r>
        <w:rPr>
          <w:rFonts w:ascii="微软雅黑" w:eastAsia="微软雅黑" w:hAnsi="微软雅黑" w:cs="微软雅黑" w:hint="eastAsia"/>
          <w:lang w:eastAsia="zh-CN"/>
        </w:rPr>
        <w:t>（谁先出、谁胜）。规则：必须报出</w:t>
      </w:r>
      <w:r>
        <w:t>"</w:t>
      </w:r>
      <w:r>
        <w:rPr>
          <w:rFonts w:ascii="微软雅黑" w:eastAsia="微软雅黑" w:hAnsi="微软雅黑" w:cs="微软雅黑" w:hint="eastAsia"/>
          <w:lang w:eastAsia="zh-CN"/>
        </w:rPr>
        <w:t>我出</w:t>
      </w:r>
      <w:r>
        <w:t>X</w:t>
      </w:r>
      <w:r>
        <w:rPr>
          <w:rFonts w:ascii="微软雅黑" w:eastAsia="微软雅黑" w:hAnsi="微软雅黑" w:cs="微软雅黑" w:hint="eastAsia"/>
          <w:lang w:eastAsia="zh-CN"/>
        </w:rPr>
        <w:t>，因为</w:t>
      </w:r>
      <w:r>
        <w:t>……"</w:t>
      </w:r>
      <w:r>
        <w:rPr>
          <w:rFonts w:ascii="微软雅黑" w:eastAsia="微软雅黑" w:hAnsi="微软雅黑" w:cs="微软雅黑" w:hint="eastAsia"/>
          <w:lang w:eastAsia="zh-CN"/>
        </w:rPr>
        <w:t>说明依据。展示：统计全班先出方胜率，引出</w:t>
      </w:r>
      <w:r>
        <w:t>"</w:t>
      </w:r>
      <w:r>
        <w:rPr>
          <w:rFonts w:ascii="微软雅黑" w:eastAsia="微软雅黑" w:hAnsi="微软雅黑" w:cs="微软雅黑" w:hint="eastAsia"/>
          <w:lang w:eastAsia="zh-CN"/>
        </w:rPr>
        <w:t>后出占优</w:t>
      </w:r>
      <w:r>
        <w:t>"</w:t>
      </w:r>
      <w:r>
        <w:rPr>
          <w:rFonts w:ascii="微软雅黑" w:eastAsia="微软雅黑" w:hAnsi="微软雅黑" w:cs="微软雅黑" w:hint="eastAsia"/>
          <w:lang w:eastAsia="zh-CN"/>
        </w:rPr>
        <w:t>。</w:t>
      </w:r>
    </w:p>
    <w:p>
      <w:pPr>
        <w:pStyle w:val="ListNumber"/>
        <w:numPr>
          <w:ilvl w:val="0"/>
          <w:numId w:val="46"/>
        </w:numPr>
        <w:spacing w:after="72"/>
      </w:pPr>
      <w:r>
        <w:rPr>
          <w:rFonts w:ascii="微软雅黑" w:eastAsia="微软雅黑" w:hAnsi="微软雅黑" w:cs="微软雅黑" w:hint="eastAsia"/>
          <w:b/>
          <w:lang w:eastAsia="zh-CN"/>
        </w:rPr>
        <w:t>探究环节（15分钟·4人小组）</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用田忌赛马对阵图，小组合作标出</w:t>
      </w:r>
      <w:r>
        <w:t>"</w:t>
      </w:r>
      <w:r>
        <w:rPr>
          <w:rFonts w:ascii="微软雅黑" w:eastAsia="微软雅黑" w:hAnsi="微软雅黑" w:cs="微软雅黑" w:hint="eastAsia"/>
          <w:lang w:eastAsia="zh-CN"/>
        </w:rPr>
        <w:t>以下等马对上等马</w:t>
      </w:r>
      <w:r>
        <w:t>"</w:t>
      </w:r>
      <w:r>
        <w:rPr>
          <w:rFonts w:ascii="微软雅黑" w:eastAsia="微软雅黑" w:hAnsi="微软雅黑" w:cs="微软雅黑" w:hint="eastAsia"/>
          <w:lang w:eastAsia="zh-CN"/>
        </w:rPr>
        <w:t>的取舍，派代表用板书图讲解</w:t>
      </w:r>
      <w:r>
        <w:t>"</w:t>
      </w:r>
      <w:r>
        <w:rPr>
          <w:rFonts w:ascii="微软雅黑" w:eastAsia="微软雅黑" w:hAnsi="微软雅黑" w:cs="微软雅黑" w:hint="eastAsia"/>
          <w:lang w:eastAsia="zh-CN"/>
        </w:rPr>
        <w:t>为何能赢</w:t>
      </w:r>
      <w:r>
        <w:t>"</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讨论：扑克牌与田忌赛马策略共同点（都利用了</w:t>
      </w:r>
      <w:r>
        <w:t>"</w:t>
      </w:r>
      <w:r>
        <w:rPr>
          <w:rFonts w:ascii="微软雅黑" w:eastAsia="微软雅黑" w:hAnsi="微软雅黑" w:cs="微软雅黑" w:hint="eastAsia"/>
          <w:lang w:eastAsia="zh-CN"/>
        </w:rPr>
        <w:t>对手出了什么</w:t>
      </w:r>
      <w:r>
        <w:t>"</w:t>
      </w:r>
      <w:r>
        <w:rPr>
          <w:rFonts w:ascii="微软雅黑" w:eastAsia="微软雅黑" w:hAnsi="微软雅黑" w:cs="微软雅黑" w:hint="eastAsia"/>
          <w:lang w:eastAsia="zh-CN"/>
        </w:rPr>
        <w:t>的信息）。</w:t>
      </w:r>
    </w:p>
    <w:p>
      <w:pPr>
        <w:pStyle w:val="ListNumber"/>
        <w:numPr>
          <w:ilvl w:val="0"/>
          <w:numId w:val="46"/>
        </w:numPr>
        <w:spacing w:after="72"/>
      </w:pPr>
      <w:r>
        <w:rPr>
          <w:rFonts w:ascii="微软雅黑" w:eastAsia="微软雅黑" w:hAnsi="微软雅黑" w:cs="微软雅黑" w:hint="eastAsia"/>
          <w:b/>
          <w:lang w:eastAsia="zh-CN"/>
        </w:rPr>
        <w:t>应用环节（12分钟·全班分类）</w:t>
      </w:r>
      <w:r>
        <w:rPr>
          <w:rFonts w:ascii="微软雅黑" w:eastAsia="微软雅黑" w:hAnsi="微软雅黑" w:cs="微软雅黑" w:hint="eastAsia"/>
          <w:lang w:eastAsia="zh-CN"/>
        </w:rPr>
        <w:t>：教师列出游戏清单（象棋、围棋、麻将、桥牌、德州扑克、井字棋、军棋、五子棋），小组抢答分类为</w:t>
      </w:r>
      <w:r>
        <w:t>"</w:t>
      </w:r>
      <w:r>
        <w:rPr>
          <w:rFonts w:ascii="微软雅黑" w:eastAsia="微软雅黑" w:hAnsi="微软雅黑" w:cs="微软雅黑" w:hint="eastAsia"/>
          <w:lang w:eastAsia="zh-CN"/>
        </w:rPr>
        <w:t>完美信息</w:t>
      </w:r>
      <w:r>
        <w:t>/</w:t>
      </w:r>
      <w:r>
        <w:rPr>
          <w:rFonts w:ascii="微软雅黑" w:eastAsia="微软雅黑" w:hAnsi="微软雅黑" w:cs="微软雅黑" w:hint="eastAsia"/>
          <w:lang w:eastAsia="zh-CN"/>
        </w:rPr>
        <w:t>不完美信息</w:t>
      </w:r>
      <w:r>
        <w:t>"</w:t>
      </w:r>
      <w:r>
        <w:rPr>
          <w:rFonts w:ascii="微软雅黑" w:eastAsia="微软雅黑" w:hAnsi="微软雅黑" w:cs="微软雅黑" w:hint="eastAsia"/>
          <w:lang w:eastAsia="zh-CN"/>
        </w:rPr>
        <w:t>两类并说理由；对争议项（军棋有暗子）全班辩论。</w:t>
      </w:r>
    </w:p>
    <w:p>
      <w:pPr>
        <w:pStyle w:val="ListNumber"/>
        <w:numPr>
          <w:ilvl w:val="0"/>
          <w:numId w:val="46"/>
        </w:numPr>
        <w:spacing w:after="72"/>
      </w:pPr>
      <w:r>
        <w:rPr>
          <w:rFonts w:ascii="微软雅黑" w:eastAsia="微软雅黑" w:hAnsi="微软雅黑" w:cs="微软雅黑" w:hint="eastAsia"/>
          <w:b/>
          <w:lang w:eastAsia="zh-CN"/>
        </w:rPr>
        <w:t>总结环节（8分钟·小组接力）</w:t>
      </w:r>
      <w:r>
        <w:rPr>
          <w:rFonts w:ascii="微软雅黑" w:eastAsia="微软雅黑" w:hAnsi="微软雅黑" w:cs="微软雅黑" w:hint="eastAsia"/>
          <w:lang w:eastAsia="zh-CN"/>
        </w:rPr>
        <w:t>：五个小组依次认领</w:t>
      </w:r>
      <w:r>
        <w:t>"</w:t>
      </w:r>
      <w:r>
        <w:rPr>
          <w:rFonts w:ascii="微软雅黑" w:eastAsia="微软雅黑" w:hAnsi="微软雅黑" w:cs="微软雅黑" w:hint="eastAsia"/>
          <w:lang w:eastAsia="zh-CN"/>
        </w:rPr>
        <w:t>指令</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决策</w:t>
      </w:r>
      <w:r>
        <w:t>/</w:t>
      </w:r>
      <w:r>
        <w:rPr>
          <w:rFonts w:ascii="微软雅黑" w:eastAsia="微软雅黑" w:hAnsi="微软雅黑" w:cs="微软雅黑" w:hint="eastAsia"/>
          <w:lang w:eastAsia="zh-CN"/>
        </w:rPr>
        <w:t>信息</w:t>
      </w:r>
      <w:r>
        <w:t>/</w:t>
      </w:r>
      <w:r>
        <w:rPr>
          <w:rFonts w:ascii="微软雅黑" w:eastAsia="微软雅黑" w:hAnsi="微软雅黑" w:cs="微软雅黑" w:hint="eastAsia"/>
          <w:lang w:eastAsia="zh-CN"/>
        </w:rPr>
        <w:t>博弈</w:t>
      </w:r>
      <w:r>
        <w:t>"</w:t>
      </w:r>
      <w:r>
        <w:rPr>
          <w:rFonts w:ascii="微软雅黑" w:eastAsia="微软雅黑" w:hAnsi="微软雅黑" w:cs="微软雅黑" w:hint="eastAsia"/>
          <w:lang w:eastAsia="zh-CN"/>
        </w:rPr>
        <w:t>之一，用</w:t>
      </w:r>
      <w:r>
        <w:t>"</w:t>
      </w:r>
      <w:r>
        <w:rPr>
          <w:rFonts w:ascii="微软雅黑" w:eastAsia="微软雅黑" w:hAnsi="微软雅黑" w:cs="微软雅黑" w:hint="eastAsia"/>
          <w:lang w:eastAsia="zh-CN"/>
        </w:rPr>
        <w:t>一词</w:t>
      </w:r>
      <w:r>
        <w:t>+</w:t>
      </w:r>
      <w:r>
        <w:rPr>
          <w:rFonts w:ascii="微软雅黑" w:eastAsia="微软雅黑" w:hAnsi="微软雅黑" w:cs="微软雅黑" w:hint="eastAsia"/>
          <w:lang w:eastAsia="zh-CN"/>
        </w:rPr>
        <w:t>一例</w:t>
      </w:r>
      <w:r>
        <w:t>"</w:t>
      </w:r>
      <w:r>
        <w:rPr>
          <w:rFonts w:ascii="微软雅黑" w:eastAsia="微软雅黑" w:hAnsi="微软雅黑" w:cs="微软雅黑" w:hint="eastAsia"/>
          <w:lang w:eastAsia="zh-CN"/>
        </w:rPr>
        <w:t>串讲；最后一组用</w:t>
      </w:r>
      <w:r>
        <w:t>"AI</w:t>
      </w:r>
      <w:r>
        <w:rPr>
          <w:rFonts w:ascii="微软雅黑" w:eastAsia="微软雅黑" w:hAnsi="微软雅黑" w:cs="微软雅黑" w:hint="eastAsia"/>
          <w:lang w:eastAsia="zh-CN"/>
        </w:rPr>
        <w:t>下棋易、玩牌难</w:t>
      </w:r>
      <w:r>
        <w:t>"</w:t>
      </w:r>
      <w:r>
        <w:rPr>
          <w:rFonts w:ascii="微软雅黑" w:eastAsia="微软雅黑" w:hAnsi="微软雅黑" w:cs="微软雅黑" w:hint="eastAsia"/>
          <w:lang w:eastAsia="zh-CN"/>
        </w:rPr>
        <w:t>收尾，升华价值观。</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什么是</w:t>
            </w:r>
            <w:r>
              <w:rPr>
                <w:sz w:val="18"/>
              </w:rPr>
              <w:t xml:space="preserve"> </w:t>
            </w:r>
            <w:r>
              <w:rPr>
                <w:sz w:val="18"/>
              </w:rPr>
              <w:t>"</w:t>
            </w:r>
            <w:r>
              <w:rPr>
                <w:sz w:val="18"/>
              </w:rPr>
              <w:t xml:space="preserve"> </w:t>
            </w:r>
            <w:r>
              <w:rPr>
                <w:sz w:val="18"/>
              </w:rPr>
              <w:t>博弈</w:t>
            </w:r>
            <w:r>
              <w:rPr>
                <w:sz w:val="18"/>
              </w:rPr>
              <w:t xml:space="preserve"> </w:t>
            </w:r>
            <w:r>
              <w:rPr>
                <w:sz w:val="18"/>
              </w:rPr>
              <w:t>"</w:t>
            </w:r>
            <w:r>
              <w:rPr>
                <w:sz w:val="18"/>
              </w:rPr>
              <w:t xml:space="preserve"> </w:t>
            </w:r>
            <w:r>
              <w:rPr>
                <w:sz w:val="18"/>
              </w:rPr>
              <w:t>？请举一个你和别人</w:t>
            </w:r>
            <w:r>
              <w:rPr>
                <w:sz w:val="18"/>
              </w:rPr>
              <w:t xml:space="preserve"> </w:t>
            </w:r>
            <w:r>
              <w:rPr>
                <w:sz w:val="18"/>
              </w:rPr>
              <w:t>"</w:t>
            </w:r>
            <w:r>
              <w:rPr>
                <w:sz w:val="18"/>
              </w:rPr>
              <w:t xml:space="preserve"> </w:t>
            </w:r>
            <w:r>
              <w:rPr>
                <w:sz w:val="18"/>
              </w:rPr>
              <w:t>互相看对方出招再决定</w:t>
            </w:r>
            <w:r>
              <w:rPr>
                <w:sz w:val="18"/>
              </w:rPr>
              <w:t xml:space="preserve"> </w:t>
            </w:r>
            <w:r>
              <w:rPr>
                <w:sz w:val="18"/>
              </w:rPr>
              <w:t>"</w:t>
            </w:r>
            <w:r>
              <w:rPr>
                <w:sz w:val="18"/>
              </w:rPr>
              <w:t xml:space="preserve"> </w:t>
            </w:r>
            <w:r>
              <w:rPr>
                <w:sz w:val="18"/>
              </w:rPr>
              <w:t>的例子。</w:t>
            </w:r>
            <w:r>
              <w:rPr>
                <w:sz w:val="18"/>
              </w:rPr>
              <w:t xml:space="preserve"> </w:t>
            </w:r>
            <w:r>
              <w:rPr>
                <w:sz w:val="18"/>
              </w:rPr>
              <w:t>②</w:t>
            </w:r>
            <w:r>
              <w:rPr>
                <w:sz w:val="18"/>
              </w:rPr>
              <w:t xml:space="preserve"> </w:t>
            </w:r>
            <w:r>
              <w:rPr>
                <w:sz w:val="18"/>
              </w:rPr>
              <w:t>什么叫</w:t>
            </w:r>
            <w:r>
              <w:rPr>
                <w:sz w:val="18"/>
              </w:rPr>
              <w:t xml:space="preserve"> </w:t>
            </w:r>
            <w:r>
              <w:rPr>
                <w:sz w:val="18"/>
              </w:rPr>
              <w:t>"</w:t>
            </w:r>
            <w:r>
              <w:rPr>
                <w:sz w:val="18"/>
              </w:rPr>
              <w:t xml:space="preserve"> </w:t>
            </w:r>
            <w:r>
              <w:rPr>
                <w:sz w:val="18"/>
              </w:rPr>
              <w:t>完美信息游戏</w:t>
            </w:r>
            <w:r>
              <w:rPr>
                <w:sz w:val="18"/>
              </w:rPr>
              <w:t xml:space="preserve"> </w:t>
            </w:r>
            <w:r>
              <w:rPr>
                <w:sz w:val="18"/>
              </w:rPr>
              <w:t>"</w:t>
            </w:r>
            <w:r>
              <w:rPr>
                <w:sz w:val="18"/>
              </w:rPr>
              <w:t xml:space="preserve"> </w:t>
            </w:r>
            <w:r>
              <w:rPr>
                <w:sz w:val="18"/>
              </w:rPr>
              <w:t>？象棋和麻将哪个是完美信息游戏？</w:t>
            </w:r>
            <w:r>
              <w:rPr>
                <w:sz w:val="18"/>
              </w:rPr>
              <w:t xml:space="preserve"> </w:t>
            </w:r>
            <w:r>
              <w:rPr>
                <w:sz w:val="18"/>
              </w:rPr>
              <w:t>③</w:t>
            </w:r>
            <w:r>
              <w:rPr>
                <w:sz w:val="18"/>
              </w:rPr>
              <w:t xml:space="preserve"> </w:t>
            </w:r>
            <w:r>
              <w:rPr>
                <w:sz w:val="18"/>
              </w:rPr>
              <w:t>状态空间复杂度和游戏树复杂度，分别大概指什么？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为什么扑克牌里</w:t>
            </w:r>
            <w:r>
              <w:rPr>
                <w:sz w:val="18"/>
              </w:rPr>
              <w:t xml:space="preserve"> </w:t>
            </w:r>
            <w:r>
              <w:rPr>
                <w:sz w:val="18"/>
              </w:rPr>
              <w:t>"</w:t>
            </w:r>
            <w:r>
              <w:rPr>
                <w:sz w:val="18"/>
              </w:rPr>
              <w:t xml:space="preserve"> </w:t>
            </w:r>
            <w:r>
              <w:rPr>
                <w:sz w:val="18"/>
              </w:rPr>
              <w:t>后出牌</w:t>
            </w:r>
            <w:r>
              <w:rPr>
                <w:sz w:val="18"/>
              </w:rPr>
              <w:t xml:space="preserve"> </w:t>
            </w:r>
            <w:r>
              <w:rPr>
                <w:sz w:val="18"/>
              </w:rPr>
              <w:t>"</w:t>
            </w:r>
            <w:r>
              <w:rPr>
                <w:sz w:val="18"/>
              </w:rPr>
              <w:t xml:space="preserve"> </w:t>
            </w:r>
            <w:r>
              <w:rPr>
                <w:sz w:val="18"/>
              </w:rPr>
              <w:t>往往更占优？这和</w:t>
            </w:r>
            <w:r>
              <w:rPr>
                <w:sz w:val="18"/>
              </w:rPr>
              <w:t xml:space="preserve"> </w:t>
            </w:r>
            <w:r>
              <w:rPr>
                <w:sz w:val="18"/>
              </w:rPr>
              <w:t>"</w:t>
            </w:r>
            <w:r>
              <w:rPr>
                <w:sz w:val="18"/>
              </w:rPr>
              <w:t xml:space="preserve"> </w:t>
            </w:r>
            <w:r>
              <w:rPr>
                <w:sz w:val="18"/>
              </w:rPr>
              <w:t>决策基于信息</w:t>
            </w:r>
            <w:r>
              <w:rPr>
                <w:sz w:val="18"/>
              </w:rPr>
              <w:t xml:space="preserve"> </w:t>
            </w:r>
            <w:r>
              <w:rPr>
                <w:sz w:val="18"/>
              </w:rPr>
              <w:t>"</w:t>
            </w:r>
            <w:r>
              <w:rPr>
                <w:sz w:val="18"/>
              </w:rPr>
              <w:t xml:space="preserve"> </w:t>
            </w:r>
            <w:r>
              <w:rPr>
                <w:sz w:val="18"/>
              </w:rPr>
              <w:t>有什么关系？</w:t>
            </w:r>
            <w:r>
              <w:rPr>
                <w:sz w:val="18"/>
              </w:rPr>
              <w:t xml:space="preserve"> </w:t>
            </w:r>
            <w:r>
              <w:rPr>
                <w:sz w:val="18"/>
              </w:rPr>
              <w:t>②</w:t>
            </w:r>
            <w:r>
              <w:rPr>
                <w:sz w:val="18"/>
              </w:rPr>
              <w:t xml:space="preserve"> </w:t>
            </w:r>
            <w:r>
              <w:rPr>
                <w:sz w:val="18"/>
              </w:rPr>
              <w:t>为什么围棋比国际象棋复杂得多？</w:t>
            </w:r>
            <w:r>
              <w:rPr>
                <w:sz w:val="18"/>
              </w:rPr>
              <w:t xml:space="preserve"> </w:t>
            </w:r>
            <w:r>
              <w:rPr>
                <w:sz w:val="18"/>
              </w:rPr>
              <w:t>"</w:t>
            </w:r>
            <w:r>
              <w:rPr>
                <w:sz w:val="18"/>
              </w:rPr>
              <w:t xml:space="preserve"> </w:t>
            </w:r>
            <w:r>
              <w:rPr>
                <w:sz w:val="18"/>
              </w:rPr>
              <w:t>游戏树复杂度跟时间有关</w:t>
            </w:r>
            <w:r>
              <w:rPr>
                <w:sz w:val="18"/>
              </w:rPr>
              <w:t xml:space="preserve"> </w:t>
            </w:r>
            <w:r>
              <w:rPr>
                <w:sz w:val="18"/>
              </w:rPr>
              <w:t>"</w:t>
            </w:r>
            <w:r>
              <w:rPr>
                <w:sz w:val="18"/>
              </w:rPr>
              <w:t xml:space="preserve"> </w:t>
            </w:r>
            <w:r>
              <w:rPr>
                <w:sz w:val="18"/>
              </w:rPr>
              <w:t>是什么意思？</w:t>
            </w:r>
            <w:r>
              <w:rPr>
                <w:sz w:val="18"/>
              </w:rPr>
              <w:t xml:space="preserve"> </w:t>
            </w:r>
            <w:r>
              <w:rPr>
                <w:sz w:val="18"/>
              </w:rPr>
              <w:t>③</w:t>
            </w:r>
            <w:r>
              <w:rPr>
                <w:sz w:val="18"/>
              </w:rPr>
              <w:t xml:space="preserve"> </w:t>
            </w:r>
            <w:r>
              <w:rPr>
                <w:sz w:val="18"/>
              </w:rPr>
              <w:t>为什么说</w:t>
            </w:r>
            <w:r>
              <w:rPr>
                <w:sz w:val="18"/>
              </w:rPr>
              <w:t xml:space="preserve"> </w:t>
            </w:r>
            <w:r>
              <w:rPr>
                <w:sz w:val="18"/>
              </w:rPr>
              <w:t>"</w:t>
            </w:r>
            <w:r>
              <w:rPr>
                <w:sz w:val="18"/>
              </w:rPr>
              <w:t xml:space="preserve"> </w:t>
            </w:r>
            <w:r>
              <w:rPr>
                <w:sz w:val="18"/>
              </w:rPr>
              <w:t>下棋容易玩牌难</w:t>
            </w:r>
            <w:r>
              <w:rPr>
                <w:sz w:val="18"/>
              </w:rPr>
              <w:t xml:space="preserve"> </w:t>
            </w:r>
            <w:r>
              <w:rPr>
                <w:sz w:val="18"/>
              </w:rPr>
              <w:t>"</w:t>
            </w:r>
            <w:r>
              <w:rPr>
                <w:sz w:val="18"/>
              </w:rPr>
              <w:t xml:space="preserve"> </w:t>
            </w:r>
            <w:r>
              <w:rPr>
                <w:sz w:val="18"/>
              </w:rPr>
              <w:t>？</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田忌赛马和扑克牌比大小，策略思想一样吗？你能再想一个生活中的</w:t>
            </w:r>
            <w:r>
              <w:rPr>
                <w:sz w:val="18"/>
              </w:rPr>
              <w:t xml:space="preserve"> </w:t>
            </w:r>
            <w:r>
              <w:rPr>
                <w:sz w:val="18"/>
              </w:rPr>
              <w:t>"</w:t>
            </w:r>
            <w:r>
              <w:rPr>
                <w:sz w:val="18"/>
              </w:rPr>
              <w:t xml:space="preserve"> </w:t>
            </w:r>
            <w:r>
              <w:rPr>
                <w:sz w:val="18"/>
              </w:rPr>
              <w:t>博弈</w:t>
            </w:r>
            <w:r>
              <w:rPr>
                <w:sz w:val="18"/>
              </w:rPr>
              <w:t xml:space="preserve"> </w:t>
            </w:r>
            <w:r>
              <w:rPr>
                <w:sz w:val="18"/>
              </w:rPr>
              <w:t>"</w:t>
            </w:r>
            <w:r>
              <w:rPr>
                <w:sz w:val="18"/>
              </w:rPr>
              <w:t xml:space="preserve"> </w:t>
            </w:r>
            <w:r>
              <w:rPr>
                <w:sz w:val="18"/>
              </w:rPr>
              <w:t>吗？</w:t>
            </w:r>
            <w:r>
              <w:rPr>
                <w:sz w:val="18"/>
              </w:rPr>
              <w:t xml:space="preserve"> </w:t>
            </w:r>
            <w:r>
              <w:rPr>
                <w:sz w:val="18"/>
              </w:rPr>
              <w:t>②</w:t>
            </w:r>
            <w:r>
              <w:rPr>
                <w:sz w:val="18"/>
              </w:rPr>
              <w:t xml:space="preserve"> </w:t>
            </w:r>
            <w:r>
              <w:rPr>
                <w:sz w:val="18"/>
              </w:rPr>
              <w:t>既然</w:t>
            </w:r>
            <w:r>
              <w:rPr>
                <w:sz w:val="18"/>
              </w:rPr>
              <w:t xml:space="preserve"> </w:t>
            </w:r>
            <w:r>
              <w:rPr>
                <w:sz w:val="18"/>
              </w:rPr>
              <w:t>AI</w:t>
            </w:r>
            <w:r>
              <w:rPr>
                <w:sz w:val="18"/>
              </w:rPr>
              <w:t xml:space="preserve"> </w:t>
            </w:r>
            <w:r>
              <w:rPr>
                <w:sz w:val="18"/>
              </w:rPr>
              <w:t>在围棋上能赢人类，为什么在德州扑克里不能保证必胜？</w:t>
            </w:r>
            <w:r>
              <w:rPr>
                <w:sz w:val="18"/>
              </w:rPr>
              <w:t xml:space="preserve"> </w:t>
            </w:r>
            <w:r>
              <w:rPr>
                <w:sz w:val="18"/>
              </w:rPr>
              <w:t>③"</w:t>
            </w:r>
            <w:r>
              <w:rPr>
                <w:sz w:val="18"/>
              </w:rPr>
              <w:t xml:space="preserve"> </w:t>
            </w:r>
            <w:r>
              <w:rPr>
                <w:sz w:val="18"/>
              </w:rPr>
              <w:t>麻将有运气在里头，你怎么保证运气始终跟着你？</w:t>
            </w:r>
            <w:r>
              <w:rPr>
                <w:sz w:val="18"/>
              </w:rPr>
              <w:t xml:space="preserve"> </w:t>
            </w:r>
            <w:r>
              <w:rPr>
                <w:sz w:val="18"/>
              </w:rPr>
              <w:t>"</w:t>
            </w:r>
            <w:r>
              <w:rPr>
                <w:sz w:val="18"/>
              </w:rPr>
              <w:t xml:space="preserve"> </w:t>
            </w:r>
            <w:r>
              <w:rPr>
                <w:sz w:val="18"/>
              </w:rPr>
              <w:t>这句话给你什么启发</w:t>
            </w:r>
            <w:r>
              <w:rPr>
                <w:sz w:val="18"/>
              </w:rPr>
              <w:t xml:space="preserve"> </w:t>
            </w:r>
            <w:r>
              <w:rPr>
                <w:sz w:val="18"/>
              </w:rPr>
              <w:t>——</w:t>
            </w:r>
            <w:r>
              <w:rPr>
                <w:sz w:val="18"/>
              </w:rPr>
              <w:t xml:space="preserve"> </w:t>
            </w:r>
            <w:r>
              <w:rPr>
                <w:sz w:val="18"/>
              </w:rPr>
              <w:t>人比</w:t>
            </w:r>
            <w:r>
              <w:rPr>
                <w:sz w:val="18"/>
              </w:rPr>
              <w:t xml:space="preserve"> </w:t>
            </w:r>
            <w:r>
              <w:rPr>
                <w:sz w:val="18"/>
              </w:rPr>
              <w:t>AI</w:t>
            </w:r>
            <w:r>
              <w:rPr>
                <w:sz w:val="18"/>
              </w:rPr>
              <w:t xml:space="preserve"> </w:t>
            </w:r>
            <w:r>
              <w:rPr>
                <w:sz w:val="18"/>
              </w:rPr>
              <w:t>强在哪里？</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左区·五概念链</w:t>
      </w:r>
      <w:r>
        <w:rPr>
          <w:rFonts w:ascii="微软雅黑" w:eastAsia="微软雅黑" w:hAnsi="微软雅黑" w:cs="微软雅黑" w:hint="eastAsia"/>
          <w:lang w:eastAsia="zh-CN"/>
        </w:rPr>
        <w:t>：指令</w:t>
      </w:r>
      <w:r>
        <w:t xml:space="preserve"> → </w:t>
      </w:r>
      <w:r>
        <w:rPr>
          <w:rFonts w:ascii="微软雅黑" w:eastAsia="微软雅黑" w:hAnsi="微软雅黑" w:cs="微软雅黑" w:hint="eastAsia"/>
          <w:lang w:eastAsia="zh-CN"/>
        </w:rPr>
        <w:t>算法</w:t>
      </w:r>
      <w:r>
        <w:t xml:space="preserve"> → </w:t>
      </w:r>
      <w:r>
        <w:rPr>
          <w:rFonts w:ascii="微软雅黑" w:eastAsia="微软雅黑" w:hAnsi="微软雅黑" w:cs="微软雅黑" w:hint="eastAsia"/>
          <w:lang w:eastAsia="zh-CN"/>
        </w:rPr>
        <w:t>决策</w:t>
      </w:r>
      <w:r>
        <w:t xml:space="preserve"> → </w:t>
      </w:r>
      <w:r>
        <w:rPr>
          <w:rFonts w:ascii="微软雅黑" w:eastAsia="微软雅黑" w:hAnsi="微软雅黑" w:cs="微软雅黑" w:hint="eastAsia"/>
          <w:lang w:eastAsia="zh-CN"/>
        </w:rPr>
        <w:t>信息</w:t>
      </w:r>
      <w:r>
        <w:t xml:space="preserve"> → </w:t>
      </w:r>
      <w:r>
        <w:rPr>
          <w:rFonts w:ascii="微软雅黑" w:eastAsia="微软雅黑" w:hAnsi="微软雅黑" w:cs="微软雅黑" w:hint="eastAsia"/>
          <w:b/>
          <w:lang w:eastAsia="zh-CN"/>
        </w:rPr>
        <w:t>博弈</w:t>
      </w:r>
      <w:r>
        <w:rPr>
          <w:rFonts w:ascii="微软雅黑" w:eastAsia="微软雅黑" w:hAnsi="微软雅黑" w:cs="微软雅黑" w:hint="eastAsia"/>
          <w:lang w:eastAsia="zh-CN"/>
        </w:rPr>
        <w:t>（红笔标注</w:t>
      </w:r>
      <w:r>
        <w:t>"</w:t>
      </w:r>
      <w:r>
        <w:rPr>
          <w:rFonts w:ascii="微软雅黑" w:eastAsia="微软雅黑" w:hAnsi="微软雅黑" w:cs="微软雅黑" w:hint="eastAsia"/>
          <w:lang w:eastAsia="zh-CN"/>
        </w:rPr>
        <w:t>第</w:t>
      </w:r>
      <w:r>
        <w:t>5</w:t>
      </w:r>
      <w:r>
        <w:rPr>
          <w:rFonts w:ascii="微软雅黑" w:eastAsia="微软雅黑" w:hAnsi="微软雅黑" w:cs="微软雅黑" w:hint="eastAsia"/>
          <w:lang w:eastAsia="zh-CN"/>
        </w:rPr>
        <w:t>个</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中区·对阵图</w:t>
      </w:r>
      <w:r>
        <w:rPr>
          <w:rFonts w:ascii="微软雅黑" w:eastAsia="微软雅黑" w:hAnsi="微软雅黑" w:cs="微软雅黑" w:hint="eastAsia"/>
          <w:lang w:eastAsia="zh-CN"/>
        </w:rPr>
        <w:t>：田忌赛马三局两胜对阵示意</w:t>
      </w:r>
      <w:r>
        <w:t xml:space="preserve"> + </w:t>
      </w:r>
      <w:r>
        <w:rPr>
          <w:rFonts w:ascii="微软雅黑" w:eastAsia="微软雅黑" w:hAnsi="微软雅黑" w:cs="微软雅黑" w:hint="eastAsia"/>
          <w:lang w:eastAsia="zh-CN"/>
        </w:rPr>
        <w:t>扑克牌</w:t>
      </w:r>
      <w:r>
        <w:t>3/6/7 vs 4/5/8</w:t>
      </w:r>
      <w:r>
        <w:rPr>
          <w:rFonts w:ascii="微软雅黑" w:eastAsia="微软雅黑" w:hAnsi="微软雅黑" w:cs="微软雅黑" w:hint="eastAsia"/>
          <w:lang w:eastAsia="zh-CN"/>
        </w:rPr>
        <w:t>战况，箭头标</w:t>
      </w:r>
      <w:r>
        <w:t>"</w:t>
      </w:r>
      <w:r>
        <w:rPr>
          <w:rFonts w:ascii="微软雅黑" w:eastAsia="微软雅黑" w:hAnsi="微软雅黑" w:cs="微软雅黑" w:hint="eastAsia"/>
          <w:lang w:eastAsia="zh-CN"/>
        </w:rPr>
        <w:t>后出占优</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右区·两类游戏</w:t>
      </w:r>
      <w:r>
        <w:rPr>
          <w:rFonts w:ascii="微软雅黑" w:eastAsia="微软雅黑" w:hAnsi="微软雅黑" w:cs="微软雅黑" w:hint="eastAsia"/>
          <w:lang w:eastAsia="zh-CN"/>
        </w:rPr>
        <w:t>：完美信息（象棋</w:t>
      </w:r>
      <w:r>
        <w:t>/</w:t>
      </w:r>
      <w:r>
        <w:rPr>
          <w:rFonts w:ascii="微软雅黑" w:eastAsia="微软雅黑" w:hAnsi="微软雅黑" w:cs="微软雅黑" w:hint="eastAsia"/>
          <w:lang w:eastAsia="zh-CN"/>
        </w:rPr>
        <w:t>围棋</w:t>
      </w:r>
      <w:r>
        <w:t>/</w:t>
      </w:r>
      <w:r>
        <w:rPr>
          <w:rFonts w:ascii="微软雅黑" w:eastAsia="微软雅黑" w:hAnsi="微软雅黑" w:cs="微软雅黑" w:hint="eastAsia"/>
          <w:lang w:eastAsia="zh-CN"/>
        </w:rPr>
        <w:t>五子棋</w:t>
      </w:r>
      <w:r>
        <w:t>/</w:t>
      </w:r>
      <w:r>
        <w:rPr>
          <w:rFonts w:ascii="微软雅黑" w:eastAsia="微软雅黑" w:hAnsi="微软雅黑" w:cs="微软雅黑" w:hint="eastAsia"/>
          <w:lang w:eastAsia="zh-CN"/>
        </w:rPr>
        <w:t>井字棋）｜不完美信息（麻将</w:t>
      </w:r>
      <w:r>
        <w:t>/</w:t>
      </w:r>
      <w:r>
        <w:rPr>
          <w:rFonts w:ascii="微软雅黑" w:eastAsia="微软雅黑" w:hAnsi="微软雅黑" w:cs="微软雅黑" w:hint="eastAsia"/>
          <w:lang w:eastAsia="zh-CN"/>
        </w:rPr>
        <w:t>桥牌</w:t>
      </w:r>
      <w:r>
        <w:t>/</w:t>
      </w:r>
      <w:r>
        <w:rPr>
          <w:rFonts w:ascii="微软雅黑" w:eastAsia="微软雅黑" w:hAnsi="微软雅黑" w:cs="微软雅黑" w:hint="eastAsia"/>
          <w:lang w:eastAsia="zh-CN"/>
        </w:rPr>
        <w:t>德州扑克</w:t>
      </w:r>
      <w:r>
        <w:t>/</w:t>
      </w:r>
      <w:r>
        <w:rPr>
          <w:rFonts w:ascii="微软雅黑" w:eastAsia="微软雅黑" w:hAnsi="微软雅黑" w:cs="微软雅黑" w:hint="eastAsia"/>
          <w:lang w:eastAsia="zh-CN"/>
        </w:rPr>
        <w:t>军棋）。</w:t>
      </w:r>
    </w:p>
    <w:p>
      <w:pPr>
        <w:pStyle w:val="ListBullet"/>
        <w:spacing w:after="72"/>
      </w:pPr>
      <w:r>
        <w:rPr>
          <w:rFonts w:ascii="微软雅黑" w:eastAsia="微软雅黑" w:hAnsi="微软雅黑" w:cs="微软雅黑" w:hint="eastAsia"/>
          <w:b/>
          <w:lang w:eastAsia="zh-CN"/>
        </w:rPr>
        <w:t>底部数据条</w:t>
      </w:r>
      <w:r>
        <w:rPr>
          <w:rFonts w:ascii="微软雅黑" w:eastAsia="微软雅黑" w:hAnsi="微软雅黑" w:cs="微软雅黑" w:hint="eastAsia"/>
          <w:lang w:eastAsia="zh-CN"/>
        </w:rPr>
        <w:t>：围棋状态空间</w:t>
      </w:r>
      <w:r>
        <w:t>≈10¹⁷²</w:t>
      </w:r>
      <w:r>
        <w:rPr>
          <w:rFonts w:ascii="微软雅黑" w:eastAsia="微软雅黑" w:hAnsi="微软雅黑" w:cs="微软雅黑" w:hint="eastAsia"/>
          <w:lang w:eastAsia="zh-CN"/>
        </w:rPr>
        <w:t>、游戏树</w:t>
      </w:r>
      <w:r>
        <w:t>≈10³⁶⁰</w:t>
      </w:r>
      <w:r>
        <w:rPr>
          <w:rFonts w:ascii="微软雅黑" w:eastAsia="微软雅黑" w:hAnsi="微软雅黑" w:cs="微软雅黑" w:hint="eastAsia"/>
          <w:lang w:eastAsia="zh-CN"/>
        </w:rPr>
        <w:t>；金句：</w:t>
      </w:r>
      <w:r>
        <w:t>"</w:t>
      </w:r>
      <w:r>
        <w:rPr>
          <w:rFonts w:ascii="微软雅黑" w:eastAsia="微软雅黑" w:hAnsi="微软雅黑" w:cs="微软雅黑" w:hint="eastAsia"/>
          <w:lang w:eastAsia="zh-CN"/>
        </w:rPr>
        <w:t>下棋容易玩牌难。</w:t>
      </w:r>
      <w:r>
        <w:t>""</w:t>
      </w:r>
      <w:r>
        <w:rPr>
          <w:rFonts w:ascii="微软雅黑" w:eastAsia="微软雅黑" w:hAnsi="微软雅黑" w:cs="微软雅黑" w:hint="eastAsia"/>
          <w:lang w:eastAsia="zh-CN"/>
        </w:rPr>
        <w:t>麻将有运气在里头。</w:t>
      </w:r>
      <w: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：画一张</w:t>
      </w:r>
      <w:r>
        <w:t>"</w:t>
      </w:r>
      <w:r>
        <w:rPr>
          <w:rFonts w:ascii="微软雅黑" w:eastAsia="微软雅黑" w:hAnsi="微软雅黑" w:cs="微软雅黑" w:hint="eastAsia"/>
          <w:lang w:eastAsia="zh-CN"/>
        </w:rPr>
        <w:t>田忌赛马对阵图</w:t>
      </w:r>
      <w:r>
        <w:t>"</w:t>
      </w:r>
      <w:r>
        <w:rPr>
          <w:rFonts w:ascii="微软雅黑" w:eastAsia="微软雅黑" w:hAnsi="微软雅黑" w:cs="微软雅黑" w:hint="eastAsia"/>
          <w:lang w:eastAsia="zh-CN"/>
        </w:rPr>
        <w:t>，用箭头标出田忌每一局派哪匹马，并写出</w:t>
      </w:r>
      <w:r>
        <w:t>"</w:t>
      </w:r>
      <w:r>
        <w:rPr>
          <w:rFonts w:ascii="微软雅黑" w:eastAsia="微软雅黑" w:hAnsi="微软雅黑" w:cs="微软雅黑" w:hint="eastAsia"/>
          <w:lang w:eastAsia="zh-CN"/>
        </w:rPr>
        <w:t>三局两胜</w:t>
      </w:r>
      <w:r>
        <w:t>"</w:t>
      </w:r>
      <w:r>
        <w:rPr>
          <w:rFonts w:ascii="微软雅黑" w:eastAsia="微软雅黑" w:hAnsi="微软雅黑" w:cs="微软雅黑" w:hint="eastAsia"/>
          <w:lang w:eastAsia="zh-CN"/>
        </w:rPr>
        <w:t>的结果。</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：从你玩过的游戏中，各举</w:t>
      </w:r>
      <w:r>
        <w:t>1</w:t>
      </w:r>
      <w:r>
        <w:rPr>
          <w:rFonts w:ascii="微软雅黑" w:eastAsia="微软雅黑" w:hAnsi="微软雅黑" w:cs="微软雅黑" w:hint="eastAsia"/>
          <w:lang w:eastAsia="zh-CN"/>
        </w:rPr>
        <w:t>个</w:t>
      </w:r>
      <w:r>
        <w:t>"</w:t>
      </w:r>
      <w:r>
        <w:rPr>
          <w:rFonts w:ascii="微软雅黑" w:eastAsia="微软雅黑" w:hAnsi="微软雅黑" w:cs="微软雅黑" w:hint="eastAsia"/>
          <w:lang w:eastAsia="zh-CN"/>
        </w:rPr>
        <w:t>完美信息游戏</w:t>
      </w:r>
      <w:r>
        <w:t>"</w:t>
      </w:r>
      <w:r>
        <w:rPr>
          <w:rFonts w:ascii="微软雅黑" w:eastAsia="微软雅黑" w:hAnsi="微软雅黑" w:cs="微软雅黑" w:hint="eastAsia"/>
          <w:lang w:eastAsia="zh-CN"/>
        </w:rPr>
        <w:t>和</w:t>
      </w:r>
      <w:r>
        <w:t>"</w:t>
      </w:r>
      <w:r>
        <w:rPr>
          <w:rFonts w:ascii="微软雅黑" w:eastAsia="微软雅黑" w:hAnsi="微软雅黑" w:cs="微软雅黑" w:hint="eastAsia"/>
          <w:lang w:eastAsia="zh-CN"/>
        </w:rPr>
        <w:t>不完美信息游戏</w:t>
      </w:r>
      <w:r>
        <w:t>"</w:t>
      </w:r>
      <w:r>
        <w:rPr>
          <w:rFonts w:ascii="微软雅黑" w:eastAsia="微软雅黑" w:hAnsi="微软雅黑" w:cs="微软雅黑" w:hint="eastAsia"/>
          <w:lang w:eastAsia="zh-CN"/>
        </w:rPr>
        <w:t>，分别说明判断理由（各写</w:t>
      </w:r>
      <w:r>
        <w:t>2-3</w:t>
      </w:r>
      <w:r>
        <w:rPr>
          <w:rFonts w:ascii="微软雅黑" w:eastAsia="微软雅黑" w:hAnsi="微软雅黑" w:cs="微软雅黑" w:hint="eastAsia"/>
          <w:lang w:eastAsia="zh-CN"/>
        </w:rPr>
        <w:t>句）。</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：用</w:t>
      </w:r>
      <w:r>
        <w:t>"10</w:t>
      </w:r>
      <w:r>
        <w:rPr>
          <w:rFonts w:ascii="微软雅黑" w:eastAsia="微软雅黑" w:hAnsi="微软雅黑" w:cs="微软雅黑" w:hint="eastAsia"/>
          <w:lang w:eastAsia="zh-CN"/>
        </w:rPr>
        <w:t>的幂次</w:t>
      </w:r>
      <w:r>
        <w:t>"</w:t>
      </w:r>
      <w:r>
        <w:rPr>
          <w:rFonts w:ascii="微软雅黑" w:eastAsia="微软雅黑" w:hAnsi="微软雅黑" w:cs="微软雅黑" w:hint="eastAsia"/>
          <w:lang w:eastAsia="zh-CN"/>
        </w:rPr>
        <w:t>的思路，估算</w:t>
      </w:r>
      <w:r>
        <w:t>"</w:t>
      </w:r>
      <w:r>
        <w:rPr>
          <w:rFonts w:ascii="微软雅黑" w:eastAsia="微软雅黑" w:hAnsi="微软雅黑" w:cs="微软雅黑" w:hint="eastAsia"/>
          <w:lang w:eastAsia="zh-CN"/>
        </w:rPr>
        <w:t>全班同学姓名排成一队的排列数</w:t>
      </w:r>
      <w:r>
        <w:t>"</w:t>
      </w:r>
      <w:r>
        <w:rPr>
          <w:rFonts w:ascii="微软雅黑" w:eastAsia="微软雅黑" w:hAnsi="微软雅黑" w:cs="微软雅黑" w:hint="eastAsia"/>
          <w:lang w:eastAsia="zh-CN"/>
        </w:rPr>
        <w:t>大概有多大，类比</w:t>
      </w:r>
      <w:r>
        <w:t>"</w:t>
      </w:r>
      <w:r>
        <w:rPr>
          <w:rFonts w:ascii="微软雅黑" w:eastAsia="微软雅黑" w:hAnsi="微软雅黑" w:cs="微软雅黑" w:hint="eastAsia"/>
          <w:lang w:eastAsia="zh-CN"/>
        </w:rPr>
        <w:t>游戏树复杂度</w:t>
      </w:r>
      <w:r>
        <w:t>"</w:t>
      </w:r>
      <w:r>
        <w:rPr>
          <w:rFonts w:ascii="微软雅黑" w:eastAsia="微软雅黑" w:hAnsi="微软雅黑" w:cs="微软雅黑" w:hint="eastAsia"/>
          <w:lang w:eastAsia="zh-CN"/>
        </w:rPr>
        <w:t>为什么会让电脑也算不过来（写一段思考，可画图）。</w:t>
      </w:r>
    </w:p>
    <w:p>
      <w:pPr>
        <w:pStyle w:val="Heading3"/>
      </w:pPr>
      <w:r>
        <w:rPr>
          <w:rFonts w:ascii="微软雅黑" w:hAnsi="微软雅黑" w:eastAsia="微软雅黑" w:cs="微软雅黑" w:hint="eastAsia"/>
          <w:b w:val="0"/>
          <w:color w:val="1A237E"/>
          <w:sz w:val="20"/>
          <w:lang w:eastAsia="zh-CN"/>
        </w:rPr>
        <w:t>九、教学评价（观察点清单）</w:t>
      </w:r>
    </w:p>
    <w:p>
      <w:pPr>
        <w:pStyle w:val="ListBullet"/>
        <w:spacing w:after="72"/>
      </w:pPr>
      <w:r>
        <w:t xml:space="preserve">[ ] </w:t>
      </w:r>
      <w:r>
        <w:rPr>
          <w:rFonts w:ascii="微软雅黑" w:eastAsia="微软雅黑" w:hAnsi="微软雅黑" w:cs="微软雅黑" w:hint="eastAsia"/>
          <w:lang w:eastAsia="zh-CN"/>
        </w:rPr>
        <w:t>能否说出博弈含义，并指出后出牌优势来自信息（概念理解）。</w:t>
      </w:r>
    </w:p>
    <w:p>
      <w:pPr>
        <w:pStyle w:val="ListBullet"/>
        <w:spacing w:after="72"/>
      </w:pPr>
      <w:r>
        <w:t xml:space="preserve">[ ] </w:t>
      </w:r>
      <w:r>
        <w:rPr>
          <w:rFonts w:ascii="微软雅黑" w:eastAsia="微软雅黑" w:hAnsi="微软雅黑" w:cs="微软雅黑" w:hint="eastAsia"/>
          <w:lang w:eastAsia="zh-CN"/>
        </w:rPr>
        <w:t>能否用田忌赛马对阵图解释</w:t>
      </w:r>
      <w:r>
        <w:t>"</w:t>
      </w:r>
      <w:r>
        <w:rPr>
          <w:rFonts w:ascii="微软雅黑" w:eastAsia="微软雅黑" w:hAnsi="微软雅黑" w:cs="微软雅黑" w:hint="eastAsia"/>
          <w:lang w:eastAsia="zh-CN"/>
        </w:rPr>
        <w:t>为何能赢</w:t>
      </w:r>
      <w:r>
        <w:t>"</w:t>
      </w:r>
      <w:r>
        <w:rPr>
          <w:rFonts w:ascii="微软雅黑" w:eastAsia="微软雅黑" w:hAnsi="微软雅黑" w:cs="微软雅黑" w:hint="eastAsia"/>
          <w:lang w:eastAsia="zh-CN"/>
        </w:rPr>
        <w:t>（策略迁移）。</w:t>
      </w:r>
    </w:p>
    <w:p>
      <w:pPr>
        <w:pStyle w:val="ListBullet"/>
        <w:spacing w:after="72"/>
      </w:pPr>
      <w:r>
        <w:t xml:space="preserve">[ ] </w:t>
      </w:r>
      <w:r>
        <w:rPr>
          <w:rFonts w:ascii="微软雅黑" w:eastAsia="微软雅黑" w:hAnsi="微软雅黑" w:cs="微软雅黑" w:hint="eastAsia"/>
          <w:lang w:eastAsia="zh-CN"/>
        </w:rPr>
        <w:t>能否正确区分完美信息</w:t>
      </w:r>
      <w:r>
        <w:t>/</w:t>
      </w:r>
      <w:r>
        <w:rPr>
          <w:rFonts w:ascii="微软雅黑" w:eastAsia="微软雅黑" w:hAnsi="微软雅黑" w:cs="微软雅黑" w:hint="eastAsia"/>
          <w:lang w:eastAsia="zh-CN"/>
        </w:rPr>
        <w:t>不完美信息游戏并举例（分类能力）。</w:t>
      </w:r>
    </w:p>
    <w:p>
      <w:pPr>
        <w:pStyle w:val="ListBullet"/>
        <w:spacing w:after="72"/>
      </w:pPr>
      <w:r>
        <w:t xml:space="preserve">[ ] </w:t>
      </w:r>
      <w:r>
        <w:rPr>
          <w:rFonts w:ascii="微软雅黑" w:eastAsia="微软雅黑" w:hAnsi="微软雅黑" w:cs="微软雅黑" w:hint="eastAsia"/>
          <w:lang w:eastAsia="zh-CN"/>
        </w:rPr>
        <w:t>能否借助</w:t>
      </w:r>
      <w:r>
        <w:t>10</w:t>
      </w:r>
      <w:r>
        <w:rPr>
          <w:rFonts w:ascii="微软雅黑" w:eastAsia="微软雅黑" w:hAnsi="微软雅黑" w:cs="微软雅黑" w:hint="eastAsia"/>
          <w:lang w:eastAsia="zh-CN"/>
        </w:rPr>
        <w:t>的幂次感知游戏复杂度、说出围棋更复杂（数学融合）。</w:t>
      </w:r>
    </w:p>
    <w:p>
      <w:pPr>
        <w:pStyle w:val="ListBullet"/>
        <w:spacing w:after="72"/>
      </w:pPr>
      <w:r>
        <w:t xml:space="preserve">[ ] </w:t>
      </w:r>
      <w:r>
        <w:rPr>
          <w:rFonts w:ascii="微软雅黑" w:eastAsia="微软雅黑" w:hAnsi="微软雅黑" w:cs="微软雅黑" w:hint="eastAsia"/>
          <w:lang w:eastAsia="zh-CN"/>
        </w:rPr>
        <w:t>能否表达</w:t>
      </w:r>
      <w:r>
        <w:t>"AI</w:t>
      </w:r>
      <w:r>
        <w:rPr>
          <w:rFonts w:ascii="微软雅黑" w:eastAsia="微软雅黑" w:hAnsi="微软雅黑" w:cs="微软雅黑" w:hint="eastAsia"/>
          <w:lang w:eastAsia="zh-CN"/>
        </w:rPr>
        <w:t>边界</w:t>
      </w:r>
      <w:r>
        <w:t>+</w:t>
      </w:r>
      <w:r>
        <w:rPr>
          <w:rFonts w:ascii="微软雅黑" w:eastAsia="微软雅黑" w:hAnsi="微软雅黑" w:cs="微软雅黑" w:hint="eastAsia"/>
          <w:lang w:eastAsia="zh-CN"/>
        </w:rPr>
        <w:t>人的判断</w:t>
      </w:r>
      <w:r>
        <w:t>"</w:t>
      </w:r>
      <w:r>
        <w:rPr>
          <w:rFonts w:ascii="微软雅黑" w:eastAsia="微软雅黑" w:hAnsi="微软雅黑" w:cs="微软雅黑" w:hint="eastAsia"/>
          <w:lang w:eastAsia="zh-CN"/>
        </w:rPr>
        <w:t>的价值观（情感态度）。</w:t>
      </w:r>
    </w:p>
    <w:p>
      <w:pPr>
        <w:pStyle w:val="ListBullet"/>
        <w:spacing w:after="72"/>
      </w:pPr>
      <w:r>
        <w:rPr>
          <w:rFonts w:ascii="微软雅黑" w:eastAsia="微软雅黑" w:hAnsi="微软雅黑" w:cs="微软雅黑" w:hint="eastAsia"/>
          <w:b/>
          <w:lang w:eastAsia="zh-CN"/>
        </w:rPr>
        <w:t>简易量表</w:t>
      </w:r>
      <w:r>
        <w:rPr>
          <w:rFonts w:ascii="微软雅黑" w:eastAsia="微软雅黑" w:hAnsi="微软雅黑" w:cs="微软雅黑" w:hint="eastAsia"/>
          <w:lang w:eastAsia="zh-CN"/>
        </w:rPr>
        <w:t>：每项</w:t>
      </w:r>
      <w:r>
        <w:t>★★/★/○</w:t>
      </w:r>
      <w:r>
        <w:rPr>
          <w:rFonts w:ascii="微软雅黑" w:eastAsia="微软雅黑" w:hAnsi="微软雅黑" w:cs="微软雅黑" w:hint="eastAsia"/>
          <w:lang w:eastAsia="zh-CN"/>
        </w:rPr>
        <w:t>；累计</w:t>
      </w:r>
      <w:r>
        <w:t>≥4★★</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达标</w:t>
      </w:r>
      <w:r>
        <w:t>"</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待巩固</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十、AI 视频创作拓展（课堂导入素材·1条导演思维提示词）</w:t>
      </w:r>
    </w:p>
    <w:p>
      <w:pPr>
        <w:spacing w:after="72"/>
      </w:pPr>
      <w:r>
        <w:rPr>
          <w:color w:val="212121"/>
        </w:rPr>
        <w:t xml:space="preserve">  </w:t>
      </w:r>
      <w:r>
        <w:rPr>
          <w:rFonts w:ascii="微软雅黑" w:eastAsia="微软雅黑" w:hAnsi="微软雅黑" w:cs="微软雅黑" w:hint="eastAsia"/>
          <w:color w:val="212121"/>
          <w:lang w:eastAsia="zh-CN"/>
        </w:rPr>
        <w:t>主体：两名学生面对面坐于课桌两侧，各持红蓝数字卡（</w:t>
      </w:r>
      <w:r>
        <w:rPr>
          <w:color w:val="212121"/>
        </w:rPr>
        <w:t xml:space="preserve">3/6/7 </w:t>
      </w:r>
      <w:r>
        <w:rPr>
          <w:rFonts w:ascii="微软雅黑" w:eastAsia="微软雅黑" w:hAnsi="微软雅黑" w:cs="微软雅黑" w:hint="eastAsia"/>
          <w:color w:val="212121"/>
          <w:lang w:eastAsia="zh-CN"/>
        </w:rPr>
        <w:t>与</w:t>
      </w:r>
      <w:r>
        <w:rPr>
          <w:color w:val="212121"/>
        </w:rPr>
        <w:t xml:space="preserve"> 4/5/8</w:t>
      </w:r>
      <w:r>
        <w:rPr>
          <w:rFonts w:ascii="微软雅黑" w:eastAsia="微软雅黑" w:hAnsi="微软雅黑" w:cs="微软雅黑" w:hint="eastAsia"/>
          <w:color w:val="212121"/>
          <w:lang w:eastAsia="zh-CN"/>
        </w:rPr>
        <w:t>）进行三局两胜对决｜动作：红方迟疑先出一张、蓝方瞥见后从容压牌取胜，镜头交替特写两人神情与桌面卡牌｜场景：明亮教室，黑板隐约可见</w:t>
      </w:r>
      <w:r>
        <w:rPr>
          <w:color w:val="212121"/>
        </w:rPr>
        <w:t>"</w:t>
      </w:r>
      <w:r>
        <w:rPr>
          <w:rFonts w:ascii="微软雅黑" w:eastAsia="微软雅黑" w:hAnsi="微软雅黑" w:cs="微软雅黑" w:hint="eastAsia"/>
          <w:color w:val="212121"/>
          <w:lang w:eastAsia="zh-CN"/>
        </w:rPr>
        <w:t>博弈</w:t>
      </w:r>
      <w:r>
        <w:rPr>
          <w:color w:val="212121"/>
        </w:rPr>
        <w:t>"</w:t>
      </w:r>
      <w:r>
        <w:rPr>
          <w:rFonts w:ascii="微软雅黑" w:eastAsia="微软雅黑" w:hAnsi="微软雅黑" w:cs="微软雅黑" w:hint="eastAsia"/>
          <w:color w:val="212121"/>
          <w:lang w:eastAsia="zh-CN"/>
        </w:rPr>
        <w:t>二字与田忌赛马对阵图｜光影：顶光柔和、卡牌边缘高光、背景虚化突出对垒张力｜镜头运动：从桌上散落的卡牌低角度缓慢环绕再上摇到两人对视的近景｜风格：轻快竞技真人秀质感、略带慢动作强调关键出牌｜情绪：专注、算计、胜负揭晓时的恍然与笑意。</w:t>
      </w:r>
      <w:r/>
    </w:p>
    <w:p>
      <w:bookmarkStart w:id="37" w:name="_Toc_section_16"/>
      <w:bookmarkStart w:id="15" w:name="section-16"/>
      <w:pPr>
        <w:pStyle w:val="Heading2"/>
        <w:pageBreakBefore/>
      </w:pPr>
      <w:bookmarkEnd w:id="15"/>
      <w:r>
        <w:rPr>
          <w:rFonts w:ascii="微软雅黑" w:hAnsi="微软雅黑" w:eastAsia="微软雅黑" w:cs="微软雅黑" w:hint="eastAsia"/>
          <w:b w:val="0"/>
          <w:color w:val="1A237E"/>
          <w:sz w:val="22"/>
          <w:lang w:eastAsia="zh-CN"/>
        </w:rPr>
        <w:t xml:space="preserve">  课题：《有限理性假设与搜索》（人工智能通识课·小学高段5-6年级）</w:t>
      </w:r>
      <w:bookmarkEnd w:id="37"/>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14</w:t>
      </w:r>
      <w:r>
        <w:rPr>
          <w:rFonts w:ascii="微软雅黑" w:eastAsia="微软雅黑" w:hAnsi="微软雅黑" w:cs="微软雅黑" w:hint="eastAsia"/>
          <w:color w:val="212121"/>
          <w:lang w:eastAsia="zh-CN"/>
        </w:rPr>
        <w:t>讲《有限理性假设与搜索》｜示范时长约</w:t>
      </w:r>
      <w:r>
        <w:rPr>
          <w:color w:val="212121"/>
        </w:rPr>
        <w:t>9</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5-6</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数学（指数、排列）</w:t>
      </w:r>
      <w:r>
        <w:t xml:space="preserve"> + </w:t>
      </w:r>
      <w:r>
        <w:rPr>
          <w:rFonts w:ascii="微软雅黑" w:eastAsia="微软雅黑" w:hAnsi="微软雅黑" w:cs="微软雅黑" w:hint="eastAsia"/>
          <w:lang w:eastAsia="zh-CN"/>
        </w:rPr>
        <w:t>生活决策</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：通识课（情境体验</w:t>
      </w:r>
      <w:r>
        <w:t xml:space="preserve"> + </w:t>
      </w:r>
      <w:r>
        <w:rPr>
          <w:rFonts w:ascii="微软雅黑" w:eastAsia="微软雅黑" w:hAnsi="微软雅黑" w:cs="微软雅黑" w:hint="eastAsia"/>
          <w:lang w:eastAsia="zh-CN"/>
        </w:rPr>
        <w:t>概念建构型）</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47"/>
        </w:numPr>
        <w:spacing w:after="72"/>
      </w:pPr>
      <w:r>
        <w:rPr>
          <w:rFonts w:ascii="微软雅黑" w:eastAsia="微软雅黑" w:hAnsi="微软雅黑" w:cs="微软雅黑" w:hint="eastAsia"/>
          <w:lang w:eastAsia="zh-CN"/>
        </w:rPr>
        <w:t>通过</w:t>
      </w:r>
      <w:r>
        <w:t>"</w:t>
      </w:r>
      <w:r>
        <w:rPr>
          <w:rFonts w:ascii="微软雅黑" w:eastAsia="微软雅黑" w:hAnsi="微软雅黑" w:cs="微软雅黑" w:hint="eastAsia"/>
          <w:lang w:eastAsia="zh-CN"/>
        </w:rPr>
        <w:t>看得见全貌</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看不见全貌</w:t>
      </w:r>
      <w:r>
        <w:t>"</w:t>
      </w:r>
      <w:r>
        <w:rPr>
          <w:rFonts w:ascii="微软雅黑" w:eastAsia="微软雅黑" w:hAnsi="微软雅黑" w:cs="微软雅黑" w:hint="eastAsia"/>
          <w:lang w:eastAsia="zh-CN"/>
        </w:rPr>
        <w:t>两种迷宫的对比体验，能说出</w:t>
      </w:r>
      <w:r>
        <w:rPr>
          <w:rFonts w:ascii="微软雅黑" w:eastAsia="微软雅黑" w:hAnsi="微软雅黑" w:cs="微软雅黑" w:hint="eastAsia"/>
          <w:b/>
          <w:lang w:eastAsia="zh-CN"/>
        </w:rPr>
        <w:t>完全理性</w:t>
      </w:r>
      <w:r>
        <w:rPr>
          <w:rFonts w:ascii="微软雅黑" w:eastAsia="微软雅黑" w:hAnsi="微软雅黑" w:cs="微软雅黑" w:hint="eastAsia"/>
          <w:lang w:eastAsia="zh-CN"/>
        </w:rPr>
        <w:t>与</w:t>
      </w:r>
      <w:r>
        <w:rPr>
          <w:rFonts w:ascii="微软雅黑" w:eastAsia="微软雅黑" w:hAnsi="微软雅黑" w:cs="微软雅黑" w:hint="eastAsia"/>
          <w:b/>
          <w:lang w:eastAsia="zh-CN"/>
        </w:rPr>
        <w:t>有限理性</w:t>
      </w:r>
      <w:r>
        <w:rPr>
          <w:rFonts w:ascii="微软雅黑" w:eastAsia="微软雅黑" w:hAnsi="微软雅黑" w:cs="微软雅黑" w:hint="eastAsia"/>
          <w:lang w:eastAsia="zh-CN"/>
        </w:rPr>
        <w:t>的区别，并理解</w:t>
      </w:r>
      <w:r>
        <w:t>"</w:t>
      </w:r>
      <w:r>
        <w:rPr>
          <w:rFonts w:ascii="微软雅黑" w:eastAsia="微软雅黑" w:hAnsi="微软雅黑" w:cs="微软雅黑" w:hint="eastAsia"/>
          <w:lang w:eastAsia="zh-CN"/>
        </w:rPr>
        <w:t>人工智能不追求数学上的绝对最优解，而是在有限条件下找</w:t>
      </w:r>
      <w:r>
        <w:t>‘</w:t>
      </w:r>
      <w:r>
        <w:rPr>
          <w:rFonts w:ascii="微软雅黑" w:eastAsia="微软雅黑" w:hAnsi="微软雅黑" w:cs="微软雅黑" w:hint="eastAsia"/>
          <w:lang w:eastAsia="zh-CN"/>
        </w:rPr>
        <w:t>足够好</w:t>
      </w:r>
      <w:r>
        <w:t>’</w:t>
      </w:r>
      <w:r>
        <w:rPr>
          <w:rFonts w:ascii="微软雅黑" w:eastAsia="微软雅黑" w:hAnsi="微软雅黑" w:cs="微软雅黑" w:hint="eastAsia"/>
          <w:lang w:eastAsia="zh-CN"/>
        </w:rPr>
        <w:t>的方案</w:t>
      </w:r>
      <w:r>
        <w:t>"</w:t>
      </w:r>
      <w:r>
        <w:rPr>
          <w:rFonts w:ascii="微软雅黑" w:eastAsia="微软雅黑" w:hAnsi="微软雅黑" w:cs="微软雅黑" w:hint="eastAsia"/>
          <w:lang w:eastAsia="zh-CN"/>
        </w:rPr>
        <w:t>。</w:t>
      </w:r>
    </w:p>
    <w:p>
      <w:pPr>
        <w:pStyle w:val="ListNumber"/>
        <w:numPr>
          <w:ilvl w:val="0"/>
          <w:numId w:val="47"/>
        </w:numPr>
        <w:spacing w:after="72"/>
      </w:pPr>
      <w:r>
        <w:rPr>
          <w:rFonts w:ascii="微软雅黑" w:eastAsia="微软雅黑" w:hAnsi="微软雅黑" w:cs="微软雅黑" w:hint="eastAsia"/>
          <w:lang w:eastAsia="zh-CN"/>
        </w:rPr>
        <w:t>能用自己的话解释</w:t>
      </w:r>
      <w:r>
        <w:rPr>
          <w:rFonts w:ascii="微软雅黑" w:eastAsia="微软雅黑" w:hAnsi="微软雅黑" w:cs="微软雅黑" w:hint="eastAsia"/>
          <w:b/>
          <w:lang w:eastAsia="zh-CN"/>
        </w:rPr>
        <w:t>搜索</w:t>
      </w:r>
      <w:r>
        <w:rPr>
          <w:rFonts w:ascii="微软雅黑" w:eastAsia="微软雅黑" w:hAnsi="微软雅黑" w:cs="微软雅黑" w:hint="eastAsia"/>
          <w:lang w:eastAsia="zh-CN"/>
        </w:rPr>
        <w:t>的含义：</w:t>
      </w:r>
      <w:r>
        <w:t>"</w:t>
      </w:r>
      <w:r>
        <w:rPr>
          <w:rFonts w:ascii="微软雅黑" w:eastAsia="微软雅黑" w:hAnsi="微软雅黑" w:cs="微软雅黑" w:hint="eastAsia"/>
          <w:lang w:eastAsia="zh-CN"/>
        </w:rPr>
        <w:t>信息不完全或问题太大时，通过尝试、反馈、回溯找方案</w:t>
      </w:r>
      <w:r>
        <w:t>"</w:t>
      </w:r>
      <w:r>
        <w:rPr>
          <w:rFonts w:ascii="微软雅黑" w:eastAsia="微软雅黑" w:hAnsi="微软雅黑" w:cs="微软雅黑" w:hint="eastAsia"/>
          <w:lang w:eastAsia="zh-CN"/>
        </w:rPr>
        <w:t>，并联系赫伯特</w:t>
      </w:r>
      <w:r>
        <w:t>·</w:t>
      </w:r>
      <w:r>
        <w:rPr>
          <w:rFonts w:ascii="微软雅黑" w:eastAsia="微软雅黑" w:hAnsi="微软雅黑" w:cs="微软雅黑" w:hint="eastAsia"/>
          <w:lang w:eastAsia="zh-CN"/>
        </w:rPr>
        <w:t>西蒙的有限理性假设。</w:t>
      </w:r>
    </w:p>
    <w:p>
      <w:pPr>
        <w:pStyle w:val="ListNumber"/>
        <w:numPr>
          <w:ilvl w:val="0"/>
          <w:numId w:val="47"/>
        </w:numPr>
        <w:spacing w:after="72"/>
      </w:pPr>
      <w:r>
        <w:rPr>
          <w:rFonts w:ascii="微软雅黑" w:eastAsia="微软雅黑" w:hAnsi="微软雅黑" w:cs="微软雅黑" w:hint="eastAsia"/>
          <w:lang w:eastAsia="zh-CN"/>
        </w:rPr>
        <w:t>在网格纸上用规则分别体验</w:t>
      </w:r>
      <w:r>
        <w:rPr>
          <w:rFonts w:ascii="微软雅黑" w:eastAsia="微软雅黑" w:hAnsi="微软雅黑" w:cs="微软雅黑" w:hint="eastAsia"/>
          <w:b/>
          <w:lang w:eastAsia="zh-CN"/>
        </w:rPr>
        <w:t>深度搜索（一条道走到黑）</w:t>
      </w:r>
      <w:r>
        <w:rPr>
          <w:rFonts w:ascii="微软雅黑" w:eastAsia="微软雅黑" w:hAnsi="微软雅黑" w:cs="微软雅黑" w:hint="eastAsia"/>
          <w:lang w:eastAsia="zh-CN"/>
        </w:rPr>
        <w:t>与</w:t>
      </w:r>
      <w:r>
        <w:rPr>
          <w:rFonts w:ascii="微软雅黑" w:eastAsia="微软雅黑" w:hAnsi="微软雅黑" w:cs="微软雅黑" w:hint="eastAsia"/>
          <w:b/>
          <w:lang w:eastAsia="zh-CN"/>
        </w:rPr>
        <w:t>广度搜索（走一步看一步）</w:t>
      </w:r>
      <w:r>
        <w:rPr>
          <w:rFonts w:ascii="微软雅黑" w:eastAsia="微软雅黑" w:hAnsi="微软雅黑" w:cs="微软雅黑" w:hint="eastAsia"/>
          <w:lang w:eastAsia="zh-CN"/>
        </w:rPr>
        <w:t>，能比较两者走过的格子数并说出各自优缺点。</w:t>
      </w:r>
    </w:p>
    <w:p>
      <w:pPr>
        <w:pStyle w:val="ListNumber"/>
        <w:numPr>
          <w:ilvl w:val="0"/>
          <w:numId w:val="47"/>
        </w:numPr>
        <w:spacing w:after="72"/>
      </w:pPr>
      <w:r>
        <w:rPr>
          <w:rFonts w:ascii="微软雅黑" w:eastAsia="微软雅黑" w:hAnsi="微软雅黑" w:cs="微软雅黑" w:hint="eastAsia"/>
          <w:lang w:eastAsia="zh-CN"/>
        </w:rPr>
        <w:t>建立</w:t>
      </w:r>
      <w:r>
        <w:t>"</w:t>
      </w:r>
      <w:r>
        <w:rPr>
          <w:rFonts w:ascii="微软雅黑" w:eastAsia="微软雅黑" w:hAnsi="微软雅黑" w:cs="微软雅黑" w:hint="eastAsia"/>
          <w:lang w:eastAsia="zh-CN"/>
        </w:rPr>
        <w:t>各有所长，殊途同归</w:t>
      </w:r>
      <w:r>
        <w:t>"</w:t>
      </w:r>
      <w:r>
        <w:rPr>
          <w:rFonts w:ascii="微软雅黑" w:eastAsia="微软雅黑" w:hAnsi="微软雅黑" w:cs="微软雅黑" w:hint="eastAsia"/>
          <w:lang w:eastAsia="zh-CN"/>
        </w:rPr>
        <w:t>的算法观，并能用</w:t>
      </w:r>
      <w:r>
        <w:t>"</w:t>
      </w:r>
      <w:r>
        <w:rPr>
          <w:rFonts w:ascii="微软雅黑" w:eastAsia="微软雅黑" w:hAnsi="微软雅黑" w:cs="微软雅黑" w:hint="eastAsia"/>
          <w:lang w:eastAsia="zh-CN"/>
        </w:rPr>
        <w:t>超市选牙膏</w:t>
      </w:r>
      <w:r>
        <w:t>""</w:t>
      </w:r>
      <w:r>
        <w:rPr>
          <w:rFonts w:ascii="微软雅黑" w:eastAsia="微软雅黑" w:hAnsi="微软雅黑" w:cs="微软雅黑" w:hint="eastAsia"/>
          <w:lang w:eastAsia="zh-CN"/>
        </w:rPr>
        <w:t>选餐馆</w:t>
      </w:r>
      <w:r>
        <w:t>"</w:t>
      </w:r>
      <w:r>
        <w:rPr>
          <w:rFonts w:ascii="微软雅黑" w:eastAsia="微软雅黑" w:hAnsi="微软雅黑" w:cs="微软雅黑" w:hint="eastAsia"/>
          <w:lang w:eastAsia="zh-CN"/>
        </w:rPr>
        <w:t>等生活例子说明有限理性。</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：理解完全理性</w:t>
      </w:r>
      <w:r>
        <w:t>/</w:t>
      </w:r>
      <w:r>
        <w:rPr>
          <w:rFonts w:ascii="微软雅黑" w:eastAsia="微软雅黑" w:hAnsi="微软雅黑" w:cs="微软雅黑" w:hint="eastAsia"/>
          <w:lang w:eastAsia="zh-CN"/>
        </w:rPr>
        <w:t>有限理性；建立</w:t>
      </w:r>
      <w:r>
        <w:t>"</w:t>
      </w:r>
      <w:r>
        <w:rPr>
          <w:rFonts w:ascii="微软雅黑" w:eastAsia="微软雅黑" w:hAnsi="微软雅黑" w:cs="微软雅黑" w:hint="eastAsia"/>
          <w:lang w:eastAsia="zh-CN"/>
        </w:rPr>
        <w:t>搜索</w:t>
      </w:r>
      <w:r>
        <w:t>"</w:t>
      </w:r>
      <w:r>
        <w:rPr>
          <w:rFonts w:ascii="微软雅黑" w:eastAsia="微软雅黑" w:hAnsi="微软雅黑" w:cs="微软雅黑" w:hint="eastAsia"/>
          <w:lang w:eastAsia="zh-CN"/>
        </w:rPr>
        <w:t>概念；体验深度搜索与广度搜索。</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蒙眼走迷宫</w:t>
      </w:r>
      <w:r>
        <w:t>"</w:t>
      </w:r>
      <w:r>
        <w:rPr>
          <w:rFonts w:ascii="微软雅黑" w:eastAsia="微软雅黑" w:hAnsi="微软雅黑" w:cs="微软雅黑" w:hint="eastAsia"/>
          <w:lang w:eastAsia="zh-CN"/>
        </w:rPr>
        <w:t>抽象到</w:t>
      </w:r>
      <w:r>
        <w:t>AI</w:t>
      </w:r>
      <w:r>
        <w:rPr>
          <w:rFonts w:ascii="微软雅黑" w:eastAsia="微软雅黑" w:hAnsi="微软雅黑" w:cs="微软雅黑" w:hint="eastAsia"/>
          <w:lang w:eastAsia="zh-CN"/>
        </w:rPr>
        <w:t>在指数级问题空间中的搜索；理解</w:t>
      </w:r>
      <w:r>
        <w:t>"</w:t>
      </w:r>
      <w:r>
        <w:rPr>
          <w:rFonts w:ascii="微软雅黑" w:eastAsia="微软雅黑" w:hAnsi="微软雅黑" w:cs="微软雅黑" w:hint="eastAsia"/>
          <w:lang w:eastAsia="zh-CN"/>
        </w:rPr>
        <w:t>探索</w:t>
      </w:r>
      <w:r>
        <w:t>—</w:t>
      </w:r>
      <w:r>
        <w:rPr>
          <w:rFonts w:ascii="微软雅黑" w:eastAsia="微软雅黑" w:hAnsi="微软雅黑" w:cs="微软雅黑" w:hint="eastAsia"/>
          <w:lang w:eastAsia="zh-CN"/>
        </w:rPr>
        <w:t>利用困境</w:t>
      </w:r>
      <w:r>
        <w:t>"</w:t>
      </w:r>
      <w:r>
        <w:rPr>
          <w:rFonts w:ascii="微软雅黑" w:eastAsia="微软雅黑" w:hAnsi="微软雅黑" w:cs="微软雅黑" w:hint="eastAsia"/>
          <w:lang w:eastAsia="zh-CN"/>
        </w:rPr>
        <w:t>（已知</w:t>
      </w:r>
      <w:r>
        <w:t>8</w:t>
      </w:r>
      <w:r>
        <w:rPr>
          <w:rFonts w:ascii="微软雅黑" w:eastAsia="微软雅黑" w:hAnsi="微软雅黑" w:cs="微软雅黑" w:hint="eastAsia"/>
          <w:lang w:eastAsia="zh-CN"/>
        </w:rPr>
        <w:t>分餐馆是否冒险试新店）。</w:t>
      </w:r>
    </w:p>
    <w:p>
      <w:pPr>
        <w:pStyle w:val="ListBullet"/>
        <w:spacing w:after="72"/>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：用桌椅实物摆迷宫让学生身体参与；用带字母节点的网格图把</w:t>
      </w:r>
      <w:r>
        <w:t>DFS/BFS</w:t>
      </w:r>
      <w:r>
        <w:rPr>
          <w:rFonts w:ascii="微软雅黑" w:eastAsia="微软雅黑" w:hAnsi="微软雅黑" w:cs="微软雅黑" w:hint="eastAsia"/>
          <w:lang w:eastAsia="zh-CN"/>
        </w:rPr>
        <w:t>规则可视化；用生活小事降低理论坡度。</w:t>
      </w:r>
    </w:p>
    <w:p>
      <w:pPr>
        <w:pStyle w:val="Heading3"/>
      </w:pPr>
      <w:r>
        <w:rPr>
          <w:rFonts w:ascii="微软雅黑" w:hAnsi="微软雅黑" w:eastAsia="微软雅黑" w:cs="微软雅黑" w:hint="eastAsia"/>
          <w:b w:val="0"/>
          <w:color w:val="1A237E"/>
          <w:sz w:val="20"/>
          <w:lang w:eastAsia="zh-CN"/>
        </w:rPr>
        <w:t>三、教学准备</w:t>
      </w:r>
    </w:p>
    <w:p>
      <w:pPr>
        <w:pStyle w:val="ListBullet"/>
        <w:spacing w:after="72"/>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：平面迷宫图（一眼可见全局，每人一张）；半封闭盒子迷宫或</w:t>
      </w:r>
      <w:r>
        <w:t>"</w:t>
      </w:r>
      <w:r>
        <w:rPr>
          <w:rFonts w:ascii="微软雅黑" w:eastAsia="微软雅黑" w:hAnsi="微软雅黑" w:cs="微软雅黑" w:hint="eastAsia"/>
          <w:lang w:eastAsia="zh-CN"/>
        </w:rPr>
        <w:t>蒙眼迷宫</w:t>
      </w:r>
      <w:r>
        <w:t>"</w:t>
      </w:r>
      <w:r>
        <w:rPr>
          <w:rFonts w:ascii="微软雅黑" w:eastAsia="微软雅黑" w:hAnsi="微软雅黑" w:cs="微软雅黑" w:hint="eastAsia"/>
          <w:lang w:eastAsia="zh-CN"/>
        </w:rPr>
        <w:t>（用课桌、椅子、挡板围成，仅留入口）；长绳或标志带；网格纸（带字母节点</w:t>
      </w:r>
      <w:r>
        <w:t>A-Z</w:t>
      </w:r>
      <w:r>
        <w:rPr>
          <w:rFonts w:ascii="微软雅黑" w:eastAsia="微软雅黑" w:hAnsi="微软雅黑" w:cs="微软雅黑" w:hint="eastAsia"/>
          <w:lang w:eastAsia="zh-CN"/>
        </w:rPr>
        <w:t>）每人一张、彩笔；超市商品图（几十种牙膏包装）；</w:t>
      </w:r>
      <w:r>
        <w:t>"8</w:t>
      </w:r>
      <w:r>
        <w:rPr>
          <w:rFonts w:ascii="微软雅黑" w:eastAsia="微软雅黑" w:hAnsi="微软雅黑" w:cs="微软雅黑" w:hint="eastAsia"/>
          <w:lang w:eastAsia="zh-CN"/>
        </w:rPr>
        <w:t>分餐馆</w:t>
      </w:r>
      <w:r>
        <w:t xml:space="preserve"> vs </w:t>
      </w:r>
      <w:r>
        <w:rPr>
          <w:rFonts w:ascii="微软雅黑" w:eastAsia="微软雅黑" w:hAnsi="微软雅黑" w:cs="微软雅黑" w:hint="eastAsia"/>
          <w:lang w:eastAsia="zh-CN"/>
        </w:rPr>
        <w:t>新店</w:t>
      </w:r>
      <w:r>
        <w:t>"</w:t>
      </w:r>
      <w:r>
        <w:rPr>
          <w:rFonts w:ascii="微软雅黑" w:eastAsia="微软雅黑" w:hAnsi="微软雅黑" w:cs="微软雅黑" w:hint="eastAsia"/>
          <w:lang w:eastAsia="zh-CN"/>
        </w:rPr>
        <w:t>情境卡。</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：国家智慧教育平台第</w:t>
      </w:r>
      <w:r>
        <w:t>14</w:t>
      </w:r>
      <w:r>
        <w:rPr>
          <w:rFonts w:ascii="微软雅黑" w:eastAsia="微软雅黑" w:hAnsi="微软雅黑" w:cs="微软雅黑" w:hint="eastAsia"/>
          <w:lang w:eastAsia="zh-CN"/>
        </w:rPr>
        <w:t>讲示范视频片段、</w:t>
      </w:r>
      <w:r>
        <w:t>PPT</w:t>
      </w:r>
      <w:r>
        <w:rPr>
          <w:rFonts w:ascii="微软雅黑" w:eastAsia="微软雅黑" w:hAnsi="微软雅黑" w:cs="微软雅黑" w:hint="eastAsia"/>
          <w:lang w:eastAsia="zh-CN"/>
        </w:rPr>
        <w:t>（两种迷宫对比、西蒙头像与有限理性、</w:t>
      </w:r>
      <w:r>
        <w:t>DFS/BFS</w:t>
      </w:r>
      <w:r>
        <w:rPr>
          <w:rFonts w:ascii="微软雅黑" w:eastAsia="微软雅黑" w:hAnsi="微软雅黑" w:cs="微软雅黑" w:hint="eastAsia"/>
          <w:lang w:eastAsia="zh-CN"/>
        </w:rPr>
        <w:t>演示动画）。</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：需一块空地用于摆</w:t>
      </w:r>
      <w:r>
        <w:t>"</w:t>
      </w:r>
      <w:r>
        <w:rPr>
          <w:rFonts w:ascii="微软雅黑" w:eastAsia="微软雅黑" w:hAnsi="微软雅黑" w:cs="微软雅黑" w:hint="eastAsia"/>
          <w:lang w:eastAsia="zh-CN"/>
        </w:rPr>
        <w:t>实体迷宫</w:t>
      </w:r>
      <w:r>
        <w:t>"</w:t>
      </w:r>
      <w:r>
        <w:rPr>
          <w:rFonts w:ascii="微软雅黑" w:eastAsia="微软雅黑" w:hAnsi="微软雅黑" w:cs="微软雅黑" w:hint="eastAsia"/>
          <w:lang w:eastAsia="zh-CN"/>
        </w:rPr>
        <w:t>；小组围坐用于网格纸活动。</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：无空地摆迷宫</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蒙眼在教室绕行指定路线</w:t>
      </w:r>
      <w:r>
        <w:t>"</w:t>
      </w:r>
      <w:r>
        <w:rPr>
          <w:rFonts w:ascii="微软雅黑" w:eastAsia="微软雅黑" w:hAnsi="微软雅黑" w:cs="微软雅黑" w:hint="eastAsia"/>
          <w:lang w:eastAsia="zh-CN"/>
        </w:rPr>
        <w:t>或在纸上画迷宫闭眼描线代替；无长绳</w:t>
      </w:r>
      <w:r>
        <w:t>——</w:t>
      </w:r>
      <w:r>
        <w:rPr>
          <w:rFonts w:ascii="微软雅黑" w:eastAsia="微软雅黑" w:hAnsi="微软雅黑" w:cs="微软雅黑" w:hint="eastAsia"/>
          <w:lang w:eastAsia="zh-CN"/>
        </w:rPr>
        <w:t>用课桌排列模拟通道。</w:t>
      </w:r>
    </w:p>
    <w:p>
      <w:pPr>
        <w:pStyle w:val="Heading3"/>
      </w:pPr>
      <w:r>
        <w:rPr>
          <w:rFonts w:ascii="微软雅黑" w:hAnsi="微软雅黑" w:eastAsia="微软雅黑" w:cs="微软雅黑" w:hint="eastAsia"/>
          <w:b w:val="0"/>
          <w:color w:val="1A237E"/>
          <w:sz w:val="20"/>
          <w:lang w:eastAsia="zh-CN"/>
        </w:rPr>
        <w:t>四、教学过程（以示范课真实活动为骨架扩写）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w:t>
            </w:r>
            <w:r>
              <w:rPr>
                <w:sz w:val="18"/>
              </w:rPr>
              <w:t xml:space="preserve"> </w:t>
            </w:r>
            <w:r>
              <w:rPr>
                <w:sz w:val="18"/>
              </w:rPr>
              <w:t>·</w:t>
            </w:r>
            <w:r>
              <w:rPr>
                <w:sz w:val="18"/>
              </w:rPr>
              <w:t xml:space="preserve"> </w:t>
            </w:r>
            <w:r>
              <w:rPr>
                <w:sz w:val="18"/>
              </w:rPr>
              <w:t>看得见全貌的迷宫</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出示平面迷宫图：</w:t>
            </w:r>
            <w:r>
              <w:rPr>
                <w:sz w:val="18"/>
              </w:rPr>
              <w:t xml:space="preserve"> </w:t>
            </w:r>
            <w:r>
              <w:rPr>
                <w:sz w:val="18"/>
              </w:rPr>
              <w:t>"</w:t>
            </w:r>
            <w:r>
              <w:rPr>
                <w:sz w:val="18"/>
              </w:rPr>
              <w:t xml:space="preserve"> </w:t>
            </w:r>
            <w:r>
              <w:rPr>
                <w:sz w:val="18"/>
              </w:rPr>
              <w:t>完全理性：这样你会怎么走？</w:t>
            </w:r>
            <w:r>
              <w:rPr>
                <w:sz w:val="18"/>
              </w:rPr>
              <w:t xml:space="preserve"> </w:t>
            </w:r>
            <w:r>
              <w:rPr>
                <w:sz w:val="18"/>
              </w:rPr>
              <w:t>"②</w:t>
            </w:r>
            <w:r>
              <w:rPr>
                <w:sz w:val="18"/>
              </w:rPr>
              <w:t xml:space="preserve"> </w:t>
            </w:r>
            <w:r>
              <w:rPr>
                <w:sz w:val="18"/>
              </w:rPr>
              <w:t>学生一眼看到全局，规划最短路线。点明：拥有完整信息、能全局最优</w:t>
            </w:r>
            <w:r>
              <w:rPr>
                <w:sz w:val="18"/>
              </w:rPr>
              <w:t xml:space="preserve"> </w:t>
            </w:r>
            <w:r>
              <w:rPr>
                <w:sz w:val="18"/>
              </w:rPr>
              <w:t>=</w:t>
            </w:r>
            <w:r>
              <w:rPr>
                <w:sz w:val="18"/>
              </w:rPr>
              <w:t xml:space="preserve"> </w:t>
            </w:r>
            <w:r>
              <w:rPr>
                <w:b/>
                <w:sz w:val="18"/>
              </w:rPr>
              <w:t>完全理性</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观察迷宫，手指比划最短路径并口述；理解</w:t>
            </w:r>
            <w:r>
              <w:rPr>
                <w:sz w:val="18"/>
              </w:rPr>
              <w:t xml:space="preserve"> </w:t>
            </w:r>
            <w:r>
              <w:rPr>
                <w:sz w:val="18"/>
              </w:rPr>
              <w:t>"</w:t>
            </w:r>
            <w:r>
              <w:rPr>
                <w:sz w:val="18"/>
              </w:rPr>
              <w:t xml:space="preserve"> </w:t>
            </w:r>
            <w:r>
              <w:rPr>
                <w:sz w:val="18"/>
              </w:rPr>
              <w:t>全看得见就能选最好</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用直观情境建立</w:t>
            </w:r>
            <w:r>
              <w:rPr>
                <w:sz w:val="18"/>
              </w:rPr>
              <w:t xml:space="preserve"> </w:t>
            </w:r>
            <w:r>
              <w:rPr>
                <w:sz w:val="18"/>
              </w:rPr>
              <w:t>"</w:t>
            </w:r>
            <w:r>
              <w:rPr>
                <w:sz w:val="18"/>
              </w:rPr>
              <w:t xml:space="preserve"> </w:t>
            </w:r>
            <w:r>
              <w:rPr>
                <w:sz w:val="18"/>
              </w:rPr>
              <w:t>完全理性</w:t>
            </w:r>
            <w:r>
              <w:rPr>
                <w:sz w:val="18"/>
              </w:rPr>
              <w:t xml:space="preserve"> </w:t>
            </w:r>
            <w:r>
              <w:rPr>
                <w:sz w:val="18"/>
              </w:rPr>
              <w:t>"</w:t>
            </w:r>
            <w:r>
              <w:rPr>
                <w:sz w:val="18"/>
              </w:rPr>
              <w:t xml:space="preserve"> </w:t>
            </w:r>
            <w:r>
              <w:rPr>
                <w:sz w:val="18"/>
              </w:rPr>
              <w:t>锚点</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体验</w:t>
            </w:r>
            <w:r>
              <w:rPr>
                <w:sz w:val="18"/>
              </w:rPr>
              <w:t xml:space="preserve"> </w:t>
            </w:r>
            <w:r>
              <w:rPr>
                <w:sz w:val="18"/>
              </w:rPr>
              <w:t>·</w:t>
            </w:r>
            <w:r>
              <w:rPr>
                <w:sz w:val="18"/>
              </w:rPr>
              <w:t xml:space="preserve"> </w:t>
            </w:r>
            <w:r>
              <w:rPr>
                <w:sz w:val="18"/>
              </w:rPr>
              <w:t>看不见全貌的迷宫</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用桌椅摆半封闭迷宫，请一生蒙眼进入，另一组用语言指令指挥。</w:t>
            </w:r>
            <w:r>
              <w:rPr>
                <w:sz w:val="18"/>
              </w:rPr>
              <w:t xml:space="preserve"> </w:t>
            </w:r>
            <w:r>
              <w:rPr>
                <w:sz w:val="18"/>
              </w:rPr>
              <w:t>②</w:t>
            </w:r>
            <w:r>
              <w:rPr>
                <w:sz w:val="18"/>
              </w:rPr>
              <w:t xml:space="preserve"> </w:t>
            </w:r>
            <w:r>
              <w:rPr>
                <w:sz w:val="18"/>
              </w:rPr>
              <w:t>提问：</w:t>
            </w:r>
            <w:r>
              <w:rPr>
                <w:sz w:val="18"/>
              </w:rPr>
              <w:t xml:space="preserve"> </w:t>
            </w:r>
            <w:r>
              <w:rPr>
                <w:sz w:val="18"/>
              </w:rPr>
              <w:t>"</w:t>
            </w:r>
            <w:r>
              <w:rPr>
                <w:sz w:val="18"/>
              </w:rPr>
              <w:t xml:space="preserve"> </w:t>
            </w:r>
            <w:r>
              <w:rPr>
                <w:sz w:val="18"/>
              </w:rPr>
              <w:t>不完全理性：这样你会怎么走？</w:t>
            </w:r>
            <w:r>
              <w:rPr>
                <w:sz w:val="18"/>
              </w:rPr>
              <w:t xml:space="preserve"> </w:t>
            </w:r>
            <w:r>
              <w:rPr>
                <w:sz w:val="18"/>
              </w:rPr>
              <w:t>"③</w:t>
            </w:r>
            <w:r>
              <w:rPr>
                <w:sz w:val="18"/>
              </w:rPr>
              <w:t xml:space="preserve"> </w:t>
            </w:r>
            <w:r>
              <w:rPr>
                <w:sz w:val="18"/>
              </w:rPr>
              <w:t>学生边走边试、碰壁回头，教师点题：</w:t>
            </w:r>
            <w:r>
              <w:rPr>
                <w:sz w:val="18"/>
              </w:rPr>
              <w:t xml:space="preserve"> </w:t>
            </w:r>
            <w:r>
              <w:rPr>
                <w:sz w:val="18"/>
              </w:rPr>
              <w:t>"</w:t>
            </w:r>
            <w:r>
              <w:rPr>
                <w:sz w:val="18"/>
              </w:rPr>
              <w:t xml:space="preserve"> </w:t>
            </w:r>
            <w:r>
              <w:rPr>
                <w:sz w:val="18"/>
              </w:rPr>
              <w:t>这就叫</w:t>
            </w:r>
            <w:r>
              <w:rPr>
                <w:sz w:val="18"/>
              </w:rPr>
              <w:t xml:space="preserve"> </w:t>
            </w:r>
            <w:r>
              <w:rPr>
                <w:sz w:val="18"/>
              </w:rPr>
              <w:t>‘</w:t>
            </w:r>
            <w:r>
              <w:rPr>
                <w:sz w:val="18"/>
              </w:rPr>
              <w:t xml:space="preserve"> </w:t>
            </w:r>
            <w:r>
              <w:rPr>
                <w:sz w:val="18"/>
              </w:rPr>
              <w:t>搜索</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记录碰壁次数与步数</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一组蒙眼进入，其余用指令指挥；体验</w:t>
            </w:r>
            <w:r>
              <w:rPr>
                <w:sz w:val="18"/>
              </w:rPr>
              <w:t xml:space="preserve"> </w:t>
            </w:r>
            <w:r>
              <w:rPr>
                <w:sz w:val="18"/>
              </w:rPr>
              <w:t>"</w:t>
            </w:r>
            <w:r>
              <w:rPr>
                <w:sz w:val="18"/>
              </w:rPr>
              <w:t xml:space="preserve"> </w:t>
            </w:r>
            <w:r>
              <w:rPr>
                <w:sz w:val="18"/>
              </w:rPr>
              <w:t>看不见只能试</w:t>
            </w:r>
            <w:r>
              <w:rPr>
                <w:sz w:val="18"/>
              </w:rPr>
              <w:t xml:space="preserve"> </w:t>
            </w:r>
            <w:r>
              <w:rPr>
                <w:sz w:val="18"/>
              </w:rPr>
              <w:t>"</w:t>
            </w:r>
            <w:r>
              <w:rPr>
                <w:sz w:val="18"/>
              </w:rPr>
              <w:t xml:space="preserve"> </w:t>
            </w:r>
            <w:r>
              <w:rPr>
                <w:sz w:val="18"/>
              </w:rPr>
              <w:t>；感知碰壁、回溯</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身体参与，从</w:t>
            </w:r>
            <w:r>
              <w:rPr>
                <w:sz w:val="18"/>
              </w:rPr>
              <w:t xml:space="preserve"> </w:t>
            </w:r>
            <w:r>
              <w:rPr>
                <w:sz w:val="18"/>
              </w:rPr>
              <w:t>"</w:t>
            </w:r>
            <w:r>
              <w:rPr>
                <w:sz w:val="18"/>
              </w:rPr>
              <w:t xml:space="preserve"> </w:t>
            </w:r>
            <w:r>
              <w:rPr>
                <w:sz w:val="18"/>
              </w:rPr>
              <w:t>试错</w:t>
            </w:r>
            <w:r>
              <w:rPr>
                <w:sz w:val="18"/>
              </w:rPr>
              <w:t xml:space="preserve"> </w:t>
            </w:r>
            <w:r>
              <w:rPr>
                <w:sz w:val="18"/>
              </w:rPr>
              <w:t>—</w:t>
            </w:r>
            <w:r>
              <w:rPr>
                <w:sz w:val="18"/>
              </w:rPr>
              <w:t xml:space="preserve"> </w:t>
            </w:r>
            <w:r>
              <w:rPr>
                <w:sz w:val="18"/>
              </w:rPr>
              <w:t>反馈</w:t>
            </w:r>
            <w:r>
              <w:rPr>
                <w:sz w:val="18"/>
              </w:rPr>
              <w:t xml:space="preserve"> </w:t>
            </w:r>
            <w:r>
              <w:rPr>
                <w:sz w:val="18"/>
              </w:rPr>
              <w:t>—</w:t>
            </w:r>
            <w:r>
              <w:rPr>
                <w:sz w:val="18"/>
              </w:rPr>
              <w:t xml:space="preserve"> </w:t>
            </w:r>
            <w:r>
              <w:rPr>
                <w:sz w:val="18"/>
              </w:rPr>
              <w:t>回溯</w:t>
            </w:r>
            <w:r>
              <w:rPr>
                <w:sz w:val="18"/>
              </w:rPr>
              <w:t xml:space="preserve"> </w:t>
            </w:r>
            <w:r>
              <w:rPr>
                <w:sz w:val="18"/>
              </w:rPr>
              <w:t>"</w:t>
            </w:r>
            <w:r>
              <w:rPr>
                <w:sz w:val="18"/>
              </w:rPr>
              <w:t xml:space="preserve"> </w:t>
            </w:r>
            <w:r>
              <w:rPr>
                <w:sz w:val="18"/>
              </w:rPr>
              <w:t>中具象化</w:t>
            </w:r>
            <w:r>
              <w:rPr>
                <w:sz w:val="18"/>
              </w:rPr>
              <w:t xml:space="preserve"> </w:t>
            </w:r>
            <w:r>
              <w:rPr>
                <w:sz w:val="18"/>
              </w:rPr>
              <w:t>"</w:t>
            </w:r>
            <w:r>
              <w:rPr>
                <w:sz w:val="18"/>
              </w:rPr>
              <w:t xml:space="preserve"> </w:t>
            </w:r>
            <w:r>
              <w:rPr>
                <w:sz w:val="18"/>
              </w:rPr>
              <w:t>搜索</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建构</w:t>
            </w:r>
            <w:r>
              <w:rPr>
                <w:sz w:val="18"/>
              </w:rPr>
              <w:t xml:space="preserve"> </w:t>
            </w:r>
            <w:r>
              <w:rPr>
                <w:sz w:val="18"/>
              </w:rPr>
              <w:t>·</w:t>
            </w:r>
            <w:r>
              <w:rPr>
                <w:sz w:val="18"/>
              </w:rPr>
              <w:t xml:space="preserve"> </w:t>
            </w:r>
            <w:r>
              <w:rPr>
                <w:sz w:val="18"/>
              </w:rPr>
              <w:t>西蒙与有限理性</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引出：</w:t>
            </w:r>
            <w:r>
              <w:rPr>
                <w:sz w:val="18"/>
              </w:rPr>
              <w:t xml:space="preserve"> </w:t>
            </w:r>
            <w:r>
              <w:rPr>
                <w:sz w:val="18"/>
              </w:rPr>
              <w:t>"</w:t>
            </w:r>
            <w:r>
              <w:rPr>
                <w:sz w:val="18"/>
              </w:rPr>
              <w:t xml:space="preserve"> </w:t>
            </w:r>
            <w:r>
              <w:rPr>
                <w:sz w:val="18"/>
              </w:rPr>
              <w:t>赫伯特</w:t>
            </w:r>
            <w:r>
              <w:rPr>
                <w:sz w:val="18"/>
              </w:rPr>
              <w:t xml:space="preserve"> </w:t>
            </w:r>
            <w:r>
              <w:rPr>
                <w:sz w:val="18"/>
              </w:rPr>
              <w:t>·</w:t>
            </w:r>
            <w:r>
              <w:rPr>
                <w:sz w:val="18"/>
              </w:rPr>
              <w:t xml:space="preserve"> </w:t>
            </w:r>
            <w:r>
              <w:rPr>
                <w:sz w:val="18"/>
              </w:rPr>
              <w:t>西蒙：有限理性假设。</w:t>
            </w:r>
            <w:r>
              <w:rPr>
                <w:sz w:val="18"/>
              </w:rPr>
              <w:t xml:space="preserve"> </w:t>
            </w:r>
            <w:r>
              <w:rPr>
                <w:sz w:val="18"/>
              </w:rPr>
              <w:t>"②</w:t>
            </w:r>
            <w:r>
              <w:rPr>
                <w:sz w:val="18"/>
              </w:rPr>
              <w:t xml:space="preserve"> </w:t>
            </w:r>
            <w:r>
              <w:rPr>
                <w:sz w:val="18"/>
              </w:rPr>
              <w:t>讲解：</w:t>
            </w:r>
            <w:r>
              <w:rPr>
                <w:sz w:val="18"/>
              </w:rPr>
              <w:t xml:space="preserve"> </w:t>
            </w:r>
            <w:r>
              <w:rPr>
                <w:sz w:val="18"/>
              </w:rPr>
              <w:t>"</w:t>
            </w:r>
            <w:r>
              <w:rPr>
                <w:sz w:val="18"/>
              </w:rPr>
              <w:t xml:space="preserve"> </w:t>
            </w:r>
            <w:r>
              <w:rPr>
                <w:sz w:val="18"/>
              </w:rPr>
              <w:t>我们的大脑一次能想的事有限，所以只能找到一个差不多还行的方案。</w:t>
            </w:r>
            <w:r>
              <w:rPr>
                <w:sz w:val="18"/>
              </w:rPr>
              <w:t xml:space="preserve"> </w:t>
            </w:r>
            <w:r>
              <w:rPr>
                <w:sz w:val="18"/>
              </w:rPr>
              <w:t>""</w:t>
            </w:r>
            <w:r>
              <w:rPr>
                <w:sz w:val="18"/>
              </w:rPr>
              <w:t xml:space="preserve"> </w:t>
            </w:r>
            <w:r>
              <w:rPr>
                <w:sz w:val="18"/>
              </w:rPr>
              <w:t>日常生活中差不多就行，就可以了。</w:t>
            </w:r>
            <w:r>
              <w:rPr>
                <w:sz w:val="18"/>
              </w:rPr>
              <w:t xml:space="preserve"> </w:t>
            </w:r>
            <w:r>
              <w:rPr>
                <w:sz w:val="18"/>
              </w:rPr>
              <w:t>"③</w:t>
            </w:r>
            <w:r>
              <w:rPr>
                <w:sz w:val="18"/>
              </w:rPr>
              <w:t xml:space="preserve"> </w:t>
            </w:r>
            <w:r>
              <w:rPr>
                <w:sz w:val="18"/>
              </w:rPr>
              <w:t>举例：超市几十种牙膏赶时间选一个</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听故事；分享</w:t>
            </w:r>
            <w:r>
              <w:rPr>
                <w:sz w:val="18"/>
              </w:rPr>
              <w:t xml:space="preserve"> </w:t>
            </w:r>
            <w:r>
              <w:rPr>
                <w:sz w:val="18"/>
              </w:rPr>
              <w:t>"</w:t>
            </w:r>
            <w:r>
              <w:rPr>
                <w:sz w:val="18"/>
              </w:rPr>
              <w:t xml:space="preserve"> </w:t>
            </w:r>
            <w:r>
              <w:rPr>
                <w:sz w:val="18"/>
              </w:rPr>
              <w:t>超市快速选商品</w:t>
            </w:r>
            <w:r>
              <w:rPr>
                <w:sz w:val="18"/>
              </w:rPr>
              <w:t xml:space="preserve"> </w:t>
            </w:r>
            <w:r>
              <w:rPr>
                <w:sz w:val="18"/>
              </w:rPr>
              <w:t>"</w:t>
            </w:r>
            <w:r>
              <w:rPr>
                <w:sz w:val="18"/>
              </w:rPr>
              <w:t xml:space="preserve"> </w:t>
            </w:r>
            <w:r>
              <w:rPr>
                <w:sz w:val="18"/>
              </w:rPr>
              <w:t>经历；理解</w:t>
            </w:r>
            <w:r>
              <w:rPr>
                <w:sz w:val="18"/>
              </w:rPr>
              <w:t xml:space="preserve"> </w:t>
            </w:r>
            <w:r>
              <w:rPr>
                <w:sz w:val="18"/>
              </w:rPr>
              <w:t>"</w:t>
            </w:r>
            <w:r>
              <w:rPr>
                <w:sz w:val="18"/>
              </w:rPr>
              <w:t xml:space="preserve"> </w:t>
            </w:r>
            <w:r>
              <w:rPr>
                <w:sz w:val="18"/>
              </w:rPr>
              <w:t>满意解</w:t>
            </w:r>
            <w:r>
              <w:rPr>
                <w:sz w:val="18"/>
              </w:rPr>
              <w:t xml:space="preserve"> </w:t>
            </w:r>
            <w:r>
              <w:rPr>
                <w:sz w:val="18"/>
              </w:rPr>
              <w:t>"</w:t>
            </w:r>
            <w:r>
              <w:rPr>
                <w:sz w:val="18"/>
              </w:rPr>
              <w:t xml:space="preserve"> </w:t>
            </w:r>
            <w:r>
              <w:rPr>
                <w:sz w:val="18"/>
              </w:rPr>
              <w:t>而非</w:t>
            </w:r>
            <w:r>
              <w:rPr>
                <w:sz w:val="18"/>
              </w:rPr>
              <w:t xml:space="preserve"> </w:t>
            </w:r>
            <w:r>
              <w:rPr>
                <w:sz w:val="18"/>
              </w:rPr>
              <w:t>"</w:t>
            </w:r>
            <w:r>
              <w:rPr>
                <w:sz w:val="18"/>
              </w:rPr>
              <w:t xml:space="preserve"> </w:t>
            </w:r>
            <w:r>
              <w:rPr>
                <w:sz w:val="18"/>
              </w:rPr>
              <w:t>最优解</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把理论落到生活，降低抽象；承接上集</w:t>
            </w:r>
            <w:r>
              <w:rPr>
                <w:sz w:val="18"/>
              </w:rPr>
              <w:t xml:space="preserve"> </w:t>
            </w:r>
            <w:r>
              <w:rPr>
                <w:sz w:val="18"/>
              </w:rPr>
              <w:t>"</w:t>
            </w:r>
            <w:r>
              <w:rPr>
                <w:sz w:val="18"/>
              </w:rPr>
              <w:t xml:space="preserve"> </w:t>
            </w:r>
            <w:r>
              <w:rPr>
                <w:sz w:val="18"/>
              </w:rPr>
              <w:t>决策基于信息</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延伸</w:t>
            </w:r>
            <w:r>
              <w:rPr>
                <w:sz w:val="18"/>
              </w:rPr>
              <w:t xml:space="preserve"> </w:t>
            </w:r>
            <w:r>
              <w:rPr>
                <w:sz w:val="18"/>
              </w:rPr>
              <w:t>·</w:t>
            </w:r>
            <w:r>
              <w:rPr>
                <w:sz w:val="18"/>
              </w:rPr>
              <w:t xml:space="preserve"> </w:t>
            </w:r>
            <w:r>
              <w:rPr>
                <w:sz w:val="18"/>
              </w:rPr>
              <w:t>两个研究方向</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说明有限理性催生：搜索算法（剪枝、蒙特卡洛树搜索）；强化学习的</w:t>
            </w:r>
            <w:r>
              <w:rPr>
                <w:sz w:val="18"/>
              </w:rPr>
              <w:t xml:space="preserve"> </w:t>
            </w:r>
            <w:r>
              <w:rPr>
                <w:b/>
                <w:sz w:val="18"/>
              </w:rPr>
              <w:t>探索—利用困境</w:t>
            </w:r>
            <w:r>
              <w:rPr>
                <w:sz w:val="18"/>
              </w:rPr>
              <w:t xml:space="preserve"> </w:t>
            </w:r>
            <w:r>
              <w:rPr>
                <w:sz w:val="18"/>
              </w:rPr>
              <w:t>（已知</w:t>
            </w:r>
            <w:r>
              <w:rPr>
                <w:sz w:val="18"/>
              </w:rPr>
              <w:t xml:space="preserve"> </w:t>
            </w:r>
            <w:r>
              <w:rPr>
                <w:sz w:val="18"/>
              </w:rPr>
              <w:t>8</w:t>
            </w:r>
            <w:r>
              <w:rPr>
                <w:sz w:val="18"/>
              </w:rPr>
              <w:t xml:space="preserve"> </w:t>
            </w:r>
            <w:r>
              <w:rPr>
                <w:sz w:val="18"/>
              </w:rPr>
              <w:t>分餐馆是否冒险试新店）。</w:t>
            </w:r>
            <w:r>
              <w:rPr>
                <w:sz w:val="18"/>
              </w:rPr>
              <w:t xml:space="preserve"> </w:t>
            </w:r>
            <w:r>
              <w:rPr>
                <w:sz w:val="18"/>
              </w:rPr>
              <w:t>②</w:t>
            </w:r>
            <w:r>
              <w:rPr>
                <w:sz w:val="18"/>
              </w:rPr>
              <w:t xml:space="preserve"> </w:t>
            </w:r>
            <w:r>
              <w:rPr>
                <w:sz w:val="18"/>
              </w:rPr>
              <w:t>承上启下：</w:t>
            </w:r>
            <w:r>
              <w:rPr>
                <w:sz w:val="18"/>
              </w:rPr>
              <w:t xml:space="preserve"> </w:t>
            </w:r>
            <w:r>
              <w:rPr>
                <w:sz w:val="18"/>
              </w:rPr>
              <w:t>"</w:t>
            </w:r>
            <w:r>
              <w:rPr>
                <w:sz w:val="18"/>
              </w:rPr>
              <w:t xml:space="preserve"> </w:t>
            </w:r>
            <w:r>
              <w:rPr>
                <w:sz w:val="18"/>
              </w:rPr>
              <w:t>人工智能不追求数学上的绝对最优解。</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思考</w:t>
            </w:r>
            <w:r>
              <w:rPr>
                <w:sz w:val="18"/>
              </w:rPr>
              <w:t xml:space="preserve"> </w:t>
            </w:r>
            <w:r>
              <w:rPr>
                <w:sz w:val="18"/>
              </w:rPr>
              <w:t>"</w:t>
            </w:r>
            <w:r>
              <w:rPr>
                <w:sz w:val="18"/>
              </w:rPr>
              <w:t xml:space="preserve"> </w:t>
            </w:r>
            <w:r>
              <w:rPr>
                <w:sz w:val="18"/>
              </w:rPr>
              <w:t>要不要试新餐馆</w:t>
            </w:r>
            <w:r>
              <w:rPr>
                <w:sz w:val="18"/>
              </w:rPr>
              <w:t xml:space="preserve"> </w:t>
            </w:r>
            <w:r>
              <w:rPr>
                <w:sz w:val="18"/>
              </w:rPr>
              <w:t>"</w:t>
            </w:r>
            <w:r>
              <w:rPr>
                <w:sz w:val="18"/>
              </w:rPr>
              <w:t xml:space="preserve"> </w:t>
            </w:r>
            <w:r>
              <w:rPr>
                <w:sz w:val="18"/>
              </w:rPr>
              <w:t>；初步感知</w:t>
            </w:r>
            <w:r>
              <w:rPr>
                <w:sz w:val="18"/>
              </w:rPr>
              <w:t xml:space="preserve"> </w:t>
            </w:r>
            <w:r>
              <w:rPr>
                <w:sz w:val="18"/>
              </w:rPr>
              <w:t>AI</w:t>
            </w:r>
            <w:r>
              <w:rPr>
                <w:sz w:val="18"/>
              </w:rPr>
              <w:t xml:space="preserve"> </w:t>
            </w:r>
            <w:r>
              <w:rPr>
                <w:sz w:val="18"/>
              </w:rPr>
              <w:t>也在</w:t>
            </w:r>
            <w:r>
              <w:rPr>
                <w:sz w:val="18"/>
              </w:rPr>
              <w:t xml:space="preserve"> </w:t>
            </w:r>
            <w:r>
              <w:rPr>
                <w:sz w:val="18"/>
              </w:rPr>
              <w:t>‘</w:t>
            </w:r>
            <w:r>
              <w:rPr>
                <w:sz w:val="18"/>
              </w:rPr>
              <w:t xml:space="preserve"> </w:t>
            </w:r>
            <w:r>
              <w:rPr>
                <w:sz w:val="18"/>
              </w:rPr>
              <w:t>差不多</w:t>
            </w:r>
            <w:r>
              <w:rPr>
                <w:sz w:val="18"/>
              </w:rPr>
              <w:t xml:space="preserve"> </w:t>
            </w:r>
            <w:r>
              <w:rPr>
                <w:sz w:val="18"/>
              </w:rPr>
              <w:t>’</w:t>
            </w:r>
            <w:r>
              <w:rPr>
                <w:sz w:val="18"/>
              </w:rPr>
              <w:t xml:space="preserve"> </w:t>
            </w:r>
            <w:r>
              <w:rPr>
                <w:sz w:val="18"/>
              </w:rPr>
              <w:t>里做选择</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拓宽视野，埋下后续学习兴趣</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体验</w:t>
            </w:r>
            <w:r>
              <w:rPr>
                <w:sz w:val="18"/>
              </w:rPr>
              <w:t xml:space="preserve"> </w:t>
            </w:r>
            <w:r>
              <w:rPr>
                <w:sz w:val="18"/>
              </w:rPr>
              <w:t>·</w:t>
            </w:r>
            <w:r>
              <w:rPr>
                <w:sz w:val="18"/>
              </w:rPr>
              <w:t xml:space="preserve"> </w:t>
            </w:r>
            <w:r>
              <w:rPr>
                <w:sz w:val="18"/>
              </w:rPr>
              <w:t>深度与广度搜索</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用带字母节点迷宫演示：</w:t>
            </w:r>
            <w:r>
              <w:rPr>
                <w:sz w:val="18"/>
              </w:rPr>
              <w:t xml:space="preserve"> </w:t>
            </w:r>
            <w:r>
              <w:rPr>
                <w:sz w:val="18"/>
              </w:rPr>
              <w:t>"</w:t>
            </w:r>
            <w:r>
              <w:rPr>
                <w:sz w:val="18"/>
              </w:rPr>
              <w:t xml:space="preserve"> </w:t>
            </w:r>
            <w:r>
              <w:rPr>
                <w:sz w:val="18"/>
              </w:rPr>
              <w:t>深度搜索：一条道走到黑</w:t>
            </w:r>
            <w:r>
              <w:rPr>
                <w:sz w:val="18"/>
              </w:rPr>
              <w:t xml:space="preserve"> </w:t>
            </w:r>
            <w:r>
              <w:rPr>
                <w:sz w:val="18"/>
              </w:rPr>
              <w:t>"——</w:t>
            </w:r>
            <w:r>
              <w:rPr>
                <w:sz w:val="18"/>
              </w:rPr>
              <w:t xml:space="preserve"> </w:t>
            </w:r>
            <w:r>
              <w:rPr>
                <w:sz w:val="18"/>
              </w:rPr>
              <w:t>沿一条路深入，不通再回溯；</w:t>
            </w:r>
            <w:r>
              <w:rPr>
                <w:sz w:val="18"/>
              </w:rPr>
              <w:t xml:space="preserve"> </w:t>
            </w:r>
            <w:r>
              <w:rPr>
                <w:sz w:val="18"/>
              </w:rPr>
              <w:t>"</w:t>
            </w:r>
            <w:r>
              <w:rPr>
                <w:sz w:val="18"/>
              </w:rPr>
              <w:t xml:space="preserve"> </w:t>
            </w:r>
            <w:r>
              <w:rPr>
                <w:sz w:val="18"/>
              </w:rPr>
              <w:t>广度搜索：走一步看一步</w:t>
            </w:r>
            <w:r>
              <w:rPr>
                <w:sz w:val="18"/>
              </w:rPr>
              <w:t xml:space="preserve"> </w:t>
            </w:r>
            <w:r>
              <w:rPr>
                <w:sz w:val="18"/>
              </w:rPr>
              <w:t>"——</w:t>
            </w:r>
            <w:r>
              <w:rPr>
                <w:sz w:val="18"/>
              </w:rPr>
              <w:t xml:space="preserve"> </w:t>
            </w:r>
            <w:r>
              <w:rPr>
                <w:sz w:val="18"/>
              </w:rPr>
              <w:t>先扩邻居再进下一层。教师边画边强调：</w:t>
            </w:r>
            <w:r>
              <w:rPr>
                <w:sz w:val="18"/>
              </w:rPr>
              <w:t xml:space="preserve"> </w:t>
            </w:r>
            <w:r>
              <w:rPr>
                <w:sz w:val="18"/>
              </w:rPr>
              <w:t>"</w:t>
            </w:r>
            <w:r>
              <w:rPr>
                <w:sz w:val="18"/>
              </w:rPr>
              <w:t xml:space="preserve"> </w:t>
            </w:r>
            <w:r>
              <w:rPr>
                <w:sz w:val="18"/>
              </w:rPr>
              <w:t>深度搜索像走迷宫时认准一条道不回头，撞墙了才退一步；广度搜索像水波一圈圈扩散，先把眼前所有路口记下来再往远处走。</w:t>
            </w:r>
            <w:r>
              <w:rPr>
                <w:sz w:val="18"/>
              </w:rPr>
              <w:t xml:space="preserve"> </w:t>
            </w:r>
            <w:r>
              <w:rPr>
                <w:sz w:val="18"/>
              </w:rPr>
              <w:t>"②</w:t>
            </w:r>
            <w:r>
              <w:rPr>
                <w:sz w:val="18"/>
              </w:rPr>
              <w:t xml:space="preserve"> </w:t>
            </w:r>
            <w:r>
              <w:rPr>
                <w:sz w:val="18"/>
              </w:rPr>
              <w:t>分发网格纸，要求分别按两规则找路并数格子，提示：</w:t>
            </w:r>
            <w:r>
              <w:rPr>
                <w:sz w:val="18"/>
              </w:rPr>
              <w:t xml:space="preserve"> </w:t>
            </w:r>
            <w:r>
              <w:rPr>
                <w:sz w:val="18"/>
              </w:rPr>
              <w:t>"</w:t>
            </w:r>
            <w:r>
              <w:rPr>
                <w:sz w:val="18"/>
              </w:rPr>
              <w:t xml:space="preserve"> </w:t>
            </w:r>
            <w:r>
              <w:rPr>
                <w:sz w:val="18"/>
              </w:rPr>
              <w:t>用蓝笔走深度、红笔走广度，比一比谁先到终点、谁绕了远路。</w:t>
            </w:r>
            <w:r>
              <w:rPr>
                <w:sz w:val="18"/>
              </w:rPr>
              <w:t xml:space="preserve"> </w:t>
            </w:r>
            <w:r>
              <w:rPr>
                <w:sz w:val="18"/>
              </w:rPr>
              <w:t>"③</w:t>
            </w:r>
            <w:r>
              <w:rPr>
                <w:sz w:val="18"/>
              </w:rPr>
              <w:t xml:space="preserve"> </w:t>
            </w:r>
            <w:r>
              <w:rPr>
                <w:sz w:val="18"/>
              </w:rPr>
              <w:t>小结：</w:t>
            </w:r>
            <w:r>
              <w:rPr>
                <w:sz w:val="18"/>
              </w:rPr>
              <w:t xml:space="preserve"> </w:t>
            </w:r>
            <w:r>
              <w:rPr>
                <w:sz w:val="18"/>
              </w:rPr>
              <w:t>"</w:t>
            </w:r>
            <w:r>
              <w:rPr>
                <w:sz w:val="18"/>
              </w:rPr>
              <w:t xml:space="preserve"> </w:t>
            </w:r>
            <w:r>
              <w:rPr>
                <w:sz w:val="18"/>
              </w:rPr>
              <w:t>深度搜索、广度搜索各有所长，殊途同归。</w:t>
            </w:r>
            <w:r>
              <w:rPr>
                <w:sz w:val="18"/>
              </w:rPr>
              <w:t xml:space="preserve"> </w:t>
            </w:r>
            <w:r>
              <w:rPr>
                <w:sz w:val="18"/>
              </w:rPr>
              <w:t>"</w:t>
            </w:r>
            <w:r>
              <w:rPr>
                <w:sz w:val="18"/>
              </w:rPr>
              <w:t xml:space="preserve"> </w:t>
            </w:r>
            <w:r>
              <w:rPr>
                <w:sz w:val="18"/>
              </w:rPr>
              <w:t>并点出：在巨大问题空间里，</w:t>
            </w:r>
            <w:r>
              <w:rPr>
                <w:sz w:val="18"/>
              </w:rPr>
              <w:t xml:space="preserve"> </w:t>
            </w:r>
            <w:r>
              <w:rPr>
                <w:sz w:val="18"/>
              </w:rPr>
              <w:t>AI</w:t>
            </w:r>
            <w:r>
              <w:rPr>
                <w:sz w:val="18"/>
              </w:rPr>
              <w:t xml:space="preserve"> </w:t>
            </w:r>
            <w:r>
              <w:rPr>
                <w:sz w:val="18"/>
              </w:rPr>
              <w:t>正是靠这类搜索算法，在有限算力下找到</w:t>
            </w:r>
            <w:r>
              <w:rPr>
                <w:sz w:val="18"/>
              </w:rPr>
              <w:t xml:space="preserve"> </w:t>
            </w:r>
            <w:r>
              <w:rPr>
                <w:sz w:val="18"/>
              </w:rPr>
              <w:t>'</w:t>
            </w:r>
            <w:r>
              <w:rPr>
                <w:sz w:val="18"/>
              </w:rPr>
              <w:t xml:space="preserve"> </w:t>
            </w:r>
            <w:r>
              <w:rPr>
                <w:sz w:val="18"/>
              </w:rPr>
              <w:t>差不多还行</w:t>
            </w:r>
            <w:r>
              <w:rPr>
                <w:sz w:val="18"/>
              </w:rPr>
              <w:t xml:space="preserve"> </w:t>
            </w:r>
            <w:r>
              <w:rPr>
                <w:sz w:val="18"/>
              </w:rPr>
              <w:t>'</w:t>
            </w:r>
            <w:r>
              <w:rPr>
                <w:sz w:val="18"/>
              </w:rPr>
              <w:t xml:space="preserve"> </w:t>
            </w:r>
            <w:r>
              <w:rPr>
                <w:sz w:val="18"/>
              </w:rPr>
              <w:t>的解，呼应前面的有限理性</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在网格纸上按</w:t>
            </w:r>
            <w:r>
              <w:rPr>
                <w:sz w:val="18"/>
              </w:rPr>
              <w:t xml:space="preserve"> </w:t>
            </w:r>
            <w:r>
              <w:rPr>
                <w:sz w:val="18"/>
              </w:rPr>
              <w:t>DFS/BFS</w:t>
            </w:r>
            <w:r>
              <w:rPr>
                <w:sz w:val="18"/>
              </w:rPr>
              <w:t xml:space="preserve"> </w:t>
            </w:r>
            <w:r>
              <w:rPr>
                <w:sz w:val="18"/>
              </w:rPr>
              <w:t>规则走线，比较走过格子数；讨论谁更省内存</w:t>
            </w:r>
            <w:r>
              <w:rPr>
                <w:sz w:val="18"/>
              </w:rPr>
              <w:t xml:space="preserve"> </w:t>
            </w:r>
            <w:r>
              <w:rPr>
                <w:sz w:val="18"/>
              </w:rPr>
              <w:t>/</w:t>
            </w:r>
            <w:r>
              <w:rPr>
                <w:sz w:val="18"/>
              </w:rPr>
              <w:t xml:space="preserve"> </w:t>
            </w:r>
            <w:r>
              <w:rPr>
                <w:sz w:val="18"/>
              </w:rPr>
              <w:t>谁更短路径；举例说明</w:t>
            </w:r>
            <w:r>
              <w:rPr>
                <w:sz w:val="18"/>
              </w:rPr>
              <w:t xml:space="preserve"> </w:t>
            </w:r>
            <w:r>
              <w:rPr>
                <w:sz w:val="18"/>
              </w:rPr>
              <w:t>"</w:t>
            </w:r>
            <w:r>
              <w:rPr>
                <w:sz w:val="18"/>
              </w:rPr>
              <w:t xml:space="preserve"> </w:t>
            </w:r>
            <w:r>
              <w:rPr>
                <w:sz w:val="18"/>
              </w:rPr>
              <w:t>生活中有的事适合一条道试，有的事适合多方比较</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把抽象算法变成可操作游戏，落实难点，并回扣有限理性主线</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回顾：完全理性</w:t>
            </w:r>
            <w:r>
              <w:rPr>
                <w:sz w:val="18"/>
              </w:rPr>
              <w:t xml:space="preserve"> </w:t>
            </w:r>
            <w:r>
              <w:rPr>
                <w:sz w:val="18"/>
              </w:rPr>
              <w:t>→</w:t>
            </w:r>
            <w:r>
              <w:rPr>
                <w:sz w:val="18"/>
              </w:rPr>
              <w:t xml:space="preserve"> </w:t>
            </w:r>
            <w:r>
              <w:rPr>
                <w:sz w:val="18"/>
              </w:rPr>
              <w:t>有限理性</w:t>
            </w:r>
            <w:r>
              <w:rPr>
                <w:sz w:val="18"/>
              </w:rPr>
              <w:t xml:space="preserve"> </w:t>
            </w:r>
            <w:r>
              <w:rPr>
                <w:sz w:val="18"/>
              </w:rPr>
              <w:t>→</w:t>
            </w:r>
            <w:r>
              <w:rPr>
                <w:sz w:val="18"/>
              </w:rPr>
              <w:t xml:space="preserve"> </w:t>
            </w:r>
            <w:r>
              <w:rPr>
                <w:sz w:val="18"/>
              </w:rPr>
              <w:t>搜索</w:t>
            </w:r>
            <w:r>
              <w:rPr>
                <w:sz w:val="18"/>
              </w:rPr>
              <w:t xml:space="preserve"> </w:t>
            </w:r>
            <w:r>
              <w:rPr>
                <w:sz w:val="18"/>
              </w:rPr>
              <w:t>→DFS/BFS</w:t>
            </w:r>
            <w:r>
              <w:rPr>
                <w:sz w:val="18"/>
              </w:rPr>
              <w:t xml:space="preserve"> </w:t>
            </w:r>
            <w:r>
              <w:rPr>
                <w:sz w:val="18"/>
              </w:rPr>
              <w:t>。</w:t>
            </w:r>
            <w:r>
              <w:rPr>
                <w:sz w:val="18"/>
              </w:rPr>
              <w:t xml:space="preserve"> </w:t>
            </w:r>
            <w:r>
              <w:rPr>
                <w:sz w:val="18"/>
              </w:rPr>
              <w:t>②</w:t>
            </w:r>
            <w:r>
              <w:rPr>
                <w:sz w:val="18"/>
              </w:rPr>
              <w:t xml:space="preserve"> </w:t>
            </w:r>
            <w:r>
              <w:rPr>
                <w:sz w:val="18"/>
              </w:rPr>
              <w:t>教学策略点题：</w:t>
            </w:r>
            <w:r>
              <w:rPr>
                <w:sz w:val="18"/>
              </w:rPr>
              <w:t xml:space="preserve"> </w:t>
            </w:r>
            <w:r>
              <w:rPr>
                <w:sz w:val="18"/>
              </w:rPr>
              <w:t>"</w:t>
            </w:r>
            <w:r>
              <w:rPr>
                <w:sz w:val="18"/>
              </w:rPr>
              <w:t xml:space="preserve"> </w:t>
            </w:r>
            <w:r>
              <w:rPr>
                <w:sz w:val="18"/>
              </w:rPr>
              <w:t>举例子来说明一个概念的内涵，就建立这个概念，再让他记住这个词是啥意思。</w:t>
            </w:r>
            <w:r>
              <w:rPr>
                <w:sz w:val="18"/>
              </w:rPr>
              <w:t xml:space="preserve"> </w:t>
            </w:r>
            <w:r>
              <w:rPr>
                <w:sz w:val="18"/>
              </w:rPr>
              <w:t>"③</w:t>
            </w:r>
            <w:r>
              <w:rPr>
                <w:sz w:val="18"/>
              </w:rPr>
              <w:t xml:space="preserve"> </w:t>
            </w:r>
            <w:r>
              <w:rPr>
                <w:sz w:val="18"/>
              </w:rPr>
              <w:t>布置作业，预告第</w:t>
            </w:r>
            <w:r>
              <w:rPr>
                <w:sz w:val="18"/>
              </w:rPr>
              <w:t xml:space="preserve"> </w:t>
            </w:r>
            <w:r>
              <w:rPr>
                <w:sz w:val="18"/>
              </w:rPr>
              <w:t>15</w:t>
            </w:r>
            <w:r>
              <w:rPr>
                <w:sz w:val="18"/>
              </w:rPr>
              <w:t xml:space="preserve"> </w:t>
            </w:r>
            <w:r>
              <w:rPr>
                <w:sz w:val="18"/>
              </w:rPr>
              <w:t>讲神经网络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口述概念链；记录作业</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结构化收束，强化</w:t>
            </w:r>
            <w:r>
              <w:rPr>
                <w:sz w:val="18"/>
              </w:rPr>
              <w:t xml:space="preserve"> </w:t>
            </w:r>
            <w:r>
              <w:rPr>
                <w:sz w:val="18"/>
              </w:rPr>
              <w:t>"</w:t>
            </w:r>
            <w:r>
              <w:rPr>
                <w:sz w:val="18"/>
              </w:rPr>
              <w:t xml:space="preserve"> </w:t>
            </w:r>
            <w:r>
              <w:rPr>
                <w:sz w:val="18"/>
              </w:rPr>
              <w:t>先体验后术语</w:t>
            </w:r>
            <w:r>
              <w:rPr>
                <w:sz w:val="18"/>
              </w:rPr>
              <w:t xml:space="preserve"> </w:t>
            </w:r>
            <w:r>
              <w:rPr>
                <w:sz w:val="18"/>
              </w:rPr>
              <w:t>"</w:t>
            </w:r>
            <w:r>
              <w:rPr>
                <w:sz w:val="18"/>
              </w:rPr>
              <w:t xml:space="preserve"> </w:t>
            </w:r>
            <w:r>
              <w:rPr>
                <w:sz w:val="18"/>
              </w:rPr>
              <w:t>的学法</w:t>
            </w:r>
          </w:p>
        </w:tc>
      </w:tr>
    </w:tbl>
    <w:p>
      <w:pPr>
        <w:pStyle w:val="Heading3"/>
      </w:pPr>
      <w:r>
        <w:rPr>
          <w:rFonts w:ascii="微软雅黑" w:hAnsi="微软雅黑" w:eastAsia="微软雅黑" w:cs="微软雅黑" w:hint="eastAsia"/>
          <w:b w:val="0"/>
          <w:color w:val="1A237E"/>
          <w:sz w:val="20"/>
          <w:lang w:eastAsia="zh-CN"/>
        </w:rPr>
        <w:t>五、课堂互动设计（递进式四环节，小学高段·合作探究+展示汇报）</w:t>
      </w:r>
    </w:p>
    <w:p>
      <w:pPr>
        <w:pStyle w:val="ListNumber"/>
        <w:numPr>
          <w:ilvl w:val="0"/>
          <w:numId w:val="48"/>
        </w:numPr>
        <w:spacing w:after="72"/>
      </w:pPr>
      <w:r>
        <w:rPr>
          <w:rFonts w:ascii="微软雅黑" w:eastAsia="微软雅黑" w:hAnsi="微软雅黑" w:cs="微软雅黑" w:hint="eastAsia"/>
          <w:b/>
          <w:lang w:eastAsia="zh-CN"/>
        </w:rPr>
        <w:t>导入环节（4分钟·全班）</w:t>
      </w:r>
      <w:r>
        <w:rPr>
          <w:rFonts w:ascii="微软雅黑" w:eastAsia="微软雅黑" w:hAnsi="微软雅黑" w:cs="微软雅黑" w:hint="eastAsia"/>
          <w:lang w:eastAsia="zh-CN"/>
        </w:rPr>
        <w:t>：教师展示平面迷宫提问</w:t>
      </w:r>
      <w:r>
        <w:t>"</w:t>
      </w:r>
      <w:r>
        <w:rPr>
          <w:rFonts w:ascii="微软雅黑" w:eastAsia="微软雅黑" w:hAnsi="微软雅黑" w:cs="微软雅黑" w:hint="eastAsia"/>
          <w:lang w:eastAsia="zh-CN"/>
        </w:rPr>
        <w:t>完全理性：这样你会怎么走？</w:t>
      </w:r>
      <w:r>
        <w:t>"</w:t>
      </w:r>
      <w:r>
        <w:rPr>
          <w:rFonts w:ascii="微软雅黑" w:eastAsia="微软雅黑" w:hAnsi="微软雅黑" w:cs="微软雅黑" w:hint="eastAsia"/>
          <w:lang w:eastAsia="zh-CN"/>
        </w:rPr>
        <w:t>，学生举手报最短路线；快速形成</w:t>
      </w:r>
      <w:r>
        <w:t>"</w:t>
      </w:r>
      <w:r>
        <w:rPr>
          <w:rFonts w:ascii="微软雅黑" w:eastAsia="微软雅黑" w:hAnsi="微软雅黑" w:cs="微软雅黑" w:hint="eastAsia"/>
          <w:lang w:eastAsia="zh-CN"/>
        </w:rPr>
        <w:t>全看得见</w:t>
      </w:r>
      <w:r>
        <w:t>=</w:t>
      </w:r>
      <w:r>
        <w:rPr>
          <w:rFonts w:ascii="微软雅黑" w:eastAsia="微软雅黑" w:hAnsi="微软雅黑" w:cs="微软雅黑" w:hint="eastAsia"/>
          <w:lang w:eastAsia="zh-CN"/>
        </w:rPr>
        <w:t>能选最好</w:t>
      </w:r>
      <w:r>
        <w:t>"</w:t>
      </w:r>
      <w:r>
        <w:rPr>
          <w:rFonts w:ascii="微软雅黑" w:eastAsia="微软雅黑" w:hAnsi="微软雅黑" w:cs="微软雅黑" w:hint="eastAsia"/>
          <w:lang w:eastAsia="zh-CN"/>
        </w:rPr>
        <w:t>的共识。</w:t>
      </w:r>
    </w:p>
    <w:p>
      <w:pPr>
        <w:pStyle w:val="ListNumber"/>
        <w:numPr>
          <w:ilvl w:val="0"/>
          <w:numId w:val="48"/>
        </w:numPr>
        <w:spacing w:after="72"/>
      </w:pPr>
      <w:r>
        <w:rPr>
          <w:rFonts w:ascii="微软雅黑" w:eastAsia="微软雅黑" w:hAnsi="微软雅黑" w:cs="微软雅黑" w:hint="eastAsia"/>
          <w:b/>
          <w:lang w:eastAsia="zh-CN"/>
        </w:rPr>
        <w:t>探究环节（18分钟·小组轮换）</w:t>
      </w:r>
      <w:r>
        <w:rPr>
          <w:rFonts w:ascii="微软雅黑" w:eastAsia="微软雅黑" w:hAnsi="微软雅黑" w:cs="微软雅黑" w:hint="eastAsia"/>
          <w:lang w:eastAsia="zh-CN"/>
        </w:rPr>
        <w:t>：</w:t>
      </w:r>
      <w:r>
        <w:t>6</w:t>
      </w:r>
      <w:r>
        <w:rPr>
          <w:rFonts w:ascii="微软雅黑" w:eastAsia="微软雅黑" w:hAnsi="微软雅黑" w:cs="微软雅黑" w:hint="eastAsia"/>
          <w:lang w:eastAsia="zh-CN"/>
        </w:rPr>
        <w:t>人一组，用桌椅摆迷宫。规则：</w:t>
      </w:r>
      <w:r>
        <w:t>①1</w:t>
      </w:r>
      <w:r>
        <w:rPr>
          <w:rFonts w:ascii="微软雅黑" w:eastAsia="微软雅黑" w:hAnsi="微软雅黑" w:cs="微软雅黑" w:hint="eastAsia"/>
          <w:lang w:eastAsia="zh-CN"/>
        </w:rPr>
        <w:t>人蒙眼为</w:t>
      </w:r>
      <w:r>
        <w:t>"</w:t>
      </w:r>
      <w:r>
        <w:rPr>
          <w:rFonts w:ascii="微软雅黑" w:eastAsia="微软雅黑" w:hAnsi="微软雅黑" w:cs="微软雅黑" w:hint="eastAsia"/>
          <w:lang w:eastAsia="zh-CN"/>
        </w:rPr>
        <w:t>探索者</w:t>
      </w:r>
      <w:r>
        <w:t>"</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人用语言指令指挥，</w:t>
      </w:r>
      <w:r>
        <w:t>3</w:t>
      </w:r>
      <w:r>
        <w:rPr>
          <w:rFonts w:ascii="微软雅黑" w:eastAsia="微软雅黑" w:hAnsi="微软雅黑" w:cs="微软雅黑" w:hint="eastAsia"/>
          <w:lang w:eastAsia="zh-CN"/>
        </w:rPr>
        <w:t>人记录碰壁次数与步数；</w:t>
      </w:r>
      <w:r>
        <w:t>②</w:t>
      </w:r>
      <w:r>
        <w:rPr>
          <w:rFonts w:ascii="微软雅黑" w:eastAsia="微软雅黑" w:hAnsi="微软雅黑" w:cs="微软雅黑" w:hint="eastAsia"/>
          <w:lang w:eastAsia="zh-CN"/>
        </w:rPr>
        <w:t>轮换角色各体验一次。展示：各组汇报</w:t>
      </w:r>
      <w:r>
        <w:t>"</w:t>
      </w:r>
      <w:r>
        <w:rPr>
          <w:rFonts w:ascii="微软雅黑" w:eastAsia="微软雅黑" w:hAnsi="微软雅黑" w:cs="微软雅黑" w:hint="eastAsia"/>
          <w:lang w:eastAsia="zh-CN"/>
        </w:rPr>
        <w:t>平均碰壁几次、为何走错</w:t>
      </w:r>
      <w:r>
        <w:t>"</w:t>
      </w:r>
      <w:r>
        <w:rPr>
          <w:rFonts w:ascii="微软雅黑" w:eastAsia="微软雅黑" w:hAnsi="微软雅黑" w:cs="微软雅黑" w:hint="eastAsia"/>
          <w:lang w:eastAsia="zh-CN"/>
        </w:rPr>
        <w:t>，教师引出</w:t>
      </w:r>
      <w:r>
        <w:t>"</w:t>
      </w:r>
      <w:r>
        <w:rPr>
          <w:rFonts w:ascii="微软雅黑" w:eastAsia="微软雅黑" w:hAnsi="微软雅黑" w:cs="微软雅黑" w:hint="eastAsia"/>
          <w:lang w:eastAsia="zh-CN"/>
        </w:rPr>
        <w:t>搜索</w:t>
      </w:r>
      <w:r>
        <w:t>"</w:t>
      </w:r>
      <w:r>
        <w:rPr>
          <w:rFonts w:ascii="微软雅黑" w:eastAsia="微软雅黑" w:hAnsi="微软雅黑" w:cs="微软雅黑" w:hint="eastAsia"/>
          <w:lang w:eastAsia="zh-CN"/>
        </w:rPr>
        <w:t>。</w:t>
      </w:r>
    </w:p>
    <w:p>
      <w:pPr>
        <w:pStyle w:val="ListNumber"/>
        <w:numPr>
          <w:ilvl w:val="0"/>
          <w:numId w:val="48"/>
        </w:numPr>
        <w:spacing w:after="72"/>
      </w:pPr>
      <w:r>
        <w:rPr>
          <w:rFonts w:ascii="微软雅黑" w:eastAsia="微软雅黑" w:hAnsi="微软雅黑" w:cs="微软雅黑" w:hint="eastAsia"/>
          <w:b/>
          <w:lang w:eastAsia="zh-CN"/>
        </w:rPr>
        <w:t>应用环节（14分钟·同桌+全班）</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同桌在网格纸上分别用</w:t>
      </w:r>
      <w:r>
        <w:t>DFS</w:t>
      </w:r>
      <w:r>
        <w:rPr>
          <w:rFonts w:ascii="微软雅黑" w:eastAsia="微软雅黑" w:hAnsi="微软雅黑" w:cs="微软雅黑" w:hint="eastAsia"/>
          <w:lang w:eastAsia="zh-CN"/>
        </w:rPr>
        <w:t>（一条道走到黑）和</w:t>
      </w:r>
      <w:r>
        <w:t>BFS</w:t>
      </w:r>
      <w:r>
        <w:rPr>
          <w:rFonts w:ascii="微软雅黑" w:eastAsia="微软雅黑" w:hAnsi="微软雅黑" w:cs="微软雅黑" w:hint="eastAsia"/>
          <w:lang w:eastAsia="zh-CN"/>
        </w:rPr>
        <w:t>（走一步看一步）找路，标色比较格子数。</w:t>
      </w:r>
      <w:r>
        <w:t>②</w:t>
      </w:r>
      <w:r>
        <w:rPr>
          <w:rFonts w:ascii="微软雅黑" w:eastAsia="微软雅黑" w:hAnsi="微软雅黑" w:cs="微软雅黑" w:hint="eastAsia"/>
          <w:lang w:eastAsia="zh-CN"/>
        </w:rPr>
        <w:t>全班汇总：哪种更容易找到最短？哪种更省</w:t>
      </w:r>
      <w:r>
        <w:t>"</w:t>
      </w:r>
      <w:r>
        <w:rPr>
          <w:rFonts w:ascii="微软雅黑" w:eastAsia="微软雅黑" w:hAnsi="微软雅黑" w:cs="微软雅黑" w:hint="eastAsia"/>
          <w:lang w:eastAsia="zh-CN"/>
        </w:rPr>
        <w:t>记忆</w:t>
      </w:r>
      <w:r>
        <w:t>"</w:t>
      </w:r>
      <w:r>
        <w:rPr>
          <w:rFonts w:ascii="微软雅黑" w:eastAsia="微软雅黑" w:hAnsi="微软雅黑" w:cs="微软雅黑" w:hint="eastAsia"/>
          <w:lang w:eastAsia="zh-CN"/>
        </w:rPr>
        <w:t>？引出</w:t>
      </w:r>
      <w:r>
        <w:t>"</w:t>
      </w:r>
      <w:r>
        <w:rPr>
          <w:rFonts w:ascii="微软雅黑" w:eastAsia="微软雅黑" w:hAnsi="微软雅黑" w:cs="微软雅黑" w:hint="eastAsia"/>
          <w:lang w:eastAsia="zh-CN"/>
        </w:rPr>
        <w:t>各有所长，殊途同归</w:t>
      </w:r>
      <w:r>
        <w:t>"</w:t>
      </w:r>
      <w:r>
        <w:rPr>
          <w:rFonts w:ascii="微软雅黑" w:eastAsia="微软雅黑" w:hAnsi="微软雅黑" w:cs="微软雅黑" w:hint="eastAsia"/>
          <w:lang w:eastAsia="zh-CN"/>
        </w:rPr>
        <w:t>。</w:t>
      </w:r>
    </w:p>
    <w:p>
      <w:pPr>
        <w:pStyle w:val="ListNumber"/>
        <w:numPr>
          <w:ilvl w:val="0"/>
          <w:numId w:val="48"/>
        </w:numPr>
        <w:spacing w:after="72"/>
      </w:pPr>
      <w:r>
        <w:rPr>
          <w:rFonts w:ascii="微软雅黑" w:eastAsia="微软雅黑" w:hAnsi="微软雅黑" w:cs="微软雅黑" w:hint="eastAsia"/>
          <w:b/>
          <w:lang w:eastAsia="zh-CN"/>
        </w:rPr>
        <w:t>总结环节（4分钟·生活接龙）</w:t>
      </w:r>
      <w:r>
        <w:rPr>
          <w:rFonts w:ascii="微软雅黑" w:eastAsia="微软雅黑" w:hAnsi="微软雅黑" w:cs="微软雅黑" w:hint="eastAsia"/>
          <w:lang w:eastAsia="zh-CN"/>
        </w:rPr>
        <w:t>：学生用</w:t>
      </w:r>
      <w:r>
        <w:t>"</w:t>
      </w:r>
      <w:r>
        <w:rPr>
          <w:rFonts w:ascii="微软雅黑" w:eastAsia="微软雅黑" w:hAnsi="微软雅黑" w:cs="微软雅黑" w:hint="eastAsia"/>
          <w:lang w:eastAsia="zh-CN"/>
        </w:rPr>
        <w:t>我生活中的有限理性</w:t>
      </w:r>
      <w:r>
        <w:t>……"</w:t>
      </w:r>
      <w:r>
        <w:rPr>
          <w:rFonts w:ascii="微软雅黑" w:eastAsia="微软雅黑" w:hAnsi="微软雅黑" w:cs="微软雅黑" w:hint="eastAsia"/>
          <w:lang w:eastAsia="zh-CN"/>
        </w:rPr>
        <w:t>接龙（如赶时间选牙膏、抄近路回家），教师板书串联成</w:t>
      </w:r>
      <w:r>
        <w:t>"</w:t>
      </w:r>
      <w:r>
        <w:rPr>
          <w:rFonts w:ascii="微软雅黑" w:eastAsia="微软雅黑" w:hAnsi="微软雅黑" w:cs="微软雅黑" w:hint="eastAsia"/>
          <w:lang w:eastAsia="zh-CN"/>
        </w:rPr>
        <w:t>满意解</w:t>
      </w:r>
      <w:r>
        <w:t>"</w:t>
      </w:r>
      <w:r>
        <w:rPr>
          <w:rFonts w:ascii="微软雅黑" w:eastAsia="微软雅黑" w:hAnsi="微软雅黑" w:cs="微软雅黑" w:hint="eastAsia"/>
          <w:lang w:eastAsia="zh-CN"/>
        </w:rPr>
        <w:t>清单。</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完全理性</w:t>
            </w:r>
            <w:r>
              <w:rPr>
                <w:sz w:val="18"/>
              </w:rPr>
              <w:t xml:space="preserve"> </w:t>
            </w:r>
            <w:r>
              <w:rPr>
                <w:sz w:val="18"/>
              </w:rPr>
              <w:t>"</w:t>
            </w:r>
            <w:r>
              <w:rPr>
                <w:sz w:val="18"/>
              </w:rPr>
              <w:t xml:space="preserve"> </w:t>
            </w:r>
            <w:r>
              <w:rPr>
                <w:sz w:val="18"/>
              </w:rPr>
              <w:t>和</w:t>
            </w:r>
            <w:r>
              <w:rPr>
                <w:sz w:val="18"/>
              </w:rPr>
              <w:t xml:space="preserve"> </w:t>
            </w:r>
            <w:r>
              <w:rPr>
                <w:sz w:val="18"/>
              </w:rPr>
              <w:t>"</w:t>
            </w:r>
            <w:r>
              <w:rPr>
                <w:sz w:val="18"/>
              </w:rPr>
              <w:t xml:space="preserve"> </w:t>
            </w:r>
            <w:r>
              <w:rPr>
                <w:sz w:val="18"/>
              </w:rPr>
              <w:t>有限理性</w:t>
            </w:r>
            <w:r>
              <w:rPr>
                <w:sz w:val="18"/>
              </w:rPr>
              <w:t xml:space="preserve"> </w:t>
            </w:r>
            <w:r>
              <w:rPr>
                <w:sz w:val="18"/>
              </w:rPr>
              <w:t>"</w:t>
            </w:r>
            <w:r>
              <w:rPr>
                <w:sz w:val="18"/>
              </w:rPr>
              <w:t xml:space="preserve"> </w:t>
            </w:r>
            <w:r>
              <w:rPr>
                <w:sz w:val="18"/>
              </w:rPr>
              <w:t>分别是什么意思？</w:t>
            </w:r>
            <w:r>
              <w:rPr>
                <w:sz w:val="18"/>
              </w:rPr>
              <w:t xml:space="preserve"> </w:t>
            </w:r>
            <w:r>
              <w:rPr>
                <w:sz w:val="18"/>
              </w:rPr>
              <w:t>②</w:t>
            </w:r>
            <w:r>
              <w:rPr>
                <w:sz w:val="18"/>
              </w:rPr>
              <w:t xml:space="preserve"> </w:t>
            </w:r>
            <w:r>
              <w:rPr>
                <w:sz w:val="18"/>
              </w:rPr>
              <w:t>什么是</w:t>
            </w:r>
            <w:r>
              <w:rPr>
                <w:sz w:val="18"/>
              </w:rPr>
              <w:t xml:space="preserve"> </w:t>
            </w:r>
            <w:r>
              <w:rPr>
                <w:sz w:val="18"/>
              </w:rPr>
              <w:t>"</w:t>
            </w:r>
            <w:r>
              <w:rPr>
                <w:sz w:val="18"/>
              </w:rPr>
              <w:t xml:space="preserve"> </w:t>
            </w:r>
            <w:r>
              <w:rPr>
                <w:sz w:val="18"/>
              </w:rPr>
              <w:t>搜索</w:t>
            </w:r>
            <w:r>
              <w:rPr>
                <w:sz w:val="18"/>
              </w:rPr>
              <w:t xml:space="preserve"> </w:t>
            </w:r>
            <w:r>
              <w:rPr>
                <w:sz w:val="18"/>
              </w:rPr>
              <w:t>"</w:t>
            </w:r>
            <w:r>
              <w:rPr>
                <w:sz w:val="18"/>
              </w:rPr>
              <w:t xml:space="preserve"> </w:t>
            </w:r>
            <w:r>
              <w:rPr>
                <w:sz w:val="18"/>
              </w:rPr>
              <w:t>？蒙眼走迷宫为什么就是在搜索？</w:t>
            </w:r>
            <w:r>
              <w:rPr>
                <w:sz w:val="18"/>
              </w:rPr>
              <w:t xml:space="preserve"> </w:t>
            </w:r>
            <w:r>
              <w:rPr>
                <w:sz w:val="18"/>
              </w:rPr>
              <w:t>③</w:t>
            </w:r>
            <w:r>
              <w:rPr>
                <w:sz w:val="18"/>
              </w:rPr>
              <w:t xml:space="preserve"> </w:t>
            </w:r>
            <w:r>
              <w:rPr>
                <w:sz w:val="18"/>
              </w:rPr>
              <w:t>深度搜索和广度搜索的口诀各是什么？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为什么人常常是</w:t>
            </w:r>
            <w:r>
              <w:rPr>
                <w:sz w:val="18"/>
              </w:rPr>
              <w:t xml:space="preserve"> </w:t>
            </w:r>
            <w:r>
              <w:rPr>
                <w:sz w:val="18"/>
              </w:rPr>
              <w:t>"</w:t>
            </w:r>
            <w:r>
              <w:rPr>
                <w:sz w:val="18"/>
              </w:rPr>
              <w:t xml:space="preserve"> </w:t>
            </w:r>
            <w:r>
              <w:rPr>
                <w:sz w:val="18"/>
              </w:rPr>
              <w:t>有限理性</w:t>
            </w:r>
            <w:r>
              <w:rPr>
                <w:sz w:val="18"/>
              </w:rPr>
              <w:t xml:space="preserve"> </w:t>
            </w:r>
            <w:r>
              <w:rPr>
                <w:sz w:val="18"/>
              </w:rPr>
              <w:t>"</w:t>
            </w:r>
            <w:r>
              <w:rPr>
                <w:sz w:val="18"/>
              </w:rPr>
              <w:t xml:space="preserve"> </w:t>
            </w:r>
            <w:r>
              <w:rPr>
                <w:sz w:val="18"/>
              </w:rPr>
              <w:t>而不是</w:t>
            </w:r>
            <w:r>
              <w:rPr>
                <w:sz w:val="18"/>
              </w:rPr>
              <w:t xml:space="preserve"> </w:t>
            </w:r>
            <w:r>
              <w:rPr>
                <w:sz w:val="18"/>
              </w:rPr>
              <w:t>"</w:t>
            </w:r>
            <w:r>
              <w:rPr>
                <w:sz w:val="18"/>
              </w:rPr>
              <w:t xml:space="preserve"> </w:t>
            </w:r>
            <w:r>
              <w:rPr>
                <w:sz w:val="18"/>
              </w:rPr>
              <w:t>完全理性</w:t>
            </w:r>
            <w:r>
              <w:rPr>
                <w:sz w:val="18"/>
              </w:rPr>
              <w:t xml:space="preserve"> </w:t>
            </w:r>
            <w:r>
              <w:rPr>
                <w:sz w:val="18"/>
              </w:rPr>
              <w:t>"</w:t>
            </w:r>
            <w:r>
              <w:rPr>
                <w:sz w:val="18"/>
              </w:rPr>
              <w:t xml:space="preserve"> </w:t>
            </w:r>
            <w:r>
              <w:rPr>
                <w:sz w:val="18"/>
              </w:rPr>
              <w:t>？</w:t>
            </w:r>
            <w:r>
              <w:rPr>
                <w:sz w:val="18"/>
              </w:rPr>
              <w:t xml:space="preserve"> </w:t>
            </w:r>
            <w:r>
              <w:rPr>
                <w:sz w:val="18"/>
              </w:rPr>
              <w:t>②</w:t>
            </w:r>
            <w:r>
              <w:rPr>
                <w:sz w:val="18"/>
              </w:rPr>
              <w:t xml:space="preserve"> </w:t>
            </w:r>
            <w:r>
              <w:rPr>
                <w:sz w:val="18"/>
              </w:rPr>
              <w:t>为什么人工智能</w:t>
            </w:r>
            <w:r>
              <w:rPr>
                <w:sz w:val="18"/>
              </w:rPr>
              <w:t xml:space="preserve"> </w:t>
            </w:r>
            <w:r>
              <w:rPr>
                <w:sz w:val="18"/>
              </w:rPr>
              <w:t>"</w:t>
            </w:r>
            <w:r>
              <w:rPr>
                <w:sz w:val="18"/>
              </w:rPr>
              <w:t xml:space="preserve"> </w:t>
            </w:r>
            <w:r>
              <w:rPr>
                <w:sz w:val="18"/>
              </w:rPr>
              <w:t>不追求绝对最优解</w:t>
            </w:r>
            <w:r>
              <w:rPr>
                <w:sz w:val="18"/>
              </w:rPr>
              <w:t xml:space="preserve"> </w:t>
            </w:r>
            <w:r>
              <w:rPr>
                <w:sz w:val="18"/>
              </w:rPr>
              <w:t>"</w:t>
            </w:r>
            <w:r>
              <w:rPr>
                <w:sz w:val="18"/>
              </w:rPr>
              <w:t xml:space="preserve"> </w:t>
            </w:r>
            <w:r>
              <w:rPr>
                <w:sz w:val="18"/>
              </w:rPr>
              <w:t>？</w:t>
            </w:r>
            <w:r>
              <w:rPr>
                <w:sz w:val="18"/>
              </w:rPr>
              <w:t xml:space="preserve"> </w:t>
            </w:r>
            <w:r>
              <w:rPr>
                <w:sz w:val="18"/>
              </w:rPr>
              <w:t>③</w:t>
            </w:r>
            <w:r>
              <w:rPr>
                <w:sz w:val="18"/>
              </w:rPr>
              <w:t xml:space="preserve"> </w:t>
            </w:r>
            <w:r>
              <w:rPr>
                <w:sz w:val="18"/>
              </w:rPr>
              <w:t>深度搜索</w:t>
            </w:r>
            <w:r>
              <w:rPr>
                <w:sz w:val="18"/>
              </w:rPr>
              <w:t xml:space="preserve"> </w:t>
            </w:r>
            <w:r>
              <w:rPr>
                <w:sz w:val="18"/>
              </w:rPr>
              <w:t>"</w:t>
            </w:r>
            <w:r>
              <w:rPr>
                <w:sz w:val="18"/>
              </w:rPr>
              <w:t xml:space="preserve"> </w:t>
            </w:r>
            <w:r>
              <w:rPr>
                <w:sz w:val="18"/>
              </w:rPr>
              <w:t>一条道走到黑</w:t>
            </w:r>
            <w:r>
              <w:rPr>
                <w:sz w:val="18"/>
              </w:rPr>
              <w:t xml:space="preserve"> </w:t>
            </w:r>
            <w:r>
              <w:rPr>
                <w:sz w:val="18"/>
              </w:rPr>
              <w:t>"</w:t>
            </w:r>
            <w:r>
              <w:rPr>
                <w:sz w:val="18"/>
              </w:rPr>
              <w:t xml:space="preserve"> </w:t>
            </w:r>
            <w:r>
              <w:rPr>
                <w:sz w:val="18"/>
              </w:rPr>
              <w:t>可能遇到什么麻烦？广度搜索</w:t>
            </w:r>
            <w:r>
              <w:rPr>
                <w:sz w:val="18"/>
              </w:rPr>
              <w:t xml:space="preserve"> </w:t>
            </w:r>
            <w:r>
              <w:rPr>
                <w:sz w:val="18"/>
              </w:rPr>
              <w:t>"</w:t>
            </w:r>
            <w:r>
              <w:rPr>
                <w:sz w:val="18"/>
              </w:rPr>
              <w:t xml:space="preserve"> </w:t>
            </w:r>
            <w:r>
              <w:rPr>
                <w:sz w:val="18"/>
              </w:rPr>
              <w:t>走一步看一步</w:t>
            </w:r>
            <w:r>
              <w:rPr>
                <w:sz w:val="18"/>
              </w:rPr>
              <w:t xml:space="preserve"> </w:t>
            </w:r>
            <w:r>
              <w:rPr>
                <w:sz w:val="18"/>
              </w:rPr>
              <w:t>"</w:t>
            </w:r>
            <w:r>
              <w:rPr>
                <w:sz w:val="18"/>
              </w:rPr>
              <w:t xml:space="preserve"> </w:t>
            </w:r>
            <w:r>
              <w:rPr>
                <w:sz w:val="18"/>
              </w:rPr>
              <w:t>又有什么代价？</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日常生活中差不多就行</w:t>
            </w:r>
            <w:r>
              <w:rPr>
                <w:sz w:val="18"/>
              </w:rPr>
              <w:t xml:space="preserve"> </w:t>
            </w:r>
            <w:r>
              <w:rPr>
                <w:sz w:val="18"/>
              </w:rPr>
              <w:t>"——</w:t>
            </w:r>
            <w:r>
              <w:rPr>
                <w:sz w:val="18"/>
              </w:rPr>
              <w:t xml:space="preserve"> </w:t>
            </w:r>
            <w:r>
              <w:rPr>
                <w:sz w:val="18"/>
              </w:rPr>
              <w:t>你同意吗？哪些事必须追求最优、哪些可以满意就好？</w:t>
            </w:r>
            <w:r>
              <w:rPr>
                <w:sz w:val="18"/>
              </w:rPr>
              <w:t xml:space="preserve"> </w:t>
            </w:r>
            <w:r>
              <w:rPr>
                <w:sz w:val="18"/>
              </w:rPr>
              <w:t>②</w:t>
            </w:r>
            <w:r>
              <w:rPr>
                <w:sz w:val="18"/>
              </w:rPr>
              <w:t xml:space="preserve"> </w:t>
            </w:r>
            <w:r>
              <w:rPr>
                <w:sz w:val="18"/>
              </w:rPr>
              <w:t>已知一家</w:t>
            </w:r>
            <w:r>
              <w:rPr>
                <w:sz w:val="18"/>
              </w:rPr>
              <w:t xml:space="preserve"> </w:t>
            </w:r>
            <w:r>
              <w:rPr>
                <w:sz w:val="18"/>
              </w:rPr>
              <w:t>8</w:t>
            </w:r>
            <w:r>
              <w:rPr>
                <w:sz w:val="18"/>
              </w:rPr>
              <w:t xml:space="preserve"> </w:t>
            </w:r>
            <w:r>
              <w:rPr>
                <w:sz w:val="18"/>
              </w:rPr>
              <w:t>分餐馆，要不要冒险试新店？这反映了</w:t>
            </w:r>
            <w:r>
              <w:rPr>
                <w:sz w:val="18"/>
              </w:rPr>
              <w:t xml:space="preserve"> </w:t>
            </w:r>
            <w:r>
              <w:rPr>
                <w:sz w:val="18"/>
              </w:rPr>
              <w:t>AI</w:t>
            </w:r>
            <w:r>
              <w:rPr>
                <w:sz w:val="18"/>
              </w:rPr>
              <w:t xml:space="preserve"> </w:t>
            </w:r>
            <w:r>
              <w:rPr>
                <w:sz w:val="18"/>
              </w:rPr>
              <w:t>的什么困境？</w:t>
            </w:r>
            <w:r>
              <w:rPr>
                <w:sz w:val="18"/>
              </w:rPr>
              <w:t xml:space="preserve"> </w:t>
            </w:r>
            <w:r>
              <w:rPr>
                <w:sz w:val="18"/>
              </w:rPr>
              <w:t>③DFS</w:t>
            </w:r>
            <w:r>
              <w:rPr>
                <w:sz w:val="18"/>
              </w:rPr>
              <w:t xml:space="preserve"> </w:t>
            </w:r>
            <w:r>
              <w:rPr>
                <w:sz w:val="18"/>
              </w:rPr>
              <w:t>和</w:t>
            </w:r>
            <w:r>
              <w:rPr>
                <w:sz w:val="18"/>
              </w:rPr>
              <w:t xml:space="preserve"> </w:t>
            </w:r>
            <w:r>
              <w:rPr>
                <w:sz w:val="18"/>
              </w:rPr>
              <w:t>BFS"</w:t>
            </w:r>
            <w:r>
              <w:rPr>
                <w:sz w:val="18"/>
              </w:rPr>
              <w:t xml:space="preserve"> </w:t>
            </w:r>
            <w:r>
              <w:rPr>
                <w:sz w:val="18"/>
              </w:rPr>
              <w:t>各有所长，殊途同归</w:t>
            </w:r>
            <w:r>
              <w:rPr>
                <w:sz w:val="18"/>
              </w:rPr>
              <w:t xml:space="preserve"> </w:t>
            </w:r>
            <w:r>
              <w:rPr>
                <w:sz w:val="18"/>
              </w:rPr>
              <w:t>"</w:t>
            </w:r>
            <w:r>
              <w:rPr>
                <w:sz w:val="18"/>
              </w:rPr>
              <w:t xml:space="preserve"> </w:t>
            </w:r>
            <w:r>
              <w:rPr>
                <w:sz w:val="18"/>
              </w:rPr>
              <w:t>，对你解决问题有什么启发？</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左区·理性对比</w:t>
      </w:r>
      <w:r>
        <w:rPr>
          <w:rFonts w:ascii="微软雅黑" w:eastAsia="微软雅黑" w:hAnsi="微软雅黑" w:cs="微软雅黑" w:hint="eastAsia"/>
          <w:lang w:eastAsia="zh-CN"/>
        </w:rPr>
        <w:t>：完全理性（全看得见</w:t>
      </w:r>
      <w:r>
        <w:t>·</w:t>
      </w:r>
      <w:r>
        <w:rPr>
          <w:rFonts w:ascii="微软雅黑" w:eastAsia="微软雅黑" w:hAnsi="微软雅黑" w:cs="微软雅黑" w:hint="eastAsia"/>
          <w:lang w:eastAsia="zh-CN"/>
        </w:rPr>
        <w:t>全局最优）</w:t>
      </w:r>
      <w:r>
        <w:t xml:space="preserve">↔ </w:t>
      </w:r>
      <w:r>
        <w:rPr>
          <w:rFonts w:ascii="微软雅黑" w:eastAsia="微软雅黑" w:hAnsi="微软雅黑" w:cs="微软雅黑" w:hint="eastAsia"/>
          <w:lang w:eastAsia="zh-CN"/>
        </w:rPr>
        <w:t>有限理性（赫伯特</w:t>
      </w:r>
      <w:r>
        <w:t>·</w:t>
      </w:r>
      <w:r>
        <w:rPr>
          <w:rFonts w:ascii="微软雅黑" w:eastAsia="微软雅黑" w:hAnsi="微软雅黑" w:cs="微软雅黑" w:hint="eastAsia"/>
          <w:lang w:eastAsia="zh-CN"/>
        </w:rPr>
        <w:t>西蒙</w:t>
      </w:r>
      <w:r>
        <w:t>·</w:t>
      </w:r>
      <w:r>
        <w:rPr>
          <w:rFonts w:ascii="微软雅黑" w:eastAsia="微软雅黑" w:hAnsi="微软雅黑" w:cs="微软雅黑" w:hint="eastAsia"/>
          <w:lang w:eastAsia="zh-CN"/>
        </w:rPr>
        <w:t>满意解</w:t>
      </w:r>
      <w:r>
        <w:t>·"</w:t>
      </w:r>
      <w:r>
        <w:rPr>
          <w:rFonts w:ascii="微软雅黑" w:eastAsia="微软雅黑" w:hAnsi="微软雅黑" w:cs="微软雅黑" w:hint="eastAsia"/>
          <w:lang w:eastAsia="zh-CN"/>
        </w:rPr>
        <w:t>差不多就行</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中区·搜索</w:t>
      </w:r>
      <w:r>
        <w:rPr>
          <w:rFonts w:ascii="微软雅黑" w:eastAsia="微软雅黑" w:hAnsi="微软雅黑" w:cs="微软雅黑" w:hint="eastAsia"/>
          <w:lang w:eastAsia="zh-CN"/>
        </w:rPr>
        <w:t>：蒙眼迷宫图示意</w:t>
      </w:r>
      <w:r>
        <w:t xml:space="preserve"> + </w:t>
      </w:r>
      <w:r>
        <w:rPr>
          <w:rFonts w:ascii="微软雅黑" w:eastAsia="微软雅黑" w:hAnsi="微软雅黑" w:cs="微软雅黑" w:hint="eastAsia"/>
          <w:lang w:eastAsia="zh-CN"/>
        </w:rPr>
        <w:t>关键词</w:t>
      </w:r>
      <w:r>
        <w:t>"</w:t>
      </w:r>
      <w:r>
        <w:rPr>
          <w:rFonts w:ascii="微软雅黑" w:eastAsia="微软雅黑" w:hAnsi="微软雅黑" w:cs="微软雅黑" w:hint="eastAsia"/>
          <w:lang w:eastAsia="zh-CN"/>
        </w:rPr>
        <w:t>尝试</w:t>
      </w:r>
      <w:r>
        <w:t>—</w:t>
      </w:r>
      <w:r>
        <w:rPr>
          <w:rFonts w:ascii="微软雅黑" w:eastAsia="微软雅黑" w:hAnsi="微软雅黑" w:cs="微软雅黑" w:hint="eastAsia"/>
          <w:lang w:eastAsia="zh-CN"/>
        </w:rPr>
        <w:t>反馈</w:t>
      </w:r>
      <w:r>
        <w:t>—</w:t>
      </w:r>
      <w:r>
        <w:rPr>
          <w:rFonts w:ascii="微软雅黑" w:eastAsia="微软雅黑" w:hAnsi="微软雅黑" w:cs="微软雅黑" w:hint="eastAsia"/>
          <w:lang w:eastAsia="zh-CN"/>
        </w:rPr>
        <w:t>回溯</w:t>
      </w:r>
      <w:r>
        <w:t>"</w:t>
      </w:r>
      <w:r>
        <w:rPr>
          <w:rFonts w:ascii="微软雅黑" w:eastAsia="微软雅黑" w:hAnsi="微软雅黑" w:cs="微软雅黑" w:hint="eastAsia"/>
          <w:lang w:eastAsia="zh-CN"/>
        </w:rPr>
        <w:t>；研究方向：搜索算法</w:t>
      </w:r>
      <w:r>
        <w:t xml:space="preserve"> / </w:t>
      </w:r>
      <w:r>
        <w:rPr>
          <w:rFonts w:ascii="微软雅黑" w:eastAsia="微软雅黑" w:hAnsi="微软雅黑" w:cs="微软雅黑" w:hint="eastAsia"/>
          <w:lang w:eastAsia="zh-CN"/>
        </w:rPr>
        <w:t>探索</w:t>
      </w:r>
      <w:r>
        <w:t>—</w:t>
      </w:r>
      <w:r>
        <w:rPr>
          <w:rFonts w:ascii="微软雅黑" w:eastAsia="微软雅黑" w:hAnsi="微软雅黑" w:cs="微软雅黑" w:hint="eastAsia"/>
          <w:lang w:eastAsia="zh-CN"/>
        </w:rPr>
        <w:t>利用困境。</w:t>
      </w:r>
    </w:p>
    <w:p>
      <w:pPr>
        <w:pStyle w:val="ListBullet"/>
        <w:spacing w:after="72"/>
      </w:pPr>
      <w:r>
        <w:rPr>
          <w:rFonts w:ascii="微软雅黑" w:eastAsia="微软雅黑" w:hAnsi="微软雅黑" w:cs="微软雅黑" w:hint="eastAsia"/>
          <w:b/>
          <w:lang w:eastAsia="zh-CN"/>
        </w:rPr>
        <w:t>右区·两搜索</w:t>
      </w:r>
      <w:r>
        <w:rPr>
          <w:rFonts w:ascii="微软雅黑" w:eastAsia="微软雅黑" w:hAnsi="微软雅黑" w:cs="微软雅黑" w:hint="eastAsia"/>
          <w:lang w:eastAsia="zh-CN"/>
        </w:rPr>
        <w:t>：深度搜索</w:t>
      </w:r>
      <w:r>
        <w:t>"</w:t>
      </w:r>
      <w:r>
        <w:rPr>
          <w:rFonts w:ascii="微软雅黑" w:eastAsia="微软雅黑" w:hAnsi="微软雅黑" w:cs="微软雅黑" w:hint="eastAsia"/>
          <w:lang w:eastAsia="zh-CN"/>
        </w:rPr>
        <w:t>一条道走到黑</w:t>
      </w:r>
      <w:r>
        <w:t>"</w:t>
      </w:r>
      <w:r>
        <w:rPr>
          <w:rFonts w:ascii="微软雅黑" w:eastAsia="微软雅黑" w:hAnsi="微软雅黑" w:cs="微软雅黑" w:hint="eastAsia"/>
          <w:lang w:eastAsia="zh-CN"/>
        </w:rPr>
        <w:t>（省内存</w:t>
      </w:r>
      <w:r>
        <w:t>·</w:t>
      </w:r>
      <w:r>
        <w:rPr>
          <w:rFonts w:ascii="微软雅黑" w:eastAsia="微软雅黑" w:hAnsi="微软雅黑" w:cs="微软雅黑" w:hint="eastAsia"/>
          <w:lang w:eastAsia="zh-CN"/>
        </w:rPr>
        <w:t>易陷深分支）｜广度搜索</w:t>
      </w:r>
      <w:r>
        <w:t>"</w:t>
      </w:r>
      <w:r>
        <w:rPr>
          <w:rFonts w:ascii="微软雅黑" w:eastAsia="微软雅黑" w:hAnsi="微软雅黑" w:cs="微软雅黑" w:hint="eastAsia"/>
          <w:lang w:eastAsia="zh-CN"/>
        </w:rPr>
        <w:t>走一步看一步</w:t>
      </w:r>
      <w:r>
        <w:t>"</w:t>
      </w:r>
      <w:r>
        <w:rPr>
          <w:rFonts w:ascii="微软雅黑" w:eastAsia="微软雅黑" w:hAnsi="微软雅黑" w:cs="微软雅黑" w:hint="eastAsia"/>
          <w:lang w:eastAsia="zh-CN"/>
        </w:rPr>
        <w:t>（最短路径</w:t>
      </w:r>
      <w:r>
        <w:t>·</w:t>
      </w:r>
      <w:r>
        <w:rPr>
          <w:rFonts w:ascii="微软雅黑" w:eastAsia="微软雅黑" w:hAnsi="微软雅黑" w:cs="微软雅黑" w:hint="eastAsia"/>
          <w:lang w:eastAsia="zh-CN"/>
        </w:rPr>
        <w:t>空间大）；底部：</w:t>
      </w:r>
      <w:r>
        <w:t>"</w:t>
      </w:r>
      <w:r>
        <w:rPr>
          <w:rFonts w:ascii="微软雅黑" w:eastAsia="微软雅黑" w:hAnsi="微软雅黑" w:cs="微软雅黑" w:hint="eastAsia"/>
          <w:lang w:eastAsia="zh-CN"/>
        </w:rPr>
        <w:t>各有所长，殊途同归</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金句条</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人工智能不追求数学上的绝对最优解。</w:t>
      </w:r>
      <w:r>
        <w:t>""</w:t>
      </w:r>
      <w:r>
        <w:rPr>
          <w:rFonts w:ascii="微软雅黑" w:eastAsia="微软雅黑" w:hAnsi="微软雅黑" w:cs="微软雅黑" w:hint="eastAsia"/>
          <w:lang w:eastAsia="zh-CN"/>
        </w:rPr>
        <w:t>举例子</w:t>
      </w:r>
      <w:r>
        <w:t>→</w:t>
      </w:r>
      <w:r>
        <w:rPr>
          <w:rFonts w:ascii="微软雅黑" w:eastAsia="微软雅黑" w:hAnsi="微软雅黑" w:cs="微软雅黑" w:hint="eastAsia"/>
          <w:lang w:eastAsia="zh-CN"/>
        </w:rPr>
        <w:t>建概念</w:t>
      </w:r>
      <w:r>
        <w:t>→</w:t>
      </w:r>
      <w:r>
        <w:rPr>
          <w:rFonts w:ascii="微软雅黑" w:eastAsia="微软雅黑" w:hAnsi="微软雅黑" w:cs="微软雅黑" w:hint="eastAsia"/>
          <w:lang w:eastAsia="zh-CN"/>
        </w:rPr>
        <w:t>记术语。</w:t>
      </w:r>
      <w: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：画一个小小的</w:t>
      </w:r>
      <w:r>
        <w:t>"</w:t>
      </w:r>
      <w:r>
        <w:rPr>
          <w:rFonts w:ascii="微软雅黑" w:eastAsia="微软雅黑" w:hAnsi="微软雅黑" w:cs="微软雅黑" w:hint="eastAsia"/>
          <w:lang w:eastAsia="zh-CN"/>
        </w:rPr>
        <w:t>看不见全貌的迷宫</w:t>
      </w:r>
      <w:r>
        <w:t>"</w:t>
      </w:r>
      <w:r>
        <w:rPr>
          <w:rFonts w:ascii="微软雅黑" w:eastAsia="微软雅黑" w:hAnsi="微软雅黑" w:cs="微软雅黑" w:hint="eastAsia"/>
          <w:lang w:eastAsia="zh-CN"/>
        </w:rPr>
        <w:t>，用箭头标出你</w:t>
      </w:r>
      <w:r>
        <w:t>"</w:t>
      </w:r>
      <w:r>
        <w:rPr>
          <w:rFonts w:ascii="微软雅黑" w:eastAsia="微软雅黑" w:hAnsi="微软雅黑" w:cs="微软雅黑" w:hint="eastAsia"/>
          <w:lang w:eastAsia="zh-CN"/>
        </w:rPr>
        <w:t>边走边试、碰壁回头</w:t>
      </w:r>
      <w:r>
        <w:t>"</w:t>
      </w:r>
      <w:r>
        <w:rPr>
          <w:rFonts w:ascii="微软雅黑" w:eastAsia="微软雅黑" w:hAnsi="微软雅黑" w:cs="微软雅黑" w:hint="eastAsia"/>
          <w:lang w:eastAsia="zh-CN"/>
        </w:rPr>
        <w:t>的路线，并写一句话说明这就是</w:t>
      </w:r>
      <w:r>
        <w:t>"</w:t>
      </w:r>
      <w:r>
        <w:rPr>
          <w:rFonts w:ascii="微软雅黑" w:eastAsia="微软雅黑" w:hAnsi="微软雅黑" w:cs="微软雅黑" w:hint="eastAsia"/>
          <w:lang w:eastAsia="zh-CN"/>
        </w:rPr>
        <w:t>搜索</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有限理性</w:t>
      </w:r>
      <w:r>
        <w:t>"</w:t>
      </w:r>
      <w:r>
        <w:rPr>
          <w:rFonts w:ascii="微软雅黑" w:eastAsia="微软雅黑" w:hAnsi="微软雅黑" w:cs="微软雅黑" w:hint="eastAsia"/>
          <w:lang w:eastAsia="zh-CN"/>
        </w:rPr>
        <w:t>解释一个生活选择（如超市几十种牙膏里赶时间选一个），写</w:t>
      </w:r>
      <w:r>
        <w:t>3-4</w:t>
      </w:r>
      <w:r>
        <w:rPr>
          <w:rFonts w:ascii="微软雅黑" w:eastAsia="微软雅黑" w:hAnsi="微软雅黑" w:cs="微软雅黑" w:hint="eastAsia"/>
          <w:lang w:eastAsia="zh-CN"/>
        </w:rPr>
        <w:t>句。</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：在网格纸上分别用深度搜索和广度搜索规则，从起点找一条到终点的路，用两种颜色标出，比较谁走过的格子多、谁先到终点，写一句结论。</w:t>
      </w:r>
    </w:p>
    <w:p>
      <w:pPr>
        <w:pStyle w:val="Heading3"/>
      </w:pPr>
      <w:r>
        <w:rPr>
          <w:rFonts w:ascii="微软雅黑" w:hAnsi="微软雅黑" w:eastAsia="微软雅黑" w:cs="微软雅黑" w:hint="eastAsia"/>
          <w:b w:val="0"/>
          <w:color w:val="1A237E"/>
          <w:sz w:val="20"/>
          <w:lang w:eastAsia="zh-CN"/>
        </w:rPr>
        <w:t>九、教学评价（观察点清单）</w:t>
      </w:r>
    </w:p>
    <w:p>
      <w:pPr>
        <w:pStyle w:val="ListBullet"/>
        <w:spacing w:after="72"/>
      </w:pPr>
      <w:r>
        <w:t xml:space="preserve">[ ] </w:t>
      </w:r>
      <w:r>
        <w:rPr>
          <w:rFonts w:ascii="微软雅黑" w:eastAsia="微软雅黑" w:hAnsi="微软雅黑" w:cs="微软雅黑" w:hint="eastAsia"/>
          <w:lang w:eastAsia="zh-CN"/>
        </w:rPr>
        <w:t>能否区分完全理性与有限理性并举例（概念理解）。</w:t>
      </w:r>
    </w:p>
    <w:p>
      <w:pPr>
        <w:pStyle w:val="ListBullet"/>
        <w:spacing w:after="72"/>
      </w:pPr>
      <w:r>
        <w:t xml:space="preserve">[ ] </w:t>
      </w:r>
      <w:r>
        <w:rPr>
          <w:rFonts w:ascii="微软雅黑" w:eastAsia="微软雅黑" w:hAnsi="微软雅黑" w:cs="微软雅黑" w:hint="eastAsia"/>
          <w:lang w:eastAsia="zh-CN"/>
        </w:rPr>
        <w:t>蒙眼迷宫活动中能否体现</w:t>
      </w:r>
      <w:r>
        <w:t>"</w:t>
      </w:r>
      <w:r>
        <w:rPr>
          <w:rFonts w:ascii="微软雅黑" w:eastAsia="微软雅黑" w:hAnsi="微软雅黑" w:cs="微软雅黑" w:hint="eastAsia"/>
          <w:lang w:eastAsia="zh-CN"/>
        </w:rPr>
        <w:t>试错</w:t>
      </w:r>
      <w:r>
        <w:t>—</w:t>
      </w:r>
      <w:r>
        <w:rPr>
          <w:rFonts w:ascii="微软雅黑" w:eastAsia="微软雅黑" w:hAnsi="微软雅黑" w:cs="微软雅黑" w:hint="eastAsia"/>
          <w:lang w:eastAsia="zh-CN"/>
        </w:rPr>
        <w:t>反馈</w:t>
      </w:r>
      <w:r>
        <w:t>—</w:t>
      </w:r>
      <w:r>
        <w:rPr>
          <w:rFonts w:ascii="微软雅黑" w:eastAsia="微软雅黑" w:hAnsi="微软雅黑" w:cs="微软雅黑" w:hint="eastAsia"/>
          <w:lang w:eastAsia="zh-CN"/>
        </w:rPr>
        <w:t>回溯</w:t>
      </w:r>
      <w:r>
        <w:t>"</w:t>
      </w:r>
      <w:r>
        <w:rPr>
          <w:rFonts w:ascii="微软雅黑" w:eastAsia="微软雅黑" w:hAnsi="微软雅黑" w:cs="微软雅黑" w:hint="eastAsia"/>
          <w:lang w:eastAsia="zh-CN"/>
        </w:rPr>
        <w:t>的搜索过程（体验到位）。</w:t>
      </w:r>
    </w:p>
    <w:p>
      <w:pPr>
        <w:pStyle w:val="ListBullet"/>
        <w:spacing w:after="72"/>
      </w:pPr>
      <w:r>
        <w:t xml:space="preserve">[ ] </w:t>
      </w:r>
      <w:r>
        <w:rPr>
          <w:rFonts w:ascii="微软雅黑" w:eastAsia="微软雅黑" w:hAnsi="微软雅黑" w:cs="微软雅黑" w:hint="eastAsia"/>
          <w:lang w:eastAsia="zh-CN"/>
        </w:rPr>
        <w:t>能否说出</w:t>
      </w:r>
      <w:r>
        <w:t>DFS/BFS</w:t>
      </w:r>
      <w:r>
        <w:rPr>
          <w:rFonts w:ascii="微软雅黑" w:eastAsia="微软雅黑" w:hAnsi="微软雅黑" w:cs="微软雅黑" w:hint="eastAsia"/>
          <w:lang w:eastAsia="zh-CN"/>
        </w:rPr>
        <w:t>口诀并比较优缺点（算法理解）。</w:t>
      </w:r>
    </w:p>
    <w:p>
      <w:pPr>
        <w:pStyle w:val="ListBullet"/>
        <w:spacing w:after="72"/>
      </w:pPr>
      <w:r>
        <w:t xml:space="preserve">[ ] </w:t>
      </w:r>
      <w:r>
        <w:rPr>
          <w:rFonts w:ascii="微软雅黑" w:eastAsia="微软雅黑" w:hAnsi="微软雅黑" w:cs="微软雅黑" w:hint="eastAsia"/>
          <w:lang w:eastAsia="zh-CN"/>
        </w:rPr>
        <w:t>能否用生活例子说明有限理性（迁移能力）。</w:t>
      </w:r>
    </w:p>
    <w:p>
      <w:pPr>
        <w:pStyle w:val="ListBullet"/>
        <w:spacing w:after="72"/>
      </w:pPr>
      <w:r>
        <w:t xml:space="preserve">[ ] </w:t>
      </w:r>
      <w:r>
        <w:rPr>
          <w:rFonts w:ascii="微软雅黑" w:eastAsia="微软雅黑" w:hAnsi="微软雅黑" w:cs="微软雅黑" w:hint="eastAsia"/>
          <w:lang w:eastAsia="zh-CN"/>
        </w:rPr>
        <w:t>小组合作是否有序轮换、记录完整（合作素养）。</w:t>
      </w:r>
    </w:p>
    <w:p>
      <w:pPr>
        <w:pStyle w:val="ListBullet"/>
        <w:spacing w:after="72"/>
      </w:pPr>
      <w:r>
        <w:rPr>
          <w:rFonts w:ascii="微软雅黑" w:eastAsia="微软雅黑" w:hAnsi="微软雅黑" w:cs="微软雅黑" w:hint="eastAsia"/>
          <w:b/>
          <w:lang w:eastAsia="zh-CN"/>
        </w:rPr>
        <w:t>简易量表</w:t>
      </w:r>
      <w:r>
        <w:rPr>
          <w:rFonts w:ascii="微软雅黑" w:eastAsia="微软雅黑" w:hAnsi="微软雅黑" w:cs="微软雅黑" w:hint="eastAsia"/>
          <w:lang w:eastAsia="zh-CN"/>
        </w:rPr>
        <w:t>：每项</w:t>
      </w:r>
      <w:r>
        <w:t>★★/★/○</w:t>
      </w:r>
      <w:r>
        <w:rPr>
          <w:rFonts w:ascii="微软雅黑" w:eastAsia="微软雅黑" w:hAnsi="微软雅黑" w:cs="微软雅黑" w:hint="eastAsia"/>
          <w:lang w:eastAsia="zh-CN"/>
        </w:rPr>
        <w:t>；累计</w:t>
      </w:r>
      <w:r>
        <w:t>≥4★★</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达标</w:t>
      </w:r>
      <w:r>
        <w:t>"</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待巩固</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十、AI 视频创作拓展（课堂导入素材·1条导演思维提示词）</w:t>
      </w:r>
    </w:p>
    <w:p>
      <w:pPr>
        <w:spacing w:after="72"/>
      </w:pPr>
      <w:r>
        <w:rPr>
          <w:color w:val="212121"/>
        </w:rPr>
        <w:t xml:space="preserve">  </w:t>
      </w:r>
      <w:r>
        <w:rPr>
          <w:rFonts w:ascii="微软雅黑" w:eastAsia="微软雅黑" w:hAnsi="微软雅黑" w:cs="微软雅黑" w:hint="eastAsia"/>
          <w:color w:val="212121"/>
          <w:lang w:eastAsia="zh-CN"/>
        </w:rPr>
        <w:t>主体：一名小学生蒙眼立于由课桌椅围成的迷宫入口，两位同学俯身用双手比划方向轻声指挥｜动作：蒙眼者迟疑伸脚探路、触碰</w:t>
      </w:r>
      <w:r>
        <w:rPr>
          <w:color w:val="212121"/>
        </w:rPr>
        <w:t>"</w:t>
      </w:r>
      <w:r>
        <w:rPr>
          <w:rFonts w:ascii="微软雅黑" w:eastAsia="微软雅黑" w:hAnsi="微软雅黑" w:cs="微软雅黑" w:hint="eastAsia"/>
          <w:color w:val="212121"/>
          <w:lang w:eastAsia="zh-CN"/>
        </w:rPr>
        <w:t>墙壁</w:t>
      </w:r>
      <w:r>
        <w:rPr>
          <w:color w:val="212121"/>
        </w:rPr>
        <w:t>"</w:t>
      </w:r>
      <w:r>
        <w:rPr>
          <w:rFonts w:ascii="微软雅黑" w:eastAsia="微软雅黑" w:hAnsi="微软雅黑" w:cs="微软雅黑" w:hint="eastAsia"/>
          <w:color w:val="212121"/>
          <w:lang w:eastAsia="zh-CN"/>
        </w:rPr>
        <w:t>后缩回、转身另寻通道，指挥者急切指路，最终触到终点铃铛｜场景：午后教室，阳光从窗格斜切进迷宫通道，地面光影斑驳｜光影：暖色调主光、迷宫挡板投下长影制造未知感、终点铃铛微光｜镜头运动：跟拍蒙眼者脚部特写，再低角度穿行通道后拉远俯瞰整座迷宫｜风格：纪实治愈微电影、浅景深｜情绪：紧张试探、找到出口时的释然与欢呼。</w:t>
      </w:r>
      <w:r/>
    </w:p>
    <w:p>
      <w:bookmarkStart w:id="38" w:name="_Toc_section_17"/>
      <w:bookmarkStart w:id="16" w:name="section-17"/>
      <w:pPr>
        <w:pStyle w:val="Heading2"/>
        <w:pageBreakBefore/>
      </w:pPr>
      <w:bookmarkEnd w:id="16"/>
      <w:r>
        <w:rPr>
          <w:rFonts w:ascii="微软雅黑" w:hAnsi="微软雅黑" w:eastAsia="微软雅黑" w:cs="微软雅黑" w:hint="eastAsia"/>
          <w:b w:val="0"/>
          <w:color w:val="1A237E"/>
          <w:sz w:val="22"/>
          <w:lang w:eastAsia="zh-CN"/>
        </w:rPr>
        <w:t xml:space="preserve">  课题：《人工神经网络》（人工智能通识课·小学高段5-6年级）</w:t>
      </w:r>
      <w:bookmarkEnd w:id="38"/>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15</w:t>
      </w:r>
      <w:r>
        <w:rPr>
          <w:rFonts w:ascii="微软雅黑" w:eastAsia="微软雅黑" w:hAnsi="微软雅黑" w:cs="微软雅黑" w:hint="eastAsia"/>
          <w:color w:val="212121"/>
          <w:lang w:eastAsia="zh-CN"/>
        </w:rPr>
        <w:t>讲《人工神经网络》｜示范时长约</w:t>
      </w:r>
      <w:r>
        <w:rPr>
          <w:color w:val="212121"/>
        </w:rPr>
        <w:t>10</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：小学</w:t>
      </w:r>
      <w:r>
        <w:t>5-6</w:t>
      </w:r>
      <w:r>
        <w:rPr>
          <w:rFonts w:ascii="微软雅黑" w:eastAsia="微软雅黑" w:hAnsi="微软雅黑" w:cs="微软雅黑" w:hint="eastAsia"/>
          <w:lang w:eastAsia="zh-CN"/>
        </w:rPr>
        <w:t>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数学（布尔逻辑、加权求和）</w:t>
      </w:r>
      <w:r>
        <w:t xml:space="preserve"> + </w:t>
      </w:r>
      <w:r>
        <w:rPr>
          <w:rFonts w:ascii="微软雅黑" w:eastAsia="微软雅黑" w:hAnsi="微软雅黑" w:cs="微软雅黑" w:hint="eastAsia"/>
          <w:lang w:eastAsia="zh-CN"/>
        </w:rPr>
        <w:t>科学（生物神经元）</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：体验课（角色扮演</w:t>
      </w:r>
      <w:r>
        <w:t xml:space="preserve"> + </w:t>
      </w:r>
      <w:r>
        <w:rPr>
          <w:rFonts w:ascii="微软雅黑" w:eastAsia="微软雅黑" w:hAnsi="微软雅黑" w:cs="微软雅黑" w:hint="eastAsia"/>
          <w:lang w:eastAsia="zh-CN"/>
        </w:rPr>
        <w:t>动手探究型通识课）</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49"/>
        </w:numPr>
        <w:spacing w:after="72"/>
      </w:pPr>
      <w:r>
        <w:rPr>
          <w:rFonts w:ascii="微软雅黑" w:eastAsia="微软雅黑" w:hAnsi="微软雅黑" w:cs="微软雅黑" w:hint="eastAsia"/>
          <w:lang w:eastAsia="zh-CN"/>
        </w:rPr>
        <w:t>通过</w:t>
      </w:r>
      <w:r>
        <w:t>"</w:t>
      </w:r>
      <w:r>
        <w:rPr>
          <w:rFonts w:ascii="微软雅黑" w:eastAsia="微软雅黑" w:hAnsi="微软雅黑" w:cs="微软雅黑" w:hint="eastAsia"/>
          <w:lang w:eastAsia="zh-CN"/>
        </w:rPr>
        <w:t>人体神经网络</w:t>
      </w:r>
      <w:r>
        <w:t>"</w:t>
      </w:r>
      <w:r>
        <w:rPr>
          <w:rFonts w:ascii="微软雅黑" w:eastAsia="微软雅黑" w:hAnsi="微软雅黑" w:cs="微软雅黑" w:hint="eastAsia"/>
          <w:lang w:eastAsia="zh-CN"/>
        </w:rPr>
        <w:t>角色扮演与电路搭建，能说出</w:t>
      </w:r>
      <w:r>
        <w:rPr>
          <w:rFonts w:ascii="微软雅黑" w:eastAsia="微软雅黑" w:hAnsi="微软雅黑" w:cs="微软雅黑" w:hint="eastAsia"/>
          <w:b/>
          <w:lang w:eastAsia="zh-CN"/>
        </w:rPr>
        <w:t>网络</w:t>
      </w:r>
      <w:r>
        <w:rPr>
          <w:rFonts w:ascii="微软雅黑" w:eastAsia="微软雅黑" w:hAnsi="微软雅黑" w:cs="微软雅黑" w:hint="eastAsia"/>
          <w:lang w:eastAsia="zh-CN"/>
        </w:rPr>
        <w:t>的含义（</w:t>
      </w:r>
      <w:r>
        <w:t>"</w:t>
      </w:r>
      <w:r>
        <w:rPr>
          <w:rFonts w:ascii="微软雅黑" w:eastAsia="微软雅黑" w:hAnsi="微软雅黑" w:cs="微软雅黑" w:hint="eastAsia"/>
          <w:lang w:eastAsia="zh-CN"/>
        </w:rPr>
        <w:t>点和点之间通过线连在一起就构成了网络</w:t>
      </w:r>
      <w:r>
        <w:t>"</w:t>
      </w:r>
      <w:r>
        <w:rPr>
          <w:rFonts w:ascii="微软雅黑" w:eastAsia="微软雅黑" w:hAnsi="微软雅黑" w:cs="微软雅黑" w:hint="eastAsia"/>
          <w:lang w:eastAsia="zh-CN"/>
        </w:rPr>
        <w:t>），并理解人工神经网络是对人脑神经元的简化模拟（连接数可达百万亿级、能耗约</w:t>
      </w:r>
      <w:r>
        <w:t>20</w:t>
      </w:r>
      <w:r>
        <w:rPr>
          <w:rFonts w:ascii="微软雅黑" w:eastAsia="微软雅黑" w:hAnsi="微软雅黑" w:cs="微软雅黑" w:hint="eastAsia"/>
          <w:lang w:eastAsia="zh-CN"/>
        </w:rPr>
        <w:t>瓦）。</w:t>
      </w:r>
    </w:p>
    <w:p>
      <w:pPr>
        <w:pStyle w:val="ListNumber"/>
        <w:numPr>
          <w:ilvl w:val="0"/>
          <w:numId w:val="49"/>
        </w:numPr>
        <w:spacing w:after="72"/>
      </w:pPr>
      <w:r>
        <w:rPr>
          <w:rFonts w:ascii="微软雅黑" w:eastAsia="微软雅黑" w:hAnsi="微软雅黑" w:cs="微软雅黑" w:hint="eastAsia"/>
          <w:lang w:eastAsia="zh-CN"/>
        </w:rPr>
        <w:t>能用</w:t>
      </w:r>
      <w:r>
        <w:t>"</w:t>
      </w:r>
      <w:r>
        <w:rPr>
          <w:rFonts w:ascii="微软雅黑" w:eastAsia="微软雅黑" w:hAnsi="微软雅黑" w:cs="微软雅黑" w:hint="eastAsia"/>
          <w:lang w:eastAsia="zh-CN"/>
        </w:rPr>
        <w:t>与、或、非</w:t>
      </w:r>
      <w:r>
        <w:t>"</w:t>
      </w:r>
      <w:r>
        <w:rPr>
          <w:rFonts w:ascii="微软雅黑" w:eastAsia="微软雅黑" w:hAnsi="微软雅黑" w:cs="微软雅黑" w:hint="eastAsia"/>
          <w:lang w:eastAsia="zh-CN"/>
        </w:rPr>
        <w:t>三种逻辑，借助</w:t>
      </w:r>
      <w:r>
        <w:t>4</w:t>
      </w:r>
      <w:r>
        <w:rPr>
          <w:rFonts w:ascii="微软雅黑" w:eastAsia="微软雅黑" w:hAnsi="微软雅黑" w:cs="微软雅黑" w:hint="eastAsia"/>
          <w:lang w:eastAsia="zh-CN"/>
        </w:rPr>
        <w:t>人绳子扮演和电池</w:t>
      </w:r>
      <w:r>
        <w:t>—</w:t>
      </w:r>
      <w:r>
        <w:rPr>
          <w:rFonts w:ascii="微软雅黑" w:eastAsia="微软雅黑" w:hAnsi="微软雅黑" w:cs="微软雅黑" w:hint="eastAsia"/>
          <w:lang w:eastAsia="zh-CN"/>
        </w:rPr>
        <w:t>灯泡</w:t>
      </w:r>
      <w:r>
        <w:t>—</w:t>
      </w:r>
      <w:r>
        <w:rPr>
          <w:rFonts w:ascii="微软雅黑" w:eastAsia="微软雅黑" w:hAnsi="微软雅黑" w:cs="微软雅黑" w:hint="eastAsia"/>
          <w:lang w:eastAsia="zh-CN"/>
        </w:rPr>
        <w:t>开关实验，验证布尔逻辑是神经网络的</w:t>
      </w:r>
      <w:r>
        <w:t>"</w:t>
      </w:r>
      <w:r>
        <w:rPr>
          <w:rFonts w:ascii="微软雅黑" w:eastAsia="微软雅黑" w:hAnsi="微软雅黑" w:cs="微软雅黑" w:hint="eastAsia"/>
          <w:lang w:eastAsia="zh-CN"/>
        </w:rPr>
        <w:t>积木</w:t>
      </w:r>
      <w:r>
        <w:t>"</w:t>
      </w:r>
      <w:r>
        <w:rPr>
          <w:rFonts w:ascii="微软雅黑" w:eastAsia="微软雅黑" w:hAnsi="微软雅黑" w:cs="微软雅黑" w:hint="eastAsia"/>
          <w:lang w:eastAsia="zh-CN"/>
        </w:rPr>
        <w:t>，并说出口诀</w:t>
      </w:r>
      <w:r>
        <w:t>"</w:t>
      </w:r>
      <w:r>
        <w:rPr>
          <w:rFonts w:ascii="微软雅黑" w:eastAsia="微软雅黑" w:hAnsi="微软雅黑" w:cs="微软雅黑" w:hint="eastAsia"/>
          <w:lang w:eastAsia="zh-CN"/>
        </w:rPr>
        <w:t>其实都是由这些最简单的</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非</w:t>
      </w:r>
      <w:r>
        <w:t>’</w:t>
      </w:r>
      <w:r>
        <w:rPr>
          <w:rFonts w:ascii="微软雅黑" w:eastAsia="微软雅黑" w:hAnsi="微软雅黑" w:cs="微软雅黑" w:hint="eastAsia"/>
          <w:lang w:eastAsia="zh-CN"/>
        </w:rPr>
        <w:t>变来的</w:t>
      </w:r>
      <w:r>
        <w:t>"</w:t>
      </w:r>
      <w:r>
        <w:rPr>
          <w:rFonts w:ascii="微软雅黑" w:eastAsia="微软雅黑" w:hAnsi="微软雅黑" w:cs="微软雅黑" w:hint="eastAsia"/>
          <w:lang w:eastAsia="zh-CN"/>
        </w:rPr>
        <w:t>。</w:t>
      </w:r>
    </w:p>
    <w:p>
      <w:pPr>
        <w:pStyle w:val="ListNumber"/>
        <w:numPr>
          <w:ilvl w:val="0"/>
          <w:numId w:val="49"/>
        </w:numPr>
        <w:spacing w:after="72"/>
      </w:pPr>
      <w:r>
        <w:rPr>
          <w:rFonts w:ascii="微软雅黑" w:eastAsia="微软雅黑" w:hAnsi="微软雅黑" w:cs="微软雅黑" w:hint="eastAsia"/>
          <w:lang w:eastAsia="zh-CN"/>
        </w:rPr>
        <w:t>能描述</w:t>
      </w:r>
      <w:r>
        <w:rPr>
          <w:rFonts w:ascii="微软雅黑" w:eastAsia="微软雅黑" w:hAnsi="微软雅黑" w:cs="微软雅黑" w:hint="eastAsia"/>
          <w:b/>
          <w:lang w:eastAsia="zh-CN"/>
        </w:rPr>
        <w:t>感知机</w:t>
      </w:r>
      <w:r>
        <w:rPr>
          <w:rFonts w:ascii="微软雅黑" w:eastAsia="微软雅黑" w:hAnsi="微软雅黑" w:cs="微软雅黑" w:hint="eastAsia"/>
          <w:lang w:eastAsia="zh-CN"/>
        </w:rPr>
        <w:t>的简化流程（输入</w:t>
      </w:r>
      <w:r>
        <w:t>→</w:t>
      </w:r>
      <w:r>
        <w:rPr>
          <w:rFonts w:ascii="微软雅黑" w:eastAsia="微软雅黑" w:hAnsi="微软雅黑" w:cs="微软雅黑" w:hint="eastAsia"/>
          <w:lang w:eastAsia="zh-CN"/>
        </w:rPr>
        <w:t>加权求和</w:t>
      </w:r>
      <w:r>
        <w:t>→</w:t>
      </w:r>
      <w:r>
        <w:rPr>
          <w:rFonts w:ascii="微软雅黑" w:eastAsia="微软雅黑" w:hAnsi="微软雅黑" w:cs="微软雅黑" w:hint="eastAsia"/>
          <w:lang w:eastAsia="zh-CN"/>
        </w:rPr>
        <w:t>激活函数</w:t>
      </w:r>
      <w:r>
        <w:t>→</w:t>
      </w:r>
      <w:r>
        <w:rPr>
          <w:rFonts w:ascii="微软雅黑" w:eastAsia="微软雅黑" w:hAnsi="微软雅黑" w:cs="微软雅黑" w:hint="eastAsia"/>
          <w:lang w:eastAsia="zh-CN"/>
        </w:rPr>
        <w:t>输出），并借助</w:t>
      </w:r>
      <w:r>
        <w:t>XOR</w:t>
      </w:r>
      <w:r>
        <w:rPr>
          <w:rFonts w:ascii="微软雅黑" w:eastAsia="微软雅黑" w:hAnsi="微软雅黑" w:cs="微软雅黑" w:hint="eastAsia"/>
          <w:lang w:eastAsia="zh-CN"/>
        </w:rPr>
        <w:t>真值表，理解</w:t>
      </w:r>
      <w:r>
        <w:t>"</w:t>
      </w:r>
      <w:r>
        <w:rPr>
          <w:rFonts w:ascii="微软雅黑" w:eastAsia="微软雅黑" w:hAnsi="微软雅黑" w:cs="微软雅黑" w:hint="eastAsia"/>
          <w:lang w:eastAsia="zh-CN"/>
        </w:rPr>
        <w:t>单层无法实现异或，需多层组合（</w:t>
      </w:r>
      <w:r>
        <w:t>Y = (A OR B) AND NOT(A AND B)</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p>
    <w:p>
      <w:pPr>
        <w:pStyle w:val="ListNumber"/>
        <w:numPr>
          <w:ilvl w:val="0"/>
          <w:numId w:val="49"/>
        </w:numPr>
        <w:spacing w:after="72"/>
      </w:pPr>
      <w:r>
        <w:rPr>
          <w:rFonts w:ascii="微软雅黑" w:eastAsia="微软雅黑" w:hAnsi="微软雅黑" w:cs="微软雅黑" w:hint="eastAsia"/>
          <w:lang w:eastAsia="zh-CN"/>
        </w:rPr>
        <w:t>能说出从</w:t>
      </w:r>
      <w:r>
        <w:t>"</w:t>
      </w:r>
      <w:r>
        <w:rPr>
          <w:rFonts w:ascii="微软雅黑" w:eastAsia="微软雅黑" w:hAnsi="微软雅黑" w:cs="微软雅黑" w:hint="eastAsia"/>
          <w:lang w:eastAsia="zh-CN"/>
        </w:rPr>
        <w:t>布尔逻辑</w:t>
      </w:r>
      <w:r>
        <w:t>→</w:t>
      </w:r>
      <w:r>
        <w:rPr>
          <w:rFonts w:ascii="微软雅黑" w:eastAsia="微软雅黑" w:hAnsi="微软雅黑" w:cs="微软雅黑" w:hint="eastAsia"/>
          <w:lang w:eastAsia="zh-CN"/>
        </w:rPr>
        <w:t>逻辑门</w:t>
      </w:r>
      <w:r>
        <w:t>→</w:t>
      </w:r>
      <w:r>
        <w:rPr>
          <w:rFonts w:ascii="微软雅黑" w:eastAsia="微软雅黑" w:hAnsi="微软雅黑" w:cs="微软雅黑" w:hint="eastAsia"/>
          <w:lang w:eastAsia="zh-CN"/>
        </w:rPr>
        <w:t>人工神经元</w:t>
      </w:r>
      <w:r>
        <w:t>→</w:t>
      </w:r>
      <w:r>
        <w:rPr>
          <w:rFonts w:ascii="微软雅黑" w:eastAsia="微软雅黑" w:hAnsi="微软雅黑" w:cs="微软雅黑" w:hint="eastAsia"/>
          <w:lang w:eastAsia="zh-CN"/>
        </w:rPr>
        <w:t>神经网络</w:t>
      </w:r>
      <w:r>
        <w:t>→</w:t>
      </w:r>
      <w:r>
        <w:rPr>
          <w:rFonts w:ascii="微软雅黑" w:eastAsia="微软雅黑" w:hAnsi="微软雅黑" w:cs="微软雅黑" w:hint="eastAsia"/>
          <w:lang w:eastAsia="zh-CN"/>
        </w:rPr>
        <w:t>深度学习</w:t>
      </w:r>
      <w:r>
        <w:t>→Transformer→ChatGPT/DeepSeek"</w:t>
      </w:r>
      <w:r>
        <w:rPr>
          <w:rFonts w:ascii="微软雅黑" w:eastAsia="微软雅黑" w:hAnsi="微软雅黑" w:cs="微软雅黑" w:hint="eastAsia"/>
          <w:lang w:eastAsia="zh-CN"/>
        </w:rPr>
        <w:t>的发展脉络，认同</w:t>
      </w:r>
      <w:r>
        <w:t>"</w:t>
      </w:r>
      <w:r>
        <w:rPr>
          <w:rFonts w:ascii="微软雅黑" w:eastAsia="微软雅黑" w:hAnsi="微软雅黑" w:cs="微软雅黑" w:hint="eastAsia"/>
          <w:lang w:eastAsia="zh-CN"/>
        </w:rPr>
        <w:t>数学是人工智能的根</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二、教学重难点</w:t>
      </w:r>
    </w:p>
    <w:p>
      <w:pPr>
        <w:pStyle w:val="ListBullet"/>
        <w:spacing w:after="72"/>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：理解</w:t>
      </w:r>
      <w:r>
        <w:t>"</w:t>
      </w:r>
      <w:r>
        <w:rPr>
          <w:rFonts w:ascii="微软雅黑" w:eastAsia="微软雅黑" w:hAnsi="微软雅黑" w:cs="微软雅黑" w:hint="eastAsia"/>
          <w:lang w:eastAsia="zh-CN"/>
        </w:rPr>
        <w:t>网络</w:t>
      </w:r>
      <w:r>
        <w:t>"</w:t>
      </w:r>
      <w:r>
        <w:rPr>
          <w:rFonts w:ascii="微软雅黑" w:eastAsia="微软雅黑" w:hAnsi="微软雅黑" w:cs="微软雅黑" w:hint="eastAsia"/>
          <w:lang w:eastAsia="zh-CN"/>
        </w:rPr>
        <w:t>与生物神经元；用角色扮演</w:t>
      </w:r>
      <w:r>
        <w:t>/</w:t>
      </w:r>
      <w:r>
        <w:rPr>
          <w:rFonts w:ascii="微软雅黑" w:eastAsia="微软雅黑" w:hAnsi="微软雅黑" w:cs="微软雅黑" w:hint="eastAsia"/>
          <w:lang w:eastAsia="zh-CN"/>
        </w:rPr>
        <w:t>实验体会与、或、非；感知机流程；发展脉络。</w:t>
      </w:r>
    </w:p>
    <w:p>
      <w:pPr>
        <w:pStyle w:val="ListBullet"/>
        <w:spacing w:after="72"/>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与或非</w:t>
      </w:r>
      <w:r>
        <w:t>"</w:t>
      </w:r>
      <w:r>
        <w:rPr>
          <w:rFonts w:ascii="微软雅黑" w:eastAsia="微软雅黑" w:hAnsi="微软雅黑" w:cs="微软雅黑" w:hint="eastAsia"/>
          <w:lang w:eastAsia="zh-CN"/>
        </w:rPr>
        <w:t>组合出</w:t>
      </w:r>
      <w:r>
        <w:t>XOR</w:t>
      </w:r>
      <w:r>
        <w:rPr>
          <w:rFonts w:ascii="微软雅黑" w:eastAsia="微软雅黑" w:hAnsi="微软雅黑" w:cs="微软雅黑" w:hint="eastAsia"/>
          <w:lang w:eastAsia="zh-CN"/>
        </w:rPr>
        <w:t>（两层网络）；理解</w:t>
      </w:r>
      <w:r>
        <w:t>"</w:t>
      </w:r>
      <w:r>
        <w:rPr>
          <w:rFonts w:ascii="微软雅黑" w:eastAsia="微软雅黑" w:hAnsi="微软雅黑" w:cs="微软雅黑" w:hint="eastAsia"/>
          <w:lang w:eastAsia="zh-CN"/>
        </w:rPr>
        <w:t>数学是</w:t>
      </w:r>
      <w:r>
        <w:t>AI</w:t>
      </w:r>
      <w:r>
        <w:rPr>
          <w:rFonts w:ascii="微软雅黑" w:eastAsia="微软雅黑" w:hAnsi="微软雅黑" w:cs="微软雅黑" w:hint="eastAsia"/>
          <w:lang w:eastAsia="zh-CN"/>
        </w:rPr>
        <w:t>的根</w:t>
      </w:r>
      <w:r>
        <w:t>"</w:t>
      </w:r>
      <w:r>
        <w:rPr>
          <w:rFonts w:ascii="微软雅黑" w:eastAsia="微软雅黑" w:hAnsi="微软雅黑" w:cs="微软雅黑" w:hint="eastAsia"/>
          <w:lang w:eastAsia="zh-CN"/>
        </w:rPr>
        <w:t>这一价值观。</w:t>
      </w:r>
    </w:p>
    <w:p>
      <w:pPr>
        <w:pStyle w:val="ListBullet"/>
        <w:spacing w:after="72"/>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：先身体扮演再动手实验双通道验证；</w:t>
      </w:r>
      <w:r>
        <w:t>XOR</w:t>
      </w:r>
      <w:r>
        <w:rPr>
          <w:rFonts w:ascii="微软雅黑" w:eastAsia="微软雅黑" w:hAnsi="微软雅黑" w:cs="微软雅黑" w:hint="eastAsia"/>
          <w:lang w:eastAsia="zh-CN"/>
        </w:rPr>
        <w:t>先让学生</w:t>
      </w:r>
      <w:r>
        <w:t>"</w:t>
      </w:r>
      <w:r>
        <w:rPr>
          <w:rFonts w:ascii="微软雅黑" w:eastAsia="微软雅黑" w:hAnsi="微软雅黑" w:cs="微软雅黑" w:hint="eastAsia"/>
          <w:lang w:eastAsia="zh-CN"/>
        </w:rPr>
        <w:t>用单门试</w:t>
      </w:r>
      <w:r>
        <w:t>→</w:t>
      </w:r>
      <w:r>
        <w:rPr>
          <w:rFonts w:ascii="微软雅黑" w:eastAsia="微软雅黑" w:hAnsi="微软雅黑" w:cs="微软雅黑" w:hint="eastAsia"/>
          <w:lang w:eastAsia="zh-CN"/>
        </w:rPr>
        <w:t>失败</w:t>
      </w:r>
      <w:r>
        <w:t>→</w:t>
      </w:r>
      <w:r>
        <w:rPr>
          <w:rFonts w:ascii="微软雅黑" w:eastAsia="微软雅黑" w:hAnsi="微软雅黑" w:cs="微软雅黑" w:hint="eastAsia"/>
          <w:lang w:eastAsia="zh-CN"/>
        </w:rPr>
        <w:t>给两层方案</w:t>
      </w:r>
      <w:r>
        <w:t>→</w:t>
      </w:r>
      <w:r>
        <w:rPr>
          <w:rFonts w:ascii="微软雅黑" w:eastAsia="微软雅黑" w:hAnsi="微软雅黑" w:cs="微软雅黑" w:hint="eastAsia"/>
          <w:lang w:eastAsia="zh-CN"/>
        </w:rPr>
        <w:t>成功</w:t>
      </w:r>
      <w:r>
        <w:t>"</w:t>
      </w:r>
      <w:r>
        <w:rPr>
          <w:rFonts w:ascii="微软雅黑" w:eastAsia="微软雅黑" w:hAnsi="微软雅黑" w:cs="微软雅黑" w:hint="eastAsia"/>
          <w:lang w:eastAsia="zh-CN"/>
        </w:rPr>
        <w:t>，在认知冲突中建构；用脉络图把抽象发展史串成故事线。</w:t>
      </w:r>
    </w:p>
    <w:p>
      <w:pPr>
        <w:pStyle w:val="Heading3"/>
      </w:pPr>
      <w:r>
        <w:rPr>
          <w:rFonts w:ascii="微软雅黑" w:hAnsi="微软雅黑" w:eastAsia="微软雅黑" w:cs="微软雅黑" w:hint="eastAsia"/>
          <w:b w:val="0"/>
          <w:color w:val="1A237E"/>
          <w:sz w:val="20"/>
          <w:lang w:eastAsia="zh-CN"/>
        </w:rPr>
        <w:t>三、教学准备</w:t>
      </w:r>
    </w:p>
    <w:p>
      <w:pPr>
        <w:pStyle w:val="ListBullet"/>
        <w:spacing w:after="72"/>
      </w:pPr>
      <w:r>
        <w:rPr>
          <w:rFonts w:ascii="微软雅黑" w:eastAsia="微软雅黑" w:hAnsi="微软雅黑" w:cs="微软雅黑" w:hint="eastAsia"/>
          <w:b/>
          <w:lang w:eastAsia="zh-CN"/>
        </w:rPr>
        <w:t>教具</w:t>
      </w:r>
      <w:r>
        <w:rPr>
          <w:rFonts w:ascii="微软雅黑" w:eastAsia="微软雅黑" w:hAnsi="微软雅黑" w:cs="微软雅黑" w:hint="eastAsia"/>
          <w:lang w:eastAsia="zh-CN"/>
        </w:rPr>
        <w:t>：长绳（每小组</w:t>
      </w:r>
      <w:r>
        <w:t>4</w:t>
      </w:r>
      <w:r>
        <w:rPr>
          <w:rFonts w:ascii="微软雅黑" w:eastAsia="微软雅黑" w:hAnsi="微软雅黑" w:cs="微软雅黑" w:hint="eastAsia"/>
          <w:lang w:eastAsia="zh-CN"/>
        </w:rPr>
        <w:t>根，用于扮演神经元连接）；生物神经元结构图</w:t>
      </w:r>
      <w:r>
        <w:t>/PPT</w:t>
      </w:r>
      <w:r>
        <w:rPr>
          <w:rFonts w:ascii="微软雅黑" w:eastAsia="微软雅黑" w:hAnsi="微软雅黑" w:cs="微软雅黑" w:hint="eastAsia"/>
          <w:lang w:eastAsia="zh-CN"/>
        </w:rPr>
        <w:t>；电池、灯泡、开关（每组一套，做串联</w:t>
      </w:r>
      <w:r>
        <w:t>/</w:t>
      </w:r>
      <w:r>
        <w:rPr>
          <w:rFonts w:ascii="微软雅黑" w:eastAsia="微软雅黑" w:hAnsi="微软雅黑" w:cs="微软雅黑" w:hint="eastAsia"/>
          <w:lang w:eastAsia="zh-CN"/>
        </w:rPr>
        <w:t>并联</w:t>
      </w:r>
      <w:r>
        <w:t>/</w:t>
      </w:r>
      <w:r>
        <w:rPr>
          <w:rFonts w:ascii="微软雅黑" w:eastAsia="微软雅黑" w:hAnsi="微软雅黑" w:cs="微软雅黑" w:hint="eastAsia"/>
          <w:lang w:eastAsia="zh-CN"/>
        </w:rPr>
        <w:t>反相电路）；写有</w:t>
      </w:r>
      <w:r>
        <w:t>"A</w:t>
      </w:r>
      <w:r>
        <w:rPr>
          <w:rFonts w:ascii="微软雅黑" w:eastAsia="微软雅黑" w:hAnsi="微软雅黑" w:cs="微软雅黑" w:hint="eastAsia"/>
          <w:lang w:eastAsia="zh-CN"/>
        </w:rPr>
        <w:t>、</w:t>
      </w:r>
      <w:r>
        <w:t>B</w:t>
      </w:r>
      <w:r>
        <w:rPr>
          <w:rFonts w:ascii="微软雅黑" w:eastAsia="微软雅黑" w:hAnsi="微软雅黑" w:cs="微软雅黑" w:hint="eastAsia"/>
          <w:lang w:eastAsia="zh-CN"/>
        </w:rPr>
        <w:t>、</w:t>
      </w:r>
      <w:r>
        <w:t>Y"</w:t>
      </w:r>
      <w:r>
        <w:rPr>
          <w:rFonts w:ascii="微软雅黑" w:eastAsia="微软雅黑" w:hAnsi="微软雅黑" w:cs="微软雅黑" w:hint="eastAsia"/>
          <w:lang w:eastAsia="zh-CN"/>
        </w:rPr>
        <w:t>及真值表（</w:t>
      </w:r>
      <w:r>
        <w:t>00→0</w:t>
      </w:r>
      <w:r>
        <w:rPr>
          <w:rFonts w:ascii="微软雅黑" w:eastAsia="微软雅黑" w:hAnsi="微软雅黑" w:cs="微软雅黑" w:hint="eastAsia"/>
          <w:lang w:eastAsia="zh-CN"/>
        </w:rPr>
        <w:t>、</w:t>
      </w:r>
      <w:r>
        <w:t>01→1</w:t>
      </w:r>
      <w:r>
        <w:rPr>
          <w:rFonts w:ascii="微软雅黑" w:eastAsia="微软雅黑" w:hAnsi="微软雅黑" w:cs="微软雅黑" w:hint="eastAsia"/>
          <w:lang w:eastAsia="zh-CN"/>
        </w:rPr>
        <w:t>、</w:t>
      </w:r>
      <w:r>
        <w:t>10→1</w:t>
      </w:r>
      <w:r>
        <w:rPr>
          <w:rFonts w:ascii="微软雅黑" w:eastAsia="微软雅黑" w:hAnsi="微软雅黑" w:cs="微软雅黑" w:hint="eastAsia"/>
          <w:lang w:eastAsia="zh-CN"/>
        </w:rPr>
        <w:t>、</w:t>
      </w:r>
      <w:r>
        <w:t>11→0</w:t>
      </w:r>
      <w:r>
        <w:rPr>
          <w:rFonts w:ascii="微软雅黑" w:eastAsia="微软雅黑" w:hAnsi="微软雅黑" w:cs="微软雅黑" w:hint="eastAsia"/>
          <w:lang w:eastAsia="zh-CN"/>
        </w:rPr>
        <w:t>）的卡片；感知机流程图磁贴；发展脉络时间轴图。</w:t>
      </w:r>
    </w:p>
    <w:p>
      <w:pPr>
        <w:pStyle w:val="ListBullet"/>
        <w:spacing w:after="72"/>
      </w:pPr>
      <w:r>
        <w:rPr>
          <w:rFonts w:ascii="微软雅黑" w:eastAsia="微软雅黑" w:hAnsi="微软雅黑" w:cs="微软雅黑" w:hint="eastAsia"/>
          <w:b/>
          <w:lang w:eastAsia="zh-CN"/>
        </w:rPr>
        <w:t>技术环境</w:t>
      </w:r>
      <w:r>
        <w:rPr>
          <w:rFonts w:ascii="微软雅黑" w:eastAsia="微软雅黑" w:hAnsi="微软雅黑" w:cs="微软雅黑" w:hint="eastAsia"/>
          <w:lang w:eastAsia="zh-CN"/>
        </w:rPr>
        <w:t>：国家智慧教育平台第</w:t>
      </w:r>
      <w:r>
        <w:t>15</w:t>
      </w:r>
      <w:r>
        <w:rPr>
          <w:rFonts w:ascii="微软雅黑" w:eastAsia="微软雅黑" w:hAnsi="微软雅黑" w:cs="微软雅黑" w:hint="eastAsia"/>
          <w:lang w:eastAsia="zh-CN"/>
        </w:rPr>
        <w:t>讲示范视频片段、</w:t>
      </w:r>
      <w:r>
        <w:t>PPT</w:t>
      </w:r>
      <w:r>
        <w:rPr>
          <w:rFonts w:ascii="微软雅黑" w:eastAsia="微软雅黑" w:hAnsi="微软雅黑" w:cs="微软雅黑" w:hint="eastAsia"/>
          <w:lang w:eastAsia="zh-CN"/>
        </w:rPr>
        <w:t>（麦卡洛克</w:t>
      </w:r>
      <w:r>
        <w:t>-</w:t>
      </w:r>
      <w:r>
        <w:rPr>
          <w:rFonts w:ascii="微软雅黑" w:eastAsia="微软雅黑" w:hAnsi="微软雅黑" w:cs="微软雅黑" w:hint="eastAsia"/>
          <w:lang w:eastAsia="zh-CN"/>
        </w:rPr>
        <w:t>皮茨模型、逻辑门、</w:t>
      </w:r>
      <w:r>
        <w:t>XOR</w:t>
      </w:r>
      <w:r>
        <w:rPr>
          <w:rFonts w:ascii="微软雅黑" w:eastAsia="微软雅黑" w:hAnsi="微软雅黑" w:cs="微软雅黑" w:hint="eastAsia"/>
          <w:lang w:eastAsia="zh-CN"/>
        </w:rPr>
        <w:t>两层方案、</w:t>
      </w:r>
      <w:r>
        <w:t>ChatGPT/DeepSeek</w:t>
      </w:r>
      <w:r>
        <w:rPr>
          <w:rFonts w:ascii="微软雅黑" w:eastAsia="微软雅黑" w:hAnsi="微软雅黑" w:cs="微软雅黑" w:hint="eastAsia"/>
          <w:lang w:eastAsia="zh-CN"/>
        </w:rPr>
        <w:t>页）。</w:t>
      </w:r>
    </w:p>
    <w:p>
      <w:pPr>
        <w:pStyle w:val="ListBullet"/>
        <w:spacing w:after="72"/>
      </w:pPr>
      <w:r>
        <w:rPr>
          <w:rFonts w:ascii="微软雅黑" w:eastAsia="微软雅黑" w:hAnsi="微软雅黑" w:cs="微软雅黑" w:hint="eastAsia"/>
          <w:b/>
          <w:lang w:eastAsia="zh-CN"/>
        </w:rPr>
        <w:t>场地</w:t>
      </w:r>
      <w:r>
        <w:rPr>
          <w:rFonts w:ascii="微软雅黑" w:eastAsia="微软雅黑" w:hAnsi="微软雅黑" w:cs="微软雅黑" w:hint="eastAsia"/>
          <w:lang w:eastAsia="zh-CN"/>
        </w:rPr>
        <w:t>：小组围坐便于绳连与电路操作；预留板书脉络区。</w:t>
      </w:r>
    </w:p>
    <w:p>
      <w:pPr>
        <w:pStyle w:val="ListBullet"/>
        <w:spacing w:after="72"/>
      </w:pPr>
      <w:r>
        <w:rPr>
          <w:rFonts w:ascii="微软雅黑" w:eastAsia="微软雅黑" w:hAnsi="微软雅黑" w:cs="微软雅黑" w:hint="eastAsia"/>
          <w:b/>
          <w:lang w:eastAsia="zh-CN"/>
        </w:rPr>
        <w:t>替代方案</w:t>
      </w:r>
      <w:r>
        <w:rPr>
          <w:rFonts w:ascii="微软雅黑" w:eastAsia="微软雅黑" w:hAnsi="微软雅黑" w:cs="微软雅黑" w:hint="eastAsia"/>
          <w:lang w:eastAsia="zh-CN"/>
        </w:rPr>
        <w:t>：无电池灯泡</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两人手拉手通电</w:t>
      </w:r>
      <w:r>
        <w:t>"</w:t>
      </w:r>
      <w:r>
        <w:rPr>
          <w:rFonts w:ascii="微软雅黑" w:eastAsia="微软雅黑" w:hAnsi="微软雅黑" w:cs="微软雅黑" w:hint="eastAsia"/>
          <w:lang w:eastAsia="zh-CN"/>
        </w:rPr>
        <w:t>人体导电游戏模拟开关通断；无长绳</w:t>
      </w:r>
      <w:r>
        <w:t>——</w:t>
      </w:r>
      <w:r>
        <w:rPr>
          <w:rFonts w:ascii="微软雅黑" w:eastAsia="微软雅黑" w:hAnsi="微软雅黑" w:cs="微软雅黑" w:hint="eastAsia"/>
          <w:lang w:eastAsia="zh-CN"/>
        </w:rPr>
        <w:t>用牵手代替，抖动表示信号。</w:t>
      </w:r>
    </w:p>
    <w:p>
      <w:pPr>
        <w:pStyle w:val="Heading3"/>
      </w:pPr>
      <w:r>
        <w:rPr>
          <w:rFonts w:ascii="微软雅黑" w:hAnsi="微软雅黑" w:eastAsia="微软雅黑" w:cs="微软雅黑" w:hint="eastAsia"/>
          <w:b w:val="0"/>
          <w:color w:val="1A237E"/>
          <w:sz w:val="20"/>
          <w:lang w:eastAsia="zh-CN"/>
        </w:rPr>
        <w:t>四、教学过程（以示范课真实活动为骨架扩写）</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w:t>
            </w:r>
            <w:r>
              <w:rPr>
                <w:sz w:val="18"/>
              </w:rPr>
              <w:t xml:space="preserve"> </w:t>
            </w:r>
            <w:r>
              <w:rPr>
                <w:sz w:val="18"/>
              </w:rPr>
              <w:t>·</w:t>
            </w:r>
            <w:r>
              <w:rPr>
                <w:sz w:val="18"/>
              </w:rPr>
              <w:t xml:space="preserve"> </w:t>
            </w:r>
            <w:r>
              <w:rPr>
                <w:sz w:val="18"/>
              </w:rPr>
              <w:t>网络概念</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提问：</w:t>
            </w:r>
            <w:r>
              <w:rPr>
                <w:sz w:val="18"/>
              </w:rPr>
              <w:t xml:space="preserve"> </w:t>
            </w:r>
            <w:r>
              <w:rPr>
                <w:sz w:val="18"/>
              </w:rPr>
              <w:t>"</w:t>
            </w:r>
            <w:r>
              <w:rPr>
                <w:sz w:val="18"/>
              </w:rPr>
              <w:t xml:space="preserve"> </w:t>
            </w:r>
            <w:r>
              <w:rPr>
                <w:sz w:val="18"/>
              </w:rPr>
              <w:t>你见过哪些网络？它们有什么共同特点？</w:t>
            </w:r>
            <w:r>
              <w:rPr>
                <w:sz w:val="18"/>
              </w:rPr>
              <w:t xml:space="preserve"> </w:t>
            </w:r>
            <w:r>
              <w:rPr>
                <w:sz w:val="18"/>
              </w:rPr>
              <w:t>""</w:t>
            </w:r>
            <w:r>
              <w:rPr>
                <w:sz w:val="18"/>
              </w:rPr>
              <w:t xml:space="preserve"> </w:t>
            </w:r>
            <w:r>
              <w:rPr>
                <w:sz w:val="18"/>
              </w:rPr>
              <w:t>人脑里有没有网络？</w:t>
            </w:r>
            <w:r>
              <w:rPr>
                <w:sz w:val="18"/>
              </w:rPr>
              <w:t xml:space="preserve"> </w:t>
            </w:r>
            <w:r>
              <w:rPr>
                <w:sz w:val="18"/>
              </w:rPr>
              <w:t>"②</w:t>
            </w:r>
            <w:r>
              <w:rPr>
                <w:sz w:val="18"/>
              </w:rPr>
              <w:t xml:space="preserve"> </w:t>
            </w:r>
            <w:r>
              <w:rPr>
                <w:sz w:val="18"/>
              </w:rPr>
              <w:t>点题：</w:t>
            </w:r>
            <w:r>
              <w:rPr>
                <w:sz w:val="18"/>
              </w:rPr>
              <w:t xml:space="preserve"> </w:t>
            </w:r>
            <w:r>
              <w:rPr>
                <w:sz w:val="18"/>
              </w:rPr>
              <w:t>"</w:t>
            </w:r>
            <w:r>
              <w:rPr>
                <w:sz w:val="18"/>
              </w:rPr>
              <w:t xml:space="preserve"> </w:t>
            </w:r>
            <w:r>
              <w:rPr>
                <w:sz w:val="18"/>
              </w:rPr>
              <w:t>人工神经网络是个绕不过去的知识点。</w:t>
            </w:r>
            <w:r>
              <w:rPr>
                <w:sz w:val="18"/>
              </w:rPr>
              <w:t xml:space="preserve"> </w:t>
            </w:r>
            <w:r>
              <w:rPr>
                <w:sz w:val="18"/>
              </w:rPr>
              <w:t>""</w:t>
            </w:r>
            <w:r>
              <w:rPr>
                <w:sz w:val="18"/>
              </w:rPr>
              <w:t xml:space="preserve"> </w:t>
            </w:r>
            <w:r>
              <w:rPr>
                <w:sz w:val="18"/>
              </w:rPr>
              <w:t>点和点之间通过线连在一起，就构成了网络。</w:t>
            </w:r>
            <w:r>
              <w:rPr>
                <w:sz w:val="18"/>
              </w:rPr>
              <w:t xml:space="preserve"> </w:t>
            </w:r>
            <w:r>
              <w:rPr>
                <w:sz w:val="18"/>
              </w:rPr>
              <w:t>"③</w:t>
            </w:r>
            <w:r>
              <w:rPr>
                <w:sz w:val="18"/>
              </w:rPr>
              <w:t xml:space="preserve"> </w:t>
            </w:r>
            <w:r>
              <w:rPr>
                <w:sz w:val="18"/>
              </w:rPr>
              <w:t>展示神经元图：</w:t>
            </w:r>
            <w:r>
              <w:rPr>
                <w:sz w:val="18"/>
              </w:rPr>
              <w:t xml:space="preserve"> </w:t>
            </w:r>
            <w:r>
              <w:rPr>
                <w:sz w:val="18"/>
              </w:rPr>
              <w:t>"</w:t>
            </w:r>
            <w:r>
              <w:rPr>
                <w:sz w:val="18"/>
              </w:rPr>
              <w:t xml:space="preserve"> </w:t>
            </w:r>
            <w:r>
              <w:rPr>
                <w:sz w:val="18"/>
              </w:rPr>
              <w:t>总连接数可以达到百万亿的级别</w:t>
            </w:r>
            <w:r>
              <w:rPr>
                <w:sz w:val="18"/>
              </w:rPr>
              <w:t xml:space="preserve"> </w:t>
            </w:r>
            <w:r>
              <w:rPr>
                <w:sz w:val="18"/>
              </w:rPr>
              <w:t>"</w:t>
            </w:r>
            <w:r>
              <w:rPr>
                <w:sz w:val="18"/>
              </w:rPr>
              <w:t xml:space="preserve"> </w:t>
            </w:r>
            <w:r>
              <w:rPr>
                <w:sz w:val="18"/>
              </w:rPr>
              <w:t>，能耗约</w:t>
            </w:r>
            <w:r>
              <w:rPr>
                <w:sz w:val="18"/>
              </w:rPr>
              <w:t xml:space="preserve"> </w:t>
            </w:r>
            <w:r>
              <w:rPr>
                <w:sz w:val="18"/>
              </w:rPr>
              <w:t>20</w:t>
            </w:r>
            <w:r>
              <w:rPr>
                <w:sz w:val="18"/>
              </w:rPr>
              <w:t xml:space="preserve"> </w:t>
            </w:r>
            <w:r>
              <w:rPr>
                <w:sz w:val="18"/>
              </w:rPr>
              <w:t>瓦</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列举网络（电网、交通网、互联网）；观察神经元图；惊叹人脑高效</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从生活网络自然过渡到神经网络，激发好奇</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w:t>
            </w:r>
            <w:r>
              <w:rPr>
                <w:sz w:val="18"/>
              </w:rPr>
              <w:t xml:space="preserve"> </w:t>
            </w:r>
            <w:r>
              <w:rPr>
                <w:sz w:val="18"/>
              </w:rPr>
              <w:t>生物神经元与扮演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简介麦卡洛克</w:t>
            </w:r>
            <w:r>
              <w:rPr>
                <w:sz w:val="18"/>
              </w:rPr>
              <w:t xml:space="preserve"> </w:t>
            </w:r>
            <w:r>
              <w:rPr>
                <w:sz w:val="18"/>
              </w:rPr>
              <w:t>-</w:t>
            </w:r>
            <w:r>
              <w:rPr>
                <w:sz w:val="18"/>
              </w:rPr>
              <w:t xml:space="preserve"> </w:t>
            </w:r>
            <w:r>
              <w:rPr>
                <w:sz w:val="18"/>
              </w:rPr>
              <w:t>皮茨模型：最早用数学描述神经元，可实现布尔逻辑（与或非）。</w:t>
            </w:r>
            <w:r>
              <w:rPr>
                <w:sz w:val="18"/>
              </w:rPr>
              <w:t xml:space="preserve"> </w:t>
            </w:r>
            <w:r>
              <w:rPr>
                <w:sz w:val="18"/>
              </w:rPr>
              <w:t>②</w:t>
            </w:r>
            <w:r>
              <w:rPr>
                <w:sz w:val="18"/>
              </w:rPr>
              <w:t xml:space="preserve"> </w:t>
            </w:r>
            <w:r>
              <w:rPr>
                <w:sz w:val="18"/>
              </w:rPr>
              <w:t>组织：</w:t>
            </w:r>
            <w:r>
              <w:rPr>
                <w:sz w:val="18"/>
              </w:rPr>
              <w:t xml:space="preserve"> </w:t>
            </w:r>
            <w:r>
              <w:rPr>
                <w:sz w:val="18"/>
              </w:rPr>
              <w:t>"</w:t>
            </w:r>
            <w:r>
              <w:rPr>
                <w:sz w:val="18"/>
              </w:rPr>
              <w:t xml:space="preserve"> </w:t>
            </w:r>
            <w:r>
              <w:rPr>
                <w:sz w:val="18"/>
              </w:rPr>
              <w:t>现在让每个同学都扮演一个神经元。</w:t>
            </w:r>
            <w:r>
              <w:rPr>
                <w:sz w:val="18"/>
              </w:rPr>
              <w:t xml:space="preserve"> </w:t>
            </w:r>
            <w:r>
              <w:rPr>
                <w:sz w:val="18"/>
              </w:rPr>
              <w:t>"4</w:t>
            </w:r>
            <w:r>
              <w:rPr>
                <w:sz w:val="18"/>
              </w:rPr>
              <w:t xml:space="preserve"> </w:t>
            </w:r>
            <w:r>
              <w:rPr>
                <w:sz w:val="18"/>
              </w:rPr>
              <w:t>人一组用绳连接：抖动绳</w:t>
            </w:r>
            <w:r>
              <w:rPr>
                <w:sz w:val="18"/>
              </w:rPr>
              <w:t xml:space="preserve"> </w:t>
            </w:r>
            <w:r>
              <w:rPr>
                <w:sz w:val="18"/>
              </w:rPr>
              <w:t>=</w:t>
            </w:r>
            <w:r>
              <w:rPr>
                <w:sz w:val="18"/>
              </w:rPr>
              <w:t xml:space="preserve"> </w:t>
            </w:r>
            <w:r>
              <w:rPr>
                <w:sz w:val="18"/>
              </w:rPr>
              <w:t>信号。规则</w:t>
            </w:r>
            <w:r>
              <w:rPr>
                <w:sz w:val="18"/>
              </w:rPr>
              <w:t xml:space="preserve"> </w:t>
            </w:r>
            <w:r>
              <w:rPr>
                <w:sz w:val="18"/>
              </w:rPr>
              <w:t>——</w:t>
            </w:r>
            <w:r>
              <w:rPr>
                <w:sz w:val="18"/>
              </w:rPr>
              <w:t xml:space="preserve"> </w:t>
            </w:r>
            <w:r>
              <w:rPr>
                <w:b/>
                <w:sz w:val="18"/>
              </w:rPr>
              <w:t>与</w:t>
            </w:r>
            <w:r>
              <w:rPr>
                <w:sz w:val="18"/>
              </w:rPr>
              <w:t xml:space="preserve"> ：两人同时抖才传； </w:t>
            </w:r>
            <w:r>
              <w:rPr>
                <w:b/>
                <w:sz w:val="18"/>
              </w:rPr>
              <w:t>或</w:t>
            </w:r>
            <w:r>
              <w:rPr>
                <w:sz w:val="18"/>
              </w:rPr>
              <w:t xml:space="preserve"> ：任一人抖即传； </w:t>
            </w:r>
            <w:r>
              <w:rPr>
                <w:b/>
                <w:sz w:val="18"/>
              </w:rPr>
              <w:t>非</w:t>
            </w:r>
            <w:r>
              <w:rPr>
                <w:sz w:val="18"/>
              </w:rPr>
              <w:t xml:space="preserve"> </w:t>
            </w:r>
            <w:r>
              <w:rPr>
                <w:sz w:val="18"/>
              </w:rPr>
              <w:t>：输入输出相反。</w:t>
            </w:r>
            <w:r>
              <w:rPr>
                <w:sz w:val="18"/>
              </w:rPr>
              <w:t xml:space="preserve"> </w:t>
            </w:r>
            <w:r>
              <w:rPr>
                <w:sz w:val="18"/>
              </w:rPr>
              <w:t>③</w:t>
            </w:r>
            <w:r>
              <w:rPr>
                <w:sz w:val="18"/>
              </w:rPr>
              <w:t xml:space="preserve"> </w:t>
            </w:r>
            <w:r>
              <w:rPr>
                <w:sz w:val="18"/>
              </w:rPr>
              <w:t>验证真值表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人拉绳扮演神经元，按规则抖动验证与</w:t>
            </w:r>
            <w:r>
              <w:rPr>
                <w:sz w:val="18"/>
              </w:rPr>
              <w:t xml:space="preserve"> </w:t>
            </w:r>
            <w:r>
              <w:rPr>
                <w:sz w:val="18"/>
              </w:rPr>
              <w:t>/</w:t>
            </w:r>
            <w:r>
              <w:rPr>
                <w:sz w:val="18"/>
              </w:rPr>
              <w:t xml:space="preserve"> </w:t>
            </w:r>
            <w:r>
              <w:rPr>
                <w:sz w:val="18"/>
              </w:rPr>
              <w:t>或</w:t>
            </w:r>
            <w:r>
              <w:rPr>
                <w:sz w:val="18"/>
              </w:rPr>
              <w:t xml:space="preserve"> </w:t>
            </w:r>
            <w:r>
              <w:rPr>
                <w:sz w:val="18"/>
              </w:rPr>
              <w:t>/</w:t>
            </w:r>
            <w:r>
              <w:rPr>
                <w:sz w:val="18"/>
              </w:rPr>
              <w:t xml:space="preserve"> </w:t>
            </w:r>
            <w:r>
              <w:rPr>
                <w:sz w:val="18"/>
              </w:rPr>
              <w:t>非；对照真值表确认</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身体参与，把抽象逻辑变成可感游戏，落实重点</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建构</w:t>
            </w:r>
            <w:r>
              <w:rPr>
                <w:sz w:val="18"/>
              </w:rPr>
              <w:t xml:space="preserve"> </w:t>
            </w:r>
            <w:r>
              <w:rPr>
                <w:sz w:val="18"/>
              </w:rPr>
              <w:t>·</w:t>
            </w:r>
            <w:r>
              <w:rPr>
                <w:sz w:val="18"/>
              </w:rPr>
              <w:t xml:space="preserve"> </w:t>
            </w:r>
            <w:r>
              <w:rPr>
                <w:sz w:val="18"/>
              </w:rPr>
              <w:t>感知机</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出示感知机流程：</w:t>
            </w:r>
            <w:r>
              <w:rPr>
                <w:sz w:val="18"/>
              </w:rPr>
              <w:t xml:space="preserve"> </w:t>
            </w:r>
            <w:r>
              <w:rPr>
                <w:sz w:val="18"/>
              </w:rPr>
              <w:t>"</w:t>
            </w:r>
            <w:r>
              <w:rPr>
                <w:sz w:val="18"/>
              </w:rPr>
              <w:t xml:space="preserve"> </w:t>
            </w:r>
            <w:r>
              <w:rPr>
                <w:sz w:val="18"/>
              </w:rPr>
              <w:t>输入</w:t>
            </w:r>
            <w:r>
              <w:rPr>
                <w:sz w:val="18"/>
              </w:rPr>
              <w:t xml:space="preserve"> </w:t>
            </w:r>
            <w:r>
              <w:rPr>
                <w:sz w:val="18"/>
              </w:rPr>
              <w:t>x1-x4</w:t>
            </w:r>
            <w:r>
              <w:rPr>
                <w:sz w:val="18"/>
              </w:rPr>
              <w:t xml:space="preserve"> </w:t>
            </w:r>
            <w:r>
              <w:rPr>
                <w:sz w:val="18"/>
              </w:rPr>
              <w:t>，经过加权求和，再经过激活函数</w:t>
            </w:r>
            <w:r>
              <w:rPr>
                <w:sz w:val="18"/>
              </w:rPr>
              <w:t xml:space="preserve"> </w:t>
            </w:r>
            <w:r>
              <w:rPr>
                <w:sz w:val="18"/>
              </w:rPr>
              <w:t>f</w:t>
            </w:r>
            <w:r>
              <w:rPr>
                <w:sz w:val="18"/>
              </w:rPr>
              <w:t xml:space="preserve"> </w:t>
            </w:r>
            <w:r>
              <w:rPr>
                <w:sz w:val="18"/>
              </w:rPr>
              <w:t>来判断，输出</w:t>
            </w:r>
            <w:r>
              <w:rPr>
                <w:sz w:val="18"/>
              </w:rPr>
              <w:t xml:space="preserve"> </w:t>
            </w:r>
            <w:r>
              <w:rPr>
                <w:sz w:val="18"/>
              </w:rPr>
              <w:t>y</w:t>
            </w:r>
            <w:r>
              <w:rPr>
                <w:sz w:val="18"/>
              </w:rPr>
              <w:t xml:space="preserve"> </w:t>
            </w:r>
            <w:r>
              <w:rPr>
                <w:sz w:val="18"/>
              </w:rPr>
              <w:t>。</w:t>
            </w:r>
            <w:r>
              <w:rPr>
                <w:sz w:val="18"/>
              </w:rPr>
              <w:t xml:space="preserve"> </w:t>
            </w:r>
            <w:r>
              <w:rPr>
                <w:sz w:val="18"/>
              </w:rPr>
              <w:t>"②</w:t>
            </w:r>
            <w:r>
              <w:rPr>
                <w:sz w:val="18"/>
              </w:rPr>
              <w:t xml:space="preserve"> </w:t>
            </w:r>
            <w:r>
              <w:rPr>
                <w:sz w:val="18"/>
              </w:rPr>
              <w:t>简化为</w:t>
            </w:r>
            <w:r>
              <w:rPr>
                <w:sz w:val="18"/>
              </w:rPr>
              <w:t xml:space="preserve"> </w:t>
            </w:r>
            <w:r>
              <w:rPr>
                <w:sz w:val="18"/>
              </w:rPr>
              <w:t>"</w:t>
            </w:r>
            <w:r>
              <w:rPr>
                <w:sz w:val="18"/>
              </w:rPr>
              <w:t xml:space="preserve"> </w:t>
            </w:r>
            <w:r>
              <w:rPr>
                <w:sz w:val="18"/>
              </w:rPr>
              <w:t>加权求和，够不够大决定输出</w:t>
            </w:r>
            <w:r>
              <w:rPr>
                <w:sz w:val="18"/>
              </w:rPr>
              <w:t xml:space="preserve"> </w:t>
            </w:r>
            <w:r>
              <w:rPr>
                <w:sz w:val="18"/>
              </w:rPr>
              <w:t>"</w:t>
            </w:r>
            <w:r>
              <w:rPr>
                <w:sz w:val="18"/>
              </w:rPr>
              <w:t xml:space="preserve"> </w:t>
            </w:r>
            <w:r>
              <w:rPr>
                <w:sz w:val="18"/>
              </w:rPr>
              <w:t>，说明权重</w:t>
            </w:r>
            <w:r>
              <w:rPr>
                <w:sz w:val="18"/>
              </w:rPr>
              <w:t xml:space="preserve"> </w:t>
            </w:r>
            <w:r>
              <w:rPr>
                <w:sz w:val="18"/>
              </w:rPr>
              <w:t>w</w:t>
            </w:r>
            <w:r>
              <w:rPr>
                <w:sz w:val="18"/>
              </w:rPr>
              <w:t xml:space="preserve"> </w:t>
            </w:r>
            <w:r>
              <w:rPr>
                <w:sz w:val="18"/>
              </w:rPr>
              <w:t>的作用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看流程图，跟说</w:t>
            </w:r>
            <w:r>
              <w:rPr>
                <w:sz w:val="18"/>
              </w:rPr>
              <w:t xml:space="preserve"> </w:t>
            </w:r>
            <w:r>
              <w:rPr>
                <w:sz w:val="18"/>
              </w:rPr>
              <w:t>"</w:t>
            </w:r>
            <w:r>
              <w:rPr>
                <w:sz w:val="18"/>
              </w:rPr>
              <w:t xml:space="preserve"> </w:t>
            </w:r>
            <w:r>
              <w:rPr>
                <w:sz w:val="18"/>
              </w:rPr>
              <w:t>输入</w:t>
            </w:r>
            <w:r>
              <w:rPr>
                <w:sz w:val="18"/>
              </w:rPr>
              <w:t xml:space="preserve"> </w:t>
            </w:r>
            <w:r>
              <w:rPr>
                <w:sz w:val="18"/>
              </w:rPr>
              <w:t>→</w:t>
            </w:r>
            <w:r>
              <w:rPr>
                <w:sz w:val="18"/>
              </w:rPr>
              <w:t xml:space="preserve"> </w:t>
            </w:r>
            <w:r>
              <w:rPr>
                <w:sz w:val="18"/>
              </w:rPr>
              <w:t>加权求和</w:t>
            </w:r>
            <w:r>
              <w:rPr>
                <w:sz w:val="18"/>
              </w:rPr>
              <w:t xml:space="preserve"> </w:t>
            </w:r>
            <w:r>
              <w:rPr>
                <w:sz w:val="18"/>
              </w:rPr>
              <w:t>→</w:t>
            </w:r>
            <w:r>
              <w:rPr>
                <w:sz w:val="18"/>
              </w:rPr>
              <w:t xml:space="preserve"> </w:t>
            </w:r>
            <w:r>
              <w:rPr>
                <w:sz w:val="18"/>
              </w:rPr>
              <w:t>激活</w:t>
            </w:r>
            <w:r>
              <w:rPr>
                <w:sz w:val="18"/>
              </w:rPr>
              <w:t xml:space="preserve"> </w:t>
            </w:r>
            <w:r>
              <w:rPr>
                <w:sz w:val="18"/>
              </w:rPr>
              <w:t>→</w:t>
            </w:r>
            <w:r>
              <w:rPr>
                <w:sz w:val="18"/>
              </w:rPr>
              <w:t xml:space="preserve"> </w:t>
            </w:r>
            <w:r>
              <w:rPr>
                <w:sz w:val="18"/>
              </w:rPr>
              <w:t>输出</w:t>
            </w:r>
            <w:r>
              <w:rPr>
                <w:sz w:val="18"/>
              </w:rPr>
              <w:t xml:space="preserve"> </w:t>
            </w:r>
            <w:r>
              <w:rPr>
                <w:sz w:val="18"/>
              </w:rPr>
              <w:t>"</w:t>
            </w:r>
            <w:r>
              <w:rPr>
                <w:sz w:val="18"/>
              </w:rPr>
              <w:t xml:space="preserve"> </w:t>
            </w:r>
            <w:r>
              <w:rPr>
                <w:sz w:val="18"/>
              </w:rPr>
              <w:t>；用</w:t>
            </w:r>
            <w:r>
              <w:rPr>
                <w:sz w:val="18"/>
              </w:rPr>
              <w:t xml:space="preserve"> </w:t>
            </w:r>
            <w:r>
              <w:rPr>
                <w:sz w:val="18"/>
              </w:rPr>
              <w:t>"</w:t>
            </w:r>
            <w:r>
              <w:rPr>
                <w:sz w:val="18"/>
              </w:rPr>
              <w:t xml:space="preserve"> </w:t>
            </w:r>
            <w:r>
              <w:rPr>
                <w:sz w:val="18"/>
              </w:rPr>
              <w:t>打分</w:t>
            </w:r>
            <w:r>
              <w:rPr>
                <w:sz w:val="18"/>
              </w:rPr>
              <w:t xml:space="preserve"> </w:t>
            </w:r>
            <w:r>
              <w:rPr>
                <w:sz w:val="18"/>
              </w:rPr>
              <w:t>"</w:t>
            </w:r>
            <w:r>
              <w:rPr>
                <w:sz w:val="18"/>
              </w:rPr>
              <w:t xml:space="preserve"> </w:t>
            </w:r>
            <w:r>
              <w:rPr>
                <w:sz w:val="18"/>
              </w:rPr>
              <w:t>类比权重</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建立模型整体框架，为</w:t>
            </w:r>
            <w:r>
              <w:rPr>
                <w:sz w:val="18"/>
              </w:rPr>
              <w:t xml:space="preserve"> </w:t>
            </w:r>
            <w:r>
              <w:rPr>
                <w:sz w:val="18"/>
              </w:rPr>
              <w:t>XOR</w:t>
            </w:r>
            <w:r>
              <w:rPr>
                <w:sz w:val="18"/>
              </w:rPr>
              <w:t xml:space="preserve"> </w:t>
            </w:r>
            <w:r>
              <w:rPr>
                <w:sz w:val="18"/>
              </w:rPr>
              <w:t>铺垫</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突破</w:t>
            </w:r>
            <w:r>
              <w:rPr>
                <w:sz w:val="18"/>
              </w:rPr>
              <w:t xml:space="preserve"> </w:t>
            </w:r>
            <w:r>
              <w:rPr>
                <w:sz w:val="18"/>
              </w:rPr>
              <w:t>·XOR</w:t>
            </w:r>
            <w:r>
              <w:rPr>
                <w:sz w:val="18"/>
              </w:rPr>
              <w:t xml:space="preserve"> </w:t>
            </w:r>
            <w:r>
              <w:rPr>
                <w:sz w:val="18"/>
              </w:rPr>
              <w:t>与多层网络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先让学生用单门（与门或或门）试实现</w:t>
            </w:r>
            <w:r>
              <w:rPr>
                <w:sz w:val="18"/>
              </w:rPr>
              <w:t xml:space="preserve"> </w:t>
            </w:r>
            <w:r>
              <w:rPr>
                <w:sz w:val="18"/>
              </w:rPr>
              <w:t>XOR</w:t>
            </w:r>
            <w:r>
              <w:rPr>
                <w:sz w:val="18"/>
              </w:rPr>
              <w:t xml:space="preserve"> </w:t>
            </w:r>
            <w:r>
              <w:rPr>
                <w:sz w:val="18"/>
              </w:rPr>
              <w:t>（</w:t>
            </w:r>
            <w:r>
              <w:rPr>
                <w:sz w:val="18"/>
              </w:rPr>
              <w:t xml:space="preserve"> </w:t>
            </w:r>
            <w:r>
              <w:rPr>
                <w:sz w:val="18"/>
              </w:rPr>
              <w:t>00→0</w:t>
            </w:r>
            <w:r>
              <w:rPr>
                <w:sz w:val="18"/>
              </w:rPr>
              <w:t xml:space="preserve"> </w:t>
            </w:r>
            <w:r>
              <w:rPr>
                <w:sz w:val="18"/>
              </w:rPr>
              <w:t>、</w:t>
            </w:r>
            <w:r>
              <w:rPr>
                <w:sz w:val="18"/>
              </w:rPr>
              <w:t xml:space="preserve"> </w:t>
            </w:r>
            <w:r>
              <w:rPr>
                <w:sz w:val="18"/>
              </w:rPr>
              <w:t>01→1</w:t>
            </w:r>
            <w:r>
              <w:rPr>
                <w:sz w:val="18"/>
              </w:rPr>
              <w:t xml:space="preserve"> </w:t>
            </w:r>
            <w:r>
              <w:rPr>
                <w:sz w:val="18"/>
              </w:rPr>
              <w:t>、</w:t>
            </w:r>
            <w:r>
              <w:rPr>
                <w:sz w:val="18"/>
              </w:rPr>
              <w:t xml:space="preserve"> </w:t>
            </w:r>
            <w:r>
              <w:rPr>
                <w:sz w:val="18"/>
              </w:rPr>
              <w:t>10→1</w:t>
            </w:r>
            <w:r>
              <w:rPr>
                <w:sz w:val="18"/>
              </w:rPr>
              <w:t xml:space="preserve"> </w:t>
            </w:r>
            <w:r>
              <w:rPr>
                <w:sz w:val="18"/>
              </w:rPr>
              <w:t>、</w:t>
            </w:r>
            <w:r>
              <w:rPr>
                <w:sz w:val="18"/>
              </w:rPr>
              <w:t xml:space="preserve"> </w:t>
            </w:r>
            <w:r>
              <w:rPr>
                <w:sz w:val="18"/>
              </w:rPr>
              <w:t>11→0</w:t>
            </w:r>
            <w:r>
              <w:rPr>
                <w:sz w:val="18"/>
              </w:rPr>
              <w:t xml:space="preserve"> </w:t>
            </w:r>
            <w:r>
              <w:rPr>
                <w:sz w:val="18"/>
              </w:rPr>
              <w:t>），发现不行。教师追问：</w:t>
            </w:r>
            <w:r>
              <w:rPr>
                <w:sz w:val="18"/>
              </w:rPr>
              <w:t xml:space="preserve"> </w:t>
            </w:r>
            <w:r>
              <w:rPr>
                <w:sz w:val="18"/>
              </w:rPr>
              <w:t>"</w:t>
            </w:r>
            <w:r>
              <w:rPr>
                <w:sz w:val="18"/>
              </w:rPr>
              <w:t xml:space="preserve"> </w:t>
            </w:r>
            <w:r>
              <w:rPr>
                <w:sz w:val="18"/>
              </w:rPr>
              <w:t>一个神经元太</w:t>
            </w:r>
            <w:r>
              <w:rPr>
                <w:sz w:val="18"/>
              </w:rPr>
              <w:t xml:space="preserve"> </w:t>
            </w:r>
            <w:r>
              <w:rPr>
                <w:sz w:val="18"/>
              </w:rPr>
              <w:t>‘</w:t>
            </w:r>
            <w:r>
              <w:rPr>
                <w:sz w:val="18"/>
              </w:rPr>
              <w:t xml:space="preserve"> </w:t>
            </w:r>
            <w:r>
              <w:rPr>
                <w:sz w:val="18"/>
              </w:rPr>
              <w:t>单纯</w:t>
            </w:r>
            <w:r>
              <w:rPr>
                <w:sz w:val="18"/>
              </w:rPr>
              <w:t xml:space="preserve"> </w:t>
            </w:r>
            <w:r>
              <w:rPr>
                <w:sz w:val="18"/>
              </w:rPr>
              <w:t>’</w:t>
            </w:r>
            <w:r>
              <w:rPr>
                <w:sz w:val="18"/>
              </w:rPr>
              <w:t xml:space="preserve"> </w:t>
            </w:r>
            <w:r>
              <w:rPr>
                <w:sz w:val="18"/>
              </w:rPr>
              <w:t>，只会一种逻辑，遇到</w:t>
            </w:r>
            <w:r>
              <w:rPr>
                <w:sz w:val="18"/>
              </w:rPr>
              <w:t xml:space="preserve"> </w:t>
            </w:r>
            <w:r>
              <w:rPr>
                <w:sz w:val="18"/>
              </w:rPr>
              <w:t>‘</w:t>
            </w:r>
            <w:r>
              <w:rPr>
                <w:sz w:val="18"/>
              </w:rPr>
              <w:t xml:space="preserve"> </w:t>
            </w:r>
            <w:r>
              <w:rPr>
                <w:sz w:val="18"/>
              </w:rPr>
              <w:t>相同为</w:t>
            </w:r>
            <w:r>
              <w:rPr>
                <w:sz w:val="18"/>
              </w:rPr>
              <w:t xml:space="preserve"> </w:t>
            </w:r>
            <w:r>
              <w:rPr>
                <w:sz w:val="18"/>
              </w:rPr>
              <w:t>0</w:t>
            </w:r>
            <w:r>
              <w:rPr>
                <w:sz w:val="18"/>
              </w:rPr>
              <w:t xml:space="preserve"> </w:t>
            </w:r>
            <w:r>
              <w:rPr>
                <w:sz w:val="18"/>
              </w:rPr>
              <w:t>、不同为</w:t>
            </w:r>
            <w:r>
              <w:rPr>
                <w:sz w:val="18"/>
              </w:rPr>
              <w:t xml:space="preserve"> </w:t>
            </w:r>
            <w:r>
              <w:rPr>
                <w:sz w:val="18"/>
              </w:rPr>
              <w:t>1’</w:t>
            </w:r>
            <w:r>
              <w:rPr>
                <w:sz w:val="18"/>
              </w:rPr>
              <w:t xml:space="preserve"> </w:t>
            </w:r>
            <w:r>
              <w:rPr>
                <w:sz w:val="18"/>
              </w:rPr>
              <w:t>就懵了，怎么办？</w:t>
            </w:r>
            <w:r>
              <w:rPr>
                <w:sz w:val="18"/>
              </w:rPr>
              <w:t xml:space="preserve"> </w:t>
            </w:r>
            <w:r>
              <w:rPr>
                <w:sz w:val="18"/>
              </w:rPr>
              <w:t>"②</w:t>
            </w:r>
            <w:r>
              <w:rPr>
                <w:sz w:val="18"/>
              </w:rPr>
              <w:t xml:space="preserve"> </w:t>
            </w:r>
            <w:r>
              <w:rPr>
                <w:sz w:val="18"/>
              </w:rPr>
              <w:t>给出两层方案：</w:t>
            </w:r>
            <w:r>
              <w:rPr>
                <w:sz w:val="18"/>
              </w:rPr>
              <w:t xml:space="preserve"> </w:t>
            </w:r>
            <w:r>
              <w:rPr>
                <w:sz w:val="18"/>
              </w:rPr>
              <w:t>"Y = (A OR B) AND NOT(A AND B)</w:t>
            </w:r>
            <w:r>
              <w:rPr>
                <w:sz w:val="18"/>
              </w:rPr>
              <w:t xml:space="preserve"> </w:t>
            </w:r>
            <w:r>
              <w:rPr>
                <w:sz w:val="18"/>
              </w:rPr>
              <w:t>。</w:t>
            </w:r>
            <w:r>
              <w:rPr>
                <w:sz w:val="18"/>
              </w:rPr>
              <w:t xml:space="preserve"> </w:t>
            </w:r>
            <w:r>
              <w:rPr>
                <w:sz w:val="18"/>
              </w:rPr>
              <w:t>"</w:t>
            </w:r>
            <w:r>
              <w:rPr>
                <w:sz w:val="18"/>
              </w:rPr>
              <w:t xml:space="preserve"> </w:t>
            </w:r>
            <w:r>
              <w:rPr>
                <w:sz w:val="18"/>
              </w:rPr>
              <w:t>即</w:t>
            </w:r>
            <w:r>
              <w:rPr>
                <w:sz w:val="18"/>
              </w:rPr>
              <w:t xml:space="preserve"> </w:t>
            </w:r>
            <w:r>
              <w:rPr>
                <w:sz w:val="18"/>
              </w:rPr>
              <w:t>N1=A AND B</w:t>
            </w:r>
            <w:r>
              <w:rPr>
                <w:sz w:val="18"/>
              </w:rPr>
              <w:t xml:space="preserve"> </w:t>
            </w:r>
            <w:r>
              <w:rPr>
                <w:sz w:val="18"/>
              </w:rPr>
              <w:t>，</w:t>
            </w:r>
            <w:r>
              <w:rPr>
                <w:sz w:val="18"/>
              </w:rPr>
              <w:t xml:space="preserve"> </w:t>
            </w:r>
            <w:r>
              <w:rPr>
                <w:sz w:val="18"/>
              </w:rPr>
              <w:t>N2=A OR B</w:t>
            </w:r>
            <w:r>
              <w:rPr>
                <w:sz w:val="18"/>
              </w:rPr>
              <w:t xml:space="preserve"> </w:t>
            </w:r>
            <w:r>
              <w:rPr>
                <w:sz w:val="18"/>
              </w:rPr>
              <w:t>，</w:t>
            </w:r>
            <w:r>
              <w:rPr>
                <w:sz w:val="18"/>
              </w:rPr>
              <w:t xml:space="preserve"> </w:t>
            </w:r>
            <w:r>
              <w:rPr>
                <w:sz w:val="18"/>
              </w:rPr>
              <w:t>Y=N2 AND NOT N1——</w:t>
            </w:r>
            <w:r>
              <w:rPr>
                <w:sz w:val="18"/>
              </w:rPr>
              <w:t xml:space="preserve"> </w:t>
            </w:r>
            <w:r>
              <w:rPr>
                <w:sz w:val="18"/>
              </w:rPr>
              <w:t>把两个</w:t>
            </w:r>
            <w:r>
              <w:rPr>
                <w:sz w:val="18"/>
              </w:rPr>
              <w:t xml:space="preserve"> </w:t>
            </w:r>
            <w:r>
              <w:rPr>
                <w:sz w:val="18"/>
              </w:rPr>
              <w:t>‘</w:t>
            </w:r>
            <w:r>
              <w:rPr>
                <w:sz w:val="18"/>
              </w:rPr>
              <w:t xml:space="preserve"> </w:t>
            </w:r>
            <w:r>
              <w:rPr>
                <w:sz w:val="18"/>
              </w:rPr>
              <w:t>单纯</w:t>
            </w:r>
            <w:r>
              <w:rPr>
                <w:sz w:val="18"/>
              </w:rPr>
              <w:t xml:space="preserve"> </w:t>
            </w:r>
            <w:r>
              <w:rPr>
                <w:sz w:val="18"/>
              </w:rPr>
              <w:t>’</w:t>
            </w:r>
            <w:r>
              <w:rPr>
                <w:sz w:val="18"/>
              </w:rPr>
              <w:t xml:space="preserve"> </w:t>
            </w:r>
            <w:r>
              <w:rPr>
                <w:sz w:val="18"/>
              </w:rPr>
              <w:t>的神经元叠起来，就变</w:t>
            </w:r>
            <w:r>
              <w:rPr>
                <w:sz w:val="18"/>
              </w:rPr>
              <w:t xml:space="preserve"> </w:t>
            </w:r>
            <w:r>
              <w:rPr>
                <w:sz w:val="18"/>
              </w:rPr>
              <w:t>‘</w:t>
            </w:r>
            <w:r>
              <w:rPr>
                <w:sz w:val="18"/>
              </w:rPr>
              <w:t xml:space="preserve"> </w:t>
            </w:r>
            <w:r>
              <w:rPr>
                <w:sz w:val="18"/>
              </w:rPr>
              <w:t>聪明</w:t>
            </w:r>
            <w:r>
              <w:rPr>
                <w:sz w:val="18"/>
              </w:rPr>
              <w:t xml:space="preserve"> </w:t>
            </w:r>
            <w:r>
              <w:rPr>
                <w:sz w:val="18"/>
              </w:rPr>
              <w:t>’</w:t>
            </w:r>
            <w:r>
              <w:rPr>
                <w:sz w:val="18"/>
              </w:rPr>
              <w:t xml:space="preserve"> </w:t>
            </w:r>
            <w:r>
              <w:rPr>
                <w:sz w:val="18"/>
              </w:rPr>
              <w:t>了。</w:t>
            </w:r>
            <w:r>
              <w:rPr>
                <w:sz w:val="18"/>
              </w:rPr>
              <w:t xml:space="preserve"> </w:t>
            </w:r>
            <w:r>
              <w:rPr>
                <w:sz w:val="18"/>
              </w:rPr>
              <w:t>③</w:t>
            </w:r>
            <w:r>
              <w:rPr>
                <w:sz w:val="18"/>
              </w:rPr>
              <w:t xml:space="preserve"> </w:t>
            </w:r>
            <w:r>
              <w:rPr>
                <w:sz w:val="18"/>
              </w:rPr>
              <w:t>强调：</w:t>
            </w:r>
            <w:r>
              <w:rPr>
                <w:sz w:val="18"/>
              </w:rPr>
              <w:t xml:space="preserve"> </w:t>
            </w:r>
            <w:r>
              <w:rPr>
                <w:sz w:val="18"/>
              </w:rPr>
              <w:t>"</w:t>
            </w:r>
            <w:r>
              <w:rPr>
                <w:sz w:val="18"/>
              </w:rPr>
              <w:t xml:space="preserve"> </w:t>
            </w:r>
            <w:r>
              <w:rPr>
                <w:sz w:val="18"/>
              </w:rPr>
              <w:t>其实都是由这些最简单的</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或</w:t>
            </w:r>
            <w:r>
              <w:rPr>
                <w:sz w:val="18"/>
              </w:rPr>
              <w:t xml:space="preserve"> </w:t>
            </w:r>
            <w:r>
              <w:rPr>
                <w:sz w:val="18"/>
              </w:rPr>
              <w:t>’‘</w:t>
            </w:r>
            <w:r>
              <w:rPr>
                <w:sz w:val="18"/>
              </w:rPr>
              <w:t xml:space="preserve"> </w:t>
            </w:r>
            <w:r>
              <w:rPr>
                <w:sz w:val="18"/>
              </w:rPr>
              <w:t>非</w:t>
            </w:r>
            <w:r>
              <w:rPr>
                <w:sz w:val="18"/>
              </w:rPr>
              <w:t xml:space="preserve"> </w:t>
            </w:r>
            <w:r>
              <w:rPr>
                <w:sz w:val="18"/>
              </w:rPr>
              <w:t>’</w:t>
            </w:r>
            <w:r>
              <w:rPr>
                <w:sz w:val="18"/>
              </w:rPr>
              <w:t xml:space="preserve"> </w:t>
            </w:r>
            <w:r>
              <w:rPr>
                <w:sz w:val="18"/>
              </w:rPr>
              <w:t>变来的。</w:t>
            </w:r>
            <w:r>
              <w:rPr>
                <w:sz w:val="18"/>
              </w:rPr>
              <w:t xml:space="preserve"> </w:t>
            </w:r>
            <w:r>
              <w:rPr>
                <w:sz w:val="18"/>
              </w:rPr>
              <w:t>"</w:t>
            </w:r>
            <w:r>
              <w:rPr>
                <w:sz w:val="18"/>
              </w:rPr>
              <w:t xml:space="preserve"> </w:t>
            </w:r>
            <w:r>
              <w:rPr>
                <w:sz w:val="18"/>
              </w:rPr>
              <w:t>并点出：今天的</w:t>
            </w:r>
            <w:r>
              <w:rPr>
                <w:sz w:val="18"/>
              </w:rPr>
              <w:t xml:space="preserve"> </w:t>
            </w:r>
            <w:r>
              <w:rPr>
                <w:sz w:val="18"/>
              </w:rPr>
              <w:t>‘</w:t>
            </w:r>
            <w:r>
              <w:rPr>
                <w:sz w:val="18"/>
              </w:rPr>
              <w:t xml:space="preserve"> </w:t>
            </w:r>
            <w:r>
              <w:rPr>
                <w:sz w:val="18"/>
              </w:rPr>
              <w:t>多层组合</w:t>
            </w:r>
            <w:r>
              <w:rPr>
                <w:sz w:val="18"/>
              </w:rPr>
              <w:t xml:space="preserve"> </w:t>
            </w:r>
            <w:r>
              <w:rPr>
                <w:sz w:val="18"/>
              </w:rPr>
              <w:t>’</w:t>
            </w:r>
            <w:r>
              <w:rPr>
                <w:sz w:val="18"/>
              </w:rPr>
              <w:t xml:space="preserve"> </w:t>
            </w:r>
            <w:r>
              <w:rPr>
                <w:sz w:val="18"/>
              </w:rPr>
              <w:t>正是现代深度学习</w:t>
            </w:r>
            <w:r>
              <w:rPr>
                <w:sz w:val="18"/>
              </w:rPr>
              <w:t xml:space="preserve"> </w:t>
            </w:r>
            <w:r>
              <w:rPr>
                <w:sz w:val="18"/>
              </w:rPr>
              <w:t>‘</w:t>
            </w:r>
            <w:r>
              <w:rPr>
                <w:sz w:val="18"/>
              </w:rPr>
              <w:t xml:space="preserve"> </w:t>
            </w:r>
            <w:r>
              <w:rPr>
                <w:sz w:val="18"/>
              </w:rPr>
              <w:t>层数越深越强</w:t>
            </w:r>
            <w:r>
              <w:rPr>
                <w:sz w:val="18"/>
              </w:rPr>
              <w:t xml:space="preserve"> </w:t>
            </w:r>
            <w:r>
              <w:rPr>
                <w:sz w:val="18"/>
              </w:rPr>
              <w:t>’</w:t>
            </w:r>
            <w:r>
              <w:rPr>
                <w:sz w:val="18"/>
              </w:rPr>
              <w:t xml:space="preserve"> </w:t>
            </w:r>
            <w:r>
              <w:rPr>
                <w:sz w:val="18"/>
              </w:rPr>
              <w:t>的童年版</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尝试单门失败</w:t>
            </w:r>
            <w:r>
              <w:rPr>
                <w:sz w:val="18"/>
              </w:rPr>
              <w:t xml:space="preserve"> </w:t>
            </w:r>
            <w:r>
              <w:rPr>
                <w:sz w:val="18"/>
              </w:rPr>
              <w:t>→</w:t>
            </w:r>
            <w:r>
              <w:rPr>
                <w:sz w:val="18"/>
              </w:rPr>
              <w:t xml:space="preserve"> </w:t>
            </w:r>
            <w:r>
              <w:rPr>
                <w:sz w:val="18"/>
              </w:rPr>
              <w:t>认知冲突；按两层方案用绳</w:t>
            </w:r>
            <w:r>
              <w:rPr>
                <w:sz w:val="18"/>
              </w:rPr>
              <w:t xml:space="preserve"> </w:t>
            </w:r>
            <w:r>
              <w:rPr>
                <w:sz w:val="18"/>
              </w:rPr>
              <w:t>/</w:t>
            </w:r>
            <w:r>
              <w:rPr>
                <w:sz w:val="18"/>
              </w:rPr>
              <w:t xml:space="preserve"> </w:t>
            </w:r>
            <w:r>
              <w:rPr>
                <w:sz w:val="18"/>
              </w:rPr>
              <w:t>电路验证</w:t>
            </w:r>
            <w:r>
              <w:rPr>
                <w:sz w:val="18"/>
              </w:rPr>
              <w:t xml:space="preserve"> </w:t>
            </w:r>
            <w:r>
              <w:rPr>
                <w:sz w:val="18"/>
              </w:rPr>
              <w:t>XOR</w:t>
            </w:r>
            <w:r>
              <w:rPr>
                <w:sz w:val="18"/>
              </w:rPr>
              <w:t xml:space="preserve"> </w:t>
            </w:r>
            <w:r>
              <w:rPr>
                <w:sz w:val="18"/>
              </w:rPr>
              <w:t>真值表全对；体会</w:t>
            </w:r>
            <w:r>
              <w:rPr>
                <w:sz w:val="18"/>
              </w:rPr>
              <w:t xml:space="preserve"> </w:t>
            </w:r>
            <w:r>
              <w:rPr>
                <w:sz w:val="18"/>
              </w:rPr>
              <w:t>"</w:t>
            </w:r>
            <w:r>
              <w:rPr>
                <w:sz w:val="18"/>
              </w:rPr>
              <w:t xml:space="preserve"> </w:t>
            </w:r>
            <w:r>
              <w:rPr>
                <w:sz w:val="18"/>
              </w:rPr>
              <w:t>单层不够、多层才行</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在失败</w:t>
            </w:r>
            <w:r>
              <w:rPr>
                <w:sz w:val="18"/>
              </w:rPr>
              <w:t xml:space="preserve"> </w:t>
            </w:r>
            <w:r>
              <w:rPr>
                <w:sz w:val="18"/>
              </w:rPr>
              <w:t>—</w:t>
            </w:r>
            <w:r>
              <w:rPr>
                <w:sz w:val="18"/>
              </w:rPr>
              <w:t xml:space="preserve"> </w:t>
            </w:r>
            <w:r>
              <w:rPr>
                <w:sz w:val="18"/>
              </w:rPr>
              <w:t>成功中理解</w:t>
            </w:r>
            <w:r>
              <w:rPr>
                <w:sz w:val="18"/>
              </w:rPr>
              <w:t xml:space="preserve"> </w:t>
            </w:r>
            <w:r>
              <w:rPr>
                <w:sz w:val="18"/>
              </w:rPr>
              <w:t>"</w:t>
            </w:r>
            <w:r>
              <w:rPr>
                <w:sz w:val="18"/>
              </w:rPr>
              <w:t xml:space="preserve"> </w:t>
            </w:r>
            <w:r>
              <w:rPr>
                <w:sz w:val="18"/>
              </w:rPr>
              <w:t>多层</w:t>
            </w:r>
            <w:r>
              <w:rPr>
                <w:sz w:val="18"/>
              </w:rPr>
              <w:t xml:space="preserve"> </w:t>
            </w:r>
            <w:r>
              <w:rPr>
                <w:sz w:val="18"/>
              </w:rPr>
              <w:t>"</w:t>
            </w:r>
            <w:r>
              <w:rPr>
                <w:sz w:val="18"/>
              </w:rPr>
              <w:t xml:space="preserve"> </w:t>
            </w:r>
            <w:r>
              <w:rPr>
                <w:sz w:val="18"/>
              </w:rPr>
              <w:t>意义，突破难点，并为深度学习埋下伏笔</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升华</w:t>
            </w:r>
            <w:r>
              <w:rPr>
                <w:sz w:val="18"/>
              </w:rPr>
              <w:t xml:space="preserve"> </w:t>
            </w:r>
            <w:r>
              <w:rPr>
                <w:sz w:val="18"/>
              </w:rPr>
              <w:t>·</w:t>
            </w:r>
            <w:r>
              <w:rPr>
                <w:sz w:val="18"/>
              </w:rPr>
              <w:t xml:space="preserve"> </w:t>
            </w:r>
            <w:r>
              <w:rPr>
                <w:sz w:val="18"/>
              </w:rPr>
              <w:t>从逻辑到大模型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串脉络：</w:t>
            </w:r>
            <w:r>
              <w:rPr>
                <w:sz w:val="18"/>
              </w:rPr>
              <w:t xml:space="preserve"> </w:t>
            </w:r>
            <w:r>
              <w:rPr>
                <w:sz w:val="18"/>
              </w:rPr>
              <w:t>"</w:t>
            </w:r>
            <w:r>
              <w:rPr>
                <w:sz w:val="18"/>
              </w:rPr>
              <w:t xml:space="preserve"> </w:t>
            </w:r>
            <w:r>
              <w:rPr>
                <w:sz w:val="18"/>
              </w:rPr>
              <w:t>布尔逻辑</w:t>
            </w:r>
            <w:r>
              <w:rPr>
                <w:sz w:val="18"/>
              </w:rPr>
              <w:t xml:space="preserve"> </w:t>
            </w:r>
            <w:r>
              <w:rPr>
                <w:sz w:val="18"/>
              </w:rPr>
              <w:t>→</w:t>
            </w:r>
            <w:r>
              <w:rPr>
                <w:sz w:val="18"/>
              </w:rPr>
              <w:t xml:space="preserve"> </w:t>
            </w:r>
            <w:r>
              <w:rPr>
                <w:sz w:val="18"/>
              </w:rPr>
              <w:t>逻辑门</w:t>
            </w:r>
            <w:r>
              <w:rPr>
                <w:sz w:val="18"/>
              </w:rPr>
              <w:t xml:space="preserve"> </w:t>
            </w:r>
            <w:r>
              <w:rPr>
                <w:sz w:val="18"/>
              </w:rPr>
              <w:t>→</w:t>
            </w:r>
            <w:r>
              <w:rPr>
                <w:sz w:val="18"/>
              </w:rPr>
              <w:t xml:space="preserve"> </w:t>
            </w:r>
            <w:r>
              <w:rPr>
                <w:sz w:val="18"/>
              </w:rPr>
              <w:t>人工神经元</w:t>
            </w:r>
            <w:r>
              <w:rPr>
                <w:sz w:val="18"/>
              </w:rPr>
              <w:t xml:space="preserve"> </w:t>
            </w:r>
            <w:r>
              <w:rPr>
                <w:sz w:val="18"/>
              </w:rPr>
              <w:t>→</w:t>
            </w:r>
            <w:r>
              <w:rPr>
                <w:sz w:val="18"/>
              </w:rPr>
              <w:t xml:space="preserve"> </w:t>
            </w:r>
            <w:r>
              <w:rPr>
                <w:sz w:val="18"/>
              </w:rPr>
              <w:t>神经网络</w:t>
            </w:r>
            <w:r>
              <w:rPr>
                <w:sz w:val="18"/>
              </w:rPr>
              <w:t xml:space="preserve"> </w:t>
            </w:r>
            <w:r>
              <w:rPr>
                <w:sz w:val="18"/>
              </w:rPr>
              <w:t>→</w:t>
            </w:r>
            <w:r>
              <w:rPr>
                <w:sz w:val="18"/>
              </w:rPr>
              <w:t xml:space="preserve"> </w:t>
            </w:r>
            <w:r>
              <w:rPr>
                <w:sz w:val="18"/>
              </w:rPr>
              <w:t>深度学习</w:t>
            </w:r>
            <w:r>
              <w:rPr>
                <w:sz w:val="18"/>
              </w:rPr>
              <w:t xml:space="preserve"> </w:t>
            </w:r>
            <w:r>
              <w:rPr>
                <w:sz w:val="18"/>
              </w:rPr>
              <w:t>→Transformer→ChatGPT/DeepSeek</w:t>
            </w:r>
            <w:r>
              <w:rPr>
                <w:sz w:val="18"/>
              </w:rPr>
              <w:t xml:space="preserve"> </w:t>
            </w:r>
            <w:r>
              <w:rPr>
                <w:sz w:val="18"/>
              </w:rPr>
              <w:t>。</w:t>
            </w:r>
            <w:r>
              <w:rPr>
                <w:sz w:val="18"/>
              </w:rPr>
              <w:t xml:space="preserve"> </w:t>
            </w:r>
            <w:r>
              <w:rPr>
                <w:sz w:val="18"/>
              </w:rPr>
              <w:t>"②</w:t>
            </w:r>
            <w:r>
              <w:rPr>
                <w:sz w:val="18"/>
              </w:rPr>
              <w:t xml:space="preserve"> </w:t>
            </w:r>
            <w:r>
              <w:rPr>
                <w:sz w:val="18"/>
              </w:rPr>
              <w:t>点题价值观：</w:t>
            </w:r>
            <w:r>
              <w:rPr>
                <w:sz w:val="18"/>
              </w:rPr>
              <w:t xml:space="preserve"> </w:t>
            </w:r>
            <w:r>
              <w:rPr>
                <w:sz w:val="18"/>
              </w:rPr>
              <w:t>"</w:t>
            </w:r>
            <w:r>
              <w:rPr>
                <w:sz w:val="18"/>
              </w:rPr>
              <w:t xml:space="preserve"> </w:t>
            </w:r>
            <w:r>
              <w:rPr>
                <w:sz w:val="18"/>
              </w:rPr>
              <w:t>数学不就是人工智能的根吗？</w:t>
            </w:r>
            <w:r>
              <w:rPr>
                <w:sz w:val="18"/>
              </w:rPr>
              <w:t xml:space="preserve"> </w:t>
            </w:r>
            <w:r>
              <w:rPr>
                <w:sz w:val="18"/>
              </w:rPr>
              <w:t>""</w:t>
            </w:r>
            <w:r>
              <w:rPr>
                <w:sz w:val="18"/>
              </w:rPr>
              <w:t xml:space="preserve"> </w:t>
            </w:r>
            <w:r>
              <w:rPr>
                <w:sz w:val="18"/>
              </w:rPr>
              <w:t>这个根如果不是扎在这个数学里，就长不出</w:t>
            </w:r>
            <w:r>
              <w:rPr>
                <w:sz w:val="18"/>
              </w:rPr>
              <w:t xml:space="preserve"> </w:t>
            </w:r>
            <w:r>
              <w:rPr>
                <w:sz w:val="18"/>
              </w:rPr>
              <w:t>ChatGPT</w:t>
            </w:r>
            <w:r>
              <w:rPr>
                <w:sz w:val="18"/>
              </w:rPr>
              <w:t xml:space="preserve"> </w:t>
            </w:r>
            <w:r>
              <w:rPr>
                <w:sz w:val="18"/>
              </w:rPr>
              <w:t>、</w:t>
            </w:r>
            <w:r>
              <w:rPr>
                <w:sz w:val="18"/>
              </w:rPr>
              <w:t xml:space="preserve"> </w:t>
            </w:r>
            <w:r>
              <w:rPr>
                <w:sz w:val="18"/>
              </w:rPr>
              <w:t>DeepSeek</w:t>
            </w:r>
            <w:r>
              <w:rPr>
                <w:sz w:val="18"/>
              </w:rPr>
              <w:t xml:space="preserve"> </w:t>
            </w:r>
            <w:r>
              <w:rPr>
                <w:sz w:val="18"/>
              </w:rPr>
              <w:t>这样的语言大模型。</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看时间轴，跟读脉络；讨论</w:t>
            </w:r>
            <w:r>
              <w:rPr>
                <w:sz w:val="18"/>
              </w:rPr>
              <w:t xml:space="preserve"> </w:t>
            </w:r>
            <w:r>
              <w:rPr>
                <w:sz w:val="18"/>
              </w:rPr>
              <w:t>"</w:t>
            </w:r>
            <w:r>
              <w:rPr>
                <w:sz w:val="18"/>
              </w:rPr>
              <w:t xml:space="preserve"> </w:t>
            </w:r>
            <w:r>
              <w:rPr>
                <w:sz w:val="18"/>
              </w:rPr>
              <w:t>没有数学还有</w:t>
            </w:r>
            <w:r>
              <w:rPr>
                <w:sz w:val="18"/>
              </w:rPr>
              <w:t xml:space="preserve"> </w:t>
            </w:r>
            <w:r>
              <w:rPr>
                <w:sz w:val="18"/>
              </w:rPr>
              <w:t>AI</w:t>
            </w:r>
            <w:r>
              <w:rPr>
                <w:sz w:val="18"/>
              </w:rPr>
              <w:t xml:space="preserve"> </w:t>
            </w:r>
            <w:r>
              <w:rPr>
                <w:sz w:val="18"/>
              </w:rPr>
              <w:t>吗</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把碎片知识连成史，升华</w:t>
            </w:r>
            <w:r>
              <w:rPr>
                <w:sz w:val="18"/>
              </w:rPr>
              <w:t xml:space="preserve"> </w:t>
            </w:r>
            <w:r>
              <w:rPr>
                <w:sz w:val="18"/>
              </w:rPr>
              <w:t>"</w:t>
            </w:r>
            <w:r>
              <w:rPr>
                <w:sz w:val="18"/>
              </w:rPr>
              <w:t xml:space="preserve"> </w:t>
            </w:r>
            <w:r>
              <w:rPr>
                <w:sz w:val="18"/>
              </w:rPr>
              <w:t>数学是根</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回顾：网络</w:t>
            </w:r>
            <w:r>
              <w:rPr>
                <w:sz w:val="18"/>
              </w:rPr>
              <w:t xml:space="preserve"> </w:t>
            </w:r>
            <w:r>
              <w:rPr>
                <w:sz w:val="18"/>
              </w:rPr>
              <w:t>→</w:t>
            </w:r>
            <w:r>
              <w:rPr>
                <w:sz w:val="18"/>
              </w:rPr>
              <w:t xml:space="preserve"> </w:t>
            </w:r>
            <w:r>
              <w:rPr>
                <w:sz w:val="18"/>
              </w:rPr>
              <w:t>神经元</w:t>
            </w:r>
            <w:r>
              <w:rPr>
                <w:sz w:val="18"/>
              </w:rPr>
              <w:t xml:space="preserve"> </w:t>
            </w:r>
            <w:r>
              <w:rPr>
                <w:sz w:val="18"/>
              </w:rPr>
              <w:t>→</w:t>
            </w:r>
            <w:r>
              <w:rPr>
                <w:sz w:val="18"/>
              </w:rPr>
              <w:t xml:space="preserve"> </w:t>
            </w:r>
            <w:r>
              <w:rPr>
                <w:sz w:val="18"/>
              </w:rPr>
              <w:t>与或非</w:t>
            </w:r>
            <w:r>
              <w:rPr>
                <w:sz w:val="18"/>
              </w:rPr>
              <w:t xml:space="preserve"> </w:t>
            </w:r>
            <w:r>
              <w:rPr>
                <w:sz w:val="18"/>
              </w:rPr>
              <w:t>→</w:t>
            </w:r>
            <w:r>
              <w:rPr>
                <w:sz w:val="18"/>
              </w:rPr>
              <w:t xml:space="preserve"> </w:t>
            </w:r>
            <w:r>
              <w:rPr>
                <w:sz w:val="18"/>
              </w:rPr>
              <w:t>感知机</w:t>
            </w:r>
            <w:r>
              <w:rPr>
                <w:sz w:val="18"/>
              </w:rPr>
              <w:t xml:space="preserve"> </w:t>
            </w:r>
            <w:r>
              <w:rPr>
                <w:sz w:val="18"/>
              </w:rPr>
              <w:t>→XOR</w:t>
            </w:r>
            <w:r>
              <w:rPr>
                <w:sz w:val="18"/>
              </w:rPr>
              <w:t xml:space="preserve"> </w:t>
            </w:r>
            <w:r>
              <w:rPr>
                <w:sz w:val="18"/>
              </w:rPr>
              <w:t>多层</w:t>
            </w:r>
            <w:r>
              <w:rPr>
                <w:sz w:val="18"/>
              </w:rPr>
              <w:t xml:space="preserve"> </w:t>
            </w:r>
            <w:r>
              <w:rPr>
                <w:sz w:val="18"/>
              </w:rPr>
              <w:t>→</w:t>
            </w:r>
            <w:r>
              <w:rPr>
                <w:sz w:val="18"/>
              </w:rPr>
              <w:t xml:space="preserve"> </w:t>
            </w:r>
            <w:r>
              <w:rPr>
                <w:sz w:val="18"/>
              </w:rPr>
              <w:t>大模型。</w:t>
            </w:r>
            <w:r>
              <w:rPr>
                <w:sz w:val="18"/>
              </w:rPr>
              <w:t xml:space="preserve"> </w:t>
            </w:r>
            <w:r>
              <w:rPr>
                <w:sz w:val="18"/>
              </w:rPr>
              <w:t>②</w:t>
            </w:r>
            <w:r>
              <w:rPr>
                <w:sz w:val="18"/>
              </w:rPr>
              <w:t xml:space="preserve"> </w:t>
            </w:r>
            <w:r>
              <w:rPr>
                <w:sz w:val="18"/>
              </w:rPr>
              <w:t>布置作业（动手实验延伸）</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口述脉络；记录作业；展示本组真值表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结构化收束，强化价值观</w:t>
            </w:r>
          </w:p>
        </w:tc>
      </w:tr>
    </w:tbl>
    <w:p>
      <w:pPr>
        <w:pStyle w:val="Heading3"/>
      </w:pPr>
      <w:r>
        <w:rPr>
          <w:rFonts w:ascii="微软雅黑" w:hAnsi="微软雅黑" w:eastAsia="微软雅黑" w:cs="微软雅黑" w:hint="eastAsia"/>
          <w:b w:val="0"/>
          <w:color w:val="1A237E"/>
          <w:sz w:val="20"/>
          <w:lang w:eastAsia="zh-CN"/>
        </w:rPr>
        <w:t>五、课堂互动设计（递进式四环节，小学高段·合作探究+展示汇报）</w:t>
      </w:r>
    </w:p>
    <w:p>
      <w:pPr>
        <w:pStyle w:val="ListNumber"/>
        <w:numPr>
          <w:ilvl w:val="0"/>
          <w:numId w:val="50"/>
        </w:numPr>
        <w:spacing w:after="72"/>
      </w:pPr>
      <w:r>
        <w:rPr>
          <w:rFonts w:ascii="微软雅黑" w:eastAsia="微软雅黑" w:hAnsi="微软雅黑" w:cs="微软雅黑" w:hint="eastAsia"/>
          <w:b/>
          <w:lang w:eastAsia="zh-CN"/>
        </w:rPr>
        <w:t>导入环节（5分钟·全班头脑风暴）</w:t>
      </w:r>
      <w:r>
        <w:rPr>
          <w:rFonts w:ascii="微软雅黑" w:eastAsia="微软雅黑" w:hAnsi="微软雅黑" w:cs="微软雅黑" w:hint="eastAsia"/>
          <w:lang w:eastAsia="zh-CN"/>
        </w:rPr>
        <w:t>：教师提问</w:t>
      </w:r>
      <w:r>
        <w:t>"</w:t>
      </w:r>
      <w:r>
        <w:rPr>
          <w:rFonts w:ascii="微软雅黑" w:eastAsia="微软雅黑" w:hAnsi="微软雅黑" w:cs="微软雅黑" w:hint="eastAsia"/>
          <w:lang w:eastAsia="zh-CN"/>
        </w:rPr>
        <w:t>你见过哪些网络？共同特点是什么？人脑里有没有网络？</w:t>
      </w:r>
      <w:r>
        <w:t>"</w:t>
      </w:r>
      <w:r>
        <w:rPr>
          <w:rFonts w:ascii="微软雅黑" w:eastAsia="微软雅黑" w:hAnsi="微软雅黑" w:cs="微软雅黑" w:hint="eastAsia"/>
          <w:lang w:eastAsia="zh-CN"/>
        </w:rPr>
        <w:t>，学生抢答并上黑板画</w:t>
      </w:r>
      <w:r>
        <w:t>"</w:t>
      </w:r>
      <w:r>
        <w:rPr>
          <w:rFonts w:ascii="微软雅黑" w:eastAsia="微软雅黑" w:hAnsi="微软雅黑" w:cs="微软雅黑" w:hint="eastAsia"/>
          <w:lang w:eastAsia="zh-CN"/>
        </w:rPr>
        <w:t>点</w:t>
      </w:r>
      <w:r>
        <w:t>+</w:t>
      </w:r>
      <w:r>
        <w:rPr>
          <w:rFonts w:ascii="微软雅黑" w:eastAsia="微软雅黑" w:hAnsi="微软雅黑" w:cs="微软雅黑" w:hint="eastAsia"/>
          <w:lang w:eastAsia="zh-CN"/>
        </w:rPr>
        <w:t>线</w:t>
      </w:r>
      <w:r>
        <w:t>"</w:t>
      </w:r>
      <w:r>
        <w:rPr>
          <w:rFonts w:ascii="微软雅黑" w:eastAsia="微软雅黑" w:hAnsi="微软雅黑" w:cs="微软雅黑" w:hint="eastAsia"/>
          <w:lang w:eastAsia="zh-CN"/>
        </w:rPr>
        <w:t>网络简图，自然得出</w:t>
      </w:r>
      <w:r>
        <w:t>"</w:t>
      </w:r>
      <w:r>
        <w:rPr>
          <w:rFonts w:ascii="微软雅黑" w:eastAsia="微软雅黑" w:hAnsi="微软雅黑" w:cs="微软雅黑" w:hint="eastAsia"/>
          <w:lang w:eastAsia="zh-CN"/>
        </w:rPr>
        <w:t>网络</w:t>
      </w:r>
      <w:r>
        <w:t>=</w:t>
      </w:r>
      <w:r>
        <w:rPr>
          <w:rFonts w:ascii="微软雅黑" w:eastAsia="微软雅黑" w:hAnsi="微软雅黑" w:cs="微软雅黑" w:hint="eastAsia"/>
          <w:lang w:eastAsia="zh-CN"/>
        </w:rPr>
        <w:t>点线相连</w:t>
      </w:r>
      <w:r>
        <w:t>"</w:t>
      </w:r>
      <w:r>
        <w:rPr>
          <w:rFonts w:ascii="微软雅黑" w:eastAsia="微软雅黑" w:hAnsi="微软雅黑" w:cs="微软雅黑" w:hint="eastAsia"/>
          <w:lang w:eastAsia="zh-CN"/>
        </w:rPr>
        <w:t>。</w:t>
      </w:r>
    </w:p>
    <w:p>
      <w:pPr>
        <w:pStyle w:val="ListNumber"/>
        <w:numPr>
          <w:ilvl w:val="0"/>
          <w:numId w:val="50"/>
        </w:numPr>
        <w:spacing w:after="72"/>
      </w:pPr>
      <w:r>
        <w:rPr>
          <w:rFonts w:ascii="微软雅黑" w:eastAsia="微软雅黑" w:hAnsi="微软雅黑" w:cs="微软雅黑" w:hint="eastAsia"/>
          <w:b/>
          <w:lang w:eastAsia="zh-CN"/>
        </w:rPr>
        <w:t>探究环节（16分钟·4人小组）</w:t>
      </w:r>
      <w:r>
        <w:rPr>
          <w:rFonts w:ascii="微软雅黑" w:eastAsia="微软雅黑" w:hAnsi="微软雅黑" w:cs="微软雅黑" w:hint="eastAsia"/>
          <w:lang w:eastAsia="zh-CN"/>
        </w:rPr>
        <w:t>：每组的</w:t>
      </w:r>
      <w:r>
        <w:t>4</w:t>
      </w:r>
      <w:r>
        <w:rPr>
          <w:rFonts w:ascii="微软雅黑" w:eastAsia="微软雅黑" w:hAnsi="微软雅黑" w:cs="微软雅黑" w:hint="eastAsia"/>
          <w:lang w:eastAsia="zh-CN"/>
        </w:rPr>
        <w:t>名同学用长绳相连扮演神经元。规则：</w:t>
      </w:r>
      <w:r>
        <w:t>①</w:t>
      </w:r>
      <w:r>
        <w:rPr>
          <w:rFonts w:ascii="微软雅黑" w:eastAsia="微软雅黑" w:hAnsi="微软雅黑" w:cs="微软雅黑" w:hint="eastAsia"/>
          <w:lang w:eastAsia="zh-CN"/>
        </w:rPr>
        <w:t>明确三人分别承担</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非</w:t>
      </w:r>
      <w:r>
        <w:t>"</w:t>
      </w:r>
      <w:r>
        <w:rPr>
          <w:rFonts w:ascii="微软雅黑" w:eastAsia="微软雅黑" w:hAnsi="微软雅黑" w:cs="微软雅黑" w:hint="eastAsia"/>
          <w:lang w:eastAsia="zh-CN"/>
        </w:rPr>
        <w:t>角色并轮换；</w:t>
      </w:r>
      <w:r>
        <w:t>②</w:t>
      </w:r>
      <w:r>
        <w:rPr>
          <w:rFonts w:ascii="微软雅黑" w:eastAsia="微软雅黑" w:hAnsi="微软雅黑" w:cs="微软雅黑" w:hint="eastAsia"/>
          <w:lang w:eastAsia="zh-CN"/>
        </w:rPr>
        <w:t>一人发</w:t>
      </w:r>
      <w:r>
        <w:t>"</w:t>
      </w:r>
      <w:r>
        <w:rPr>
          <w:rFonts w:ascii="微软雅黑" w:eastAsia="微软雅黑" w:hAnsi="微软雅黑" w:cs="微软雅黑" w:hint="eastAsia"/>
          <w:lang w:eastAsia="zh-CN"/>
        </w:rPr>
        <w:t>信号</w:t>
      </w:r>
      <w:r>
        <w:t>"</w:t>
      </w:r>
      <w:r>
        <w:rPr>
          <w:rFonts w:ascii="微软雅黑" w:eastAsia="微软雅黑" w:hAnsi="微软雅黑" w:cs="微软雅黑" w:hint="eastAsia"/>
          <w:lang w:eastAsia="zh-CN"/>
        </w:rPr>
        <w:t>（抖绳），其余按规则传递，记录是否</w:t>
      </w:r>
      <w:r>
        <w:t>"</w:t>
      </w:r>
      <w:r>
        <w:rPr>
          <w:rFonts w:ascii="微软雅黑" w:eastAsia="微软雅黑" w:hAnsi="微软雅黑" w:cs="微软雅黑" w:hint="eastAsia"/>
          <w:lang w:eastAsia="zh-CN"/>
        </w:rPr>
        <w:t>激活</w:t>
      </w:r>
      <w:r>
        <w:t>"</w:t>
      </w:r>
      <w:r>
        <w:rPr>
          <w:rFonts w:ascii="微软雅黑" w:eastAsia="微软雅黑" w:hAnsi="微软雅黑" w:cs="微软雅黑" w:hint="eastAsia"/>
          <w:lang w:eastAsia="zh-CN"/>
        </w:rPr>
        <w:t>。展示：每组用真值表卡片汇报</w:t>
      </w:r>
      <w:r>
        <w:t>"</w:t>
      </w:r>
      <w:r>
        <w:rPr>
          <w:rFonts w:ascii="微软雅黑" w:eastAsia="微软雅黑" w:hAnsi="微软雅黑" w:cs="微软雅黑" w:hint="eastAsia"/>
          <w:lang w:eastAsia="zh-CN"/>
        </w:rPr>
        <w:t>与门需两人同抖、或门任一人抖、非门相反</w:t>
      </w:r>
      <w:r>
        <w:t>"</w:t>
      </w:r>
      <w:r>
        <w:rPr>
          <w:rFonts w:ascii="微软雅黑" w:eastAsia="微软雅黑" w:hAnsi="微软雅黑" w:cs="微软雅黑" w:hint="eastAsia"/>
          <w:lang w:eastAsia="zh-CN"/>
        </w:rPr>
        <w:t>，教师贴板书对照。</w:t>
      </w:r>
    </w:p>
    <w:p>
      <w:pPr>
        <w:pStyle w:val="ListNumber"/>
        <w:numPr>
          <w:ilvl w:val="0"/>
          <w:numId w:val="50"/>
        </w:numPr>
        <w:spacing w:after="72"/>
      </w:pPr>
      <w:r>
        <w:rPr>
          <w:rFonts w:ascii="微软雅黑" w:eastAsia="微软雅黑" w:hAnsi="微软雅黑" w:cs="微软雅黑" w:hint="eastAsia"/>
          <w:b/>
          <w:lang w:eastAsia="zh-CN"/>
        </w:rPr>
        <w:t>应用环节（12分钟·小组实验+全班）</w:t>
      </w:r>
      <w:r>
        <w:rPr>
          <w:rFonts w:ascii="微软雅黑" w:eastAsia="微软雅黑" w:hAnsi="微软雅黑" w:cs="微软雅黑" w:hint="eastAsia"/>
          <w:lang w:eastAsia="zh-CN"/>
        </w:rPr>
        <w:t>：</w:t>
      </w:r>
      <w:r>
        <w:t>①</w:t>
      </w:r>
      <w:r>
        <w:rPr>
          <w:rFonts w:ascii="微软雅黑" w:eastAsia="微软雅黑" w:hAnsi="微软雅黑" w:cs="微软雅黑" w:hint="eastAsia"/>
          <w:lang w:eastAsia="zh-CN"/>
        </w:rPr>
        <w:t>用电池、灯泡、开关搭串联（与门）、并联（或门）、反相（非门）电路，记录真值表并与人体活动对照。</w:t>
      </w:r>
      <w:r>
        <w:t>②XOR</w:t>
      </w:r>
      <w:r>
        <w:rPr>
          <w:rFonts w:ascii="微软雅黑" w:eastAsia="微软雅黑" w:hAnsi="微软雅黑" w:cs="微软雅黑" w:hint="eastAsia"/>
          <w:lang w:eastAsia="zh-CN"/>
        </w:rPr>
        <w:t>挑战：先试单层失败，再按</w:t>
      </w:r>
      <w:r>
        <w:t>"Y=(A OR B) AND NOT(A AND B)"</w:t>
      </w:r>
      <w:r>
        <w:rPr>
          <w:rFonts w:ascii="微软雅黑" w:eastAsia="微软雅黑" w:hAnsi="微软雅黑" w:cs="微软雅黑" w:hint="eastAsia"/>
          <w:lang w:eastAsia="zh-CN"/>
        </w:rPr>
        <w:t>两层搭建验证。展示：一组上台演示</w:t>
      </w:r>
      <w:r>
        <w:t>XOR</w:t>
      </w:r>
      <w:r>
        <w:rPr>
          <w:rFonts w:ascii="微软雅黑" w:eastAsia="微软雅黑" w:hAnsi="微软雅黑" w:cs="微软雅黑" w:hint="eastAsia"/>
          <w:lang w:eastAsia="zh-CN"/>
        </w:rPr>
        <w:t>四组输入全亮</w:t>
      </w:r>
      <w:r>
        <w:t>/</w:t>
      </w:r>
      <w:r>
        <w:rPr>
          <w:rFonts w:ascii="微软雅黑" w:eastAsia="微软雅黑" w:hAnsi="微软雅黑" w:cs="微软雅黑" w:hint="eastAsia"/>
          <w:lang w:eastAsia="zh-CN"/>
        </w:rPr>
        <w:t>灭正确。</w:t>
      </w:r>
    </w:p>
    <w:p>
      <w:pPr>
        <w:pStyle w:val="ListNumber"/>
        <w:numPr>
          <w:ilvl w:val="0"/>
          <w:numId w:val="50"/>
        </w:numPr>
        <w:spacing w:after="72"/>
      </w:pPr>
      <w:r>
        <w:rPr>
          <w:rFonts w:ascii="微软雅黑" w:eastAsia="微软雅黑" w:hAnsi="微软雅黑" w:cs="微软雅黑" w:hint="eastAsia"/>
          <w:b/>
          <w:lang w:eastAsia="zh-CN"/>
        </w:rPr>
        <w:t>总结环节（7分钟·脉络接力）</w:t>
      </w:r>
      <w:r>
        <w:rPr>
          <w:rFonts w:ascii="微软雅黑" w:eastAsia="微软雅黑" w:hAnsi="微软雅黑" w:cs="微软雅黑" w:hint="eastAsia"/>
          <w:lang w:eastAsia="zh-CN"/>
        </w:rPr>
        <w:t>：七个小组依次认领脉络一环（布尔逻辑</w:t>
      </w:r>
      <w:r>
        <w:t>→…→ChatGPT/DeepSeek</w:t>
      </w:r>
      <w:r>
        <w:rPr>
          <w:rFonts w:ascii="微软雅黑" w:eastAsia="微软雅黑" w:hAnsi="微软雅黑" w:cs="微软雅黑" w:hint="eastAsia"/>
          <w:lang w:eastAsia="zh-CN"/>
        </w:rPr>
        <w:t>）接力讲述；末组点题</w:t>
      </w:r>
      <w:r>
        <w:t>"</w:t>
      </w:r>
      <w:r>
        <w:rPr>
          <w:rFonts w:ascii="微软雅黑" w:eastAsia="微软雅黑" w:hAnsi="微软雅黑" w:cs="微软雅黑" w:hint="eastAsia"/>
          <w:lang w:eastAsia="zh-CN"/>
        </w:rPr>
        <w:t>数学是</w:t>
      </w:r>
      <w:r>
        <w:t>AI</w:t>
      </w:r>
      <w:r>
        <w:rPr>
          <w:rFonts w:ascii="微软雅黑" w:eastAsia="微软雅黑" w:hAnsi="微软雅黑" w:cs="微软雅黑" w:hint="eastAsia"/>
          <w:lang w:eastAsia="zh-CN"/>
        </w:rPr>
        <w:t>的根</w:t>
      </w:r>
      <w:r>
        <w:t>"</w:t>
      </w:r>
      <w:r>
        <w:rPr>
          <w:rFonts w:ascii="微软雅黑" w:eastAsia="微软雅黑" w:hAnsi="微软雅黑" w:cs="微软雅黑" w:hint="eastAsia"/>
          <w:lang w:eastAsia="zh-CN"/>
        </w:rPr>
        <w:t>，齐读金句。</w:t>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提问示例</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什么是</w:t>
            </w:r>
            <w:r>
              <w:rPr>
                <w:sz w:val="18"/>
              </w:rPr>
              <w:t xml:space="preserve"> </w:t>
            </w:r>
            <w:r>
              <w:rPr>
                <w:sz w:val="18"/>
              </w:rPr>
              <w:t>"</w:t>
            </w:r>
            <w:r>
              <w:rPr>
                <w:sz w:val="18"/>
              </w:rPr>
              <w:t xml:space="preserve"> </w:t>
            </w:r>
            <w:r>
              <w:rPr>
                <w:sz w:val="18"/>
              </w:rPr>
              <w:t>网络</w:t>
            </w:r>
            <w:r>
              <w:rPr>
                <w:sz w:val="18"/>
              </w:rPr>
              <w:t xml:space="preserve"> </w:t>
            </w:r>
            <w:r>
              <w:rPr>
                <w:sz w:val="18"/>
              </w:rPr>
              <w:t>"</w:t>
            </w:r>
            <w:r>
              <w:rPr>
                <w:sz w:val="18"/>
              </w:rPr>
              <w:t xml:space="preserve"> </w:t>
            </w:r>
            <w:r>
              <w:rPr>
                <w:sz w:val="18"/>
              </w:rPr>
              <w:t>？请举一个生活中的网络例子。</w:t>
            </w:r>
            <w:r>
              <w:rPr>
                <w:sz w:val="18"/>
              </w:rPr>
              <w:t xml:space="preserve"> </w:t>
            </w:r>
            <w:r>
              <w:rPr>
                <w:sz w:val="18"/>
              </w:rPr>
              <w:t>②"</w:t>
            </w:r>
            <w:r>
              <w:rPr>
                <w:sz w:val="18"/>
              </w:rPr>
              <w:t xml:space="preserve"> </w:t>
            </w:r>
            <w:r>
              <w:rPr>
                <w:sz w:val="18"/>
              </w:rPr>
              <w:t>与</w:t>
            </w:r>
            <w:r>
              <w:rPr>
                <w:sz w:val="18"/>
              </w:rPr>
              <w:t xml:space="preserve"> </w:t>
            </w:r>
            <w:r>
              <w:rPr>
                <w:sz w:val="18"/>
              </w:rPr>
              <w:t>""</w:t>
            </w:r>
            <w:r>
              <w:rPr>
                <w:sz w:val="18"/>
              </w:rPr>
              <w:t xml:space="preserve"> </w:t>
            </w:r>
            <w:r>
              <w:rPr>
                <w:sz w:val="18"/>
              </w:rPr>
              <w:t>或</w:t>
            </w:r>
            <w:r>
              <w:rPr>
                <w:sz w:val="18"/>
              </w:rPr>
              <w:t xml:space="preserve"> </w:t>
            </w:r>
            <w:r>
              <w:rPr>
                <w:sz w:val="18"/>
              </w:rPr>
              <w:t>""</w:t>
            </w:r>
            <w:r>
              <w:rPr>
                <w:sz w:val="18"/>
              </w:rPr>
              <w:t xml:space="preserve"> </w:t>
            </w:r>
            <w:r>
              <w:rPr>
                <w:sz w:val="18"/>
              </w:rPr>
              <w:t>非</w:t>
            </w:r>
            <w:r>
              <w:rPr>
                <w:sz w:val="18"/>
              </w:rPr>
              <w:t xml:space="preserve"> </w:t>
            </w:r>
            <w:r>
              <w:rPr>
                <w:sz w:val="18"/>
              </w:rPr>
              <w:t>"</w:t>
            </w:r>
            <w:r>
              <w:rPr>
                <w:sz w:val="18"/>
              </w:rPr>
              <w:t xml:space="preserve"> </w:t>
            </w:r>
            <w:r>
              <w:rPr>
                <w:sz w:val="18"/>
              </w:rPr>
              <w:t>三种逻辑分别是什么意思？</w:t>
            </w:r>
            <w:r>
              <w:rPr>
                <w:sz w:val="18"/>
              </w:rPr>
              <w:t xml:space="preserve"> </w:t>
            </w:r>
            <w:r>
              <w:rPr>
                <w:sz w:val="18"/>
              </w:rPr>
              <w:t>③</w:t>
            </w:r>
            <w:r>
              <w:rPr>
                <w:sz w:val="18"/>
              </w:rPr>
              <w:t xml:space="preserve"> </w:t>
            </w:r>
            <w:r>
              <w:rPr>
                <w:sz w:val="18"/>
              </w:rPr>
              <w:t>感知机的流程是哪几步（输入</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输出）？</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为什么人工神经网络要模仿人脑神经元（连接多、能耗低）？</w:t>
            </w:r>
            <w:r>
              <w:rPr>
                <w:sz w:val="18"/>
              </w:rPr>
              <w:t xml:space="preserve"> </w:t>
            </w:r>
            <w:r>
              <w:rPr>
                <w:sz w:val="18"/>
              </w:rPr>
              <w:t>②</w:t>
            </w:r>
            <w:r>
              <w:rPr>
                <w:sz w:val="18"/>
              </w:rPr>
              <w:t xml:space="preserve"> </w:t>
            </w:r>
            <w:r>
              <w:rPr>
                <w:sz w:val="18"/>
              </w:rPr>
              <w:t>为什么单层网络实现不了</w:t>
            </w:r>
            <w:r>
              <w:rPr>
                <w:sz w:val="18"/>
              </w:rPr>
              <w:t xml:space="preserve"> </w:t>
            </w:r>
            <w:r>
              <w:rPr>
                <w:sz w:val="18"/>
              </w:rPr>
              <w:t>XOR</w:t>
            </w:r>
            <w:r>
              <w:rPr>
                <w:sz w:val="18"/>
              </w:rPr>
              <w:t xml:space="preserve"> </w:t>
            </w:r>
            <w:r>
              <w:rPr>
                <w:sz w:val="18"/>
              </w:rPr>
              <w:t>，必须两层组合？</w:t>
            </w:r>
            <w:r>
              <w:rPr>
                <w:sz w:val="18"/>
              </w:rPr>
              <w:t xml:space="preserve"> </w:t>
            </w:r>
            <w:r>
              <w:rPr>
                <w:sz w:val="18"/>
              </w:rPr>
              <w:t>③"Y = (A OR B) AND NOT(A AND B)"</w:t>
            </w:r>
            <w:r>
              <w:rPr>
                <w:sz w:val="18"/>
              </w:rPr>
              <w:t xml:space="preserve"> </w:t>
            </w:r>
            <w:r>
              <w:rPr>
                <w:sz w:val="18"/>
              </w:rPr>
              <w:t>这句话，每一步分别对应什么逻辑门？</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r>
              <w:rPr>
                <w:sz w:val="18"/>
              </w:rPr>
              <w:t xml:space="preserve"> </w:t>
            </w:r>
            <w:r>
              <w:rPr>
                <w:sz w:val="18"/>
              </w:rPr>
              <w:t>"</w:t>
            </w:r>
            <w:r>
              <w:rPr>
                <w:sz w:val="18"/>
              </w:rPr>
              <w:t xml:space="preserve"> </w:t>
            </w:r>
            <w:r>
              <w:rPr>
                <w:sz w:val="18"/>
              </w:rPr>
              <w:t>（</w:t>
            </w:r>
            <w:r>
              <w:rPr>
                <w:sz w:val="18"/>
              </w:rPr>
              <w:t xml:space="preserve"> </w:t>
            </w:r>
            <w:r>
              <w:rPr>
                <w:sz w:val="18"/>
              </w:rPr>
              <w:t>2-3</w:t>
            </w:r>
            <w:r>
              <w:rPr>
                <w:sz w:val="18"/>
              </w:rPr>
              <w:t xml:space="preserve"> </w:t>
            </w:r>
            <w:r>
              <w:rPr>
                <w:sz w:val="18"/>
              </w:rPr>
              <w:t>问）</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其实都是由这些最简单的与或非变来的</w:t>
            </w:r>
            <w:r>
              <w:rPr>
                <w:sz w:val="18"/>
              </w:rPr>
              <w:t xml:space="preserve"> </w:t>
            </w:r>
            <w:r>
              <w:rPr>
                <w:sz w:val="18"/>
              </w:rPr>
              <w:t>"——</w:t>
            </w:r>
            <w:r>
              <w:rPr>
                <w:sz w:val="18"/>
              </w:rPr>
              <w:t xml:space="preserve"> </w:t>
            </w:r>
            <w:r>
              <w:rPr>
                <w:sz w:val="18"/>
              </w:rPr>
              <w:t>复杂</w:t>
            </w:r>
            <w:r>
              <w:rPr>
                <w:sz w:val="18"/>
              </w:rPr>
              <w:t xml:space="preserve"> </w:t>
            </w:r>
            <w:r>
              <w:rPr>
                <w:sz w:val="18"/>
              </w:rPr>
              <w:t>AI</w:t>
            </w:r>
            <w:r>
              <w:rPr>
                <w:sz w:val="18"/>
              </w:rPr>
              <w:t xml:space="preserve"> </w:t>
            </w:r>
            <w:r>
              <w:rPr>
                <w:sz w:val="18"/>
              </w:rPr>
              <w:t>真的只是简单逻辑堆出来的吗？你信吗？</w:t>
            </w:r>
            <w:r>
              <w:rPr>
                <w:sz w:val="18"/>
              </w:rPr>
              <w:t xml:space="preserve"> </w:t>
            </w:r>
            <w:r>
              <w:rPr>
                <w:sz w:val="18"/>
              </w:rPr>
              <w:t>②</w:t>
            </w:r>
            <w:r>
              <w:rPr>
                <w:sz w:val="18"/>
              </w:rPr>
              <w:t xml:space="preserve"> </w:t>
            </w:r>
            <w:r>
              <w:rPr>
                <w:sz w:val="18"/>
              </w:rPr>
              <w:t>从布尔逻辑到</w:t>
            </w:r>
            <w:r>
              <w:rPr>
                <w:sz w:val="18"/>
              </w:rPr>
              <w:t xml:space="preserve"> </w:t>
            </w:r>
            <w:r>
              <w:rPr>
                <w:sz w:val="18"/>
              </w:rPr>
              <w:t>ChatGPT</w:t>
            </w:r>
            <w:r>
              <w:rPr>
                <w:sz w:val="18"/>
              </w:rPr>
              <w:t xml:space="preserve"> </w:t>
            </w:r>
            <w:r>
              <w:rPr>
                <w:sz w:val="18"/>
              </w:rPr>
              <w:t>的脉络里，哪一步你觉得最神奇？</w:t>
            </w:r>
            <w:r>
              <w:rPr>
                <w:sz w:val="18"/>
              </w:rPr>
              <w:t xml:space="preserve"> </w:t>
            </w:r>
            <w:r>
              <w:rPr>
                <w:sz w:val="18"/>
              </w:rPr>
              <w:t>③"</w:t>
            </w:r>
            <w:r>
              <w:rPr>
                <w:sz w:val="18"/>
              </w:rPr>
              <w:t xml:space="preserve"> </w:t>
            </w:r>
            <w:r>
              <w:rPr>
                <w:sz w:val="18"/>
              </w:rPr>
              <w:t>数学不就是人工智能的根吗？</w:t>
            </w:r>
            <w:r>
              <w:rPr>
                <w:sz w:val="18"/>
              </w:rPr>
              <w:t xml:space="preserve"> </w:t>
            </w:r>
            <w:r>
              <w:rPr>
                <w:sz w:val="18"/>
              </w:rPr>
              <w:t>"</w:t>
            </w:r>
            <w:r>
              <w:rPr>
                <w:sz w:val="18"/>
              </w:rPr>
              <w:t xml:space="preserve"> </w:t>
            </w:r>
            <w:r>
              <w:rPr>
                <w:sz w:val="18"/>
              </w:rPr>
              <w:t>结合今天实验，谈谈你对这句话的理解。</w:t>
            </w:r>
          </w:p>
        </w:tc>
      </w:tr>
    </w:tbl>
    <w:p>
      <w:pPr>
        <w:pStyle w:val="Heading3"/>
      </w:pPr>
      <w:r>
        <w:rPr>
          <w:rFonts w:ascii="微软雅黑" w:hAnsi="微软雅黑" w:eastAsia="微软雅黑" w:cs="微软雅黑" w:hint="eastAsia"/>
          <w:b w:val="0"/>
          <w:color w:val="1A237E"/>
          <w:sz w:val="20"/>
          <w:lang w:eastAsia="zh-CN"/>
        </w:rPr>
        <w:t>七、板书设计</w:t>
      </w:r>
    </w:p>
    <w:p>
      <w:pPr>
        <w:pStyle w:val="ListBullet"/>
        <w:spacing w:after="72"/>
      </w:pPr>
      <w:r>
        <w:rPr>
          <w:rFonts w:ascii="微软雅黑" w:eastAsia="微软雅黑" w:hAnsi="微软雅黑" w:cs="微软雅黑" w:hint="eastAsia"/>
          <w:b/>
          <w:lang w:eastAsia="zh-CN"/>
        </w:rPr>
        <w:t>左区·网络与神经元</w:t>
      </w:r>
      <w:r>
        <w:rPr>
          <w:rFonts w:ascii="微软雅黑" w:eastAsia="微软雅黑" w:hAnsi="微软雅黑" w:cs="微软雅黑" w:hint="eastAsia"/>
          <w:lang w:eastAsia="zh-CN"/>
        </w:rPr>
        <w:t>：点</w:t>
      </w:r>
      <w:r>
        <w:t>—</w:t>
      </w:r>
      <w:r>
        <w:rPr>
          <w:rFonts w:ascii="微软雅黑" w:eastAsia="微软雅黑" w:hAnsi="微软雅黑" w:cs="微软雅黑" w:hint="eastAsia"/>
          <w:lang w:eastAsia="zh-CN"/>
        </w:rPr>
        <w:t>线</w:t>
      </w:r>
      <w:r>
        <w:t>—</w:t>
      </w:r>
      <w:r>
        <w:rPr>
          <w:rFonts w:ascii="微软雅黑" w:eastAsia="微软雅黑" w:hAnsi="微软雅黑" w:cs="微软雅黑" w:hint="eastAsia"/>
          <w:lang w:eastAsia="zh-CN"/>
        </w:rPr>
        <w:t>网络图；神经元结构简图</w:t>
      </w:r>
      <w:r>
        <w:t xml:space="preserve"> + "</w:t>
      </w:r>
      <w:r>
        <w:rPr>
          <w:rFonts w:ascii="微软雅黑" w:eastAsia="微软雅黑" w:hAnsi="微软雅黑" w:cs="微软雅黑" w:hint="eastAsia"/>
          <w:lang w:eastAsia="zh-CN"/>
        </w:rPr>
        <w:t>百万亿连接</w:t>
      </w:r>
      <w:r>
        <w:t>·20</w:t>
      </w:r>
      <w:r>
        <w:rPr>
          <w:rFonts w:ascii="微软雅黑" w:eastAsia="微软雅黑" w:hAnsi="微软雅黑" w:cs="微软雅黑" w:hint="eastAsia"/>
          <w:lang w:eastAsia="zh-CN"/>
        </w:rPr>
        <w:t>瓦</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中区·逻辑与感知机</w:t>
      </w:r>
      <w:r>
        <w:rPr>
          <w:rFonts w:ascii="微软雅黑" w:eastAsia="微软雅黑" w:hAnsi="微软雅黑" w:cs="微软雅黑" w:hint="eastAsia"/>
          <w:lang w:eastAsia="zh-CN"/>
        </w:rPr>
        <w:t>：与（同抖）</w:t>
      </w:r>
      <w:r>
        <w:t>/</w:t>
      </w:r>
      <w:r>
        <w:rPr>
          <w:rFonts w:ascii="微软雅黑" w:eastAsia="微软雅黑" w:hAnsi="微软雅黑" w:cs="微软雅黑" w:hint="eastAsia"/>
          <w:lang w:eastAsia="zh-CN"/>
        </w:rPr>
        <w:t>或（任抖）</w:t>
      </w:r>
      <w:r>
        <w:t>/</w:t>
      </w:r>
      <w:r>
        <w:rPr>
          <w:rFonts w:ascii="微软雅黑" w:eastAsia="微软雅黑" w:hAnsi="微软雅黑" w:cs="微软雅黑" w:hint="eastAsia"/>
          <w:lang w:eastAsia="zh-CN"/>
        </w:rPr>
        <w:t>非（相反）三规则；感知机流程：输入</w:t>
      </w:r>
      <w:r>
        <w:t>x→</w:t>
      </w:r>
      <w:r>
        <w:rPr>
          <w:rFonts w:ascii="微软雅黑" w:eastAsia="微软雅黑" w:hAnsi="微软雅黑" w:cs="微软雅黑" w:hint="eastAsia"/>
          <w:lang w:eastAsia="zh-CN"/>
        </w:rPr>
        <w:t>加权求和</w:t>
      </w:r>
      <w:r>
        <w:t>Σ→</w:t>
      </w:r>
      <w:r>
        <w:rPr>
          <w:rFonts w:ascii="微软雅黑" w:eastAsia="微软雅黑" w:hAnsi="微软雅黑" w:cs="微软雅黑" w:hint="eastAsia"/>
          <w:lang w:eastAsia="zh-CN"/>
        </w:rPr>
        <w:t>激活</w:t>
      </w:r>
      <w:r>
        <w:t>f→</w:t>
      </w:r>
      <w:r>
        <w:rPr>
          <w:rFonts w:ascii="微软雅黑" w:eastAsia="微软雅黑" w:hAnsi="微软雅黑" w:cs="微软雅黑" w:hint="eastAsia"/>
          <w:lang w:eastAsia="zh-CN"/>
        </w:rPr>
        <w:t>输出</w:t>
      </w:r>
      <w:r>
        <w:t>y</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右区·XOR两层</w:t>
      </w:r>
      <w:r>
        <w:rPr>
          <w:rFonts w:ascii="微软雅黑" w:eastAsia="微软雅黑" w:hAnsi="微软雅黑" w:cs="微软雅黑" w:hint="eastAsia"/>
          <w:lang w:eastAsia="zh-CN"/>
        </w:rPr>
        <w:t>：</w:t>
      </w:r>
      <w:r>
        <w:t>N1=A AND B</w:t>
      </w:r>
      <w:r>
        <w:rPr>
          <w:rFonts w:ascii="微软雅黑" w:eastAsia="微软雅黑" w:hAnsi="微软雅黑" w:cs="微软雅黑" w:hint="eastAsia"/>
          <w:lang w:eastAsia="zh-CN"/>
        </w:rPr>
        <w:t>，</w:t>
      </w:r>
      <w:r>
        <w:t>N2=A OR B</w:t>
      </w:r>
      <w:r>
        <w:rPr>
          <w:rFonts w:ascii="微软雅黑" w:eastAsia="微软雅黑" w:hAnsi="微软雅黑" w:cs="微软雅黑" w:hint="eastAsia"/>
          <w:lang w:eastAsia="zh-CN"/>
        </w:rPr>
        <w:t>，</w:t>
      </w:r>
      <w:r>
        <w:t>Y=N2 AND NOT N1</w:t>
      </w:r>
      <w:r>
        <w:rPr>
          <w:rFonts w:ascii="微软雅黑" w:eastAsia="微软雅黑" w:hAnsi="微软雅黑" w:cs="微软雅黑" w:hint="eastAsia"/>
          <w:lang w:eastAsia="zh-CN"/>
        </w:rPr>
        <w:t>；真值表（</w:t>
      </w:r>
      <w:r>
        <w:t>00→0/01→1/10→1/11→0</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底部脉络轴</w:t>
      </w:r>
      <w:r>
        <w:rPr>
          <w:rFonts w:ascii="微软雅黑" w:eastAsia="微软雅黑" w:hAnsi="微软雅黑" w:cs="微软雅黑" w:hint="eastAsia"/>
          <w:lang w:eastAsia="zh-CN"/>
        </w:rPr>
        <w:t>：布尔逻辑</w:t>
      </w:r>
      <w:r>
        <w:t>→</w:t>
      </w:r>
      <w:r>
        <w:rPr>
          <w:rFonts w:ascii="微软雅黑" w:eastAsia="微软雅黑" w:hAnsi="微软雅黑" w:cs="微软雅黑" w:hint="eastAsia"/>
          <w:lang w:eastAsia="zh-CN"/>
        </w:rPr>
        <w:t>逻辑门</w:t>
      </w:r>
      <w:r>
        <w:t>→</w:t>
      </w:r>
      <w:r>
        <w:rPr>
          <w:rFonts w:ascii="微软雅黑" w:eastAsia="微软雅黑" w:hAnsi="微软雅黑" w:cs="微软雅黑" w:hint="eastAsia"/>
          <w:lang w:eastAsia="zh-CN"/>
        </w:rPr>
        <w:t>人工神经元</w:t>
      </w:r>
      <w:r>
        <w:t>→</w:t>
      </w:r>
      <w:r>
        <w:rPr>
          <w:rFonts w:ascii="微软雅黑" w:eastAsia="微软雅黑" w:hAnsi="微软雅黑" w:cs="微软雅黑" w:hint="eastAsia"/>
          <w:lang w:eastAsia="zh-CN"/>
        </w:rPr>
        <w:t>神经网络</w:t>
      </w:r>
      <w:r>
        <w:t>→</w:t>
      </w:r>
      <w:r>
        <w:rPr>
          <w:rFonts w:ascii="微软雅黑" w:eastAsia="微软雅黑" w:hAnsi="微软雅黑" w:cs="微软雅黑" w:hint="eastAsia"/>
          <w:lang w:eastAsia="zh-CN"/>
        </w:rPr>
        <w:t>深度学习</w:t>
      </w:r>
      <w:r>
        <w:t>→Transformer→ChatGPT/DeepSeek</w:t>
      </w:r>
      <w:r>
        <w:rPr>
          <w:rFonts w:ascii="微软雅黑" w:eastAsia="微软雅黑" w:hAnsi="微软雅黑" w:cs="微软雅黑" w:hint="eastAsia"/>
          <w:lang w:eastAsia="zh-CN"/>
        </w:rPr>
        <w:t>；金句：</w:t>
      </w:r>
      <w:r>
        <w:t>"</w:t>
      </w:r>
      <w:r>
        <w:rPr>
          <w:rFonts w:ascii="微软雅黑" w:eastAsia="微软雅黑" w:hAnsi="微软雅黑" w:cs="微软雅黑" w:hint="eastAsia"/>
          <w:lang w:eastAsia="zh-CN"/>
        </w:rPr>
        <w:t>数学不就是人工智能的根吗？</w:t>
      </w:r>
      <w:r>
        <w:t>"</w:t>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w:t>
      </w:r>
      <w:r>
        <w:rPr>
          <w:rFonts w:ascii="微软雅黑" w:eastAsia="微软雅黑" w:hAnsi="微软雅黑" w:cs="微软雅黑" w:hint="eastAsia"/>
          <w:lang w:eastAsia="zh-CN"/>
        </w:rPr>
        <w:t>：画一张</w:t>
      </w:r>
      <w:r>
        <w:t>"</w:t>
      </w:r>
      <w:r>
        <w:rPr>
          <w:rFonts w:ascii="微软雅黑" w:eastAsia="微软雅黑" w:hAnsi="微软雅黑" w:cs="微软雅黑" w:hint="eastAsia"/>
          <w:lang w:eastAsia="zh-CN"/>
        </w:rPr>
        <w:t>四个同学用绳子扮演神经元</w:t>
      </w:r>
      <w:r>
        <w:t>"</w:t>
      </w:r>
      <w:r>
        <w:rPr>
          <w:rFonts w:ascii="微软雅黑" w:eastAsia="微软雅黑" w:hAnsi="微软雅黑" w:cs="微软雅黑" w:hint="eastAsia"/>
          <w:lang w:eastAsia="zh-CN"/>
        </w:rPr>
        <w:t>的图，标出</w:t>
      </w:r>
      <w:r>
        <w:t>"</w:t>
      </w:r>
      <w:r>
        <w:rPr>
          <w:rFonts w:ascii="微软雅黑" w:eastAsia="微软雅黑" w:hAnsi="微软雅黑" w:cs="微软雅黑" w:hint="eastAsia"/>
          <w:lang w:eastAsia="zh-CN"/>
        </w:rPr>
        <w:t>与、或、非</w:t>
      </w:r>
      <w:r>
        <w:t>"</w:t>
      </w:r>
      <w:r>
        <w:rPr>
          <w:rFonts w:ascii="微软雅黑" w:eastAsia="微软雅黑" w:hAnsi="微软雅黑" w:cs="微软雅黑" w:hint="eastAsia"/>
          <w:lang w:eastAsia="zh-CN"/>
        </w:rPr>
        <w:t>三种玩法分别怎么抖动绳子，并写一句</w:t>
      </w:r>
      <w:r>
        <w:t>"</w:t>
      </w:r>
      <w:r>
        <w:rPr>
          <w:rFonts w:ascii="微软雅黑" w:eastAsia="微软雅黑" w:hAnsi="微软雅黑" w:cs="微软雅黑" w:hint="eastAsia"/>
          <w:lang w:eastAsia="zh-CN"/>
        </w:rPr>
        <w:t>网络就是点线相连</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b/>
          <w:lang w:eastAsia="zh-CN"/>
        </w:rPr>
        <w:t>提高</w:t>
      </w:r>
      <w:r>
        <w:rPr>
          <w:rFonts w:ascii="微软雅黑" w:eastAsia="微软雅黑" w:hAnsi="微软雅黑" w:cs="微软雅黑" w:hint="eastAsia"/>
          <w:lang w:eastAsia="zh-CN"/>
        </w:rPr>
        <w:t>：用电池、灯泡、开关（或画电路图）做出</w:t>
      </w:r>
      <w:r>
        <w:t>"</w:t>
      </w:r>
      <w:r>
        <w:rPr>
          <w:rFonts w:ascii="微软雅黑" w:eastAsia="微软雅黑" w:hAnsi="微软雅黑" w:cs="微软雅黑" w:hint="eastAsia"/>
          <w:lang w:eastAsia="zh-CN"/>
        </w:rPr>
        <w:t>与门（串联）</w:t>
      </w:r>
      <w:r>
        <w:t>"</w:t>
      </w:r>
      <w:r>
        <w:rPr>
          <w:rFonts w:ascii="微软雅黑" w:eastAsia="微软雅黑" w:hAnsi="微软雅黑" w:cs="微软雅黑" w:hint="eastAsia"/>
          <w:lang w:eastAsia="zh-CN"/>
        </w:rPr>
        <w:t>和</w:t>
      </w:r>
      <w:r>
        <w:t>"</w:t>
      </w:r>
      <w:r>
        <w:rPr>
          <w:rFonts w:ascii="微软雅黑" w:eastAsia="微软雅黑" w:hAnsi="微软雅黑" w:cs="微软雅黑" w:hint="eastAsia"/>
          <w:lang w:eastAsia="zh-CN"/>
        </w:rPr>
        <w:t>或门（并联）</w:t>
      </w:r>
      <w:r>
        <w:t>"</w:t>
      </w:r>
      <w:r>
        <w:rPr>
          <w:rFonts w:ascii="微软雅黑" w:eastAsia="微软雅黑" w:hAnsi="微软雅黑" w:cs="微软雅黑" w:hint="eastAsia"/>
          <w:lang w:eastAsia="zh-CN"/>
        </w:rPr>
        <w:t>，记录真值表，说明它和今天人体扮演的哪条规则一样。</w:t>
      </w:r>
    </w:p>
    <w:p>
      <w:pPr>
        <w:pStyle w:val="ListBullet"/>
        <w:spacing w:after="72"/>
      </w:pPr>
      <w:r>
        <w:rPr>
          <w:rFonts w:ascii="微软雅黑" w:eastAsia="微软雅黑" w:hAnsi="微软雅黑" w:cs="微软雅黑" w:hint="eastAsia"/>
          <w:b/>
          <w:lang w:eastAsia="zh-CN"/>
        </w:rPr>
        <w:t>挑战</w:t>
      </w:r>
      <w:r>
        <w:rPr>
          <w:rFonts w:ascii="微软雅黑" w:eastAsia="微软雅黑" w:hAnsi="微软雅黑" w:cs="微软雅黑" w:hint="eastAsia"/>
          <w:lang w:eastAsia="zh-CN"/>
        </w:rPr>
        <w:t>：试着用</w:t>
      </w:r>
      <w:r>
        <w:t>"Y = (A OR B) AND NOT(A AND B)"</w:t>
      </w:r>
      <w:r>
        <w:rPr>
          <w:rFonts w:ascii="微软雅黑" w:eastAsia="微软雅黑" w:hAnsi="微软雅黑" w:cs="微软雅黑" w:hint="eastAsia"/>
          <w:lang w:eastAsia="zh-CN"/>
        </w:rPr>
        <w:t>的思路，画出实现</w:t>
      </w:r>
      <w:r>
        <w:t>XOR</w:t>
      </w:r>
      <w:r>
        <w:rPr>
          <w:rFonts w:ascii="微软雅黑" w:eastAsia="微软雅黑" w:hAnsi="微软雅黑" w:cs="微软雅黑" w:hint="eastAsia"/>
          <w:lang w:eastAsia="zh-CN"/>
        </w:rPr>
        <w:t>的两层结构图（标出两个神经元</w:t>
      </w:r>
      <w:r>
        <w:t>N1</w:t>
      </w:r>
      <w:r>
        <w:rPr>
          <w:rFonts w:ascii="微软雅黑" w:eastAsia="微软雅黑" w:hAnsi="微软雅黑" w:cs="微软雅黑" w:hint="eastAsia"/>
          <w:lang w:eastAsia="zh-CN"/>
        </w:rPr>
        <w:t>、</w:t>
      </w:r>
      <w:r>
        <w:t>N2</w:t>
      </w:r>
      <w:r>
        <w:rPr>
          <w:rFonts w:ascii="微软雅黑" w:eastAsia="微软雅黑" w:hAnsi="微软雅黑" w:cs="微软雅黑" w:hint="eastAsia"/>
          <w:lang w:eastAsia="zh-CN"/>
        </w:rPr>
        <w:t>和最终</w:t>
      </w:r>
      <w:r>
        <w:t>Y</w:t>
      </w:r>
      <w:r>
        <w:rPr>
          <w:rFonts w:ascii="微软雅黑" w:eastAsia="微软雅黑" w:hAnsi="微软雅黑" w:cs="微软雅黑" w:hint="eastAsia"/>
          <w:lang w:eastAsia="zh-CN"/>
        </w:rPr>
        <w:t>），并填全四行真值表验证。</w:t>
      </w:r>
    </w:p>
    <w:p>
      <w:pPr>
        <w:pStyle w:val="Heading3"/>
      </w:pPr>
      <w:r>
        <w:rPr>
          <w:rFonts w:ascii="微软雅黑" w:hAnsi="微软雅黑" w:eastAsia="微软雅黑" w:cs="微软雅黑" w:hint="eastAsia"/>
          <w:b w:val="0"/>
          <w:color w:val="1A237E"/>
          <w:sz w:val="20"/>
          <w:lang w:eastAsia="zh-CN"/>
        </w:rPr>
        <w:t>九、教学评价（观察点清单）</w:t>
      </w:r>
    </w:p>
    <w:p>
      <w:pPr>
        <w:pStyle w:val="ListBullet"/>
        <w:spacing w:after="72"/>
      </w:pPr>
      <w:r>
        <w:t xml:space="preserve">[ ] </w:t>
      </w:r>
      <w:r>
        <w:rPr>
          <w:rFonts w:ascii="微软雅黑" w:eastAsia="微软雅黑" w:hAnsi="微软雅黑" w:cs="微软雅黑" w:hint="eastAsia"/>
          <w:lang w:eastAsia="zh-CN"/>
        </w:rPr>
        <w:t>能否说出</w:t>
      </w:r>
      <w:r>
        <w:t>"</w:t>
      </w:r>
      <w:r>
        <w:rPr>
          <w:rFonts w:ascii="微软雅黑" w:eastAsia="微软雅黑" w:hAnsi="微软雅黑" w:cs="微软雅黑" w:hint="eastAsia"/>
          <w:lang w:eastAsia="zh-CN"/>
        </w:rPr>
        <w:t>网络</w:t>
      </w:r>
      <w:r>
        <w:t>=</w:t>
      </w:r>
      <w:r>
        <w:rPr>
          <w:rFonts w:ascii="微软雅黑" w:eastAsia="微软雅黑" w:hAnsi="微软雅黑" w:cs="微软雅黑" w:hint="eastAsia"/>
          <w:lang w:eastAsia="zh-CN"/>
        </w:rPr>
        <w:t>点线相连</w:t>
      </w:r>
      <w:r>
        <w:t>"</w:t>
      </w:r>
      <w:r>
        <w:rPr>
          <w:rFonts w:ascii="微软雅黑" w:eastAsia="微软雅黑" w:hAnsi="微软雅黑" w:cs="微软雅黑" w:hint="eastAsia"/>
          <w:lang w:eastAsia="zh-CN"/>
        </w:rPr>
        <w:t>并举例（概念理解）。</w:t>
      </w:r>
    </w:p>
    <w:p>
      <w:pPr>
        <w:pStyle w:val="ListBullet"/>
        <w:spacing w:after="72"/>
      </w:pPr>
      <w:r>
        <w:t xml:space="preserve">[ ] </w:t>
      </w:r>
      <w:r>
        <w:rPr>
          <w:rFonts w:ascii="微软雅黑" w:eastAsia="微软雅黑" w:hAnsi="微软雅黑" w:cs="微软雅黑" w:hint="eastAsia"/>
          <w:lang w:eastAsia="zh-CN"/>
        </w:rPr>
        <w:t>人体扮演中能否正确表现与</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非并对照真值表（体验准确）。</w:t>
      </w:r>
    </w:p>
    <w:p>
      <w:pPr>
        <w:pStyle w:val="ListBullet"/>
        <w:spacing w:after="72"/>
      </w:pPr>
      <w:r>
        <w:t xml:space="preserve">[ ] </w:t>
      </w:r>
      <w:r>
        <w:rPr>
          <w:rFonts w:ascii="微软雅黑" w:eastAsia="微软雅黑" w:hAnsi="微软雅黑" w:cs="微软雅黑" w:hint="eastAsia"/>
          <w:lang w:eastAsia="zh-CN"/>
        </w:rPr>
        <w:t>能否描述感知机</w:t>
      </w:r>
      <w:r>
        <w:t>"</w:t>
      </w:r>
      <w:r>
        <w:rPr>
          <w:rFonts w:ascii="微软雅黑" w:eastAsia="微软雅黑" w:hAnsi="微软雅黑" w:cs="微软雅黑" w:hint="eastAsia"/>
          <w:lang w:eastAsia="zh-CN"/>
        </w:rPr>
        <w:t>输入</w:t>
      </w:r>
      <w:r>
        <w:t>→</w:t>
      </w:r>
      <w:r>
        <w:rPr>
          <w:rFonts w:ascii="微软雅黑" w:eastAsia="微软雅黑" w:hAnsi="微软雅黑" w:cs="微软雅黑" w:hint="eastAsia"/>
          <w:lang w:eastAsia="zh-CN"/>
        </w:rPr>
        <w:t>加权求和</w:t>
      </w:r>
      <w:r>
        <w:t>→</w:t>
      </w:r>
      <w:r>
        <w:rPr>
          <w:rFonts w:ascii="微软雅黑" w:eastAsia="微软雅黑" w:hAnsi="微软雅黑" w:cs="微软雅黑" w:hint="eastAsia"/>
          <w:lang w:eastAsia="zh-CN"/>
        </w:rPr>
        <w:t>激活</w:t>
      </w:r>
      <w:r>
        <w:t>→</w:t>
      </w:r>
      <w:r>
        <w:rPr>
          <w:rFonts w:ascii="微软雅黑" w:eastAsia="微软雅黑" w:hAnsi="微软雅黑" w:cs="微软雅黑" w:hint="eastAsia"/>
          <w:lang w:eastAsia="zh-CN"/>
        </w:rPr>
        <w:t>输出</w:t>
      </w:r>
      <w:r>
        <w:t>"</w:t>
      </w:r>
      <w:r>
        <w:rPr>
          <w:rFonts w:ascii="微软雅黑" w:eastAsia="微软雅黑" w:hAnsi="微软雅黑" w:cs="微软雅黑" w:hint="eastAsia"/>
          <w:lang w:eastAsia="zh-CN"/>
        </w:rPr>
        <w:t>流程（模型理解）。</w:t>
      </w:r>
    </w:p>
    <w:p>
      <w:pPr>
        <w:pStyle w:val="ListBullet"/>
        <w:spacing w:after="72"/>
      </w:pPr>
      <w:r>
        <w:t xml:space="preserve">[ ] </w:t>
      </w:r>
      <w:r>
        <w:rPr>
          <w:rFonts w:ascii="微软雅黑" w:eastAsia="微软雅黑" w:hAnsi="微软雅黑" w:cs="微软雅黑" w:hint="eastAsia"/>
          <w:lang w:eastAsia="zh-CN"/>
        </w:rPr>
        <w:t>能否理解</w:t>
      </w:r>
      <w:r>
        <w:t>XOR</w:t>
      </w:r>
      <w:r>
        <w:rPr>
          <w:rFonts w:ascii="微软雅黑" w:eastAsia="微软雅黑" w:hAnsi="微软雅黑" w:cs="微软雅黑" w:hint="eastAsia"/>
          <w:lang w:eastAsia="zh-CN"/>
        </w:rPr>
        <w:t>需两层、并验证真值表（难点突破）。</w:t>
      </w:r>
    </w:p>
    <w:p>
      <w:pPr>
        <w:pStyle w:val="ListBullet"/>
        <w:spacing w:after="72"/>
      </w:pPr>
      <w:r>
        <w:t xml:space="preserve">[ ] </w:t>
      </w:r>
      <w:r>
        <w:rPr>
          <w:rFonts w:ascii="微软雅黑" w:eastAsia="微软雅黑" w:hAnsi="微软雅黑" w:cs="微软雅黑" w:hint="eastAsia"/>
          <w:lang w:eastAsia="zh-CN"/>
        </w:rPr>
        <w:t>能否说出发展脉络并认同</w:t>
      </w:r>
      <w:r>
        <w:t>"</w:t>
      </w:r>
      <w:r>
        <w:rPr>
          <w:rFonts w:ascii="微软雅黑" w:eastAsia="微软雅黑" w:hAnsi="微软雅黑" w:cs="微软雅黑" w:hint="eastAsia"/>
          <w:lang w:eastAsia="zh-CN"/>
        </w:rPr>
        <w:t>数学是</w:t>
      </w:r>
      <w:r>
        <w:t>AI</w:t>
      </w:r>
      <w:r>
        <w:rPr>
          <w:rFonts w:ascii="微软雅黑" w:eastAsia="微软雅黑" w:hAnsi="微软雅黑" w:cs="微软雅黑" w:hint="eastAsia"/>
          <w:lang w:eastAsia="zh-CN"/>
        </w:rPr>
        <w:t>的根</w:t>
      </w:r>
      <w:r>
        <w:t>"</w:t>
      </w:r>
      <w:r>
        <w:rPr>
          <w:rFonts w:ascii="微软雅黑" w:eastAsia="微软雅黑" w:hAnsi="微软雅黑" w:cs="微软雅黑" w:hint="eastAsia"/>
          <w:lang w:eastAsia="zh-CN"/>
        </w:rPr>
        <w:t>（价值观）。</w:t>
      </w:r>
    </w:p>
    <w:p>
      <w:pPr>
        <w:pStyle w:val="ListBullet"/>
        <w:spacing w:after="72"/>
      </w:pPr>
      <w:r>
        <w:rPr>
          <w:rFonts w:ascii="微软雅黑" w:eastAsia="微软雅黑" w:hAnsi="微软雅黑" w:cs="微软雅黑" w:hint="eastAsia"/>
          <w:b/>
          <w:lang w:eastAsia="zh-CN"/>
        </w:rPr>
        <w:t>简易量表</w:t>
      </w:r>
      <w:r>
        <w:rPr>
          <w:rFonts w:ascii="微软雅黑" w:eastAsia="微软雅黑" w:hAnsi="微软雅黑" w:cs="微软雅黑" w:hint="eastAsia"/>
          <w:lang w:eastAsia="zh-CN"/>
        </w:rPr>
        <w:t>：每项</w:t>
      </w:r>
      <w:r>
        <w:t>★★/★/○</w:t>
      </w:r>
      <w:r>
        <w:rPr>
          <w:rFonts w:ascii="微软雅黑" w:eastAsia="微软雅黑" w:hAnsi="微软雅黑" w:cs="微软雅黑" w:hint="eastAsia"/>
          <w:lang w:eastAsia="zh-CN"/>
        </w:rPr>
        <w:t>；累计</w:t>
      </w:r>
      <w:r>
        <w:t>≥4★★</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达标</w:t>
      </w:r>
      <w:r>
        <w:t>"</w:t>
      </w:r>
      <w:r>
        <w:rPr>
          <w:rFonts w:ascii="微软雅黑" w:eastAsia="微软雅黑" w:hAnsi="微软雅黑" w:cs="微软雅黑" w:hint="eastAsia"/>
          <w:lang w:eastAsia="zh-CN"/>
        </w:rPr>
        <w:t>，</w:t>
      </w:r>
      <w:r>
        <w:t>≥2★★</w:t>
      </w:r>
      <w:r>
        <w:rPr>
          <w:rFonts w:ascii="微软雅黑" w:eastAsia="微软雅黑" w:hAnsi="微软雅黑" w:cs="微软雅黑" w:hint="eastAsia"/>
          <w:lang w:eastAsia="zh-CN"/>
        </w:rPr>
        <w:t>为</w:t>
      </w:r>
      <w:r>
        <w:t>"</w:t>
      </w:r>
      <w:r>
        <w:rPr>
          <w:rFonts w:ascii="微软雅黑" w:eastAsia="微软雅黑" w:hAnsi="微软雅黑" w:cs="微软雅黑" w:hint="eastAsia"/>
          <w:lang w:eastAsia="zh-CN"/>
        </w:rPr>
        <w:t>待巩固</w:t>
      </w:r>
      <w:r>
        <w:t>"</w:t>
      </w:r>
      <w:r>
        <w:rPr>
          <w:rFonts w:ascii="微软雅黑" w:eastAsia="微软雅黑" w:hAnsi="微软雅黑" w:cs="微软雅黑" w:hint="eastAsia"/>
          <w:lang w:eastAsia="zh-CN"/>
        </w:rPr>
        <w:t>。</w:t>
      </w:r>
    </w:p>
    <w:p>
      <w:pPr>
        <w:pStyle w:val="Heading3"/>
      </w:pPr>
      <w:r>
        <w:rPr>
          <w:rFonts w:ascii="微软雅黑" w:hAnsi="微软雅黑" w:eastAsia="微软雅黑" w:cs="微软雅黑" w:hint="eastAsia"/>
          <w:b w:val="0"/>
          <w:color w:val="1A237E"/>
          <w:sz w:val="20"/>
          <w:lang w:eastAsia="zh-CN"/>
        </w:rPr>
        <w:t>十、AI 视频创作拓展（课堂导入素材·1条导演思维提示词）</w:t>
      </w:r>
    </w:p>
    <w:p>
      <w:pPr>
        <w:spacing w:after="72"/>
      </w:pPr>
      <w:r>
        <w:rPr>
          <w:color w:val="212121"/>
        </w:rPr>
        <w:t xml:space="preserve">  </w:t>
      </w:r>
      <w:r>
        <w:rPr>
          <w:rFonts w:ascii="微软雅黑" w:eastAsia="微软雅黑" w:hAnsi="微软雅黑" w:cs="微软雅黑" w:hint="eastAsia"/>
          <w:color w:val="212121"/>
          <w:lang w:eastAsia="zh-CN"/>
        </w:rPr>
        <w:t>主体：四名小学生站成菱形，手中长绳相连，一人猛抖绳传递</w:t>
      </w:r>
      <w:r>
        <w:rPr>
          <w:color w:val="212121"/>
        </w:rPr>
        <w:t>"</w:t>
      </w:r>
      <w:r>
        <w:rPr>
          <w:rFonts w:ascii="微软雅黑" w:eastAsia="微软雅黑" w:hAnsi="微软雅黑" w:cs="微软雅黑" w:hint="eastAsia"/>
          <w:color w:val="212121"/>
          <w:lang w:eastAsia="zh-CN"/>
        </w:rPr>
        <w:t>信号</w:t>
      </w:r>
      <w:r>
        <w:rPr>
          <w:color w:val="212121"/>
        </w:rPr>
        <w:t>"</w:t>
      </w:r>
      <w:r>
        <w:rPr>
          <w:rFonts w:ascii="微软雅黑" w:eastAsia="微软雅黑" w:hAnsi="微软雅黑" w:cs="微软雅黑" w:hint="eastAsia"/>
          <w:color w:val="212121"/>
          <w:lang w:eastAsia="zh-CN"/>
        </w:rPr>
        <w:t>，其余按规则或同抖或静默，神情专注如精密机器｜动作：发令者挑眉示意、信号绳波浪般传向终端</w:t>
      </w:r>
      <w:r>
        <w:rPr>
          <w:color w:val="212121"/>
        </w:rPr>
        <w:t>"</w:t>
      </w:r>
      <w:r>
        <w:rPr>
          <w:rFonts w:ascii="微软雅黑" w:eastAsia="微软雅黑" w:hAnsi="微软雅黑" w:cs="微软雅黑" w:hint="eastAsia"/>
          <w:color w:val="212121"/>
          <w:lang w:eastAsia="zh-CN"/>
        </w:rPr>
        <w:t>灯泡</w:t>
      </w:r>
      <w:r>
        <w:rPr>
          <w:color w:val="212121"/>
        </w:rPr>
        <w:t>"</w:t>
      </w:r>
      <w:r>
        <w:rPr>
          <w:rFonts w:ascii="微软雅黑" w:eastAsia="微软雅黑" w:hAnsi="微软雅黑" w:cs="微软雅黑" w:hint="eastAsia"/>
          <w:color w:val="212121"/>
          <w:lang w:eastAsia="zh-CN"/>
        </w:rPr>
        <w:t>亮起，失败时灯泡熄灭众人困惑对视｜场景：科学教室，白板画满与</w:t>
      </w:r>
      <w:r>
        <w:rPr>
          <w:color w:val="212121"/>
        </w:rPr>
        <w:t>/</w:t>
      </w:r>
      <w:r>
        <w:rPr>
          <w:rFonts w:ascii="微软雅黑" w:eastAsia="微软雅黑" w:hAnsi="微软雅黑" w:cs="微软雅黑" w:hint="eastAsia"/>
          <w:color w:val="212121"/>
          <w:lang w:eastAsia="zh-CN"/>
        </w:rPr>
        <w:t>或</w:t>
      </w:r>
      <w:r>
        <w:rPr>
          <w:color w:val="212121"/>
        </w:rPr>
        <w:t>/</w:t>
      </w:r>
      <w:r>
        <w:rPr>
          <w:rFonts w:ascii="微软雅黑" w:eastAsia="微软雅黑" w:hAnsi="微软雅黑" w:cs="微软雅黑" w:hint="eastAsia"/>
          <w:color w:val="212121"/>
          <w:lang w:eastAsia="zh-CN"/>
        </w:rPr>
        <w:t>非真值表与神经元简图｜光影：冷白荧光主光、绳影在地面交织成神经网络纹路、灯泡亮起时暖光反打人脸｜镜头运动：环绕四生低角度跟拍抖动的手与绷紧的绳，再上摇俯瞰整体菱形结构｜风格：科普实验纪录片质感、微距突出绳结与表情｜情绪：好奇、协作、逻辑接通瞬间的惊喜。</w:t>
      </w:r>
      <w:r/>
    </w:p>
    <w:p>
      <w:bookmarkStart w:id="39" w:name="_Toc_section_18"/>
      <w:bookmarkStart w:id="17" w:name="section-18"/>
      <w:pPr>
        <w:pStyle w:val="Heading2"/>
        <w:pageBreakBefore/>
      </w:pPr>
      <w:bookmarkEnd w:id="17"/>
      <w:r>
        <w:rPr>
          <w:rFonts w:ascii="微软雅黑" w:hAnsi="微软雅黑" w:eastAsia="微软雅黑" w:cs="微软雅黑" w:hint="eastAsia"/>
          <w:b w:val="0"/>
          <w:color w:val="1A237E"/>
          <w:sz w:val="22"/>
          <w:lang w:eastAsia="zh-CN"/>
        </w:rPr>
        <w:t xml:space="preserve">  课题：《永不消逝的电波——用电报机学编码与通信》（人工智能通识课·初中）</w:t>
      </w:r>
      <w:bookmarkEnd w:id="39"/>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16</w:t>
      </w:r>
      <w:r>
        <w:rPr>
          <w:rFonts w:ascii="微软雅黑" w:eastAsia="微软雅黑" w:hAnsi="微软雅黑" w:cs="微软雅黑" w:hint="eastAsia"/>
          <w:color w:val="212121"/>
          <w:lang w:eastAsia="zh-CN"/>
        </w:rPr>
        <w:t>讲《案例（初中）</w:t>
      </w:r>
      <w:r>
        <w:rPr>
          <w:color w:val="212121"/>
        </w:rPr>
        <w:t>-</w:t>
      </w:r>
      <w:r>
        <w:rPr>
          <w:rFonts w:ascii="微软雅黑" w:eastAsia="微软雅黑" w:hAnsi="微软雅黑" w:cs="微软雅黑" w:hint="eastAsia"/>
          <w:color w:val="212121"/>
          <w:lang w:eastAsia="zh-CN"/>
        </w:rPr>
        <w:t>永不消逝的电波》｜示范时长约</w:t>
      </w:r>
      <w:r>
        <w:rPr>
          <w:color w:val="212121"/>
        </w:rPr>
        <w:t>10</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：初中（七年级至八年级）｜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40-45</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w:t>
      </w:r>
      <w:r>
        <w:t xml:space="preserve"> + </w:t>
      </w:r>
      <w:r>
        <w:rPr>
          <w:rFonts w:ascii="微软雅黑" w:eastAsia="微软雅黑" w:hAnsi="微软雅黑" w:cs="微软雅黑" w:hint="eastAsia"/>
          <w:lang w:eastAsia="zh-CN"/>
        </w:rPr>
        <w:t>物理</w:t>
      </w:r>
      <w:r>
        <w:t xml:space="preserve"> + </w:t>
      </w:r>
      <w:r>
        <w:rPr>
          <w:rFonts w:ascii="微软雅黑" w:eastAsia="微软雅黑" w:hAnsi="微软雅黑" w:cs="微软雅黑" w:hint="eastAsia"/>
          <w:lang w:eastAsia="zh-CN"/>
        </w:rPr>
        <w:t>数学（要点亮电磁铁涉及电流的磁效应，编码解码涉及数学符号表征）</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w:t>
      </w:r>
      <w:r>
        <w:t xml:space="preserve"> / </w:t>
      </w:r>
      <w:r>
        <w:rPr>
          <w:rFonts w:ascii="微软雅黑" w:eastAsia="微软雅黑" w:hAnsi="微软雅黑" w:cs="微软雅黑" w:hint="eastAsia"/>
          <w:lang w:eastAsia="zh-CN"/>
        </w:rPr>
        <w:t>通识课（项目式学习</w:t>
      </w:r>
      <w:r>
        <w:t>·PBL</w:t>
      </w:r>
      <w:r>
        <w:rPr>
          <w:rFonts w:ascii="微软雅黑" w:eastAsia="微软雅黑" w:hAnsi="微软雅黑" w:cs="微软雅黑" w:hint="eastAsia"/>
          <w:lang w:eastAsia="zh-CN"/>
        </w:rPr>
        <w:t>）</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51"/>
        </w:numPr>
        <w:spacing w:after="72"/>
      </w:pPr>
      <w:r>
        <w:rPr>
          <w:rFonts w:ascii="微软雅黑" w:eastAsia="微软雅黑" w:hAnsi="微软雅黑" w:cs="微软雅黑" w:hint="eastAsia"/>
          <w:b/>
          <w:lang w:eastAsia="zh-CN"/>
        </w:rPr>
        <w:t>观察与解释</w:t>
      </w:r>
      <w:r>
        <w:rPr>
          <w:rFonts w:ascii="微软雅黑" w:eastAsia="微软雅黑" w:hAnsi="微软雅黑" w:cs="微软雅黑" w:hint="eastAsia"/>
          <w:lang w:eastAsia="zh-CN"/>
        </w:rPr>
        <w:t>：能现场观察</w:t>
      </w:r>
      <w:r>
        <w:t>"</w:t>
      </w:r>
      <w:r>
        <w:rPr>
          <w:rFonts w:ascii="微软雅黑" w:eastAsia="微软雅黑" w:hAnsi="微软雅黑" w:cs="微软雅黑" w:hint="eastAsia"/>
          <w:lang w:eastAsia="zh-CN"/>
        </w:rPr>
        <w:t>按下发射端按键、接收端灯泡亮起</w:t>
      </w:r>
      <w:r>
        <w:t>"</w:t>
      </w:r>
      <w:r>
        <w:rPr>
          <w:rFonts w:ascii="微软雅黑" w:eastAsia="微软雅黑" w:hAnsi="微软雅黑" w:cs="微软雅黑" w:hint="eastAsia"/>
          <w:lang w:eastAsia="zh-CN"/>
        </w:rPr>
        <w:t>的现象，并用</w:t>
      </w:r>
      <w:r>
        <w:t>"</w:t>
      </w:r>
      <w:r>
        <w:rPr>
          <w:rFonts w:ascii="微软雅黑" w:eastAsia="微软雅黑" w:hAnsi="微软雅黑" w:cs="微软雅黑" w:hint="eastAsia"/>
          <w:lang w:eastAsia="zh-CN"/>
        </w:rPr>
        <w:t>电流的磁效应</w:t>
      </w:r>
      <w:r>
        <w:t>"</w:t>
      </w:r>
      <w:r>
        <w:rPr>
          <w:rFonts w:ascii="微软雅黑" w:eastAsia="微软雅黑" w:hAnsi="微软雅黑" w:cs="微软雅黑" w:hint="eastAsia"/>
          <w:lang w:eastAsia="zh-CN"/>
        </w:rPr>
        <w:t>（奥斯特发现，电流产生磁场驱动电磁装置）的物理语言解释其工作原理，完成不少于</w:t>
      </w:r>
      <w:r>
        <w:t>1</w:t>
      </w:r>
      <w:r>
        <w:rPr>
          <w:rFonts w:ascii="微软雅黑" w:eastAsia="微软雅黑" w:hAnsi="微软雅黑" w:cs="微软雅黑" w:hint="eastAsia"/>
          <w:lang w:eastAsia="zh-CN"/>
        </w:rPr>
        <w:t>条因果解释表述。</w:t>
      </w:r>
    </w:p>
    <w:p>
      <w:pPr>
        <w:pStyle w:val="ListNumber"/>
        <w:numPr>
          <w:ilvl w:val="0"/>
          <w:numId w:val="51"/>
        </w:numPr>
        <w:spacing w:after="72"/>
      </w:pPr>
      <w:r>
        <w:rPr>
          <w:rFonts w:ascii="微软雅黑" w:eastAsia="微软雅黑" w:hAnsi="微软雅黑" w:cs="微软雅黑" w:hint="eastAsia"/>
          <w:b/>
          <w:lang w:eastAsia="zh-CN"/>
        </w:rPr>
        <w:t>编码与解码实践</w:t>
      </w:r>
      <w:r>
        <w:rPr>
          <w:rFonts w:ascii="微软雅黑" w:eastAsia="微软雅黑" w:hAnsi="微软雅黑" w:cs="微软雅黑" w:hint="eastAsia"/>
          <w:lang w:eastAsia="zh-CN"/>
        </w:rPr>
        <w:t>：能使用摩尔斯码表，把英文字母</w:t>
      </w:r>
      <w:r>
        <w:t>/</w:t>
      </w:r>
      <w:r>
        <w:rPr>
          <w:rFonts w:ascii="微软雅黑" w:eastAsia="微软雅黑" w:hAnsi="微软雅黑" w:cs="微软雅黑" w:hint="eastAsia"/>
          <w:lang w:eastAsia="zh-CN"/>
        </w:rPr>
        <w:t>数字或汉字电报码（四位数字串）转化为</w:t>
      </w:r>
      <w:r>
        <w:t>"</w:t>
      </w:r>
      <w:r>
        <w:rPr>
          <w:rFonts w:ascii="微软雅黑" w:eastAsia="微软雅黑" w:hAnsi="微软雅黑" w:cs="微软雅黑" w:hint="eastAsia"/>
          <w:lang w:eastAsia="zh-CN"/>
        </w:rPr>
        <w:t>点（短）</w:t>
      </w:r>
      <w:r>
        <w:t>"</w:t>
      </w:r>
      <w:r>
        <w:rPr>
          <w:rFonts w:ascii="微软雅黑" w:eastAsia="微软雅黑" w:hAnsi="微软雅黑" w:cs="微软雅黑" w:hint="eastAsia"/>
          <w:lang w:eastAsia="zh-CN"/>
        </w:rPr>
        <w:t>和</w:t>
      </w:r>
      <w:r>
        <w:t>"</w:t>
      </w:r>
      <w:r>
        <w:rPr>
          <w:rFonts w:ascii="微软雅黑" w:eastAsia="微软雅黑" w:hAnsi="微软雅黑" w:cs="微软雅黑" w:hint="eastAsia"/>
          <w:lang w:eastAsia="zh-CN"/>
        </w:rPr>
        <w:t>划（长）</w:t>
      </w:r>
      <w:r>
        <w:t>"</w:t>
      </w:r>
      <w:r>
        <w:rPr>
          <w:rFonts w:ascii="微软雅黑" w:eastAsia="微软雅黑" w:hAnsi="微软雅黑" w:cs="微软雅黑" w:hint="eastAsia"/>
          <w:lang w:eastAsia="zh-CN"/>
        </w:rPr>
        <w:t>的组合进行发送，并能按同一套码表将收到的长短组合还原为原信息，正确完成至少</w:t>
      </w:r>
      <w:r>
        <w:t>1</w:t>
      </w:r>
      <w:r>
        <w:rPr>
          <w:rFonts w:ascii="微软雅黑" w:eastAsia="微软雅黑" w:hAnsi="微软雅黑" w:cs="微软雅黑" w:hint="eastAsia"/>
          <w:lang w:eastAsia="zh-CN"/>
        </w:rPr>
        <w:t>次完整的</w:t>
      </w:r>
      <w:r>
        <w:t>"</w:t>
      </w:r>
      <w:r>
        <w:rPr>
          <w:rFonts w:ascii="微软雅黑" w:eastAsia="微软雅黑" w:hAnsi="微软雅黑" w:cs="微软雅黑" w:hint="eastAsia"/>
          <w:lang w:eastAsia="zh-CN"/>
        </w:rPr>
        <w:t>汉字</w:t>
      </w:r>
      <w:r>
        <w:t>→</w:t>
      </w:r>
      <w:r>
        <w:rPr>
          <w:rFonts w:ascii="微软雅黑" w:eastAsia="微软雅黑" w:hAnsi="微软雅黑" w:cs="微软雅黑" w:hint="eastAsia"/>
          <w:lang w:eastAsia="zh-CN"/>
        </w:rPr>
        <w:t>四位数字</w:t>
      </w:r>
      <w:r>
        <w:t>→</w:t>
      </w:r>
      <w:r>
        <w:rPr>
          <w:rFonts w:ascii="微软雅黑" w:eastAsia="微软雅黑" w:hAnsi="微软雅黑" w:cs="微软雅黑" w:hint="eastAsia"/>
          <w:lang w:eastAsia="zh-CN"/>
        </w:rPr>
        <w:t>长短组合</w:t>
      </w:r>
      <w:r>
        <w:t>→</w:t>
      </w:r>
      <w:r>
        <w:rPr>
          <w:rFonts w:ascii="微软雅黑" w:eastAsia="微软雅黑" w:hAnsi="微软雅黑" w:cs="微软雅黑" w:hint="eastAsia"/>
          <w:lang w:eastAsia="zh-CN"/>
        </w:rPr>
        <w:t>发送</w:t>
      </w:r>
      <w:r>
        <w:t>→</w:t>
      </w:r>
      <w:r>
        <w:rPr>
          <w:rFonts w:ascii="微软雅黑" w:eastAsia="微软雅黑" w:hAnsi="微软雅黑" w:cs="微软雅黑" w:hint="eastAsia"/>
          <w:lang w:eastAsia="zh-CN"/>
        </w:rPr>
        <w:t>接收</w:t>
      </w:r>
      <w:r>
        <w:t>→</w:t>
      </w:r>
      <w:r>
        <w:rPr>
          <w:rFonts w:ascii="微软雅黑" w:eastAsia="微软雅黑" w:hAnsi="微软雅黑" w:cs="微软雅黑" w:hint="eastAsia"/>
          <w:lang w:eastAsia="zh-CN"/>
        </w:rPr>
        <w:t>解码回汉字</w:t>
      </w:r>
      <w:r>
        <w:t>"</w:t>
      </w:r>
      <w:r>
        <w:rPr>
          <w:rFonts w:ascii="微软雅黑" w:eastAsia="微软雅黑" w:hAnsi="微软雅黑" w:cs="微软雅黑" w:hint="eastAsia"/>
          <w:lang w:eastAsia="zh-CN"/>
        </w:rPr>
        <w:t>流程。</w:t>
      </w:r>
    </w:p>
    <w:p>
      <w:pPr>
        <w:pStyle w:val="ListNumber"/>
        <w:numPr>
          <w:ilvl w:val="0"/>
          <w:numId w:val="51"/>
        </w:numPr>
        <w:spacing w:after="72"/>
      </w:pPr>
      <w:r>
        <w:rPr>
          <w:rFonts w:ascii="微软雅黑" w:eastAsia="微软雅黑" w:hAnsi="微软雅黑" w:cs="微软雅黑" w:hint="eastAsia"/>
          <w:b/>
          <w:lang w:eastAsia="zh-CN"/>
        </w:rPr>
        <w:t>协议思想建构</w:t>
      </w:r>
      <w:r>
        <w:rPr>
          <w:rFonts w:ascii="微软雅黑" w:eastAsia="微软雅黑" w:hAnsi="微软雅黑" w:cs="微软雅黑" w:hint="eastAsia"/>
          <w:lang w:eastAsia="zh-CN"/>
        </w:rPr>
        <w:t>：能用自己的话说出</w:t>
      </w:r>
      <w:r>
        <w:t>"</w:t>
      </w:r>
      <w:r>
        <w:rPr>
          <w:rFonts w:ascii="微软雅黑" w:eastAsia="微软雅黑" w:hAnsi="微软雅黑" w:cs="微软雅黑" w:hint="eastAsia"/>
          <w:lang w:eastAsia="zh-CN"/>
        </w:rPr>
        <w:t>为什么收发双方必须使用同一套码表通信才能成立</w:t>
      </w:r>
      <w:r>
        <w:t>"</w:t>
      </w:r>
      <w:r>
        <w:rPr>
          <w:rFonts w:ascii="微软雅黑" w:eastAsia="微软雅黑" w:hAnsi="微软雅黑" w:cs="微软雅黑" w:hint="eastAsia"/>
          <w:lang w:eastAsia="zh-CN"/>
        </w:rPr>
        <w:t>，并举例说明生活中类似</w:t>
      </w:r>
      <w:r>
        <w:t>"</w:t>
      </w:r>
      <w:r>
        <w:rPr>
          <w:rFonts w:ascii="微软雅黑" w:eastAsia="微软雅黑" w:hAnsi="微软雅黑" w:cs="微软雅黑" w:hint="eastAsia"/>
          <w:lang w:eastAsia="zh-CN"/>
        </w:rPr>
        <w:t>密码</w:t>
      </w:r>
      <w:r>
        <w:t>/</w:t>
      </w:r>
      <w:r>
        <w:rPr>
          <w:rFonts w:ascii="微软雅黑" w:eastAsia="微软雅黑" w:hAnsi="微软雅黑" w:cs="微软雅黑" w:hint="eastAsia"/>
          <w:lang w:eastAsia="zh-CN"/>
        </w:rPr>
        <w:t>协议</w:t>
      </w:r>
      <w:r>
        <w:t>"</w:t>
      </w:r>
      <w:r>
        <w:rPr>
          <w:rFonts w:ascii="微软雅黑" w:eastAsia="微软雅黑" w:hAnsi="微软雅黑" w:cs="微软雅黑" w:hint="eastAsia"/>
          <w:lang w:eastAsia="zh-CN"/>
        </w:rPr>
        <w:t>的现象（如</w:t>
      </w:r>
      <w:r>
        <w:t>WiFi</w:t>
      </w:r>
      <w:r>
        <w:rPr>
          <w:rFonts w:ascii="微软雅黑" w:eastAsia="微软雅黑" w:hAnsi="微软雅黑" w:cs="微软雅黑" w:hint="eastAsia"/>
          <w:lang w:eastAsia="zh-CN"/>
        </w:rPr>
        <w:t>密码、公交卡、手势暗号）。</w:t>
      </w:r>
    </w:p>
    <w:p>
      <w:pPr>
        <w:pStyle w:val="ListNumber"/>
        <w:numPr>
          <w:ilvl w:val="0"/>
          <w:numId w:val="51"/>
        </w:numPr>
        <w:spacing w:after="72"/>
      </w:pPr>
      <w:r>
        <w:rPr>
          <w:rFonts w:ascii="微软雅黑" w:eastAsia="微软雅黑" w:hAnsi="微软雅黑" w:cs="微软雅黑" w:hint="eastAsia"/>
          <w:b/>
          <w:lang w:eastAsia="zh-CN"/>
        </w:rPr>
        <w:t>跨学科迁移</w:t>
      </w:r>
      <w:r>
        <w:rPr>
          <w:rFonts w:ascii="微软雅黑" w:eastAsia="微软雅黑" w:hAnsi="微软雅黑" w:cs="微软雅黑" w:hint="eastAsia"/>
          <w:lang w:eastAsia="zh-CN"/>
        </w:rPr>
        <w:t>：能概括本课如何自然融合数学（数字</w:t>
      </w:r>
      <w:r>
        <w:t>/</w:t>
      </w:r>
      <w:r>
        <w:rPr>
          <w:rFonts w:ascii="微软雅黑" w:eastAsia="微软雅黑" w:hAnsi="微软雅黑" w:cs="微软雅黑" w:hint="eastAsia"/>
          <w:lang w:eastAsia="zh-CN"/>
        </w:rPr>
        <w:t>符号表征）、物理（电流磁效应）、信息科技（编码解码与协议）三科，并在《学生学习手册》中完成</w:t>
      </w:r>
      <w:r>
        <w:t>1</w:t>
      </w:r>
      <w:r>
        <w:rPr>
          <w:rFonts w:ascii="微软雅黑" w:eastAsia="微软雅黑" w:hAnsi="微软雅黑" w:cs="微软雅黑" w:hint="eastAsia"/>
          <w:lang w:eastAsia="zh-CN"/>
        </w:rPr>
        <w:t>句以上的迁移反思。</w:t>
      </w:r>
      <w:r/>
    </w:p>
    <w:p>
      <w:pPr>
        <w:pStyle w:val="Heading3"/>
      </w:pPr>
      <w:r>
        <w:rPr>
          <w:rFonts w:ascii="微软雅黑" w:hAnsi="微软雅黑" w:eastAsia="微软雅黑" w:cs="微软雅黑" w:hint="eastAsia"/>
          <w:b w:val="0"/>
          <w:color w:val="1A237E"/>
          <w:sz w:val="20"/>
          <w:lang w:eastAsia="zh-CN"/>
        </w:rPr>
        <w:t>二、教学重难点</w:t>
      </w:r>
    </w:p>
    <w:p>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电报机工作涉及的</w:t>
      </w:r>
      <w:r>
        <w:t>"</w:t>
      </w:r>
      <w:r>
        <w:rPr>
          <w:rFonts w:ascii="微软雅黑" w:eastAsia="微软雅黑" w:hAnsi="微软雅黑" w:cs="微软雅黑" w:hint="eastAsia"/>
          <w:lang w:eastAsia="zh-CN"/>
        </w:rPr>
        <w:t>电流的磁效应</w:t>
      </w:r>
      <w:r>
        <w:t>"</w:t>
      </w:r>
      <w:r>
        <w:rPr>
          <w:rFonts w:ascii="微软雅黑" w:eastAsia="微软雅黑" w:hAnsi="微软雅黑" w:cs="微软雅黑" w:hint="eastAsia"/>
          <w:lang w:eastAsia="zh-CN"/>
        </w:rPr>
        <w:t>（物理）与</w:t>
      </w:r>
      <w:r>
        <w:t>"</w:t>
      </w:r>
      <w:r>
        <w:rPr>
          <w:rFonts w:ascii="微软雅黑" w:eastAsia="微软雅黑" w:hAnsi="微软雅黑" w:cs="微软雅黑" w:hint="eastAsia"/>
          <w:lang w:eastAsia="zh-CN"/>
        </w:rPr>
        <w:t>输入</w:t>
      </w:r>
      <w:r>
        <w:t>—</w:t>
      </w:r>
      <w:r>
        <w:rPr>
          <w:rFonts w:ascii="微软雅黑" w:eastAsia="微软雅黑" w:hAnsi="微软雅黑" w:cs="微软雅黑" w:hint="eastAsia"/>
          <w:lang w:eastAsia="zh-CN"/>
        </w:rPr>
        <w:t>编码</w:t>
      </w:r>
      <w:r>
        <w:t>—</w:t>
      </w:r>
      <w:r>
        <w:rPr>
          <w:rFonts w:ascii="微软雅黑" w:eastAsia="微软雅黑" w:hAnsi="微软雅黑" w:cs="微软雅黑" w:hint="eastAsia"/>
          <w:lang w:eastAsia="zh-CN"/>
        </w:rPr>
        <w:t>解码</w:t>
      </w:r>
      <w:r>
        <w:t>—</w:t>
      </w:r>
      <w:r>
        <w:rPr>
          <w:rFonts w:ascii="微软雅黑" w:eastAsia="微软雅黑" w:hAnsi="微软雅黑" w:cs="微软雅黑" w:hint="eastAsia"/>
          <w:lang w:eastAsia="zh-CN"/>
        </w:rPr>
        <w:t>协议</w:t>
      </w:r>
      <w:r>
        <w:t>"</w:t>
      </w:r>
      <w:r>
        <w:rPr>
          <w:rFonts w:ascii="微软雅黑" w:eastAsia="微软雅黑" w:hAnsi="微软雅黑" w:cs="微软雅黑" w:hint="eastAsia"/>
          <w:lang w:eastAsia="zh-CN"/>
        </w:rPr>
        <w:t>（信息科技）双线概念。</w:t>
      </w:r>
    </w:p>
    <w:p>
      <w:pPr>
        <w:pStyle w:val="ListBullet"/>
        <w:spacing w:after="72"/>
      </w:pPr>
      <w:r>
        <w:rPr>
          <w:rFonts w:ascii="微软雅黑" w:eastAsia="微软雅黑" w:hAnsi="微软雅黑" w:cs="微软雅黑" w:hint="eastAsia"/>
          <w:lang w:eastAsia="zh-CN"/>
        </w:rPr>
        <w:t>完整编码流程：汉字</w:t>
      </w:r>
      <w:r>
        <w:t>→</w:t>
      </w:r>
      <w:r>
        <w:rPr>
          <w:rFonts w:ascii="微软雅黑" w:eastAsia="微软雅黑" w:hAnsi="微软雅黑" w:cs="微软雅黑" w:hint="eastAsia"/>
          <w:lang w:eastAsia="zh-CN"/>
        </w:rPr>
        <w:t>四位数字</w:t>
      </w:r>
      <w:r>
        <w:t>→</w:t>
      </w:r>
      <w:r>
        <w:rPr>
          <w:rFonts w:ascii="微软雅黑" w:eastAsia="微软雅黑" w:hAnsi="微软雅黑" w:cs="微软雅黑" w:hint="eastAsia"/>
          <w:lang w:eastAsia="zh-CN"/>
        </w:rPr>
        <w:t>长短组合</w:t>
      </w:r>
      <w:r>
        <w:t>→</w:t>
      </w:r>
      <w:r>
        <w:rPr>
          <w:rFonts w:ascii="微软雅黑" w:eastAsia="微软雅黑" w:hAnsi="微软雅黑" w:cs="微软雅黑" w:hint="eastAsia"/>
          <w:lang w:eastAsia="zh-CN"/>
        </w:rPr>
        <w:t>发送</w:t>
      </w:r>
      <w:r>
        <w:t>→</w:t>
      </w:r>
      <w:r>
        <w:rPr>
          <w:rFonts w:ascii="微软雅黑" w:eastAsia="微软雅黑" w:hAnsi="微软雅黑" w:cs="微软雅黑" w:hint="eastAsia"/>
          <w:lang w:eastAsia="zh-CN"/>
        </w:rPr>
        <w:t>接收</w:t>
      </w:r>
      <w:r>
        <w:t>→</w:t>
      </w:r>
      <w:r>
        <w:rPr>
          <w:rFonts w:ascii="微软雅黑" w:eastAsia="微软雅黑" w:hAnsi="微软雅黑" w:cs="微软雅黑" w:hint="eastAsia"/>
          <w:lang w:eastAsia="zh-CN"/>
        </w:rPr>
        <w:t>长短组合</w:t>
      </w:r>
      <w:r>
        <w:t>→</w:t>
      </w:r>
      <w:r>
        <w:rPr>
          <w:rFonts w:ascii="微软雅黑" w:eastAsia="微软雅黑" w:hAnsi="微软雅黑" w:cs="微软雅黑" w:hint="eastAsia"/>
          <w:lang w:eastAsia="zh-CN"/>
        </w:rPr>
        <w:t>四位数字</w:t>
      </w:r>
      <w:r>
        <w:t>→</w:t>
      </w:r>
      <w:r>
        <w:rPr>
          <w:rFonts w:ascii="微软雅黑" w:eastAsia="微软雅黑" w:hAnsi="微软雅黑" w:cs="微软雅黑" w:hint="eastAsia"/>
          <w:lang w:eastAsia="zh-CN"/>
        </w:rPr>
        <w:t>汉字。</w:t>
      </w:r>
    </w:p>
    <w:p>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理解</w:t>
      </w:r>
      <w:r>
        <w:t>"</w:t>
      </w:r>
      <w:r>
        <w:rPr>
          <w:rFonts w:ascii="微软雅黑" w:eastAsia="微软雅黑" w:hAnsi="微软雅黑" w:cs="微软雅黑" w:hint="eastAsia"/>
          <w:lang w:eastAsia="zh-CN"/>
        </w:rPr>
        <w:t>协议</w:t>
      </w:r>
      <w:r>
        <w:t>/</w:t>
      </w:r>
      <w:r>
        <w:rPr>
          <w:rFonts w:ascii="微软雅黑" w:eastAsia="微软雅黑" w:hAnsi="微软雅黑" w:cs="微软雅黑" w:hint="eastAsia"/>
          <w:lang w:eastAsia="zh-CN"/>
        </w:rPr>
        <w:t>密码</w:t>
      </w:r>
      <w:r>
        <w:t>"</w:t>
      </w:r>
      <w:r>
        <w:rPr>
          <w:rFonts w:ascii="微软雅黑" w:eastAsia="微软雅黑" w:hAnsi="微软雅黑" w:cs="微软雅黑" w:hint="eastAsia"/>
          <w:lang w:eastAsia="zh-CN"/>
        </w:rPr>
        <w:t>思想：为什么</w:t>
      </w:r>
      <w:r>
        <w:t>"0132 1170"</w:t>
      </w:r>
      <w:r>
        <w:rPr>
          <w:rFonts w:ascii="微软雅黑" w:eastAsia="微软雅黑" w:hAnsi="微软雅黑" w:cs="微软雅黑" w:hint="eastAsia"/>
          <w:lang w:eastAsia="zh-CN"/>
        </w:rPr>
        <w:t>只是一串数字，收报人必须借助同一套</w:t>
      </w:r>
      <w:r>
        <w:t>"</w:t>
      </w:r>
      <w:r>
        <w:rPr>
          <w:rFonts w:ascii="微软雅黑" w:eastAsia="微软雅黑" w:hAnsi="微软雅黑" w:cs="微软雅黑" w:hint="eastAsia"/>
          <w:lang w:eastAsia="zh-CN"/>
        </w:rPr>
        <w:t>汉字电报码</w:t>
      </w:r>
      <w:r>
        <w:t>"</w:t>
      </w:r>
      <w:r>
        <w:rPr>
          <w:rFonts w:ascii="微软雅黑" w:eastAsia="微软雅黑" w:hAnsi="微软雅黑" w:cs="微软雅黑" w:hint="eastAsia"/>
          <w:lang w:eastAsia="zh-CN"/>
        </w:rPr>
        <w:t>才能还原</w:t>
      </w:r>
      <w:r>
        <w:t>"</w:t>
      </w:r>
      <w:r>
        <w:rPr>
          <w:rFonts w:ascii="微软雅黑" w:eastAsia="微软雅黑" w:hAnsi="微软雅黑" w:cs="微软雅黑" w:hint="eastAsia"/>
          <w:lang w:eastAsia="zh-CN"/>
        </w:rPr>
        <w:t>你好</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用手按亮灯泡</w:t>
      </w:r>
      <w:r>
        <w:t>"</w:t>
      </w:r>
      <w:r>
        <w:rPr>
          <w:rFonts w:ascii="微软雅黑" w:eastAsia="微软雅黑" w:hAnsi="微软雅黑" w:cs="微软雅黑" w:hint="eastAsia"/>
          <w:lang w:eastAsia="zh-CN"/>
        </w:rPr>
        <w:t>的具身体验，抽象上升到</w:t>
      </w:r>
      <w:r>
        <w:t>"</w:t>
      </w:r>
      <w:r>
        <w:rPr>
          <w:rFonts w:ascii="微软雅黑" w:eastAsia="微软雅黑" w:hAnsi="微软雅黑" w:cs="微软雅黑" w:hint="eastAsia"/>
          <w:lang w:eastAsia="zh-CN"/>
        </w:rPr>
        <w:t>信息论用数学来算信息</w:t>
      </w:r>
      <w:r>
        <w:t>"</w:t>
      </w:r>
      <w:r>
        <w:rPr>
          <w:rFonts w:ascii="微软雅黑" w:eastAsia="微软雅黑" w:hAnsi="微软雅黑" w:cs="微软雅黑" w:hint="eastAsia"/>
          <w:lang w:eastAsia="zh-CN"/>
        </w:rPr>
        <w:t>的跨学科认知。</w:t>
      </w:r>
    </w:p>
    <w:p>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：用实物演示建立直观，用</w:t>
      </w:r>
      <w:r>
        <w:t>"</w:t>
      </w:r>
      <w:r>
        <w:rPr>
          <w:rFonts w:ascii="微软雅黑" w:eastAsia="微软雅黑" w:hAnsi="微软雅黑" w:cs="微软雅黑" w:hint="eastAsia"/>
          <w:lang w:eastAsia="zh-CN"/>
        </w:rPr>
        <w:t>角色扮演报务员</w:t>
      </w:r>
      <w:r>
        <w:t>"</w:t>
      </w:r>
      <w:r>
        <w:rPr>
          <w:rFonts w:ascii="微软雅黑" w:eastAsia="微软雅黑" w:hAnsi="微软雅黑" w:cs="微软雅黑" w:hint="eastAsia"/>
          <w:lang w:eastAsia="zh-CN"/>
        </w:rPr>
        <w:t>体会信号中的行为特征，用</w:t>
      </w:r>
      <w:r>
        <w:t>"</w:t>
      </w:r>
      <w:r>
        <w:rPr>
          <w:rFonts w:ascii="微软雅黑" w:eastAsia="微软雅黑" w:hAnsi="微软雅黑" w:cs="微软雅黑" w:hint="eastAsia"/>
          <w:lang w:eastAsia="zh-CN"/>
        </w:rPr>
        <w:t>假如收报人没有码表</w:t>
      </w:r>
      <w:r>
        <w:t>"</w:t>
      </w:r>
      <w:r>
        <w:rPr>
          <w:rFonts w:ascii="微软雅黑" w:eastAsia="微软雅黑" w:hAnsi="微软雅黑" w:cs="微软雅黑" w:hint="eastAsia"/>
          <w:lang w:eastAsia="zh-CN"/>
        </w:rPr>
        <w:t>的反设问题倒逼协议意识。</w:t>
      </w:r>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简易电报机套件两套（</w:t>
      </w:r>
      <w:r>
        <w:t>"</w:t>
      </w:r>
      <w:r>
        <w:rPr>
          <w:rFonts w:ascii="微软雅黑" w:eastAsia="微软雅黑" w:hAnsi="微软雅黑" w:cs="微软雅黑" w:hint="eastAsia"/>
          <w:lang w:eastAsia="zh-CN"/>
        </w:rPr>
        <w:t>发射端</w:t>
      </w:r>
      <w:r>
        <w:t>"</w:t>
      </w:r>
      <w:r>
        <w:rPr>
          <w:rFonts w:ascii="微软雅黑" w:eastAsia="微软雅黑" w:hAnsi="微软雅黑" w:cs="微软雅黑" w:hint="eastAsia"/>
          <w:lang w:eastAsia="zh-CN"/>
        </w:rPr>
        <w:t>和</w:t>
      </w:r>
      <w:r>
        <w:t>"</w:t>
      </w:r>
      <w:r>
        <w:rPr>
          <w:rFonts w:ascii="微软雅黑" w:eastAsia="微软雅黑" w:hAnsi="微软雅黑" w:cs="微软雅黑" w:hint="eastAsia"/>
          <w:lang w:eastAsia="zh-CN"/>
        </w:rPr>
        <w:t>接收端</w:t>
      </w:r>
      <w:r>
        <w:t>"</w:t>
      </w:r>
      <w:r>
        <w:rPr>
          <w:rFonts w:ascii="微软雅黑" w:eastAsia="微软雅黑" w:hAnsi="微软雅黑" w:cs="微软雅黑" w:hint="eastAsia"/>
          <w:lang w:eastAsia="zh-CN"/>
        </w:rPr>
        <w:t>），含电池盒、按键、导线、电磁铁、灯泡等（可从网上低价购得）；</w:t>
      </w:r>
    </w:p>
    <w:p>
      <w:pPr>
        <w:pStyle w:val="ListBullet"/>
        <w:spacing w:after="72"/>
      </w:pPr>
      <w:r>
        <w:rPr>
          <w:rFonts w:ascii="微软雅黑" w:eastAsia="微软雅黑" w:hAnsi="微软雅黑" w:cs="微软雅黑" w:hint="eastAsia"/>
          <w:lang w:eastAsia="zh-CN"/>
        </w:rPr>
        <w:t>《教师指导手册》《学生学习手册》（示范课配套，提前复印至每人一份）；</w:t>
      </w:r>
    </w:p>
    <w:p>
      <w:pPr>
        <w:pStyle w:val="ListBullet"/>
        <w:spacing w:after="72"/>
      </w:pPr>
      <w:r>
        <w:rPr>
          <w:rFonts w:ascii="微软雅黑" w:eastAsia="微软雅黑" w:hAnsi="微软雅黑" w:cs="微软雅黑" w:hint="eastAsia"/>
          <w:lang w:eastAsia="zh-CN"/>
        </w:rPr>
        <w:t>摩尔斯码表（点划对照，</w:t>
      </w:r>
      <w:r>
        <w:t>A-Z</w:t>
      </w:r>
      <w:r>
        <w:rPr>
          <w:rFonts w:ascii="微软雅黑" w:eastAsia="微软雅黑" w:hAnsi="微软雅黑" w:cs="微软雅黑" w:hint="eastAsia"/>
          <w:lang w:eastAsia="zh-CN"/>
        </w:rPr>
        <w:t>及</w:t>
      </w:r>
      <w:r>
        <w:t>0-9</w:t>
      </w:r>
      <w:r>
        <w:rPr>
          <w:rFonts w:ascii="微软雅黑" w:eastAsia="微软雅黑" w:hAnsi="微软雅黑" w:cs="微软雅黑" w:hint="eastAsia"/>
          <w:lang w:eastAsia="zh-CN"/>
        </w:rPr>
        <w:t>）大幅打印</w:t>
      </w:r>
      <w:r>
        <w:t>2</w:t>
      </w:r>
      <w:r>
        <w:rPr>
          <w:rFonts w:ascii="微软雅黑" w:eastAsia="微软雅黑" w:hAnsi="微软雅黑" w:cs="微软雅黑" w:hint="eastAsia"/>
          <w:lang w:eastAsia="zh-CN"/>
        </w:rPr>
        <w:t>份（投影</w:t>
      </w:r>
      <w:r>
        <w:t>1</w:t>
      </w:r>
      <w:r>
        <w:rPr>
          <w:rFonts w:ascii="微软雅黑" w:eastAsia="微软雅黑" w:hAnsi="微软雅黑" w:cs="微软雅黑" w:hint="eastAsia"/>
          <w:lang w:eastAsia="zh-CN"/>
        </w:rPr>
        <w:t>份</w:t>
      </w:r>
      <w:r>
        <w:t>+</w:t>
      </w:r>
      <w:r>
        <w:rPr>
          <w:rFonts w:ascii="微软雅黑" w:eastAsia="微软雅黑" w:hAnsi="微软雅黑" w:cs="微软雅黑" w:hint="eastAsia"/>
          <w:lang w:eastAsia="zh-CN"/>
        </w:rPr>
        <w:t>小组传阅</w:t>
      </w:r>
      <w:r>
        <w:t>1</w:t>
      </w:r>
      <w:r>
        <w:rPr>
          <w:rFonts w:ascii="微软雅黑" w:eastAsia="微软雅黑" w:hAnsi="微软雅黑" w:cs="微软雅黑" w:hint="eastAsia"/>
          <w:lang w:eastAsia="zh-CN"/>
        </w:rPr>
        <w:t>份）；</w:t>
      </w:r>
    </w:p>
    <w:p>
      <w:pPr>
        <w:pStyle w:val="ListBullet"/>
        <w:spacing w:after="72"/>
      </w:pPr>
      <w:r>
        <w:rPr>
          <w:rFonts w:ascii="微软雅黑" w:eastAsia="微软雅黑" w:hAnsi="微软雅黑" w:cs="微软雅黑" w:hint="eastAsia"/>
          <w:lang w:eastAsia="zh-CN"/>
        </w:rPr>
        <w:t>汉字电报码表（四位数字编码，至少含</w:t>
      </w:r>
      <w:r>
        <w:t>"</w:t>
      </w:r>
      <w:r>
        <w:rPr>
          <w:rFonts w:ascii="微软雅黑" w:eastAsia="微软雅黑" w:hAnsi="微软雅黑" w:cs="微软雅黑" w:hint="eastAsia"/>
          <w:lang w:eastAsia="zh-CN"/>
        </w:rPr>
        <w:t>你好</w:t>
      </w:r>
      <w:r>
        <w:t>=0132 1170"</w:t>
      </w:r>
      <w:r>
        <w:rPr>
          <w:rFonts w:ascii="微软雅黑" w:eastAsia="微软雅黑" w:hAnsi="微软雅黑" w:cs="微软雅黑" w:hint="eastAsia"/>
          <w:lang w:eastAsia="zh-CN"/>
        </w:rPr>
        <w:t>等常用字）；</w:t>
      </w:r>
    </w:p>
    <w:p>
      <w:pPr>
        <w:pStyle w:val="ListBullet"/>
        <w:spacing w:after="72"/>
      </w:pPr>
      <w:r>
        <w:rPr>
          <w:rFonts w:ascii="微软雅黑" w:eastAsia="微软雅黑" w:hAnsi="微软雅黑" w:cs="微软雅黑" w:hint="eastAsia"/>
          <w:lang w:eastAsia="zh-CN"/>
        </w:rPr>
        <w:t>教师用白板</w:t>
      </w:r>
      <w:r>
        <w:t>/</w:t>
      </w:r>
      <w:r>
        <w:rPr>
          <w:rFonts w:ascii="微软雅黑" w:eastAsia="微软雅黑" w:hAnsi="微软雅黑" w:cs="微软雅黑" w:hint="eastAsia"/>
          <w:lang w:eastAsia="zh-CN"/>
        </w:rPr>
        <w:t>投影，能演示</w:t>
      </w:r>
      <w:r>
        <w:t>"</w:t>
      </w:r>
      <w:r>
        <w:rPr>
          <w:rFonts w:ascii="微软雅黑" w:eastAsia="微软雅黑" w:hAnsi="微软雅黑" w:cs="微软雅黑" w:hint="eastAsia"/>
          <w:lang w:eastAsia="zh-CN"/>
        </w:rPr>
        <w:t>汉字</w:t>
      </w:r>
      <w:r>
        <w:t>→</w:t>
      </w:r>
      <w:r>
        <w:rPr>
          <w:rFonts w:ascii="微软雅黑" w:eastAsia="微软雅黑" w:hAnsi="微软雅黑" w:cs="微软雅黑" w:hint="eastAsia"/>
          <w:lang w:eastAsia="zh-CN"/>
        </w:rPr>
        <w:t>数字</w:t>
      </w:r>
      <w:r>
        <w:t>→</w:t>
      </w:r>
      <w:r>
        <w:rPr>
          <w:rFonts w:ascii="微软雅黑" w:eastAsia="微软雅黑" w:hAnsi="微软雅黑" w:cs="微软雅黑" w:hint="eastAsia"/>
          <w:lang w:eastAsia="zh-CN"/>
        </w:rPr>
        <w:t>摩尔斯码</w:t>
      </w:r>
      <w:r>
        <w:t>"</w:t>
      </w:r>
      <w:r>
        <w:rPr>
          <w:rFonts w:ascii="微软雅黑" w:eastAsia="微软雅黑" w:hAnsi="微软雅黑" w:cs="微软雅黑" w:hint="eastAsia"/>
          <w:lang w:eastAsia="zh-CN"/>
        </w:rPr>
        <w:t>完整流程的动画或图示。</w:t>
      </w:r>
    </w:p>
    <w:p>
      <w:pPr/>
      <w:r>
        <w:rPr>
          <w:rFonts w:ascii="微软雅黑" w:eastAsia="微软雅黑" w:hAnsi="微软雅黑" w:cs="微软雅黑" w:hint="eastAsia"/>
          <w:b/>
          <w:lang w:eastAsia="zh-CN"/>
        </w:rPr>
        <w:t>软件平台与技术环境</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教室多媒体投影、可联网电脑</w:t>
      </w:r>
      <w:r>
        <w:t>1</w:t>
      </w:r>
      <w:r>
        <w:rPr>
          <w:rFonts w:ascii="微软雅黑" w:eastAsia="微软雅黑" w:hAnsi="微软雅黑" w:cs="微软雅黑" w:hint="eastAsia"/>
          <w:lang w:eastAsia="zh-CN"/>
        </w:rPr>
        <w:t>台（用于检索</w:t>
      </w:r>
      <w:r>
        <w:t>/</w:t>
      </w:r>
      <w:r>
        <w:rPr>
          <w:rFonts w:ascii="微软雅黑" w:eastAsia="微软雅黑" w:hAnsi="微软雅黑" w:cs="微软雅黑" w:hint="eastAsia"/>
          <w:lang w:eastAsia="zh-CN"/>
        </w:rPr>
        <w:t>演示摩尔斯码、汉字电报码）；</w:t>
      </w:r>
    </w:p>
    <w:p>
      <w:pPr>
        <w:pStyle w:val="ListBullet"/>
        <w:spacing w:after="72"/>
      </w:pPr>
      <w:r>
        <w:rPr>
          <w:rFonts w:ascii="微软雅黑" w:eastAsia="微软雅黑" w:hAnsi="微软雅黑" w:cs="微软雅黑" w:hint="eastAsia"/>
          <w:lang w:eastAsia="zh-CN"/>
        </w:rPr>
        <w:t>若有条件，可准备在线</w:t>
      </w:r>
      <w:r>
        <w:t>"</w:t>
      </w:r>
      <w:r>
        <w:rPr>
          <w:rFonts w:ascii="微软雅黑" w:eastAsia="微软雅黑" w:hAnsi="微软雅黑" w:cs="微软雅黑" w:hint="eastAsia"/>
          <w:lang w:eastAsia="zh-CN"/>
        </w:rPr>
        <w:t>摩尔斯码翻译器</w:t>
      </w:r>
      <w:r>
        <w:t>"</w:t>
      </w:r>
      <w:r>
        <w:rPr>
          <w:rFonts w:ascii="微软雅黑" w:eastAsia="微软雅黑" w:hAnsi="微软雅黑" w:cs="微软雅黑" w:hint="eastAsia"/>
          <w:lang w:eastAsia="zh-CN"/>
        </w:rPr>
        <w:t>网页作为验证工具。</w:t>
      </w:r>
    </w:p>
    <w:p>
      <w:pPr/>
      <w:r>
        <w:rPr>
          <w:rFonts w:ascii="微软雅黑" w:eastAsia="微软雅黑" w:hAnsi="微软雅黑" w:cs="微软雅黑" w:hint="eastAsia"/>
          <w:b/>
          <w:lang w:eastAsia="zh-CN"/>
        </w:rPr>
        <w:t>替代方案（设备不足时）</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无实物电报机时，可用</w:t>
      </w:r>
      <w:r>
        <w:t>"</w:t>
      </w:r>
      <w:r>
        <w:rPr>
          <w:rFonts w:ascii="微软雅黑" w:eastAsia="微软雅黑" w:hAnsi="微软雅黑" w:cs="微软雅黑" w:hint="eastAsia"/>
          <w:lang w:eastAsia="zh-CN"/>
        </w:rPr>
        <w:t>两人一组，一人用桌面敲击长短声、一人记录点划</w:t>
      </w:r>
      <w:r>
        <w:t>"</w:t>
      </w:r>
      <w:r>
        <w:rPr>
          <w:rFonts w:ascii="微软雅黑" w:eastAsia="微软雅黑" w:hAnsi="微软雅黑" w:cs="微软雅黑" w:hint="eastAsia"/>
          <w:lang w:eastAsia="zh-CN"/>
        </w:rPr>
        <w:t>模拟收发；或用</w:t>
      </w:r>
      <w:r>
        <w:t>Micro:bit/</w:t>
      </w:r>
      <w:r>
        <w:rPr>
          <w:rFonts w:ascii="微软雅黑" w:eastAsia="微软雅黑" w:hAnsi="微软雅黑" w:cs="微软雅黑" w:hint="eastAsia"/>
          <w:lang w:eastAsia="zh-CN"/>
        </w:rPr>
        <w:t>开源硬件图形化编程模拟</w:t>
      </w:r>
      <w:r>
        <w:t>"</w:t>
      </w:r>
      <w:r>
        <w:rPr>
          <w:rFonts w:ascii="微软雅黑" w:eastAsia="微软雅黑" w:hAnsi="微软雅黑" w:cs="微软雅黑" w:hint="eastAsia"/>
          <w:lang w:eastAsia="zh-CN"/>
        </w:rPr>
        <w:t>按键点亮对面</w:t>
      </w:r>
      <w:r>
        <w:t>LED"</w:t>
      </w:r>
      <w:r>
        <w:rPr>
          <w:rFonts w:ascii="微软雅黑" w:eastAsia="微软雅黑" w:hAnsi="微软雅黑" w:cs="微软雅黑" w:hint="eastAsia"/>
          <w:lang w:eastAsia="zh-CN"/>
        </w:rPr>
        <w:t>替代；</w:t>
      </w:r>
    </w:p>
    <w:p>
      <w:pPr>
        <w:pStyle w:val="ListBullet"/>
        <w:spacing w:after="72"/>
      </w:pPr>
      <w:r>
        <w:rPr>
          <w:rFonts w:ascii="微软雅黑" w:eastAsia="微软雅黑" w:hAnsi="微软雅黑" w:cs="微软雅黑" w:hint="eastAsia"/>
          <w:lang w:eastAsia="zh-CN"/>
        </w:rPr>
        <w:t>码表可改为教师手绘板书，学生抄录于手册。</w:t>
      </w:r>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导入：这边一按，那边就亮</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出示课程标题、《教师指导手册》《学生学习手册》，点明这是初中</w:t>
            </w:r>
            <w:r>
              <w:rPr>
                <w:sz w:val="18"/>
              </w:rPr>
              <w:t xml:space="preserve"> </w:t>
            </w:r>
            <w:r>
              <w:rPr>
                <w:sz w:val="18"/>
              </w:rPr>
              <w:t>PBL</w:t>
            </w:r>
            <w:r>
              <w:rPr>
                <w:sz w:val="18"/>
              </w:rPr>
              <w:t xml:space="preserve"> </w:t>
            </w:r>
            <w:r>
              <w:rPr>
                <w:sz w:val="18"/>
              </w:rPr>
              <w:t>课例。展示</w:t>
            </w:r>
            <w:r>
              <w:rPr>
                <w:sz w:val="18"/>
              </w:rPr>
              <w:t xml:space="preserve"> </w:t>
            </w:r>
            <w:r>
              <w:rPr>
                <w:sz w:val="18"/>
              </w:rPr>
              <w:t>"</w:t>
            </w:r>
            <w:r>
              <w:rPr>
                <w:sz w:val="18"/>
              </w:rPr>
              <w:t xml:space="preserve"> </w:t>
            </w:r>
            <w:r>
              <w:rPr>
                <w:sz w:val="18"/>
              </w:rPr>
              <w:t>发射端</w:t>
            </w:r>
            <w:r>
              <w:rPr>
                <w:sz w:val="18"/>
              </w:rPr>
              <w:t xml:space="preserve"> </w:t>
            </w:r>
            <w:r>
              <w:rPr>
                <w:sz w:val="18"/>
              </w:rPr>
              <w:t>""</w:t>
            </w:r>
            <w:r>
              <w:rPr>
                <w:sz w:val="18"/>
              </w:rPr>
              <w:t xml:space="preserve"> </w:t>
            </w:r>
            <w:r>
              <w:rPr>
                <w:sz w:val="18"/>
              </w:rPr>
              <w:t>接收端</w:t>
            </w:r>
            <w:r>
              <w:rPr>
                <w:sz w:val="18"/>
              </w:rPr>
              <w:t xml:space="preserve"> </w:t>
            </w:r>
            <w:r>
              <w:rPr>
                <w:sz w:val="18"/>
              </w:rPr>
              <w:t>"</w:t>
            </w:r>
            <w:r>
              <w:rPr>
                <w:sz w:val="18"/>
              </w:rPr>
              <w:t xml:space="preserve"> </w:t>
            </w:r>
            <w:r>
              <w:rPr>
                <w:sz w:val="18"/>
              </w:rPr>
              <w:t>两套简易电报机套件。教师现场演示：按下发射端按键，接收端灯泡亮起。抛出核心问题：</w:t>
            </w:r>
            <w:r>
              <w:rPr>
                <w:sz w:val="18"/>
              </w:rPr>
              <w:t xml:space="preserve"> </w:t>
            </w:r>
            <w:r>
              <w:rPr>
                <w:sz w:val="18"/>
              </w:rPr>
              <w:t>"</w:t>
            </w:r>
            <w:r>
              <w:rPr>
                <w:sz w:val="18"/>
              </w:rPr>
              <w:t xml:space="preserve"> </w:t>
            </w:r>
            <w:r>
              <w:rPr>
                <w:b/>
                <w:sz w:val="18"/>
              </w:rPr>
              <w:t>按下发射端按键，接收端灯泡为什么会亮？</w:t>
            </w:r>
            <w:r>
              <w:rPr>
                <w:sz w:val="18"/>
              </w:rPr>
              <w:t xml:space="preserve"> "</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观察演示，产生好奇；在手册上写下自己的猜测（电流？魔法？导线连通？）。个别学生口头回答猜想。</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用真实现象制造认知冲突，以核心问题驱动整节课的探究，落实</w:t>
            </w:r>
            <w:r>
              <w:rPr>
                <w:sz w:val="18"/>
              </w:rPr>
              <w:t xml:space="preserve"> </w:t>
            </w:r>
            <w:r>
              <w:rPr>
                <w:sz w:val="18"/>
              </w:rPr>
              <w:t>"</w:t>
            </w:r>
            <w:r>
              <w:rPr>
                <w:sz w:val="18"/>
              </w:rPr>
              <w:t xml:space="preserve"> </w:t>
            </w:r>
            <w:r>
              <w:rPr>
                <w:sz w:val="18"/>
              </w:rPr>
              <w:t>先观察、提问，再用物理语言解释</w:t>
            </w:r>
            <w:r>
              <w:rPr>
                <w:sz w:val="18"/>
              </w:rPr>
              <w:t xml:space="preserve"> </w:t>
            </w:r>
            <w:r>
              <w:rPr>
                <w:sz w:val="18"/>
              </w:rPr>
              <w:t>"</w:t>
            </w:r>
            <w:r>
              <w:rPr>
                <w:sz w:val="18"/>
              </w:rPr>
              <w:t xml:space="preserve"> </w:t>
            </w:r>
            <w:r>
              <w:rPr>
                <w:sz w:val="18"/>
              </w:rPr>
              <w:t>的导入设计。</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1</w:t>
            </w:r>
            <w:r>
              <w:rPr>
                <w:sz w:val="18"/>
              </w:rPr>
              <w:t xml:space="preserve"> </w:t>
            </w:r>
            <w:r>
              <w:rPr>
                <w:sz w:val="18"/>
              </w:rPr>
              <w:t>：物理原理</w:t>
            </w:r>
            <w:r>
              <w:rPr>
                <w:sz w:val="18"/>
              </w:rPr>
              <w:t xml:space="preserve"> </w:t>
            </w:r>
            <w:r>
              <w:rPr>
                <w:sz w:val="18"/>
              </w:rPr>
              <w:t>——</w:t>
            </w:r>
            <w:r>
              <w:rPr>
                <w:sz w:val="18"/>
              </w:rPr>
              <w:t xml:space="preserve"> </w:t>
            </w:r>
            <w:r>
              <w:rPr>
                <w:sz w:val="18"/>
              </w:rPr>
              <w:t>电流的磁效应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回扣物理知识：</w:t>
            </w:r>
            <w:r>
              <w:rPr>
                <w:sz w:val="18"/>
              </w:rPr>
              <w:t xml:space="preserve"> </w:t>
            </w:r>
            <w:r>
              <w:rPr>
                <w:sz w:val="18"/>
              </w:rPr>
              <w:t>"</w:t>
            </w:r>
            <w:r>
              <w:rPr>
                <w:sz w:val="18"/>
              </w:rPr>
              <w:t xml:space="preserve"> </w:t>
            </w:r>
            <w:r>
              <w:rPr>
                <w:sz w:val="18"/>
              </w:rPr>
              <w:t>这就是奥斯特偶然发现的一个</w:t>
            </w:r>
            <w:r>
              <w:rPr>
                <w:sz w:val="18"/>
              </w:rPr>
              <w:t xml:space="preserve"> </w:t>
            </w:r>
            <w:r>
              <w:rPr>
                <w:b/>
                <w:sz w:val="18"/>
              </w:rPr>
              <w:t>电流的磁效应</w:t>
            </w:r>
            <w:r>
              <w:rPr>
                <w:sz w:val="18"/>
              </w:rPr>
              <w:t xml:space="preserve"> </w:t>
            </w:r>
            <w:r>
              <w:rPr>
                <w:sz w:val="18"/>
              </w:rPr>
              <w:t>——</w:t>
            </w:r>
            <w:r>
              <w:rPr>
                <w:sz w:val="18"/>
              </w:rPr>
              <w:t xml:space="preserve"> </w:t>
            </w:r>
            <w:r>
              <w:rPr>
                <w:sz w:val="18"/>
              </w:rPr>
              <w:t>电流产生磁场，使接收端电磁装置动作、灯泡发光。</w:t>
            </w:r>
            <w:r>
              <w:rPr>
                <w:sz w:val="18"/>
              </w:rPr>
              <w:t xml:space="preserve"> </w:t>
            </w:r>
            <w:r>
              <w:rPr>
                <w:sz w:val="18"/>
              </w:rPr>
              <w:t>"</w:t>
            </w:r>
            <w:r>
              <w:rPr>
                <w:sz w:val="18"/>
              </w:rPr>
              <w:t xml:space="preserve"> </w:t>
            </w:r>
            <w:r>
              <w:rPr>
                <w:sz w:val="18"/>
              </w:rPr>
              <w:t>引导学生用</w:t>
            </w:r>
            <w:r>
              <w:rPr>
                <w:sz w:val="18"/>
              </w:rPr>
              <w:t xml:space="preserve"> </w:t>
            </w:r>
            <w:r>
              <w:rPr>
                <w:sz w:val="18"/>
              </w:rPr>
              <w:t>"</w:t>
            </w:r>
            <w:r>
              <w:rPr>
                <w:sz w:val="18"/>
              </w:rPr>
              <w:t xml:space="preserve"> </w:t>
            </w:r>
            <w:r>
              <w:rPr>
                <w:sz w:val="18"/>
              </w:rPr>
              <w:t>电流</w:t>
            </w:r>
            <w:r>
              <w:rPr>
                <w:sz w:val="18"/>
              </w:rPr>
              <w:t xml:space="preserve"> </w:t>
            </w:r>
            <w:r>
              <w:rPr>
                <w:sz w:val="18"/>
              </w:rPr>
              <w:t>→</w:t>
            </w:r>
            <w:r>
              <w:rPr>
                <w:sz w:val="18"/>
              </w:rPr>
              <w:t xml:space="preserve"> </w:t>
            </w:r>
            <w:r>
              <w:rPr>
                <w:sz w:val="18"/>
              </w:rPr>
              <w:t>磁场</w:t>
            </w:r>
            <w:r>
              <w:rPr>
                <w:sz w:val="18"/>
              </w:rPr>
              <w:t xml:space="preserve"> </w:t>
            </w:r>
            <w:r>
              <w:rPr>
                <w:sz w:val="18"/>
              </w:rPr>
              <w:t>→</w:t>
            </w:r>
            <w:r>
              <w:rPr>
                <w:sz w:val="18"/>
              </w:rPr>
              <w:t xml:space="preserve"> </w:t>
            </w:r>
            <w:r>
              <w:rPr>
                <w:sz w:val="18"/>
              </w:rPr>
              <w:t>机械动作</w:t>
            </w:r>
            <w:r>
              <w:rPr>
                <w:sz w:val="18"/>
              </w:rPr>
              <w:t xml:space="preserve"> </w:t>
            </w:r>
            <w:r>
              <w:rPr>
                <w:sz w:val="18"/>
              </w:rPr>
              <w:t>→</w:t>
            </w:r>
            <w:r>
              <w:rPr>
                <w:sz w:val="18"/>
              </w:rPr>
              <w:t xml:space="preserve"> </w:t>
            </w:r>
            <w:r>
              <w:rPr>
                <w:sz w:val="18"/>
              </w:rPr>
              <w:t>灯亮</w:t>
            </w:r>
            <w:r>
              <w:rPr>
                <w:sz w:val="18"/>
              </w:rPr>
              <w:t xml:space="preserve"> </w:t>
            </w:r>
            <w:r>
              <w:rPr>
                <w:sz w:val="18"/>
              </w:rPr>
              <w:t>"</w:t>
            </w:r>
            <w:r>
              <w:rPr>
                <w:sz w:val="18"/>
              </w:rPr>
              <w:t xml:space="preserve"> </w:t>
            </w:r>
            <w:r>
              <w:rPr>
                <w:sz w:val="18"/>
              </w:rPr>
              <w:t>复述因果链。</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结合八年级物理</w:t>
            </w:r>
            <w:r>
              <w:rPr>
                <w:sz w:val="18"/>
              </w:rPr>
              <w:t xml:space="preserve"> </w:t>
            </w:r>
            <w:r>
              <w:rPr>
                <w:sz w:val="18"/>
              </w:rPr>
              <w:t>"</w:t>
            </w:r>
            <w:r>
              <w:rPr>
                <w:sz w:val="18"/>
              </w:rPr>
              <w:t xml:space="preserve"> </w:t>
            </w:r>
            <w:r>
              <w:rPr>
                <w:sz w:val="18"/>
              </w:rPr>
              <w:t>电与磁</w:t>
            </w:r>
            <w:r>
              <w:rPr>
                <w:sz w:val="18"/>
              </w:rPr>
              <w:t xml:space="preserve"> </w:t>
            </w:r>
            <w:r>
              <w:rPr>
                <w:sz w:val="18"/>
              </w:rPr>
              <w:t>"</w:t>
            </w:r>
            <w:r>
              <w:rPr>
                <w:sz w:val="18"/>
              </w:rPr>
              <w:t xml:space="preserve"> </w:t>
            </w:r>
            <w:r>
              <w:rPr>
                <w:sz w:val="18"/>
              </w:rPr>
              <w:t>已学内容，复述解释；在手册上画出</w:t>
            </w:r>
            <w:r>
              <w:rPr>
                <w:sz w:val="18"/>
              </w:rPr>
              <w:t xml:space="preserve"> </w:t>
            </w:r>
            <w:r>
              <w:rPr>
                <w:sz w:val="18"/>
              </w:rPr>
              <w:t>"</w:t>
            </w:r>
            <w:r>
              <w:rPr>
                <w:sz w:val="18"/>
              </w:rPr>
              <w:t xml:space="preserve"> </w:t>
            </w:r>
            <w:r>
              <w:rPr>
                <w:sz w:val="18"/>
              </w:rPr>
              <w:t>电流产生磁场驱动灯泡</w:t>
            </w:r>
            <w:r>
              <w:rPr>
                <w:sz w:val="18"/>
              </w:rPr>
              <w:t xml:space="preserve"> </w:t>
            </w:r>
            <w:r>
              <w:rPr>
                <w:sz w:val="18"/>
              </w:rPr>
              <w:t>"</w:t>
            </w:r>
            <w:r>
              <w:rPr>
                <w:sz w:val="18"/>
              </w:rPr>
              <w:t xml:space="preserve"> </w:t>
            </w:r>
            <w:r>
              <w:rPr>
                <w:sz w:val="18"/>
              </w:rPr>
              <w:t>的简易示意图。</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把具身体验上升为物理概念，落实评价点</w:t>
            </w:r>
            <w:r>
              <w:rPr>
                <w:sz w:val="18"/>
              </w:rPr>
              <w:t xml:space="preserve"> </w:t>
            </w:r>
            <w:r>
              <w:rPr>
                <w:sz w:val="18"/>
              </w:rPr>
              <w:t>"</w:t>
            </w:r>
            <w:r>
              <w:rPr>
                <w:sz w:val="18"/>
              </w:rPr>
              <w:t xml:space="preserve"> </w:t>
            </w:r>
            <w:r>
              <w:rPr>
                <w:sz w:val="18"/>
              </w:rPr>
              <w:t>能用物理原理解释电报机工作</w:t>
            </w:r>
            <w:r>
              <w:rPr>
                <w:sz w:val="18"/>
              </w:rPr>
              <w:t xml:space="preserve"> </w:t>
            </w:r>
            <w:r>
              <w:rPr>
                <w:sz w:val="18"/>
              </w:rPr>
              <w:t>"</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2</w:t>
            </w:r>
            <w:r>
              <w:rPr>
                <w:sz w:val="18"/>
              </w:rPr>
              <w:t xml:space="preserve"> </w:t>
            </w:r>
            <w:r>
              <w:rPr>
                <w:sz w:val="18"/>
              </w:rPr>
              <w:t>：信息输入与编码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9</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转入信息科技视角：</w:t>
            </w:r>
            <w:r>
              <w:rPr>
                <w:sz w:val="18"/>
              </w:rPr>
              <w:t xml:space="preserve"> </w:t>
            </w:r>
            <w:r>
              <w:rPr>
                <w:sz w:val="18"/>
              </w:rPr>
              <w:t>"</w:t>
            </w:r>
            <w:r>
              <w:rPr>
                <w:sz w:val="18"/>
              </w:rPr>
              <w:t xml:space="preserve"> </w:t>
            </w:r>
            <w:r>
              <w:rPr>
                <w:sz w:val="18"/>
              </w:rPr>
              <w:t>让大家用电报机</w:t>
            </w:r>
            <w:r>
              <w:rPr>
                <w:sz w:val="18"/>
              </w:rPr>
              <w:t xml:space="preserve"> </w:t>
            </w:r>
            <w:r>
              <w:rPr>
                <w:sz w:val="18"/>
              </w:rPr>
              <w:t>'</w:t>
            </w:r>
            <w:r>
              <w:rPr>
                <w:sz w:val="18"/>
              </w:rPr>
              <w:t xml:space="preserve"> </w:t>
            </w:r>
            <w:r>
              <w:rPr>
                <w:sz w:val="18"/>
              </w:rPr>
              <w:t>发一个电报</w:t>
            </w:r>
            <w:r>
              <w:rPr>
                <w:sz w:val="18"/>
              </w:rPr>
              <w:t xml:space="preserve"> </w:t>
            </w:r>
            <w:r>
              <w:rPr>
                <w:sz w:val="18"/>
              </w:rPr>
              <w:t>'"</w:t>
            </w:r>
            <w:r>
              <w:rPr>
                <w:sz w:val="18"/>
              </w:rPr>
              <w:t xml:space="preserve"> </w:t>
            </w:r>
            <w:r>
              <w:rPr>
                <w:sz w:val="18"/>
              </w:rPr>
              <w:t>，引入输入与编码。对比手机输入法与电报输入：</w:t>
            </w:r>
            <w:r>
              <w:rPr>
                <w:sz w:val="18"/>
              </w:rPr>
              <w:t xml:space="preserve"> </w:t>
            </w:r>
            <w:r>
              <w:rPr>
                <w:sz w:val="18"/>
              </w:rPr>
              <w:t>"</w:t>
            </w:r>
            <w:r>
              <w:rPr>
                <w:sz w:val="18"/>
              </w:rPr>
              <w:t xml:space="preserve"> </w:t>
            </w:r>
            <w:r>
              <w:rPr>
                <w:sz w:val="18"/>
              </w:rPr>
              <w:t>手写（输入）其实也是键盘，它是西文字母的键盘。</w:t>
            </w:r>
            <w:r>
              <w:rPr>
                <w:sz w:val="18"/>
              </w:rPr>
              <w:t xml:space="preserve"> </w:t>
            </w:r>
            <w:r>
              <w:rPr>
                <w:sz w:val="18"/>
              </w:rPr>
              <w:t>"</w:t>
            </w:r>
            <w:r>
              <w:rPr>
                <w:sz w:val="18"/>
              </w:rPr>
              <w:t xml:space="preserve"> </w:t>
            </w:r>
            <w:r>
              <w:rPr>
                <w:sz w:val="18"/>
              </w:rPr>
              <w:t>摩尔斯码</w:t>
            </w:r>
            <w:r>
              <w:rPr>
                <w:sz w:val="18"/>
              </w:rPr>
              <w:t xml:space="preserve"> </w:t>
            </w:r>
            <w:r>
              <w:rPr>
                <w:sz w:val="18"/>
              </w:rPr>
              <w:t>"</w:t>
            </w:r>
            <w:r>
              <w:rPr>
                <w:sz w:val="18"/>
              </w:rPr>
              <w:t xml:space="preserve"> </w:t>
            </w:r>
            <w:r>
              <w:rPr>
                <w:sz w:val="18"/>
              </w:rPr>
              <w:t>只能按出长的或者短的两种</w:t>
            </w:r>
            <w:r>
              <w:rPr>
                <w:sz w:val="18"/>
              </w:rPr>
              <w:t xml:space="preserve"> </w:t>
            </w:r>
            <w:r>
              <w:rPr>
                <w:sz w:val="18"/>
              </w:rPr>
              <w:t>"</w:t>
            </w:r>
            <w:r>
              <w:rPr>
                <w:sz w:val="18"/>
              </w:rPr>
              <w:t xml:space="preserve"> </w:t>
            </w:r>
            <w:r>
              <w:rPr>
                <w:sz w:val="18"/>
              </w:rPr>
              <w:t>。展示摩尔斯码表，提出任务：</w:t>
            </w:r>
            <w:r>
              <w:rPr>
                <w:sz w:val="18"/>
              </w:rPr>
              <w:t xml:space="preserve"> </w:t>
            </w:r>
            <w:r>
              <w:rPr>
                <w:sz w:val="18"/>
              </w:rPr>
              <w:t>"</w:t>
            </w:r>
            <w:r>
              <w:rPr>
                <w:sz w:val="18"/>
              </w:rPr>
              <w:t xml:space="preserve"> </w:t>
            </w:r>
            <w:r>
              <w:rPr>
                <w:b/>
                <w:sz w:val="18"/>
              </w:rPr>
              <w:t>如何用摩尔斯码发送'你好'？</w:t>
            </w:r>
            <w:r>
              <w:rPr>
                <w:sz w:val="18"/>
              </w:rPr>
              <w:t xml:space="preserve"> "</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分组尝试：任务</w:t>
            </w:r>
            <w:r>
              <w:rPr>
                <w:sz w:val="18"/>
              </w:rPr>
              <w:t xml:space="preserve"> </w:t>
            </w:r>
            <w:r>
              <w:rPr>
                <w:sz w:val="18"/>
              </w:rPr>
              <w:t>1——</w:t>
            </w:r>
            <w:r>
              <w:rPr>
                <w:sz w:val="18"/>
              </w:rPr>
              <w:t xml:space="preserve"> </w:t>
            </w:r>
            <w:r>
              <w:rPr>
                <w:sz w:val="18"/>
              </w:rPr>
              <w:t>用摩尔斯码发送一个英文字母或数字（如</w:t>
            </w:r>
            <w:r>
              <w:rPr>
                <w:sz w:val="18"/>
              </w:rPr>
              <w:t xml:space="preserve"> </w:t>
            </w:r>
            <w:r>
              <w:rPr>
                <w:sz w:val="18"/>
              </w:rPr>
              <w:t>SOS</w:t>
            </w:r>
            <w:r>
              <w:rPr>
                <w:sz w:val="18"/>
              </w:rPr>
              <w:t xml:space="preserve"> </w:t>
            </w:r>
            <w:r>
              <w:rPr>
                <w:sz w:val="18"/>
              </w:rPr>
              <w:t>）；对照码表练习点划。体会</w:t>
            </w:r>
            <w:r>
              <w:rPr>
                <w:sz w:val="18"/>
              </w:rPr>
              <w:t xml:space="preserve"> </w:t>
            </w:r>
            <w:r>
              <w:rPr>
                <w:sz w:val="18"/>
              </w:rPr>
              <w:t>"</w:t>
            </w:r>
            <w:r>
              <w:rPr>
                <w:sz w:val="18"/>
              </w:rPr>
              <w:t xml:space="preserve"> </w:t>
            </w:r>
            <w:r>
              <w:rPr>
                <w:sz w:val="18"/>
              </w:rPr>
              <w:t>输入即编码</w:t>
            </w:r>
            <w:r>
              <w:rPr>
                <w:sz w:val="18"/>
              </w:rPr>
              <w:t xml:space="preserve"> </w:t>
            </w:r>
            <w:r>
              <w:rPr>
                <w:sz w:val="18"/>
              </w:rPr>
              <w:t>"</w:t>
            </w:r>
            <w:r>
              <w:rPr>
                <w:sz w:val="18"/>
              </w:rPr>
              <w:t xml:space="preserve"> </w:t>
            </w:r>
            <w:r>
              <w:rPr>
                <w:sz w:val="18"/>
              </w:rPr>
              <w:t>：任何输入本质都是键盘输入。</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从物理层切换到信息层，建立</w:t>
            </w:r>
            <w:r>
              <w:rPr>
                <w:sz w:val="18"/>
              </w:rPr>
              <w:t xml:space="preserve"> </w:t>
            </w:r>
            <w:r>
              <w:rPr>
                <w:sz w:val="18"/>
              </w:rPr>
              <w:t>"</w:t>
            </w:r>
            <w:r>
              <w:rPr>
                <w:sz w:val="18"/>
              </w:rPr>
              <w:t xml:space="preserve"> </w:t>
            </w:r>
            <w:r>
              <w:rPr>
                <w:sz w:val="18"/>
              </w:rPr>
              <w:t>输入</w:t>
            </w:r>
            <w:r>
              <w:rPr>
                <w:sz w:val="18"/>
              </w:rPr>
              <w:t xml:space="preserve"> </w:t>
            </w:r>
            <w:r>
              <w:rPr>
                <w:sz w:val="18"/>
              </w:rPr>
              <w:t>=</w:t>
            </w:r>
            <w:r>
              <w:rPr>
                <w:sz w:val="18"/>
              </w:rPr>
              <w:t xml:space="preserve"> </w:t>
            </w:r>
            <w:r>
              <w:rPr>
                <w:sz w:val="18"/>
              </w:rPr>
              <w:t>编码</w:t>
            </w:r>
            <w:r>
              <w:rPr>
                <w:sz w:val="18"/>
              </w:rPr>
              <w:t xml:space="preserve"> </w:t>
            </w:r>
            <w:r>
              <w:rPr>
                <w:sz w:val="18"/>
              </w:rPr>
              <w:t>"</w:t>
            </w:r>
            <w:r>
              <w:rPr>
                <w:sz w:val="18"/>
              </w:rPr>
              <w:t xml:space="preserve"> </w:t>
            </w:r>
            <w:r>
              <w:rPr>
                <w:sz w:val="18"/>
              </w:rPr>
              <w:t>的元认知，区分</w:t>
            </w:r>
            <w:r>
              <w:rPr>
                <w:sz w:val="18"/>
              </w:rPr>
              <w:t xml:space="preserve"> </w:t>
            </w:r>
            <w:r>
              <w:rPr>
                <w:sz w:val="18"/>
              </w:rPr>
              <w:t>"</w:t>
            </w:r>
            <w:r>
              <w:rPr>
                <w:sz w:val="18"/>
              </w:rPr>
              <w:t xml:space="preserve"> </w:t>
            </w:r>
            <w:r>
              <w:rPr>
                <w:sz w:val="18"/>
              </w:rPr>
              <w:t>西文字母键盘</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点划两种符号</w:t>
            </w:r>
            <w:r>
              <w:rPr>
                <w:sz w:val="18"/>
              </w:rPr>
              <w:t xml:space="preserve"> </w:t>
            </w:r>
            <w:r>
              <w:rPr>
                <w:sz w:val="18"/>
              </w:rPr>
              <w:t>"</w:t>
            </w:r>
            <w:r>
              <w:rPr>
                <w:sz w:val="18"/>
              </w:rPr>
              <w:t xml:space="preserve"> </w:t>
            </w:r>
            <w:r>
              <w:rPr>
                <w:sz w:val="18"/>
              </w:rPr>
              <w:t>的编码差异。</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3</w:t>
            </w:r>
            <w:r>
              <w:rPr>
                <w:sz w:val="18"/>
              </w:rPr>
              <w:t xml:space="preserve"> </w:t>
            </w:r>
            <w:r>
              <w:rPr>
                <w:sz w:val="18"/>
              </w:rPr>
              <w:t>：汉字电报码与完整流程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引出汉字电报码：</w:t>
            </w:r>
            <w:r>
              <w:rPr>
                <w:sz w:val="18"/>
              </w:rPr>
              <w:t xml:space="preserve"> </w:t>
            </w:r>
            <w:r>
              <w:rPr>
                <w:sz w:val="18"/>
              </w:rPr>
              <w:t>"</w:t>
            </w:r>
            <w:r>
              <w:rPr>
                <w:sz w:val="18"/>
              </w:rPr>
              <w:t xml:space="preserve"> </w:t>
            </w:r>
            <w:r>
              <w:rPr>
                <w:sz w:val="18"/>
              </w:rPr>
              <w:t>每个汉字对应一组四位数字，如</w:t>
            </w:r>
            <w:r>
              <w:rPr>
                <w:sz w:val="18"/>
              </w:rPr>
              <w:t xml:space="preserve"> </w:t>
            </w:r>
            <w:r>
              <w:rPr>
                <w:sz w:val="18"/>
              </w:rPr>
              <w:t>'</w:t>
            </w:r>
            <w:r>
              <w:rPr>
                <w:sz w:val="18"/>
              </w:rPr>
              <w:t xml:space="preserve"> </w:t>
            </w:r>
            <w:r>
              <w:rPr>
                <w:sz w:val="18"/>
              </w:rPr>
              <w:t>你好</w:t>
            </w:r>
            <w:r>
              <w:rPr>
                <w:sz w:val="18"/>
              </w:rPr>
              <w:t xml:space="preserve"> </w:t>
            </w:r>
            <w:r>
              <w:rPr>
                <w:sz w:val="18"/>
              </w:rPr>
              <w:t>'=0132 1170"</w:t>
            </w:r>
            <w:r>
              <w:rPr>
                <w:sz w:val="18"/>
              </w:rPr>
              <w:t xml:space="preserve"> </w:t>
            </w:r>
            <w:r>
              <w:rPr>
                <w:sz w:val="18"/>
              </w:rPr>
              <w:t>。演示完整流程：汉字</w:t>
            </w:r>
            <w:r>
              <w:rPr>
                <w:sz w:val="18"/>
              </w:rPr>
              <w:t xml:space="preserve"> </w:t>
            </w:r>
            <w:r>
              <w:rPr>
                <w:sz w:val="18"/>
              </w:rPr>
              <w:t>→</w:t>
            </w:r>
            <w:r>
              <w:rPr>
                <w:sz w:val="18"/>
              </w:rPr>
              <w:t xml:space="preserve"> </w:t>
            </w:r>
            <w:r>
              <w:rPr>
                <w:sz w:val="18"/>
              </w:rPr>
              <w:t>四位数字</w:t>
            </w:r>
            <w:r>
              <w:rPr>
                <w:sz w:val="18"/>
              </w:rPr>
              <w:t xml:space="preserve"> </w:t>
            </w:r>
            <w:r>
              <w:rPr>
                <w:sz w:val="18"/>
              </w:rPr>
              <w:t>→</w:t>
            </w:r>
            <w:r>
              <w:rPr>
                <w:sz w:val="18"/>
              </w:rPr>
              <w:t xml:space="preserve"> </w:t>
            </w:r>
            <w:r>
              <w:rPr>
                <w:sz w:val="18"/>
              </w:rPr>
              <w:t>长短组合（摩尔斯码）</w:t>
            </w:r>
            <w:r>
              <w:rPr>
                <w:sz w:val="18"/>
              </w:rPr>
              <w:t xml:space="preserve"> </w:t>
            </w:r>
            <w:r>
              <w:rPr>
                <w:sz w:val="18"/>
              </w:rPr>
              <w:t>→</w:t>
            </w:r>
            <w:r>
              <w:rPr>
                <w:sz w:val="18"/>
              </w:rPr>
              <w:t xml:space="preserve"> </w:t>
            </w:r>
            <w:r>
              <w:rPr>
                <w:sz w:val="18"/>
              </w:rPr>
              <w:t>发送</w:t>
            </w:r>
            <w:r>
              <w:rPr>
                <w:sz w:val="18"/>
              </w:rPr>
              <w:t xml:space="preserve"> </w:t>
            </w:r>
            <w:r>
              <w:rPr>
                <w:sz w:val="18"/>
              </w:rPr>
              <w:t>→</w:t>
            </w:r>
            <w:r>
              <w:rPr>
                <w:sz w:val="18"/>
              </w:rPr>
              <w:t xml:space="preserve"> </w:t>
            </w:r>
            <w:r>
              <w:rPr>
                <w:sz w:val="18"/>
              </w:rPr>
              <w:t>接收</w:t>
            </w:r>
            <w:r>
              <w:rPr>
                <w:sz w:val="18"/>
              </w:rPr>
              <w:t xml:space="preserve"> </w:t>
            </w:r>
            <w:r>
              <w:rPr>
                <w:sz w:val="18"/>
              </w:rPr>
              <w:t>→</w:t>
            </w:r>
            <w:r>
              <w:rPr>
                <w:sz w:val="18"/>
              </w:rPr>
              <w:t xml:space="preserve"> </w:t>
            </w:r>
            <w:r>
              <w:rPr>
                <w:sz w:val="18"/>
              </w:rPr>
              <w:t>解码回汉字。强调：</w:t>
            </w:r>
            <w:r>
              <w:rPr>
                <w:sz w:val="18"/>
              </w:rPr>
              <w:t xml:space="preserve"> </w:t>
            </w:r>
            <w:r>
              <w:rPr>
                <w:sz w:val="18"/>
              </w:rPr>
              <w:t>"</w:t>
            </w:r>
            <w:r>
              <w:rPr>
                <w:sz w:val="18"/>
              </w:rPr>
              <w:t xml:space="preserve"> </w:t>
            </w:r>
            <w:r>
              <w:rPr>
                <w:b/>
                <w:sz w:val="18"/>
              </w:rPr>
              <w:t>'0132 1170'只是数字串，收报人必须借助同一套'汉字电报码'才能还原'你好'，这就是'密码'/协议思想。</w:t>
            </w:r>
            <w:r>
              <w:rPr>
                <w:sz w:val="18"/>
              </w:rPr>
              <w:t xml:space="preserve"> "</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用汉字电报码发送</w:t>
            </w:r>
            <w:r>
              <w:rPr>
                <w:sz w:val="18"/>
              </w:rPr>
              <w:t xml:space="preserve"> </w:t>
            </w:r>
            <w:r>
              <w:rPr>
                <w:sz w:val="18"/>
              </w:rPr>
              <w:t>"</w:t>
            </w:r>
            <w:r>
              <w:rPr>
                <w:sz w:val="18"/>
              </w:rPr>
              <w:t xml:space="preserve"> </w:t>
            </w:r>
            <w:r>
              <w:rPr>
                <w:sz w:val="18"/>
              </w:rPr>
              <w:t>你好</w:t>
            </w:r>
            <w:r>
              <w:rPr>
                <w:sz w:val="18"/>
              </w:rPr>
              <w:t xml:space="preserve"> </w:t>
            </w:r>
            <w:r>
              <w:rPr>
                <w:sz w:val="18"/>
              </w:rPr>
              <w:t>"</w:t>
            </w:r>
            <w:r>
              <w:rPr>
                <w:sz w:val="18"/>
              </w:rPr>
              <w:t xml:space="preserve"> </w:t>
            </w:r>
            <w:r>
              <w:rPr>
                <w:sz w:val="18"/>
              </w:rPr>
              <w:t>并让对方（同组另一人扮演接收端）解码。两人一组，一人查码表编码发报，一人收报后查码表还原，验证是否一致。</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完成编码全流程实践，在</w:t>
            </w:r>
            <w:r>
              <w:rPr>
                <w:sz w:val="18"/>
              </w:rPr>
              <w:t xml:space="preserve"> </w:t>
            </w:r>
            <w:r>
              <w:rPr>
                <w:sz w:val="18"/>
              </w:rPr>
              <w:t>"</w:t>
            </w:r>
            <w:r>
              <w:rPr>
                <w:sz w:val="18"/>
              </w:rPr>
              <w:t xml:space="preserve"> </w:t>
            </w:r>
            <w:r>
              <w:rPr>
                <w:sz w:val="18"/>
              </w:rPr>
              <w:t>收发一致</w:t>
            </w:r>
            <w:r>
              <w:rPr>
                <w:sz w:val="18"/>
              </w:rPr>
              <w:t xml:space="preserve"> </w:t>
            </w:r>
            <w:r>
              <w:rPr>
                <w:sz w:val="18"/>
              </w:rPr>
              <w:t>"</w:t>
            </w:r>
            <w:r>
              <w:rPr>
                <w:sz w:val="18"/>
              </w:rPr>
              <w:t xml:space="preserve"> </w:t>
            </w:r>
            <w:r>
              <w:rPr>
                <w:sz w:val="18"/>
              </w:rPr>
              <w:t>的成功中体会协议必要性，落实核心知识点</w:t>
            </w:r>
            <w:r>
              <w:rPr>
                <w:sz w:val="18"/>
              </w:rPr>
              <w:t xml:space="preserve"> </w:t>
            </w:r>
            <w:r>
              <w:rPr>
                <w:sz w:val="18"/>
              </w:rPr>
              <w:t>4</w:t>
            </w:r>
            <w:r>
              <w:rPr>
                <w:sz w:val="18"/>
              </w:rPr>
              <w:t xml:space="preserve"> </w:t>
            </w:r>
            <w:r>
              <w:rPr>
                <w:sz w:val="18"/>
              </w:rPr>
              <w:t>。</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4</w:t>
            </w:r>
            <w:r>
              <w:rPr>
                <w:sz w:val="18"/>
              </w:rPr>
              <w:t xml:space="preserve"> </w:t>
            </w:r>
            <w:r>
              <w:rPr>
                <w:sz w:val="18"/>
              </w:rPr>
              <w:t>：协议思想与行为特征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抛出任务</w:t>
            </w:r>
            <w:r>
              <w:rPr>
                <w:sz w:val="18"/>
              </w:rPr>
              <w:t xml:space="preserve"> </w:t>
            </w:r>
            <w:r>
              <w:rPr>
                <w:sz w:val="18"/>
              </w:rPr>
              <w:t>3</w:t>
            </w:r>
            <w:r>
              <w:rPr>
                <w:sz w:val="18"/>
              </w:rPr>
              <w:t xml:space="preserve"> </w:t>
            </w:r>
            <w:r>
              <w:rPr>
                <w:sz w:val="18"/>
              </w:rPr>
              <w:t>讨论：</w:t>
            </w:r>
            <w:r>
              <w:rPr>
                <w:sz w:val="18"/>
              </w:rPr>
              <w:t xml:space="preserve"> </w:t>
            </w:r>
            <w:r>
              <w:rPr>
                <w:sz w:val="18"/>
              </w:rPr>
              <w:t>"</w:t>
            </w:r>
            <w:r>
              <w:rPr>
                <w:sz w:val="18"/>
              </w:rPr>
              <w:t xml:space="preserve"> </w:t>
            </w:r>
            <w:r>
              <w:rPr>
                <w:b/>
                <w:sz w:val="18"/>
              </w:rPr>
              <w:t>如果收报人没有码表，还能读懂吗？</w:t>
            </w:r>
            <w:r>
              <w:rPr>
                <w:sz w:val="18"/>
              </w:rPr>
              <w:t xml:space="preserve"> </w:t>
            </w:r>
            <w:r>
              <w:rPr>
                <w:sz w:val="18"/>
              </w:rPr>
              <w:t>"</w:t>
            </w:r>
            <w:r>
              <w:rPr>
                <w:sz w:val="18"/>
              </w:rPr>
              <w:t xml:space="preserve"> </w:t>
            </w:r>
            <w:r>
              <w:rPr>
                <w:sz w:val="18"/>
              </w:rPr>
              <w:t>拓展：</w:t>
            </w:r>
            <w:r>
              <w:rPr>
                <w:sz w:val="18"/>
              </w:rPr>
              <w:t xml:space="preserve"> </w:t>
            </w:r>
            <w:r>
              <w:rPr>
                <w:sz w:val="18"/>
              </w:rPr>
              <w:t>"</w:t>
            </w:r>
            <w:r>
              <w:rPr>
                <w:sz w:val="18"/>
              </w:rPr>
              <w:t xml:space="preserve"> </w:t>
            </w:r>
            <w:r>
              <w:rPr>
                <w:sz w:val="18"/>
              </w:rPr>
              <w:t>老报务员能通过</w:t>
            </w:r>
            <w:r>
              <w:rPr>
                <w:sz w:val="18"/>
              </w:rPr>
              <w:t xml:space="preserve"> </w:t>
            </w:r>
            <w:r>
              <w:rPr>
                <w:sz w:val="18"/>
              </w:rPr>
              <w:t>'</w:t>
            </w:r>
            <w:r>
              <w:rPr>
                <w:sz w:val="18"/>
              </w:rPr>
              <w:t xml:space="preserve"> </w:t>
            </w:r>
            <w:r>
              <w:rPr>
                <w:sz w:val="18"/>
              </w:rPr>
              <w:t>手法</w:t>
            </w:r>
            <w:r>
              <w:rPr>
                <w:sz w:val="18"/>
              </w:rPr>
              <w:t xml:space="preserve"> </w:t>
            </w:r>
            <w:r>
              <w:rPr>
                <w:sz w:val="18"/>
              </w:rPr>
              <w:t>'</w:t>
            </w:r>
            <w:r>
              <w:rPr>
                <w:sz w:val="18"/>
              </w:rPr>
              <w:t xml:space="preserve"> </w:t>
            </w:r>
            <w:r>
              <w:rPr>
                <w:sz w:val="18"/>
              </w:rPr>
              <w:t>（按键长短习惯）识别发报人</w:t>
            </w:r>
            <w:r>
              <w:rPr>
                <w:sz w:val="18"/>
              </w:rPr>
              <w:t xml:space="preserve"> </w:t>
            </w:r>
            <w:r>
              <w:rPr>
                <w:sz w:val="18"/>
              </w:rPr>
              <w:t>——</w:t>
            </w:r>
            <w:r>
              <w:rPr>
                <w:sz w:val="18"/>
              </w:rPr>
              <w:t xml:space="preserve"> </w:t>
            </w:r>
            <w:r>
              <w:rPr>
                <w:sz w:val="18"/>
              </w:rPr>
              <w:t>每一个人按键长短的习惯不一样，都掩盖不了的。</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角色扮演：学生扮演报务员，用不同</w:t>
            </w:r>
            <w:r>
              <w:rPr>
                <w:sz w:val="18"/>
              </w:rPr>
              <w:t xml:space="preserve"> </w:t>
            </w:r>
            <w:r>
              <w:rPr>
                <w:sz w:val="18"/>
              </w:rPr>
              <w:t>"</w:t>
            </w:r>
            <w:r>
              <w:rPr>
                <w:sz w:val="18"/>
              </w:rPr>
              <w:t xml:space="preserve"> </w:t>
            </w:r>
            <w:r>
              <w:rPr>
                <w:sz w:val="18"/>
              </w:rPr>
              <w:t>手法</w:t>
            </w:r>
            <w:r>
              <w:rPr>
                <w:sz w:val="18"/>
              </w:rPr>
              <w:t xml:space="preserve"> </w:t>
            </w:r>
            <w:r>
              <w:rPr>
                <w:sz w:val="18"/>
              </w:rPr>
              <w:t>"</w:t>
            </w:r>
            <w:r>
              <w:rPr>
                <w:sz w:val="18"/>
              </w:rPr>
              <w:t xml:space="preserve"> </w:t>
            </w:r>
            <w:r>
              <w:rPr>
                <w:sz w:val="18"/>
              </w:rPr>
              <w:t>（按键长短节奏习惯）发同一内容，其他同学辨别发报人是谁，体会信号中的行为特征。讨论生活中</w:t>
            </w:r>
            <w:r>
              <w:rPr>
                <w:sz w:val="18"/>
              </w:rPr>
              <w:t xml:space="preserve"> </w:t>
            </w:r>
            <w:r>
              <w:rPr>
                <w:sz w:val="18"/>
              </w:rPr>
              <w:t>"</w:t>
            </w:r>
            <w:r>
              <w:rPr>
                <w:sz w:val="18"/>
              </w:rPr>
              <w:t xml:space="preserve"> </w:t>
            </w:r>
            <w:r>
              <w:rPr>
                <w:sz w:val="18"/>
              </w:rPr>
              <w:t>密码</w:t>
            </w:r>
            <w:r>
              <w:rPr>
                <w:sz w:val="18"/>
              </w:rPr>
              <w:t xml:space="preserve"> </w:t>
            </w:r>
            <w:r>
              <w:rPr>
                <w:sz w:val="18"/>
              </w:rPr>
              <w:t>/</w:t>
            </w:r>
            <w:r>
              <w:rPr>
                <w:sz w:val="18"/>
              </w:rPr>
              <w:t xml:space="preserve"> </w:t>
            </w:r>
            <w:r>
              <w:rPr>
                <w:sz w:val="18"/>
              </w:rPr>
              <w:t>协议</w:t>
            </w:r>
            <w:r>
              <w:rPr>
                <w:sz w:val="18"/>
              </w:rPr>
              <w:t xml:space="preserve"> </w:t>
            </w:r>
            <w:r>
              <w:rPr>
                <w:sz w:val="18"/>
              </w:rPr>
              <w:t>"</w:t>
            </w:r>
            <w:r>
              <w:rPr>
                <w:sz w:val="18"/>
              </w:rPr>
              <w:t xml:space="preserve"> </w:t>
            </w:r>
            <w:r>
              <w:rPr>
                <w:sz w:val="18"/>
              </w:rPr>
              <w:t>实例。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深化协议思想，并以</w:t>
            </w:r>
            <w:r>
              <w:rPr>
                <w:sz w:val="18"/>
              </w:rPr>
              <w:t xml:space="preserve"> </w:t>
            </w:r>
            <w:r>
              <w:rPr>
                <w:sz w:val="18"/>
              </w:rPr>
              <w:t>"</w:t>
            </w:r>
            <w:r>
              <w:rPr>
                <w:sz w:val="18"/>
              </w:rPr>
              <w:t xml:space="preserve"> </w:t>
            </w:r>
            <w:r>
              <w:rPr>
                <w:sz w:val="18"/>
              </w:rPr>
              <w:t>手法识别</w:t>
            </w:r>
            <w:r>
              <w:rPr>
                <w:sz w:val="18"/>
              </w:rPr>
              <w:t xml:space="preserve"> </w:t>
            </w:r>
            <w:r>
              <w:rPr>
                <w:sz w:val="18"/>
              </w:rPr>
              <w:t>"</w:t>
            </w:r>
            <w:r>
              <w:rPr>
                <w:sz w:val="18"/>
              </w:rPr>
              <w:t xml:space="preserve"> </w:t>
            </w:r>
            <w:r>
              <w:rPr>
                <w:sz w:val="18"/>
              </w:rPr>
              <w:t>引入信号特征概念，呼应笔记拓展点，增加趣味与思辨。</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总结与评价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w:t>
            </w:r>
            <w:r>
              <w:rPr>
                <w:sz w:val="18"/>
              </w:rPr>
              <w:t xml:space="preserve"> </w:t>
            </w:r>
            <w:r>
              <w:rPr>
                <w:sz w:val="18"/>
              </w:rPr>
              <w:t>"</w:t>
            </w:r>
            <w:r>
              <w:rPr>
                <w:sz w:val="18"/>
              </w:rPr>
              <w:t xml:space="preserve"> </w:t>
            </w:r>
            <w:r>
              <w:rPr>
                <w:sz w:val="18"/>
              </w:rPr>
              <w:t>通过教编码和解码这两个概念，这个地方就是在信息科学的层面上</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我们讲的信息论其实就是用数学来算信息</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很自然地把数学、科学、信息科技跨学科教学实现了。</w:t>
            </w:r>
            <w:r>
              <w:rPr>
                <w:sz w:val="18"/>
              </w:rPr>
              <w:t xml:space="preserve"> </w:t>
            </w:r>
            <w:r>
              <w:rPr>
                <w:sz w:val="18"/>
              </w:rPr>
              <w:t>"</w:t>
            </w:r>
            <w:r>
              <w:rPr>
                <w:sz w:val="18"/>
              </w:rPr>
              <w:t xml:space="preserve"> </w:t>
            </w:r>
            <w:r>
              <w:rPr>
                <w:sz w:val="18"/>
              </w:rPr>
              <w:t>布置作业与评价。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在手册完成</w:t>
            </w:r>
            <w:r>
              <w:rPr>
                <w:sz w:val="18"/>
              </w:rPr>
              <w:t xml:space="preserve"> </w:t>
            </w:r>
            <w:r>
              <w:rPr>
                <w:sz w:val="18"/>
              </w:rPr>
              <w:t>"</w:t>
            </w:r>
            <w:r>
              <w:rPr>
                <w:sz w:val="18"/>
              </w:rPr>
              <w:t xml:space="preserve"> </w:t>
            </w:r>
            <w:r>
              <w:rPr>
                <w:sz w:val="18"/>
              </w:rPr>
              <w:t>跨学科迁移反思</w:t>
            </w:r>
            <w:r>
              <w:rPr>
                <w:sz w:val="18"/>
              </w:rPr>
              <w:t xml:space="preserve"> </w:t>
            </w:r>
            <w:r>
              <w:rPr>
                <w:sz w:val="18"/>
              </w:rPr>
              <w:t>"1</w:t>
            </w:r>
            <w:r>
              <w:rPr>
                <w:sz w:val="18"/>
              </w:rPr>
              <w:t xml:space="preserve"> </w:t>
            </w:r>
            <w:r>
              <w:rPr>
                <w:sz w:val="18"/>
              </w:rPr>
              <w:t>句以上；小组代表用</w:t>
            </w:r>
            <w:r>
              <w:rPr>
                <w:sz w:val="18"/>
              </w:rPr>
              <w:t xml:space="preserve"> </w:t>
            </w:r>
            <w:r>
              <w:rPr>
                <w:sz w:val="18"/>
              </w:rPr>
              <w:t>1</w:t>
            </w:r>
            <w:r>
              <w:rPr>
                <w:sz w:val="18"/>
              </w:rPr>
              <w:t xml:space="preserve"> </w:t>
            </w:r>
            <w:r>
              <w:rPr>
                <w:sz w:val="18"/>
              </w:rPr>
              <w:t>句话总结本课学到的最关键概念。</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收束到信息论与跨学科</w:t>
            </w:r>
            <w:r>
              <w:rPr>
                <w:sz w:val="18"/>
              </w:rPr>
              <w:t xml:space="preserve"> </w:t>
            </w:r>
            <w:r>
              <w:rPr>
                <w:sz w:val="18"/>
              </w:rPr>
              <w:t>PBL</w:t>
            </w:r>
            <w:r>
              <w:rPr>
                <w:sz w:val="18"/>
              </w:rPr>
              <w:t xml:space="preserve"> </w:t>
            </w:r>
            <w:r>
              <w:rPr>
                <w:sz w:val="18"/>
              </w:rPr>
              <w:t>定位，完成可观察的评价闭环。</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五、课堂互动设计（递进式）</w:t>
      </w:r>
    </w:p>
    <w:p>
      <w:pPr/>
      <w:r>
        <w:rPr>
          <w:rFonts w:ascii="微软雅黑" w:eastAsia="微软雅黑" w:hAnsi="微软雅黑" w:cs="微软雅黑" w:hint="eastAsia"/>
          <w:b/>
          <w:lang w:eastAsia="zh-CN"/>
        </w:rPr>
        <w:t>1. 导入环节（观察·提问）</w:t>
      </w:r>
    </w:p>
    <w:p>
      <w:pPr>
        <w:pStyle w:val="ListBullet"/>
        <w:spacing w:after="72"/>
      </w:pPr>
      <w:r>
        <w:rPr>
          <w:rFonts w:ascii="微软雅黑" w:eastAsia="微软雅黑" w:hAnsi="微软雅黑" w:cs="微软雅黑" w:hint="eastAsia"/>
          <w:lang w:eastAsia="zh-CN"/>
        </w:rPr>
        <w:t>全班齐看演示，教师用</w:t>
      </w:r>
      <w:r>
        <w:t>"</w:t>
      </w:r>
      <w:r>
        <w:rPr>
          <w:rFonts w:ascii="微软雅黑" w:eastAsia="微软雅黑" w:hAnsi="微软雅黑" w:cs="微软雅黑" w:hint="eastAsia"/>
          <w:lang w:eastAsia="zh-CN"/>
        </w:rPr>
        <w:t>猜猜为什么会亮</w:t>
      </w:r>
      <w:r>
        <w:t>"</w:t>
      </w:r>
      <w:r>
        <w:rPr>
          <w:rFonts w:ascii="微软雅黑" w:eastAsia="微软雅黑" w:hAnsi="微软雅黑" w:cs="微软雅黑" w:hint="eastAsia"/>
          <w:lang w:eastAsia="zh-CN"/>
        </w:rPr>
        <w:t>引发举手抢答；记录前</w:t>
      </w:r>
      <w:r>
        <w:t>3</w:t>
      </w:r>
      <w:r>
        <w:rPr>
          <w:rFonts w:ascii="微软雅黑" w:eastAsia="微软雅黑" w:hAnsi="微软雅黑" w:cs="微软雅黑" w:hint="eastAsia"/>
          <w:lang w:eastAsia="zh-CN"/>
        </w:rPr>
        <w:t>个猜想于黑板左侧，课末回头验证。</w:t>
      </w:r>
    </w:p>
    <w:p>
      <w:pPr>
        <w:pStyle w:val="ListBullet"/>
        <w:spacing w:after="72"/>
      </w:pPr>
      <w:r>
        <w:rPr>
          <w:rFonts w:ascii="微软雅黑" w:eastAsia="微软雅黑" w:hAnsi="微软雅黑" w:cs="微软雅黑" w:hint="eastAsia"/>
          <w:lang w:eastAsia="zh-CN"/>
        </w:rPr>
        <w:t>目的：低成本激活</w:t>
      </w:r>
      <w:r>
        <w:t xml:space="preserve"> prior knowledge</w:t>
      </w:r>
      <w:r>
        <w:rPr>
          <w:rFonts w:ascii="微软雅黑" w:eastAsia="微软雅黑" w:hAnsi="微软雅黑" w:cs="微软雅黑" w:hint="eastAsia"/>
          <w:lang w:eastAsia="zh-CN"/>
        </w:rPr>
        <w:t>，建立</w:t>
      </w:r>
      <w:r>
        <w:t>"</w:t>
      </w:r>
      <w:r>
        <w:rPr>
          <w:rFonts w:ascii="微软雅黑" w:eastAsia="微软雅黑" w:hAnsi="微软雅黑" w:cs="微软雅黑" w:hint="eastAsia"/>
          <w:lang w:eastAsia="zh-CN"/>
        </w:rPr>
        <w:t>现象</w:t>
      </w:r>
      <w:r>
        <w:t>→</w:t>
      </w:r>
      <w:r>
        <w:rPr>
          <w:rFonts w:ascii="微软雅黑" w:eastAsia="微软雅黑" w:hAnsi="微软雅黑" w:cs="微软雅黑" w:hint="eastAsia"/>
          <w:lang w:eastAsia="zh-CN"/>
        </w:rPr>
        <w:t>问题</w:t>
      </w:r>
      <w:r>
        <w:t>"</w:t>
      </w:r>
      <w:r>
        <w:rPr>
          <w:rFonts w:ascii="微软雅黑" w:eastAsia="微软雅黑" w:hAnsi="微软雅黑" w:cs="微软雅黑" w:hint="eastAsia"/>
          <w:lang w:eastAsia="zh-CN"/>
        </w:rPr>
        <w:t>的科学起点。</w:t>
      </w:r>
    </w:p>
    <w:p>
      <w:pPr/>
      <w:r>
        <w:rPr>
          <w:rFonts w:ascii="微软雅黑" w:eastAsia="微软雅黑" w:hAnsi="微软雅黑" w:cs="微软雅黑" w:hint="eastAsia"/>
          <w:b/>
          <w:lang w:eastAsia="zh-CN"/>
        </w:rPr>
        <w:t>2. 探究环节（分组·合作）</w:t>
      </w:r>
    </w:p>
    <w:p>
      <w:pPr>
        <w:pStyle w:val="ListBullet"/>
        <w:spacing w:after="72"/>
      </w:pPr>
      <w:r>
        <w:t>4</w:t>
      </w:r>
      <w:r>
        <w:rPr>
          <w:rFonts w:ascii="微软雅黑" w:eastAsia="微软雅黑" w:hAnsi="微软雅黑" w:cs="微软雅黑" w:hint="eastAsia"/>
          <w:lang w:eastAsia="zh-CN"/>
        </w:rPr>
        <w:t>人小组，设</w:t>
      </w:r>
      <w:r>
        <w:t>"</w:t>
      </w:r>
      <w:r>
        <w:rPr>
          <w:rFonts w:ascii="微软雅黑" w:eastAsia="微软雅黑" w:hAnsi="微软雅黑" w:cs="微软雅黑" w:hint="eastAsia"/>
          <w:lang w:eastAsia="zh-CN"/>
        </w:rPr>
        <w:t>发报员</w:t>
      </w:r>
      <w:r>
        <w:t>""</w:t>
      </w:r>
      <w:r>
        <w:rPr>
          <w:rFonts w:ascii="微软雅黑" w:eastAsia="微软雅黑" w:hAnsi="微软雅黑" w:cs="微软雅黑" w:hint="eastAsia"/>
          <w:lang w:eastAsia="zh-CN"/>
        </w:rPr>
        <w:t>收报员</w:t>
      </w:r>
      <w:r>
        <w:t>""</w:t>
      </w:r>
      <w:r>
        <w:rPr>
          <w:rFonts w:ascii="微软雅黑" w:eastAsia="微软雅黑" w:hAnsi="微软雅黑" w:cs="微软雅黑" w:hint="eastAsia"/>
          <w:lang w:eastAsia="zh-CN"/>
        </w:rPr>
        <w:t>码表员</w:t>
      </w:r>
      <w:r>
        <w:t>""</w:t>
      </w:r>
      <w:r>
        <w:rPr>
          <w:rFonts w:ascii="微软雅黑" w:eastAsia="微软雅黑" w:hAnsi="微软雅黑" w:cs="微软雅黑" w:hint="eastAsia"/>
          <w:lang w:eastAsia="zh-CN"/>
        </w:rPr>
        <w:t>记录员</w:t>
      </w:r>
      <w:r>
        <w:t>"</w:t>
      </w:r>
      <w:r>
        <w:rPr>
          <w:rFonts w:ascii="微软雅黑" w:eastAsia="微软雅黑" w:hAnsi="微软雅黑" w:cs="微软雅黑" w:hint="eastAsia"/>
          <w:lang w:eastAsia="zh-CN"/>
        </w:rPr>
        <w:t>四角色轮转。</w:t>
      </w:r>
    </w:p>
    <w:p>
      <w:pPr>
        <w:pStyle w:val="ListBullet"/>
        <w:spacing w:after="72"/>
      </w:pPr>
      <w:r>
        <w:rPr>
          <w:rFonts w:ascii="微软雅黑" w:eastAsia="微软雅黑" w:hAnsi="微软雅黑" w:cs="微软雅黑" w:hint="eastAsia"/>
          <w:lang w:eastAsia="zh-CN"/>
        </w:rPr>
        <w:t>任务</w:t>
      </w:r>
      <w:r>
        <w:t>1</w:t>
      </w:r>
      <w:r>
        <w:rPr>
          <w:rFonts w:ascii="微软雅黑" w:eastAsia="微软雅黑" w:hAnsi="微软雅黑" w:cs="微软雅黑" w:hint="eastAsia"/>
          <w:lang w:eastAsia="zh-CN"/>
        </w:rPr>
        <w:t>（摩尔斯发字母）</w:t>
      </w:r>
      <w:r>
        <w:t>→</w:t>
      </w:r>
      <w:r>
        <w:rPr>
          <w:rFonts w:ascii="微软雅黑" w:eastAsia="微软雅黑" w:hAnsi="微软雅黑" w:cs="微软雅黑" w:hint="eastAsia"/>
          <w:lang w:eastAsia="zh-CN"/>
        </w:rPr>
        <w:t>任务</w:t>
      </w:r>
      <w:r>
        <w:t>2</w:t>
      </w:r>
      <w:r>
        <w:rPr>
          <w:rFonts w:ascii="微软雅黑" w:eastAsia="微软雅黑" w:hAnsi="微软雅黑" w:cs="微软雅黑" w:hint="eastAsia"/>
          <w:lang w:eastAsia="zh-CN"/>
        </w:rPr>
        <w:t>（汉字电报码发</w:t>
      </w:r>
      <w:r>
        <w:t>"</w:t>
      </w:r>
      <w:r>
        <w:rPr>
          <w:rFonts w:ascii="微软雅黑" w:eastAsia="微软雅黑" w:hAnsi="微软雅黑" w:cs="微软雅黑" w:hint="eastAsia"/>
          <w:lang w:eastAsia="zh-CN"/>
        </w:rPr>
        <w:t>你好</w:t>
      </w:r>
      <w:r>
        <w:t>"</w:t>
      </w:r>
      <w:r>
        <w:rPr>
          <w:rFonts w:ascii="微软雅黑" w:eastAsia="微软雅黑" w:hAnsi="微软雅黑" w:cs="微软雅黑" w:hint="eastAsia"/>
          <w:lang w:eastAsia="zh-CN"/>
        </w:rPr>
        <w:t>互解）</w:t>
      </w:r>
      <w:r>
        <w:t>→</w:t>
      </w:r>
      <w:r>
        <w:rPr>
          <w:rFonts w:ascii="微软雅黑" w:eastAsia="微软雅黑" w:hAnsi="微软雅黑" w:cs="微软雅黑" w:hint="eastAsia"/>
          <w:lang w:eastAsia="zh-CN"/>
        </w:rPr>
        <w:t>任务</w:t>
      </w:r>
      <w:r>
        <w:t>3</w:t>
      </w:r>
      <w:r>
        <w:rPr>
          <w:rFonts w:ascii="微软雅黑" w:eastAsia="微软雅黑" w:hAnsi="微软雅黑" w:cs="微软雅黑" w:hint="eastAsia"/>
          <w:lang w:eastAsia="zh-CN"/>
        </w:rPr>
        <w:t>（无码表能否读懂讨论）逐级推进。</w:t>
      </w:r>
    </w:p>
    <w:p>
      <w:pPr>
        <w:pStyle w:val="ListBullet"/>
        <w:spacing w:after="72"/>
      </w:pPr>
      <w:r>
        <w:rPr>
          <w:rFonts w:ascii="微软雅黑" w:eastAsia="微软雅黑" w:hAnsi="微软雅黑" w:cs="微软雅黑" w:hint="eastAsia"/>
          <w:lang w:eastAsia="zh-CN"/>
        </w:rPr>
        <w:t>汇报方式：每组用</w:t>
      </w:r>
      <w:r>
        <w:t>30</w:t>
      </w:r>
      <w:r>
        <w:rPr>
          <w:rFonts w:ascii="微软雅黑" w:eastAsia="微软雅黑" w:hAnsi="微软雅黑" w:cs="微软雅黑" w:hint="eastAsia"/>
          <w:lang w:eastAsia="zh-CN"/>
        </w:rPr>
        <w:t>秒展示</w:t>
      </w:r>
      <w:r>
        <w:t>"</w:t>
      </w:r>
      <w:r>
        <w:rPr>
          <w:rFonts w:ascii="微软雅黑" w:eastAsia="微软雅黑" w:hAnsi="微软雅黑" w:cs="微软雅黑" w:hint="eastAsia"/>
          <w:lang w:eastAsia="zh-CN"/>
        </w:rPr>
        <w:t>成功解码的</w:t>
      </w:r>
      <w:r>
        <w:t>'</w:t>
      </w:r>
      <w:r>
        <w:rPr>
          <w:rFonts w:ascii="微软雅黑" w:eastAsia="微软雅黑" w:hAnsi="微软雅黑" w:cs="微软雅黑" w:hint="eastAsia"/>
          <w:lang w:eastAsia="zh-CN"/>
        </w:rPr>
        <w:t>你好</w:t>
      </w:r>
      <w:r>
        <w:t>'"</w:t>
      </w:r>
      <w:r>
        <w:rPr>
          <w:rFonts w:ascii="微软雅黑" w:eastAsia="微软雅黑" w:hAnsi="微软雅黑" w:cs="微软雅黑" w:hint="eastAsia"/>
          <w:lang w:eastAsia="zh-CN"/>
        </w:rPr>
        <w:t>并说出用了哪套码表；教师在黑板中央画</w:t>
      </w:r>
      <w:r>
        <w:t>"</w:t>
      </w:r>
      <w:r>
        <w:rPr>
          <w:rFonts w:ascii="微软雅黑" w:eastAsia="微软雅黑" w:hAnsi="微软雅黑" w:cs="微软雅黑" w:hint="eastAsia"/>
          <w:lang w:eastAsia="zh-CN"/>
        </w:rPr>
        <w:t>编码流程箭头图</w:t>
      </w:r>
      <w:r>
        <w:t>"</w:t>
      </w:r>
      <w:r>
        <w:rPr>
          <w:rFonts w:ascii="微软雅黑" w:eastAsia="微软雅黑" w:hAnsi="微软雅黑" w:cs="微软雅黑" w:hint="eastAsia"/>
          <w:lang w:eastAsia="zh-CN"/>
        </w:rPr>
        <w:t>随汇报补全。</w:t>
      </w:r>
    </w:p>
    <w:p>
      <w:pPr/>
      <w:r>
        <w:rPr>
          <w:rFonts w:ascii="微软雅黑" w:eastAsia="微软雅黑" w:hAnsi="微软雅黑" w:cs="微软雅黑" w:hint="eastAsia"/>
          <w:b/>
          <w:lang w:eastAsia="zh-CN"/>
        </w:rPr>
        <w:t>3. 应用环节（角色扮演·迁移）</w:t>
      </w:r>
    </w:p>
    <w:p>
      <w:pPr>
        <w:pStyle w:val="ListBullet"/>
        <w:spacing w:after="72"/>
      </w:pPr>
      <w:r>
        <w:t>"</w:t>
      </w:r>
      <w:r>
        <w:rPr>
          <w:rFonts w:ascii="微软雅黑" w:eastAsia="微软雅黑" w:hAnsi="微软雅黑" w:cs="微软雅黑" w:hint="eastAsia"/>
          <w:lang w:eastAsia="zh-CN"/>
        </w:rPr>
        <w:t>报务员手法识别</w:t>
      </w:r>
      <w:r>
        <w:t>"</w:t>
      </w:r>
      <w:r>
        <w:rPr>
          <w:rFonts w:ascii="微软雅黑" w:eastAsia="微软雅黑" w:hAnsi="微软雅黑" w:cs="微软雅黑" w:hint="eastAsia"/>
          <w:lang w:eastAsia="zh-CN"/>
        </w:rPr>
        <w:t>游戏：每组推</w:t>
      </w:r>
      <w:r>
        <w:t>1</w:t>
      </w:r>
      <w:r>
        <w:rPr>
          <w:rFonts w:ascii="微软雅黑" w:eastAsia="微软雅黑" w:hAnsi="微软雅黑" w:cs="微软雅黑" w:hint="eastAsia"/>
          <w:lang w:eastAsia="zh-CN"/>
        </w:rPr>
        <w:t>人发报，其余组竞猜发报人，说明理由（节奏特征）。</w:t>
      </w:r>
    </w:p>
    <w:p>
      <w:pPr>
        <w:pStyle w:val="ListBullet"/>
        <w:spacing w:after="72"/>
      </w:pPr>
      <w:r>
        <w:rPr>
          <w:rFonts w:ascii="微软雅黑" w:eastAsia="微软雅黑" w:hAnsi="微软雅黑" w:cs="微软雅黑" w:hint="eastAsia"/>
          <w:lang w:eastAsia="zh-CN"/>
        </w:rPr>
        <w:t>迁移讨论：</w:t>
      </w:r>
      <w:r>
        <w:t>"</w:t>
      </w:r>
      <w:r>
        <w:rPr>
          <w:rFonts w:ascii="微软雅黑" w:eastAsia="微软雅黑" w:hAnsi="微软雅黑" w:cs="微软雅黑" w:hint="eastAsia"/>
          <w:lang w:eastAsia="zh-CN"/>
        </w:rPr>
        <w:t>生活中还有哪些</w:t>
      </w:r>
      <w:r>
        <w:t>'</w:t>
      </w:r>
      <w:r>
        <w:rPr>
          <w:rFonts w:ascii="微软雅黑" w:eastAsia="微软雅黑" w:hAnsi="微软雅黑" w:cs="微软雅黑" w:hint="eastAsia"/>
          <w:lang w:eastAsia="zh-CN"/>
        </w:rPr>
        <w:t>密码</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w:t>
      </w:r>
      <w:r>
        <w:t>WiFi</w:t>
      </w:r>
      <w:r>
        <w:rPr>
          <w:rFonts w:ascii="微软雅黑" w:eastAsia="微软雅黑" w:hAnsi="微软雅黑" w:cs="微软雅黑" w:hint="eastAsia"/>
          <w:lang w:eastAsia="zh-CN"/>
        </w:rPr>
        <w:t>密码、公交卡、红绿灯相位、手势暗号）</w:t>
      </w:r>
      <w:r>
        <w:t>——</w:t>
      </w:r>
      <w:r>
        <w:rPr>
          <w:rFonts w:ascii="微软雅黑" w:eastAsia="微软雅黑" w:hAnsi="微软雅黑" w:cs="微软雅黑" w:hint="eastAsia"/>
          <w:lang w:eastAsia="zh-CN"/>
        </w:rPr>
        <w:t>汇报用</w:t>
      </w:r>
      <w:r>
        <w:t>"</w:t>
      </w:r>
      <w:r>
        <w:rPr>
          <w:rFonts w:ascii="微软雅黑" w:eastAsia="微软雅黑" w:hAnsi="微软雅黑" w:cs="微软雅黑" w:hint="eastAsia"/>
          <w:lang w:eastAsia="zh-CN"/>
        </w:rPr>
        <w:t>一句话</w:t>
      </w:r>
      <w:r>
        <w:t>+1</w:t>
      </w:r>
      <w:r>
        <w:rPr>
          <w:rFonts w:ascii="微软雅黑" w:eastAsia="微软雅黑" w:hAnsi="微软雅黑" w:cs="微软雅黑" w:hint="eastAsia"/>
          <w:lang w:eastAsia="zh-CN"/>
        </w:rPr>
        <w:t>个例子</w:t>
      </w:r>
      <w:r>
        <w:t>"</w:t>
      </w:r>
      <w:r>
        <w:rPr>
          <w:rFonts w:ascii="微软雅黑" w:eastAsia="微软雅黑" w:hAnsi="微软雅黑" w:cs="微软雅黑" w:hint="eastAsia"/>
          <w:lang w:eastAsia="zh-CN"/>
        </w:rPr>
        <w:t>格式。</w:t>
      </w:r>
    </w:p>
    <w:p>
      <w:pPr/>
      <w:r>
        <w:rPr>
          <w:rFonts w:ascii="微软雅黑" w:eastAsia="微软雅黑" w:hAnsi="微软雅黑" w:cs="微软雅黑" w:hint="eastAsia"/>
          <w:b/>
          <w:lang w:eastAsia="zh-CN"/>
        </w:rPr>
        <w:t>4. 总结环节（回顾·升华）</w:t>
      </w:r>
    </w:p>
    <w:p>
      <w:pPr>
        <w:pStyle w:val="ListBullet"/>
        <w:spacing w:after="72"/>
      </w:pPr>
      <w:r>
        <w:rPr>
          <w:rFonts w:ascii="微软雅黑" w:eastAsia="微软雅黑" w:hAnsi="微软雅黑" w:cs="微软雅黑" w:hint="eastAsia"/>
          <w:lang w:eastAsia="zh-CN"/>
        </w:rPr>
        <w:t>回头看导入时的</w:t>
      </w:r>
      <w:r>
        <w:t>3</w:t>
      </w:r>
      <w:r>
        <w:rPr>
          <w:rFonts w:ascii="微软雅黑" w:eastAsia="微软雅黑" w:hAnsi="微软雅黑" w:cs="微软雅黑" w:hint="eastAsia"/>
          <w:lang w:eastAsia="zh-CN"/>
        </w:rPr>
        <w:t>个猜想，逐条打勾</w:t>
      </w:r>
      <w:r>
        <w:t>"</w:t>
      </w:r>
      <w:r>
        <w:rPr>
          <w:rFonts w:ascii="微软雅黑" w:eastAsia="微软雅黑" w:hAnsi="微软雅黑" w:cs="微软雅黑" w:hint="eastAsia"/>
          <w:lang w:eastAsia="zh-CN"/>
        </w:rPr>
        <w:t>已解释</w:t>
      </w:r>
      <w:r>
        <w:t>/</w:t>
      </w:r>
      <w:r>
        <w:rPr>
          <w:rFonts w:ascii="微软雅黑" w:eastAsia="微软雅黑" w:hAnsi="微软雅黑" w:cs="微软雅黑" w:hint="eastAsia"/>
          <w:lang w:eastAsia="zh-CN"/>
        </w:rPr>
        <w:t>待探究</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全班齐读金句：</w:t>
      </w:r>
      <w:r>
        <w:t>"</w:t>
      </w:r>
      <w:r>
        <w:rPr>
          <w:rFonts w:ascii="微软雅黑" w:eastAsia="微软雅黑" w:hAnsi="微软雅黑" w:cs="微软雅黑" w:hint="eastAsia"/>
          <w:lang w:eastAsia="zh-CN"/>
        </w:rPr>
        <w:t>电流的磁效应</w:t>
      </w:r>
      <w:r>
        <w:t>""</w:t>
      </w:r>
      <w:r>
        <w:rPr>
          <w:rFonts w:ascii="微软雅黑" w:eastAsia="微软雅黑" w:hAnsi="微软雅黑" w:cs="微软雅黑" w:hint="eastAsia"/>
          <w:lang w:eastAsia="zh-CN"/>
        </w:rPr>
        <w:t>编码与解码</w:t>
      </w:r>
      <w:r>
        <w:t>""</w:t>
      </w:r>
      <w:r>
        <w:rPr>
          <w:rFonts w:ascii="微软雅黑" w:eastAsia="微软雅黑" w:hAnsi="微软雅黑" w:cs="微软雅黑" w:hint="eastAsia"/>
          <w:lang w:eastAsia="zh-CN"/>
        </w:rPr>
        <w:t>信息论用数学来算信息</w:t>
      </w:r>
      <w:r>
        <w:t>"</w:t>
      </w:r>
      <w:r>
        <w:rPr>
          <w:rFonts w:ascii="微软雅黑" w:eastAsia="微软雅黑" w:hAnsi="微软雅黑" w:cs="微软雅黑" w:hint="eastAsia"/>
          <w:lang w:eastAsia="zh-CN"/>
        </w:rPr>
        <w:t>，教师点明这是跨学科</w:t>
      </w:r>
      <w:r>
        <w:t>PBL</w:t>
      </w:r>
      <w:r>
        <w:rPr>
          <w:rFonts w:ascii="微软雅黑" w:eastAsia="微软雅黑" w:hAnsi="微软雅黑" w:cs="微软雅黑" w:hint="eastAsia"/>
          <w:lang w:eastAsia="zh-CN"/>
        </w:rPr>
        <w:t>的范例。</w:t>
      </w:r>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提问（各</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2-3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问）</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电报机</w:t>
            </w:r>
            <w:r>
              <w:rPr>
                <w:sz w:val="18"/>
              </w:rPr>
              <w:t xml:space="preserve"> </w:t>
            </w:r>
            <w:r>
              <w:rPr>
                <w:sz w:val="18"/>
              </w:rPr>
              <w:t>"</w:t>
            </w:r>
            <w:r>
              <w:rPr>
                <w:sz w:val="18"/>
              </w:rPr>
              <w:t xml:space="preserve"> </w:t>
            </w:r>
            <w:r>
              <w:rPr>
                <w:sz w:val="18"/>
              </w:rPr>
              <w:t>这边一按、那边就亮</w:t>
            </w:r>
            <w:r>
              <w:rPr>
                <w:sz w:val="18"/>
              </w:rPr>
              <w:t xml:space="preserve"> </w:t>
            </w:r>
            <w:r>
              <w:rPr>
                <w:sz w:val="18"/>
              </w:rPr>
              <w:t>"</w:t>
            </w:r>
            <w:r>
              <w:rPr>
                <w:sz w:val="18"/>
              </w:rPr>
              <w:t xml:space="preserve"> </w:t>
            </w:r>
            <w:r>
              <w:rPr>
                <w:sz w:val="18"/>
              </w:rPr>
              <w:t>是因为什么物理现象？</w:t>
            </w:r>
            <w:r>
              <w:rPr>
                <w:sz w:val="18"/>
              </w:rPr>
              <w:t xml:space="preserve"> </w:t>
            </w:r>
            <w:r>
              <w:rPr>
                <w:sz w:val="18"/>
              </w:rPr>
              <w:t>②</w:t>
            </w:r>
            <w:r>
              <w:rPr>
                <w:sz w:val="18"/>
              </w:rPr>
              <w:t xml:space="preserve"> </w:t>
            </w:r>
            <w:r>
              <w:rPr>
                <w:sz w:val="18"/>
              </w:rPr>
              <w:t>摩尔斯码由哪两种符号组成？</w:t>
            </w:r>
            <w:r>
              <w:rPr>
                <w:sz w:val="18"/>
              </w:rPr>
              <w:t xml:space="preserve"> </w:t>
            </w:r>
            <w:r>
              <w:rPr>
                <w:sz w:val="18"/>
              </w:rPr>
              <w:t>③"</w:t>
            </w:r>
            <w:r>
              <w:rPr>
                <w:sz w:val="18"/>
              </w:rPr>
              <w:t xml:space="preserve"> </w:t>
            </w:r>
            <w:r>
              <w:rPr>
                <w:sz w:val="18"/>
              </w:rPr>
              <w:t>你好</w:t>
            </w:r>
            <w:r>
              <w:rPr>
                <w:sz w:val="18"/>
              </w:rPr>
              <w:t xml:space="preserve"> </w:t>
            </w:r>
            <w:r>
              <w:rPr>
                <w:sz w:val="18"/>
              </w:rPr>
              <w:t>"</w:t>
            </w:r>
            <w:r>
              <w:rPr>
                <w:sz w:val="18"/>
              </w:rPr>
              <w:t xml:space="preserve"> </w:t>
            </w:r>
            <w:r>
              <w:rPr>
                <w:sz w:val="18"/>
              </w:rPr>
              <w:t>的汉字电报码是几位数字、对应什么数字串？</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为什么电流能让接收端的灯泡亮起来，而不是只让导线发热？</w:t>
            </w:r>
            <w:r>
              <w:rPr>
                <w:sz w:val="18"/>
              </w:rPr>
              <w:t xml:space="preserve"> </w:t>
            </w:r>
            <w:r>
              <w:rPr>
                <w:sz w:val="18"/>
              </w:rPr>
              <w:t>②</w:t>
            </w:r>
            <w:r>
              <w:rPr>
                <w:sz w:val="18"/>
              </w:rPr>
              <w:t xml:space="preserve"> </w:t>
            </w:r>
            <w:r>
              <w:rPr>
                <w:sz w:val="18"/>
              </w:rPr>
              <w:t>为什么</w:t>
            </w:r>
            <w:r>
              <w:rPr>
                <w:sz w:val="18"/>
              </w:rPr>
              <w:t xml:space="preserve"> </w:t>
            </w:r>
            <w:r>
              <w:rPr>
                <w:sz w:val="18"/>
              </w:rPr>
              <w:t>"0132 1170"</w:t>
            </w:r>
            <w:r>
              <w:rPr>
                <w:sz w:val="18"/>
              </w:rPr>
              <w:t xml:space="preserve"> </w:t>
            </w:r>
            <w:r>
              <w:rPr>
                <w:sz w:val="18"/>
              </w:rPr>
              <w:t>单独存在时别人读不懂，必须配合码表？</w:t>
            </w:r>
            <w:r>
              <w:rPr>
                <w:sz w:val="18"/>
              </w:rPr>
              <w:t xml:space="preserve"> </w:t>
            </w:r>
            <w:r>
              <w:rPr>
                <w:sz w:val="18"/>
              </w:rPr>
              <w:t>③</w:t>
            </w:r>
            <w:r>
              <w:rPr>
                <w:sz w:val="18"/>
              </w:rPr>
              <w:t xml:space="preserve"> </w:t>
            </w:r>
            <w:r>
              <w:rPr>
                <w:sz w:val="18"/>
              </w:rPr>
              <w:t>为什么老报务员能靠</w:t>
            </w:r>
            <w:r>
              <w:rPr>
                <w:sz w:val="18"/>
              </w:rPr>
              <w:t xml:space="preserve"> </w:t>
            </w:r>
            <w:r>
              <w:rPr>
                <w:sz w:val="18"/>
              </w:rPr>
              <w:t>"</w:t>
            </w:r>
            <w:r>
              <w:rPr>
                <w:sz w:val="18"/>
              </w:rPr>
              <w:t xml:space="preserve"> </w:t>
            </w:r>
            <w:r>
              <w:rPr>
                <w:sz w:val="18"/>
              </w:rPr>
              <w:t>手法</w:t>
            </w:r>
            <w:r>
              <w:rPr>
                <w:sz w:val="18"/>
              </w:rPr>
              <w:t xml:space="preserve"> </w:t>
            </w:r>
            <w:r>
              <w:rPr>
                <w:sz w:val="18"/>
              </w:rPr>
              <w:t>"</w:t>
            </w:r>
            <w:r>
              <w:rPr>
                <w:sz w:val="18"/>
              </w:rPr>
              <w:t xml:space="preserve"> </w:t>
            </w:r>
            <w:r>
              <w:rPr>
                <w:sz w:val="18"/>
              </w:rPr>
              <w:t>认出是谁在发报？</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发电报和用手机发微信，在</w:t>
            </w:r>
            <w:r>
              <w:rPr>
                <w:sz w:val="18"/>
              </w:rPr>
              <w:t xml:space="preserve"> </w:t>
            </w:r>
            <w:r>
              <w:rPr>
                <w:sz w:val="18"/>
              </w:rPr>
              <w:t>"</w:t>
            </w:r>
            <w:r>
              <w:rPr>
                <w:sz w:val="18"/>
              </w:rPr>
              <w:t xml:space="preserve"> </w:t>
            </w:r>
            <w:r>
              <w:rPr>
                <w:sz w:val="18"/>
              </w:rPr>
              <w:t>编码</w:t>
            </w:r>
            <w:r>
              <w:rPr>
                <w:sz w:val="18"/>
              </w:rPr>
              <w:t xml:space="preserve"> </w:t>
            </w:r>
            <w:r>
              <w:rPr>
                <w:sz w:val="18"/>
              </w:rPr>
              <w:t>—</w:t>
            </w:r>
            <w:r>
              <w:rPr>
                <w:sz w:val="18"/>
              </w:rPr>
              <w:t xml:space="preserve"> </w:t>
            </w:r>
            <w:r>
              <w:rPr>
                <w:sz w:val="18"/>
              </w:rPr>
              <w:t>传输</w:t>
            </w:r>
            <w:r>
              <w:rPr>
                <w:sz w:val="18"/>
              </w:rPr>
              <w:t xml:space="preserve"> </w:t>
            </w:r>
            <w:r>
              <w:rPr>
                <w:sz w:val="18"/>
              </w:rPr>
              <w:t>—</w:t>
            </w:r>
            <w:r>
              <w:rPr>
                <w:sz w:val="18"/>
              </w:rPr>
              <w:t xml:space="preserve"> </w:t>
            </w:r>
            <w:r>
              <w:rPr>
                <w:sz w:val="18"/>
              </w:rPr>
              <w:t>解码</w:t>
            </w:r>
            <w:r>
              <w:rPr>
                <w:sz w:val="18"/>
              </w:rPr>
              <w:t xml:space="preserve"> </w:t>
            </w:r>
            <w:r>
              <w:rPr>
                <w:sz w:val="18"/>
              </w:rPr>
              <w:t>"</w:t>
            </w:r>
            <w:r>
              <w:rPr>
                <w:sz w:val="18"/>
              </w:rPr>
              <w:t xml:space="preserve"> </w:t>
            </w:r>
            <w:r>
              <w:rPr>
                <w:sz w:val="18"/>
              </w:rPr>
              <w:t>的本质上有什么相同与不同？</w:t>
            </w:r>
            <w:r>
              <w:rPr>
                <w:sz w:val="18"/>
              </w:rPr>
              <w:t xml:space="preserve"> </w:t>
            </w:r>
            <w:r>
              <w:rPr>
                <w:sz w:val="18"/>
              </w:rPr>
              <w:t>②</w:t>
            </w:r>
            <w:r>
              <w:rPr>
                <w:sz w:val="18"/>
              </w:rPr>
              <w:t xml:space="preserve"> </w:t>
            </w:r>
            <w:r>
              <w:rPr>
                <w:sz w:val="18"/>
              </w:rPr>
              <w:t>如果让你设计一套给外星人看的</w:t>
            </w:r>
            <w:r>
              <w:rPr>
                <w:sz w:val="18"/>
              </w:rPr>
              <w:t xml:space="preserve"> </w:t>
            </w:r>
            <w:r>
              <w:rPr>
                <w:sz w:val="18"/>
              </w:rPr>
              <w:t>"</w:t>
            </w:r>
            <w:r>
              <w:rPr>
                <w:sz w:val="18"/>
              </w:rPr>
              <w:t xml:space="preserve"> </w:t>
            </w:r>
            <w:r>
              <w:rPr>
                <w:sz w:val="18"/>
              </w:rPr>
              <w:t>地球码表</w:t>
            </w:r>
            <w:r>
              <w:rPr>
                <w:sz w:val="18"/>
              </w:rPr>
              <w:t xml:space="preserve"> </w:t>
            </w:r>
            <w:r>
              <w:rPr>
                <w:sz w:val="18"/>
              </w:rPr>
              <w:t>"</w:t>
            </w:r>
            <w:r>
              <w:rPr>
                <w:sz w:val="18"/>
              </w:rPr>
              <w:t xml:space="preserve"> </w:t>
            </w:r>
            <w:r>
              <w:rPr>
                <w:sz w:val="18"/>
              </w:rPr>
              <w:t>，你会怎么定规则？</w:t>
            </w:r>
            <w:r>
              <w:rPr>
                <w:sz w:val="18"/>
              </w:rPr>
              <w:t xml:space="preserve"> </w:t>
            </w:r>
            <w:r>
              <w:rPr>
                <w:sz w:val="18"/>
              </w:rPr>
              <w:t>③"</w:t>
            </w:r>
            <w:r>
              <w:rPr>
                <w:sz w:val="18"/>
              </w:rPr>
              <w:t xml:space="preserve"> </w:t>
            </w:r>
            <w:r>
              <w:rPr>
                <w:sz w:val="18"/>
              </w:rPr>
              <w:t>信息论用数学来算信息</w:t>
            </w:r>
            <w:r>
              <w:rPr>
                <w:sz w:val="18"/>
              </w:rPr>
              <w:t xml:space="preserve"> </w:t>
            </w:r>
            <w:r>
              <w:rPr>
                <w:sz w:val="18"/>
              </w:rPr>
              <w:t>"</w:t>
            </w:r>
            <w:r>
              <w:rPr>
                <w:sz w:val="18"/>
              </w:rPr>
              <w:t xml:space="preserve"> </w:t>
            </w:r>
            <w:r>
              <w:rPr>
                <w:sz w:val="18"/>
              </w:rPr>
              <w:t>这句话，你怎么理解</w:t>
            </w:r>
            <w:r>
              <w:rPr>
                <w:sz w:val="18"/>
              </w:rPr>
              <w:t xml:space="preserve"> </w:t>
            </w:r>
            <w:r>
              <w:rPr>
                <w:sz w:val="18"/>
              </w:rPr>
              <w:t>"</w:t>
            </w:r>
            <w:r>
              <w:rPr>
                <w:sz w:val="18"/>
              </w:rPr>
              <w:t xml:space="preserve"> </w:t>
            </w:r>
            <w:r>
              <w:rPr>
                <w:sz w:val="18"/>
              </w:rPr>
              <w:t>算信息</w:t>
            </w:r>
            <w:r>
              <w:rPr>
                <w:sz w:val="18"/>
              </w:rPr>
              <w:t xml:space="preserve"> </w:t>
            </w:r>
            <w:r>
              <w:rPr>
                <w:sz w:val="18"/>
              </w:rPr>
              <w:t>"</w:t>
            </w:r>
            <w:r>
              <w:rPr>
                <w:sz w:val="18"/>
              </w:rPr>
              <w:t xml:space="preserve"> </w:t>
            </w:r>
            <w:r>
              <w:rPr>
                <w:sz w:val="18"/>
              </w:rPr>
              <w:t>？</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七、板书设计</w:t>
      </w:r>
    </w:p>
    <w:p>
      <w:pPr/>
      <w:bookmarkStart w:id="44" w:name="猜想_01"/>
      <w:r>
        <w:rPr>
          <w:rFonts w:ascii="微软雅黑" w:hAnsi="微软雅黑" w:eastAsia="微软雅黑" w:cs="微软雅黑" w:hint="eastAsia"/>
          <w:sz w:val="16"/>
          <w:lang w:eastAsia="zh-CN"/>
        </w:rPr>
        <w:t>猜想：</w:t>
      </w:r>
      <w:r/>
      <w:bookmarkEnd w:id="44"/>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基础（必做）</w:t>
      </w:r>
      <w:r>
        <w:rPr>
          <w:rFonts w:ascii="微软雅黑" w:eastAsia="微软雅黑" w:hAnsi="微软雅黑" w:cs="微软雅黑" w:hint="eastAsia"/>
          <w:lang w:eastAsia="zh-CN"/>
        </w:rPr>
        <w:t>：在《学生学习手册》上完成</w:t>
      </w:r>
      <w:r>
        <w:t>"</w:t>
      </w:r>
      <w:r>
        <w:rPr>
          <w:rFonts w:ascii="微软雅黑" w:eastAsia="微软雅黑" w:hAnsi="微软雅黑" w:cs="微软雅黑" w:hint="eastAsia"/>
          <w:lang w:eastAsia="zh-CN"/>
        </w:rPr>
        <w:t>汉字</w:t>
      </w:r>
      <w:r>
        <w:t>→</w:t>
      </w:r>
      <w:r>
        <w:rPr>
          <w:rFonts w:ascii="微软雅黑" w:eastAsia="微软雅黑" w:hAnsi="微软雅黑" w:cs="微软雅黑" w:hint="eastAsia"/>
          <w:lang w:eastAsia="zh-CN"/>
        </w:rPr>
        <w:t>数字</w:t>
      </w:r>
      <w:r>
        <w:t>→</w:t>
      </w:r>
      <w:r>
        <w:rPr>
          <w:rFonts w:ascii="微软雅黑" w:eastAsia="微软雅黑" w:hAnsi="微软雅黑" w:cs="微软雅黑" w:hint="eastAsia"/>
          <w:lang w:eastAsia="zh-CN"/>
        </w:rPr>
        <w:t>摩尔斯码</w:t>
      </w:r>
      <w:r>
        <w:t>"</w:t>
      </w:r>
      <w:r>
        <w:rPr>
          <w:rFonts w:ascii="微软雅黑" w:eastAsia="微软雅黑" w:hAnsi="微软雅黑" w:cs="微软雅黑" w:hint="eastAsia"/>
          <w:lang w:eastAsia="zh-CN"/>
        </w:rPr>
        <w:t>编码练习</w:t>
      </w:r>
      <w:r>
        <w:t>3</w:t>
      </w:r>
      <w:r>
        <w:rPr>
          <w:rFonts w:ascii="微软雅黑" w:eastAsia="微软雅黑" w:hAnsi="微软雅黑" w:cs="微软雅黑" w:hint="eastAsia"/>
          <w:lang w:eastAsia="zh-CN"/>
        </w:rPr>
        <w:t>题（如</w:t>
      </w:r>
      <w:r>
        <w:t>"</w:t>
      </w:r>
      <w:r>
        <w:rPr>
          <w:rFonts w:ascii="微软雅黑" w:eastAsia="微软雅黑" w:hAnsi="微软雅黑" w:cs="微软雅黑" w:hint="eastAsia"/>
          <w:lang w:eastAsia="zh-CN"/>
        </w:rPr>
        <w:t>中国</w:t>
      </w:r>
      <w:r>
        <w:t>""</w:t>
      </w:r>
      <w:r>
        <w:rPr>
          <w:rFonts w:ascii="微软雅黑" w:eastAsia="微软雅黑" w:hAnsi="微软雅黑" w:cs="微软雅黑" w:hint="eastAsia"/>
          <w:lang w:eastAsia="zh-CN"/>
        </w:rPr>
        <w:t>学习</w:t>
      </w:r>
      <w:r>
        <w:t>""AI"</w:t>
      </w:r>
      <w:r>
        <w:rPr>
          <w:rFonts w:ascii="微软雅黑" w:eastAsia="微软雅黑" w:hAnsi="微软雅黑" w:cs="微软雅黑" w:hint="eastAsia"/>
          <w:lang w:eastAsia="zh-CN"/>
        </w:rPr>
        <w:t>），要求写出四位数字串与点划组合；并画出电报机</w:t>
      </w:r>
      <w:r>
        <w:t>"</w:t>
      </w:r>
      <w:r>
        <w:rPr>
          <w:rFonts w:ascii="微软雅黑" w:eastAsia="微软雅黑" w:hAnsi="微软雅黑" w:cs="微软雅黑" w:hint="eastAsia"/>
          <w:lang w:eastAsia="zh-CN"/>
        </w:rPr>
        <w:t>电流产生磁场点亮灯泡</w:t>
      </w:r>
      <w:r>
        <w:t>"</w:t>
      </w:r>
      <w:r>
        <w:rPr>
          <w:rFonts w:ascii="微软雅黑" w:eastAsia="微软雅黑" w:hAnsi="微软雅黑" w:cs="微软雅黑" w:hint="eastAsia"/>
          <w:lang w:eastAsia="zh-CN"/>
        </w:rPr>
        <w:t>的因果链图。</w:t>
      </w:r>
    </w:p>
    <w:p>
      <w:pPr>
        <w:pStyle w:val="ListBullet"/>
        <w:spacing w:after="72"/>
      </w:pPr>
      <w:r>
        <w:rPr>
          <w:rFonts w:ascii="微软雅黑" w:eastAsia="微软雅黑" w:hAnsi="微软雅黑" w:cs="微软雅黑" w:hint="eastAsia"/>
          <w:b/>
          <w:lang w:eastAsia="zh-CN"/>
        </w:rPr>
        <w:t>提高（选做）</w:t>
      </w:r>
      <w:r>
        <w:rPr>
          <w:rFonts w:ascii="微软雅黑" w:eastAsia="微软雅黑" w:hAnsi="微软雅黑" w:cs="微软雅黑" w:hint="eastAsia"/>
          <w:lang w:eastAsia="zh-CN"/>
        </w:rPr>
        <w:t>：采访长辈或用网络查一查</w:t>
      </w:r>
      <w:r>
        <w:t>"</w:t>
      </w:r>
      <w:r>
        <w:rPr>
          <w:rFonts w:ascii="微软雅黑" w:eastAsia="微软雅黑" w:hAnsi="微软雅黑" w:cs="微软雅黑" w:hint="eastAsia"/>
          <w:lang w:eastAsia="zh-CN"/>
        </w:rPr>
        <w:t>电报在历史上的作用</w:t>
      </w:r>
      <w:r>
        <w:t>"</w:t>
      </w:r>
      <w:r>
        <w:rPr>
          <w:rFonts w:ascii="微软雅黑" w:eastAsia="微软雅黑" w:hAnsi="微软雅黑" w:cs="微软雅黑" w:hint="eastAsia"/>
          <w:lang w:eastAsia="zh-CN"/>
        </w:rPr>
        <w:t>，用</w:t>
      </w:r>
      <w:r>
        <w:t>100</w:t>
      </w:r>
      <w:r>
        <w:rPr>
          <w:rFonts w:ascii="微软雅黑" w:eastAsia="微软雅黑" w:hAnsi="微软雅黑" w:cs="微软雅黑" w:hint="eastAsia"/>
          <w:lang w:eastAsia="zh-CN"/>
        </w:rPr>
        <w:t>字说明</w:t>
      </w:r>
      <w:r>
        <w:t>"</w:t>
      </w:r>
      <w:r>
        <w:rPr>
          <w:rFonts w:ascii="微软雅黑" w:eastAsia="微软雅黑" w:hAnsi="微软雅黑" w:cs="微软雅黑" w:hint="eastAsia"/>
          <w:lang w:eastAsia="zh-CN"/>
        </w:rPr>
        <w:t>为什么电报能实现远距离通信</w:t>
      </w:r>
      <w:r>
        <w:t>"</w:t>
      </w:r>
      <w:r>
        <w:rPr>
          <w:rFonts w:ascii="微软雅黑" w:eastAsia="微软雅黑" w:hAnsi="微软雅黑" w:cs="微软雅黑" w:hint="eastAsia"/>
          <w:lang w:eastAsia="zh-CN"/>
        </w:rPr>
        <w:t>；对比</w:t>
      </w:r>
      <w:r>
        <w:t>"</w:t>
      </w:r>
      <w:r>
        <w:rPr>
          <w:rFonts w:ascii="微软雅黑" w:eastAsia="微软雅黑" w:hAnsi="微软雅黑" w:cs="微软雅黑" w:hint="eastAsia"/>
          <w:lang w:eastAsia="zh-CN"/>
        </w:rPr>
        <w:t>发电报</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手机发信息</w:t>
      </w:r>
      <w:r>
        <w:t>"</w:t>
      </w:r>
      <w:r>
        <w:rPr>
          <w:rFonts w:ascii="微软雅黑" w:eastAsia="微软雅黑" w:hAnsi="微软雅黑" w:cs="微软雅黑" w:hint="eastAsia"/>
          <w:lang w:eastAsia="zh-CN"/>
        </w:rPr>
        <w:t>的异同，列</w:t>
      </w:r>
      <w:r>
        <w:t>2</w:t>
      </w:r>
      <w:r>
        <w:rPr>
          <w:rFonts w:ascii="微软雅黑" w:eastAsia="微软雅黑" w:hAnsi="微软雅黑" w:cs="微软雅黑" w:hint="eastAsia"/>
          <w:lang w:eastAsia="zh-CN"/>
        </w:rPr>
        <w:t>点。</w:t>
      </w:r>
    </w:p>
    <w:p>
      <w:pPr>
        <w:pStyle w:val="ListBullet"/>
        <w:spacing w:after="72"/>
      </w:pPr>
      <w:r>
        <w:rPr>
          <w:rFonts w:ascii="微软雅黑" w:eastAsia="微软雅黑" w:hAnsi="微软雅黑" w:cs="微软雅黑" w:hint="eastAsia"/>
          <w:b/>
          <w:lang w:eastAsia="zh-CN"/>
        </w:rPr>
        <w:t>挑战（拓展）</w:t>
      </w:r>
      <w:r>
        <w:rPr>
          <w:rFonts w:ascii="微软雅黑" w:eastAsia="微软雅黑" w:hAnsi="微软雅黑" w:cs="微软雅黑" w:hint="eastAsia"/>
          <w:lang w:eastAsia="zh-CN"/>
        </w:rPr>
        <w:t>：尝试用开源硬件（</w:t>
      </w:r>
      <w:r>
        <w:t>Micro:bit/Arduino</w:t>
      </w:r>
      <w:r>
        <w:rPr>
          <w:rFonts w:ascii="微软雅黑" w:eastAsia="微软雅黑" w:hAnsi="微软雅黑" w:cs="微软雅黑" w:hint="eastAsia"/>
          <w:lang w:eastAsia="zh-CN"/>
        </w:rPr>
        <w:t>）或在线模拟器，做一个</w:t>
      </w:r>
      <w:r>
        <w:t>"</w:t>
      </w:r>
      <w:r>
        <w:rPr>
          <w:rFonts w:ascii="微软雅黑" w:eastAsia="微软雅黑" w:hAnsi="微软雅黑" w:cs="微软雅黑" w:hint="eastAsia"/>
          <w:lang w:eastAsia="zh-CN"/>
        </w:rPr>
        <w:t>按键点亮对面</w:t>
      </w:r>
      <w:r>
        <w:t>LED"</w:t>
      </w:r>
      <w:r>
        <w:rPr>
          <w:rFonts w:ascii="微软雅黑" w:eastAsia="微软雅黑" w:hAnsi="微软雅黑" w:cs="微软雅黑" w:hint="eastAsia"/>
          <w:lang w:eastAsia="zh-CN"/>
        </w:rPr>
        <w:t>的最小电报机模型，并录制</w:t>
      </w:r>
      <w:r>
        <w:t>15</w:t>
      </w:r>
      <w:r>
        <w:rPr>
          <w:rFonts w:ascii="微软雅黑" w:eastAsia="微软雅黑" w:hAnsi="微软雅黑" w:cs="微软雅黑" w:hint="eastAsia"/>
          <w:lang w:eastAsia="zh-CN"/>
        </w:rPr>
        <w:t>秒演示；或设计一个</w:t>
      </w:r>
      <w:r>
        <w:t>"</w:t>
      </w:r>
      <w:r>
        <w:rPr>
          <w:rFonts w:ascii="微软雅黑" w:eastAsia="微软雅黑" w:hAnsi="微软雅黑" w:cs="微软雅黑" w:hint="eastAsia"/>
          <w:lang w:eastAsia="zh-CN"/>
        </w:rPr>
        <w:t>班级秘密通讯码表</w:t>
      </w:r>
      <w:r>
        <w:t>"</w:t>
      </w:r>
      <w:r>
        <w:rPr>
          <w:rFonts w:ascii="微软雅黑" w:eastAsia="微软雅黑" w:hAnsi="微软雅黑" w:cs="微软雅黑" w:hint="eastAsia"/>
          <w:lang w:eastAsia="zh-CN"/>
        </w:rPr>
        <w:t>（自定规则），与同学互发密信。</w:t>
      </w:r>
      <w:r/>
    </w:p>
    <w:p>
      <w:pPr>
        <w:pStyle w:val="Heading3"/>
      </w:pPr>
      <w:r>
        <w:rPr>
          <w:rFonts w:ascii="微软雅黑" w:hAnsi="微软雅黑" w:eastAsia="微软雅黑" w:cs="微软雅黑" w:hint="eastAsia"/>
          <w:b w:val="0"/>
          <w:color w:val="1A237E"/>
          <w:sz w:val="20"/>
          <w:lang w:eastAsia="zh-CN"/>
        </w:rPr>
        <w:t>九、教学评价（观察点清单 + 简易量表）</w:t>
      </w:r>
    </w:p>
    <w:p>
      <w:pPr/>
      <w:r>
        <w:rPr>
          <w:rFonts w:ascii="微软雅黑" w:eastAsia="微软雅黑" w:hAnsi="微软雅黑" w:cs="微软雅黑" w:hint="eastAsia"/>
          <w:b/>
          <w:lang w:eastAsia="zh-CN"/>
        </w:rPr>
        <w:t>观察点清单（教师巡课记录）</w:t>
      </w:r>
      <w:r>
        <w:rPr>
          <w:rFonts w:ascii="微软雅黑" w:eastAsia="微软雅黑" w:hAnsi="微软雅黑" w:cs="微软雅黑" w:hint="eastAsia"/>
          <w:lang w:eastAsia="zh-CN"/>
        </w:rPr>
        <w:t>：</w:t>
      </w:r>
    </w:p>
    <w:p>
      <w:pPr>
        <w:pStyle w:val="ListBullet"/>
        <w:spacing w:after="72"/>
      </w:pPr>
      <w:r>
        <w:t xml:space="preserve">□ </w:t>
      </w:r>
      <w:r>
        <w:rPr>
          <w:rFonts w:ascii="微软雅黑" w:eastAsia="微软雅黑" w:hAnsi="微软雅黑" w:cs="微软雅黑" w:hint="eastAsia"/>
          <w:lang w:eastAsia="zh-CN"/>
        </w:rPr>
        <w:t>能用</w:t>
      </w:r>
      <w:r>
        <w:t>"</w:t>
      </w:r>
      <w:r>
        <w:rPr>
          <w:rFonts w:ascii="微软雅黑" w:eastAsia="微软雅黑" w:hAnsi="微软雅黑" w:cs="微软雅黑" w:hint="eastAsia"/>
          <w:lang w:eastAsia="zh-CN"/>
        </w:rPr>
        <w:t>电流的磁效应</w:t>
      </w:r>
      <w:r>
        <w:t>"</w:t>
      </w:r>
      <w:r>
        <w:rPr>
          <w:rFonts w:ascii="微软雅黑" w:eastAsia="微软雅黑" w:hAnsi="微软雅黑" w:cs="微软雅黑" w:hint="eastAsia"/>
          <w:lang w:eastAsia="zh-CN"/>
        </w:rPr>
        <w:t>解释灯亮（物理原理）；</w:t>
      </w:r>
    </w:p>
    <w:p>
      <w:pPr>
        <w:pStyle w:val="ListBullet"/>
        <w:spacing w:after="72"/>
      </w:pPr>
      <w:r>
        <w:t xml:space="preserve">□ </w:t>
      </w:r>
      <w:r>
        <w:rPr>
          <w:rFonts w:ascii="微软雅黑" w:eastAsia="微软雅黑" w:hAnsi="微软雅黑" w:cs="微软雅黑" w:hint="eastAsia"/>
          <w:lang w:eastAsia="zh-CN"/>
        </w:rPr>
        <w:t>能正确查摩尔斯码表完成点划发送（编码操作）；</w:t>
      </w:r>
    </w:p>
    <w:p>
      <w:pPr>
        <w:pStyle w:val="ListBullet"/>
        <w:spacing w:after="72"/>
      </w:pPr>
      <w:r>
        <w:t xml:space="preserve">□ </w:t>
      </w:r>
      <w:r>
        <w:rPr>
          <w:rFonts w:ascii="微软雅黑" w:eastAsia="微软雅黑" w:hAnsi="微软雅黑" w:cs="微软雅黑" w:hint="eastAsia"/>
          <w:lang w:eastAsia="zh-CN"/>
        </w:rPr>
        <w:t>能按汉字电报码完成</w:t>
      </w:r>
      <w:r>
        <w:t>"</w:t>
      </w:r>
      <w:r>
        <w:rPr>
          <w:rFonts w:ascii="微软雅黑" w:eastAsia="微软雅黑" w:hAnsi="微软雅黑" w:cs="微软雅黑" w:hint="eastAsia"/>
          <w:lang w:eastAsia="zh-CN"/>
        </w:rPr>
        <w:t>你好</w:t>
      </w:r>
      <w:r>
        <w:t>"</w:t>
      </w:r>
      <w:r>
        <w:rPr>
          <w:rFonts w:ascii="微软雅黑" w:eastAsia="微软雅黑" w:hAnsi="微软雅黑" w:cs="微软雅黑" w:hint="eastAsia"/>
          <w:lang w:eastAsia="zh-CN"/>
        </w:rPr>
        <w:t>互解且收发一致（解码</w:t>
      </w:r>
      <w:r>
        <w:t>+</w:t>
      </w:r>
      <w:r>
        <w:rPr>
          <w:rFonts w:ascii="微软雅黑" w:eastAsia="微软雅黑" w:hAnsi="微软雅黑" w:cs="微软雅黑" w:hint="eastAsia"/>
          <w:lang w:eastAsia="zh-CN"/>
        </w:rPr>
        <w:t>协议）；</w:t>
      </w:r>
    </w:p>
    <w:p>
      <w:pPr>
        <w:pStyle w:val="ListBullet"/>
        <w:spacing w:after="72"/>
      </w:pPr>
      <w:r>
        <w:t xml:space="preserve">□ </w:t>
      </w:r>
      <w:r>
        <w:rPr>
          <w:rFonts w:ascii="微软雅黑" w:eastAsia="微软雅黑" w:hAnsi="微软雅黑" w:cs="微软雅黑" w:hint="eastAsia"/>
          <w:lang w:eastAsia="zh-CN"/>
        </w:rPr>
        <w:t>能举出</w:t>
      </w:r>
      <w:r>
        <w:t>1</w:t>
      </w:r>
      <w:r>
        <w:rPr>
          <w:rFonts w:ascii="微软雅黑" w:eastAsia="微软雅黑" w:hAnsi="微软雅黑" w:cs="微软雅黑" w:hint="eastAsia"/>
          <w:lang w:eastAsia="zh-CN"/>
        </w:rPr>
        <w:t>个生活中的</w:t>
      </w:r>
      <w:r>
        <w:t>"</w:t>
      </w:r>
      <w:r>
        <w:rPr>
          <w:rFonts w:ascii="微软雅黑" w:eastAsia="微软雅黑" w:hAnsi="微软雅黑" w:cs="微软雅黑" w:hint="eastAsia"/>
          <w:lang w:eastAsia="zh-CN"/>
        </w:rPr>
        <w:t>协议</w:t>
      </w:r>
      <w:r>
        <w:t>/</w:t>
      </w:r>
      <w:r>
        <w:rPr>
          <w:rFonts w:ascii="微软雅黑" w:eastAsia="微软雅黑" w:hAnsi="微软雅黑" w:cs="微软雅黑" w:hint="eastAsia"/>
          <w:lang w:eastAsia="zh-CN"/>
        </w:rPr>
        <w:t>密码</w:t>
      </w:r>
      <w:r>
        <w:t>"</w:t>
      </w:r>
      <w:r>
        <w:rPr>
          <w:rFonts w:ascii="微软雅黑" w:eastAsia="微软雅黑" w:hAnsi="微软雅黑" w:cs="微软雅黑" w:hint="eastAsia"/>
          <w:lang w:eastAsia="zh-CN"/>
        </w:rPr>
        <w:t>实例（迁移）；</w:t>
      </w:r>
    </w:p>
    <w:p>
      <w:pPr>
        <w:pStyle w:val="ListBullet"/>
        <w:spacing w:after="72"/>
      </w:pPr>
      <w:r>
        <w:t xml:space="preserve">□ </w:t>
      </w:r>
      <w:r>
        <w:rPr>
          <w:rFonts w:ascii="微软雅黑" w:eastAsia="微软雅黑" w:hAnsi="微软雅黑" w:cs="微软雅黑" w:hint="eastAsia"/>
          <w:lang w:eastAsia="zh-CN"/>
        </w:rPr>
        <w:t>能在手册写出跨学科反思（跨学科意识）。</w:t>
      </w:r>
    </w:p>
    <w:p>
      <w:pPr/>
      <w:r>
        <w:rPr>
          <w:rFonts w:ascii="微软雅黑" w:eastAsia="微软雅黑" w:hAnsi="微软雅黑" w:cs="微软雅黑" w:hint="eastAsia"/>
          <w:b/>
          <w:lang w:eastAsia="zh-CN"/>
        </w:rPr>
        <w:t>简易量表（小组互评，每项1-3分）</w:t>
      </w:r>
      <w:r>
        <w:rPr>
          <w:rFonts w:ascii="微软雅黑" w:eastAsia="微软雅黑" w:hAnsi="微软雅黑" w:cs="微软雅黑" w:hint="eastAsia"/>
          <w:lang w:eastAsia="zh-CN"/>
        </w:rPr>
        <w:t>：</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评价维度</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分（达成）</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2</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分（部分）</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1</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分（起步）</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原理解释</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准确说出磁效应因果链</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能说电流但说不清磁场</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仅描述现象</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编解码实操</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独立完成汉字电报码互解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需提示才能完成</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依赖同组代做</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协议理解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能举例说明码表必要性</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能复述但无举例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混淆码表作用</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合作汇报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角色轮转顺畅、表达清晰</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有参与但表达松散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极少参与</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w:t>
      </w:r>
    </w:p>
    <w:p>
      <w:pPr>
        <w:spacing w:after="72"/>
      </w:pPr>
      <w:r>
        <w:rPr>
          <w:color w:val="212121"/>
        </w:rPr>
        <w:t xml:space="preserve">  </w:t>
      </w:r>
      <w:r>
        <w:rPr>
          <w:rFonts w:ascii="微软雅黑" w:eastAsia="微软雅黑" w:hAnsi="微软雅黑" w:cs="微软雅黑" w:hint="eastAsia"/>
          <w:color w:val="212121"/>
          <w:lang w:eastAsia="zh-CN"/>
        </w:rPr>
        <w:t>主体：一名穿校服的少年俯身按下木质电报机黄铜按键，指尖微颤；动作：按下瞬间对面桌上的玻璃灯泡由暗转亮、灯丝泛起暖橙光晕并轻微闪烁；场景：夜晚的教室，窗外的城市灯火与桌上的老式电报机套件形成古今对话；光影：仅一束顶光打在电报机上，四周压暗，灯泡亮起时暖光漫染少年侧脸；镜头运动：从少年专注的侧脸特写缓慢后拉至双机位全景，再推近接收端灯泡的发光细节；风格：电影感写实、胶片颗粒、低饱和暖色调；情绪：神秘而温暖的探索欲，仿佛与百年前的报务员隔空对话。</w:t>
      </w:r>
      <w:r/>
    </w:p>
    <w:p>
      <w:bookmarkStart w:id="40" w:name="_Toc_section_19"/>
      <w:bookmarkStart w:id="18" w:name="section-19"/>
      <w:pPr>
        <w:pStyle w:val="Heading2"/>
        <w:pageBreakBefore/>
      </w:pPr>
      <w:bookmarkEnd w:id="18"/>
      <w:r>
        <w:rPr>
          <w:rFonts w:ascii="微软雅黑" w:hAnsi="微软雅黑" w:eastAsia="微软雅黑" w:cs="微软雅黑" w:hint="eastAsia"/>
          <w:b w:val="0"/>
          <w:color w:val="1A237E"/>
          <w:sz w:val="22"/>
          <w:lang w:eastAsia="zh-CN"/>
        </w:rPr>
        <w:t xml:space="preserve">  课题：《交通道口红绿灯——像工程师一样设计路口信号系统》（人工智能通识课·初中）</w:t>
      </w:r>
      <w:bookmarkEnd w:id="40"/>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17</w:t>
      </w:r>
      <w:r>
        <w:rPr>
          <w:rFonts w:ascii="微软雅黑" w:eastAsia="微软雅黑" w:hAnsi="微软雅黑" w:cs="微软雅黑" w:hint="eastAsia"/>
          <w:color w:val="212121"/>
          <w:lang w:eastAsia="zh-CN"/>
        </w:rPr>
        <w:t>讲《案例（初中）</w:t>
      </w:r>
      <w:r>
        <w:rPr>
          <w:color w:val="212121"/>
        </w:rPr>
        <w:t>-</w:t>
      </w:r>
      <w:r>
        <w:rPr>
          <w:rFonts w:ascii="微软雅黑" w:eastAsia="微软雅黑" w:hAnsi="微软雅黑" w:cs="微软雅黑" w:hint="eastAsia"/>
          <w:color w:val="212121"/>
          <w:lang w:eastAsia="zh-CN"/>
        </w:rPr>
        <w:t>交通道口红绿灯》｜示范时长约</w:t>
      </w:r>
      <w:r>
        <w:rPr>
          <w:color w:val="212121"/>
        </w:rPr>
        <w:t>14</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：初中（七年级至八年级）｜</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40-45</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：信息科技（开源硬件编程）</w:t>
      </w:r>
      <w:r>
        <w:t xml:space="preserve">+ </w:t>
      </w:r>
      <w:r>
        <w:rPr>
          <w:rFonts w:ascii="微软雅黑" w:eastAsia="微软雅黑" w:hAnsi="微软雅黑" w:cs="微软雅黑" w:hint="eastAsia"/>
          <w:lang w:eastAsia="zh-CN"/>
        </w:rPr>
        <w:t>数学（几何建模、符号与集合）</w:t>
      </w:r>
      <w:r>
        <w:t xml:space="preserve">+ </w:t>
      </w:r>
      <w:r>
        <w:rPr>
          <w:rFonts w:ascii="微软雅黑" w:eastAsia="微软雅黑" w:hAnsi="微软雅黑" w:cs="微软雅黑" w:hint="eastAsia"/>
          <w:lang w:eastAsia="zh-CN"/>
        </w:rPr>
        <w:t>通用技术</w:t>
      </w:r>
      <w:r>
        <w:t>/</w:t>
      </w:r>
      <w:r>
        <w:rPr>
          <w:rFonts w:ascii="微软雅黑" w:eastAsia="微软雅黑" w:hAnsi="微软雅黑" w:cs="微软雅黑" w:hint="eastAsia"/>
          <w:lang w:eastAsia="zh-CN"/>
        </w:rPr>
        <w:t>工程（工程思维）</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：体验课</w:t>
      </w:r>
      <w:r>
        <w:t xml:space="preserve"> / </w:t>
      </w:r>
      <w:r>
        <w:rPr>
          <w:rFonts w:ascii="微软雅黑" w:eastAsia="微软雅黑" w:hAnsi="微软雅黑" w:cs="微软雅黑" w:hint="eastAsia"/>
          <w:lang w:eastAsia="zh-CN"/>
        </w:rPr>
        <w:t>通识课（项目式学习</w:t>
      </w:r>
      <w:r>
        <w:t>·PBL</w:t>
      </w:r>
      <w:r>
        <w:rPr>
          <w:rFonts w:ascii="微软雅黑" w:eastAsia="微软雅黑" w:hAnsi="微软雅黑" w:cs="微软雅黑" w:hint="eastAsia"/>
          <w:lang w:eastAsia="zh-CN"/>
        </w:rPr>
        <w:t>，人工智能通识）</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52"/>
        </w:numPr>
        <w:spacing w:after="72"/>
      </w:pPr>
      <w:r>
        <w:rPr>
          <w:rFonts w:ascii="微软雅黑" w:eastAsia="微软雅黑" w:hAnsi="微软雅黑" w:cs="微软雅黑" w:hint="eastAsia"/>
          <w:b/>
          <w:lang w:eastAsia="zh-CN"/>
        </w:rPr>
        <w:t>工程流程体验</w:t>
      </w:r>
      <w:r>
        <w:rPr>
          <w:rFonts w:ascii="微软雅黑" w:eastAsia="微软雅黑" w:hAnsi="微软雅黑" w:cs="微软雅黑" w:hint="eastAsia"/>
          <w:lang w:eastAsia="zh-CN"/>
        </w:rPr>
        <w:t>：能说出工程师解决红绿灯问题的五环节（认识路口</w:t>
      </w:r>
      <w:r>
        <w:t>→</w:t>
      </w:r>
      <w:r>
        <w:rPr>
          <w:rFonts w:ascii="微软雅黑" w:eastAsia="微软雅黑" w:hAnsi="微软雅黑" w:cs="微软雅黑" w:hint="eastAsia"/>
          <w:lang w:eastAsia="zh-CN"/>
        </w:rPr>
        <w:t>设计方案</w:t>
      </w:r>
      <w:r>
        <w:t>→</w:t>
      </w:r>
      <w:r>
        <w:rPr>
          <w:rFonts w:ascii="微软雅黑" w:eastAsia="微软雅黑" w:hAnsi="微软雅黑" w:cs="微软雅黑" w:hint="eastAsia"/>
          <w:lang w:eastAsia="zh-CN"/>
        </w:rPr>
        <w:t>单个灯周期变化</w:t>
      </w:r>
      <w:r>
        <w:t>→</w:t>
      </w:r>
      <w:r>
        <w:rPr>
          <w:rFonts w:ascii="微软雅黑" w:eastAsia="微软雅黑" w:hAnsi="微软雅黑" w:cs="微软雅黑" w:hint="eastAsia"/>
          <w:lang w:eastAsia="zh-CN"/>
        </w:rPr>
        <w:t>路口灯周期变化</w:t>
      </w:r>
      <w:r>
        <w:t>→</w:t>
      </w:r>
      <w:r>
        <w:rPr>
          <w:rFonts w:ascii="微软雅黑" w:eastAsia="微软雅黑" w:hAnsi="微软雅黑" w:cs="微软雅黑" w:hint="eastAsia"/>
          <w:lang w:eastAsia="zh-CN"/>
        </w:rPr>
        <w:t>搭建系统），并在《学生学习手册》上按此流程完成本组方案的阶段标注。</w:t>
      </w:r>
    </w:p>
    <w:p>
      <w:pPr>
        <w:pStyle w:val="ListNumber"/>
        <w:numPr>
          <w:ilvl w:val="0"/>
          <w:numId w:val="52"/>
        </w:numPr>
        <w:spacing w:after="72"/>
      </w:pPr>
      <w:r>
        <w:rPr>
          <w:rFonts w:ascii="微软雅黑" w:eastAsia="微软雅黑" w:hAnsi="微软雅黑" w:cs="微软雅黑" w:hint="eastAsia"/>
          <w:b/>
          <w:lang w:eastAsia="zh-CN"/>
        </w:rPr>
        <w:t>几何与数学建模</w:t>
      </w:r>
      <w:r>
        <w:rPr>
          <w:rFonts w:ascii="微软雅黑" w:eastAsia="微软雅黑" w:hAnsi="微软雅黑" w:cs="微软雅黑" w:hint="eastAsia"/>
          <w:lang w:eastAsia="zh-CN"/>
        </w:rPr>
        <w:t>：能把一个平面十字交叉路口用点、线、箭头抽象为几何模型，标出</w:t>
      </w:r>
      <w:r>
        <w:t>"</w:t>
      </w:r>
      <w:r>
        <w:rPr>
          <w:rFonts w:ascii="微软雅黑" w:eastAsia="微软雅黑" w:hAnsi="微软雅黑" w:cs="微软雅黑" w:hint="eastAsia"/>
          <w:lang w:eastAsia="zh-CN"/>
        </w:rPr>
        <w:t>交叉冲突点、合流冲突点、分流冲突点</w:t>
      </w:r>
      <w:r>
        <w:t>"</w:t>
      </w:r>
      <w:r>
        <w:rPr>
          <w:rFonts w:ascii="微软雅黑" w:eastAsia="微软雅黑" w:hAnsi="微软雅黑" w:cs="微软雅黑" w:hint="eastAsia"/>
          <w:lang w:eastAsia="zh-CN"/>
        </w:rPr>
        <w:t>并标注危险等级（交叉</w:t>
      </w:r>
      <w:r>
        <w:t>&gt;</w:t>
      </w:r>
      <w:r>
        <w:rPr>
          <w:rFonts w:ascii="微软雅黑" w:eastAsia="微软雅黑" w:hAnsi="微软雅黑" w:cs="微软雅黑" w:hint="eastAsia"/>
          <w:lang w:eastAsia="zh-CN"/>
        </w:rPr>
        <w:t>合流</w:t>
      </w:r>
      <w:r>
        <w:t>&gt;</w:t>
      </w:r>
      <w:r>
        <w:rPr>
          <w:rFonts w:ascii="微软雅黑" w:eastAsia="微软雅黑" w:hAnsi="微软雅黑" w:cs="微软雅黑" w:hint="eastAsia"/>
          <w:lang w:eastAsia="zh-CN"/>
        </w:rPr>
        <w:t>分流）；能用符号（如</w:t>
      </w:r>
      <w:r>
        <w:t>"BE3g"</w:t>
      </w:r>
      <w:r>
        <w:rPr>
          <w:rFonts w:ascii="微软雅黑" w:eastAsia="微软雅黑" w:hAnsi="微软雅黑" w:cs="微软雅黑" w:hint="eastAsia"/>
          <w:lang w:eastAsia="zh-CN"/>
        </w:rPr>
        <w:t>表示从</w:t>
      </w:r>
      <w:r>
        <w:t>B</w:t>
      </w:r>
      <w:r>
        <w:rPr>
          <w:rFonts w:ascii="微软雅黑" w:eastAsia="微软雅黑" w:hAnsi="微软雅黑" w:cs="微软雅黑" w:hint="eastAsia"/>
          <w:lang w:eastAsia="zh-CN"/>
        </w:rPr>
        <w:t>道直行到</w:t>
      </w:r>
      <w:r>
        <w:t>E</w:t>
      </w:r>
      <w:r>
        <w:rPr>
          <w:rFonts w:ascii="微软雅黑" w:eastAsia="微软雅黑" w:hAnsi="微软雅黑" w:cs="微软雅黑" w:hint="eastAsia"/>
          <w:lang w:eastAsia="zh-CN"/>
        </w:rPr>
        <w:t>道、</w:t>
      </w:r>
      <w:r>
        <w:t>3</w:t>
      </w:r>
      <w:r>
        <w:rPr>
          <w:rFonts w:ascii="微软雅黑" w:eastAsia="微软雅黑" w:hAnsi="微软雅黑" w:cs="微软雅黑" w:hint="eastAsia"/>
          <w:lang w:eastAsia="zh-CN"/>
        </w:rPr>
        <w:t>号灯绿灯时通行）描述合法行驶方向。</w:t>
      </w:r>
    </w:p>
    <w:p>
      <w:pPr>
        <w:pStyle w:val="ListNumber"/>
        <w:numPr>
          <w:ilvl w:val="0"/>
          <w:numId w:val="52"/>
        </w:numPr>
        <w:spacing w:after="72"/>
      </w:pPr>
      <w:r>
        <w:rPr>
          <w:rFonts w:ascii="微软雅黑" w:eastAsia="微软雅黑" w:hAnsi="微软雅黑" w:cs="微软雅黑" w:hint="eastAsia"/>
          <w:b/>
          <w:lang w:eastAsia="zh-CN"/>
        </w:rPr>
        <w:t>相位设计与编程实现</w:t>
      </w:r>
      <w:r>
        <w:rPr>
          <w:rFonts w:ascii="微软雅黑" w:eastAsia="微软雅黑" w:hAnsi="微软雅黑" w:cs="微软雅黑" w:hint="eastAsia"/>
          <w:lang w:eastAsia="zh-CN"/>
        </w:rPr>
        <w:t>：能基于冲突判定规则（若两方向产生交叉或合流，则不能同时放行）填写</w:t>
      </w:r>
      <w:r>
        <w:t>"</w:t>
      </w:r>
      <w:r>
        <w:rPr>
          <w:rFonts w:ascii="微软雅黑" w:eastAsia="微软雅黑" w:hAnsi="微软雅黑" w:cs="微软雅黑" w:hint="eastAsia"/>
          <w:lang w:eastAsia="zh-CN"/>
        </w:rPr>
        <w:t>能否同时放行</w:t>
      </w:r>
      <w:r>
        <w:t>"</w:t>
      </w:r>
      <w:r>
        <w:rPr>
          <w:rFonts w:ascii="微软雅黑" w:eastAsia="微软雅黑" w:hAnsi="微软雅黑" w:cs="微软雅黑" w:hint="eastAsia"/>
          <w:lang w:eastAsia="zh-CN"/>
        </w:rPr>
        <w:t>判断表，形成</w:t>
      </w:r>
      <w:r>
        <w:t>"</w:t>
      </w:r>
      <w:r>
        <w:rPr>
          <w:rFonts w:ascii="微软雅黑" w:eastAsia="微软雅黑" w:hAnsi="微软雅黑" w:cs="微软雅黑" w:hint="eastAsia"/>
          <w:lang w:eastAsia="zh-CN"/>
        </w:rPr>
        <w:t>绿</w:t>
      </w:r>
      <w:r>
        <w:t>/</w:t>
      </w:r>
      <w:r>
        <w:rPr>
          <w:rFonts w:ascii="微软雅黑" w:eastAsia="微软雅黑" w:hAnsi="微软雅黑" w:cs="微软雅黑" w:hint="eastAsia"/>
          <w:lang w:eastAsia="zh-CN"/>
        </w:rPr>
        <w:t>红</w:t>
      </w:r>
      <w:r>
        <w:t>"</w:t>
      </w:r>
      <w:r>
        <w:rPr>
          <w:rFonts w:ascii="微软雅黑" w:eastAsia="微软雅黑" w:hAnsi="微软雅黑" w:cs="微软雅黑" w:hint="eastAsia"/>
          <w:lang w:eastAsia="zh-CN"/>
        </w:rPr>
        <w:t>矩阵与相位表；能用开源图形化编程平台实现</w:t>
      </w:r>
      <w:r>
        <w:t>"</w:t>
      </w:r>
      <w:r>
        <w:rPr>
          <w:rFonts w:ascii="微软雅黑" w:eastAsia="微软雅黑" w:hAnsi="微软雅黑" w:cs="微软雅黑" w:hint="eastAsia"/>
          <w:lang w:eastAsia="zh-CN"/>
        </w:rPr>
        <w:t>绿</w:t>
      </w:r>
      <w:r>
        <w:t>30</w:t>
      </w:r>
      <w:r>
        <w:rPr>
          <w:rFonts w:ascii="微软雅黑" w:eastAsia="微软雅黑" w:hAnsi="微软雅黑" w:cs="微软雅黑" w:hint="eastAsia"/>
          <w:lang w:eastAsia="zh-CN"/>
        </w:rPr>
        <w:t>秒</w:t>
      </w:r>
      <w:r>
        <w:t>→</w:t>
      </w:r>
      <w:r>
        <w:rPr>
          <w:rFonts w:ascii="微软雅黑" w:eastAsia="微软雅黑" w:hAnsi="微软雅黑" w:cs="微软雅黑" w:hint="eastAsia"/>
          <w:lang w:eastAsia="zh-CN"/>
        </w:rPr>
        <w:t>黄闪</w:t>
      </w:r>
      <w:r>
        <w:t>3</w:t>
      </w:r>
      <w:r>
        <w:rPr>
          <w:rFonts w:ascii="微软雅黑" w:eastAsia="微软雅黑" w:hAnsi="微软雅黑" w:cs="微软雅黑" w:hint="eastAsia"/>
          <w:lang w:eastAsia="zh-CN"/>
        </w:rPr>
        <w:t>次</w:t>
      </w:r>
      <w:r>
        <w:t>→</w:t>
      </w:r>
      <w:r>
        <w:rPr>
          <w:rFonts w:ascii="微软雅黑" w:eastAsia="微软雅黑" w:hAnsi="微软雅黑" w:cs="微软雅黑" w:hint="eastAsia"/>
          <w:lang w:eastAsia="zh-CN"/>
        </w:rPr>
        <w:t>红</w:t>
      </w:r>
      <w:r>
        <w:t>30</w:t>
      </w:r>
      <w:r>
        <w:rPr>
          <w:rFonts w:ascii="微软雅黑" w:eastAsia="微软雅黑" w:hAnsi="微软雅黑" w:cs="微软雅黑" w:hint="eastAsia"/>
          <w:lang w:eastAsia="zh-CN"/>
        </w:rPr>
        <w:t>秒</w:t>
      </w:r>
      <w:r>
        <w:t>→</w:t>
      </w:r>
      <w:r>
        <w:rPr>
          <w:rFonts w:ascii="微软雅黑" w:eastAsia="微软雅黑" w:hAnsi="微软雅黑" w:cs="微软雅黑" w:hint="eastAsia"/>
          <w:lang w:eastAsia="zh-CN"/>
        </w:rPr>
        <w:t>循环</w:t>
      </w:r>
      <w:r>
        <w:t>"</w:t>
      </w:r>
      <w:r>
        <w:rPr>
          <w:rFonts w:ascii="微软雅黑" w:eastAsia="微软雅黑" w:hAnsi="微软雅黑" w:cs="微软雅黑" w:hint="eastAsia"/>
          <w:lang w:eastAsia="zh-CN"/>
        </w:rPr>
        <w:t>的多灯周期切换。</w:t>
      </w:r>
    </w:p>
    <w:p>
      <w:pPr>
        <w:pStyle w:val="ListNumber"/>
        <w:numPr>
          <w:ilvl w:val="0"/>
          <w:numId w:val="52"/>
        </w:numPr>
        <w:spacing w:after="72"/>
      </w:pPr>
      <w:r>
        <w:rPr>
          <w:rFonts w:ascii="微软雅黑" w:eastAsia="微软雅黑" w:hAnsi="微软雅黑" w:cs="微软雅黑" w:hint="eastAsia"/>
          <w:b/>
          <w:lang w:eastAsia="zh-CN"/>
        </w:rPr>
        <w:t>工程思维建构</w:t>
      </w:r>
      <w:r>
        <w:rPr>
          <w:rFonts w:ascii="微软雅黑" w:eastAsia="微软雅黑" w:hAnsi="微软雅黑" w:cs="微软雅黑" w:hint="eastAsia"/>
          <w:lang w:eastAsia="zh-CN"/>
        </w:rPr>
        <w:t>：能对比</w:t>
      </w:r>
      <w:r>
        <w:t>"</w:t>
      </w:r>
      <w:r>
        <w:rPr>
          <w:rFonts w:ascii="微软雅黑" w:eastAsia="微软雅黑" w:hAnsi="微软雅黑" w:cs="微软雅黑" w:hint="eastAsia"/>
          <w:lang w:eastAsia="zh-CN"/>
        </w:rPr>
        <w:t>工程师思维</w:t>
      </w:r>
      <w:r>
        <w:t>"</w:t>
      </w:r>
      <w:r>
        <w:rPr>
          <w:rFonts w:ascii="微软雅黑" w:eastAsia="微软雅黑" w:hAnsi="微软雅黑" w:cs="微软雅黑" w:hint="eastAsia"/>
          <w:lang w:eastAsia="zh-CN"/>
        </w:rPr>
        <w:t>（把事情做成）与</w:t>
      </w:r>
      <w:r>
        <w:t>"</w:t>
      </w:r>
      <w:r>
        <w:rPr>
          <w:rFonts w:ascii="微软雅黑" w:eastAsia="微软雅黑" w:hAnsi="微软雅黑" w:cs="微软雅黑" w:hint="eastAsia"/>
          <w:lang w:eastAsia="zh-CN"/>
        </w:rPr>
        <w:t>科学家思维</w:t>
      </w:r>
      <w:r>
        <w:t>"</w:t>
      </w:r>
      <w:r>
        <w:rPr>
          <w:rFonts w:ascii="微软雅黑" w:eastAsia="微软雅黑" w:hAnsi="微软雅黑" w:cs="微软雅黑" w:hint="eastAsia"/>
          <w:lang w:eastAsia="zh-CN"/>
        </w:rPr>
        <w:t>的差异，并举例说明</w:t>
      </w:r>
      <w:r>
        <w:t>"</w:t>
      </w:r>
      <w:r>
        <w:rPr>
          <w:rFonts w:ascii="微软雅黑" w:eastAsia="微软雅黑" w:hAnsi="微软雅黑" w:cs="微软雅黑" w:hint="eastAsia"/>
          <w:lang w:eastAsia="zh-CN"/>
        </w:rPr>
        <w:t>先建模再动手</w:t>
      </w:r>
      <w:r>
        <w:t>"</w:t>
      </w:r>
      <w:r>
        <w:rPr>
          <w:rFonts w:ascii="微软雅黑" w:eastAsia="微软雅黑" w:hAnsi="微软雅黑" w:cs="微软雅黑" w:hint="eastAsia"/>
          <w:lang w:eastAsia="zh-CN"/>
        </w:rPr>
        <w:t>的必要性；完成校门口真实路口的简易分析或改进建议</w:t>
      </w:r>
      <w:r>
        <w:t>1</w:t>
      </w:r>
      <w:r>
        <w:rPr>
          <w:rFonts w:ascii="微软雅黑" w:eastAsia="微软雅黑" w:hAnsi="微软雅黑" w:cs="微软雅黑" w:hint="eastAsia"/>
          <w:lang w:eastAsia="zh-CN"/>
        </w:rPr>
        <w:t>条。</w:t>
      </w:r>
      <w:r/>
    </w:p>
    <w:p>
      <w:pPr>
        <w:pStyle w:val="Heading3"/>
      </w:pPr>
      <w:r>
        <w:rPr>
          <w:rFonts w:ascii="微软雅黑" w:hAnsi="微软雅黑" w:eastAsia="微软雅黑" w:cs="微软雅黑" w:hint="eastAsia"/>
          <w:b w:val="0"/>
          <w:color w:val="1A237E"/>
          <w:sz w:val="20"/>
          <w:lang w:eastAsia="zh-CN"/>
        </w:rPr>
        <w:t>二、教学重难点</w:t>
      </w:r>
    </w:p>
    <w:p>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工程思维五环节与</w:t>
      </w:r>
      <w:r>
        <w:t>"</w:t>
      </w:r>
      <w:r>
        <w:rPr>
          <w:rFonts w:ascii="微软雅黑" w:eastAsia="微软雅黑" w:hAnsi="微软雅黑" w:cs="微软雅黑" w:hint="eastAsia"/>
          <w:lang w:eastAsia="zh-CN"/>
        </w:rPr>
        <w:t>先建模、后实现</w:t>
      </w:r>
      <w:r>
        <w:t>"</w:t>
      </w:r>
      <w:r>
        <w:rPr>
          <w:rFonts w:ascii="微软雅黑" w:eastAsia="微软雅黑" w:hAnsi="微软雅黑" w:cs="微软雅黑" w:hint="eastAsia"/>
          <w:lang w:eastAsia="zh-CN"/>
        </w:rPr>
        <w:t>的系统性流程；</w:t>
      </w:r>
    </w:p>
    <w:p>
      <w:pPr>
        <w:pStyle w:val="ListBullet"/>
        <w:spacing w:after="72"/>
      </w:pPr>
      <w:r>
        <w:rPr>
          <w:rFonts w:ascii="微软雅黑" w:eastAsia="微软雅黑" w:hAnsi="微软雅黑" w:cs="微软雅黑" w:hint="eastAsia"/>
          <w:lang w:eastAsia="zh-CN"/>
        </w:rPr>
        <w:t>冲突点分类（交叉</w:t>
      </w:r>
      <w:r>
        <w:t>&gt;</w:t>
      </w:r>
      <w:r>
        <w:rPr>
          <w:rFonts w:ascii="微软雅黑" w:eastAsia="微软雅黑" w:hAnsi="微软雅黑" w:cs="微软雅黑" w:hint="eastAsia"/>
          <w:lang w:eastAsia="zh-CN"/>
        </w:rPr>
        <w:t>合流</w:t>
      </w:r>
      <w:r>
        <w:t>&gt;</w:t>
      </w:r>
      <w:r>
        <w:rPr>
          <w:rFonts w:ascii="微软雅黑" w:eastAsia="微软雅黑" w:hAnsi="微软雅黑" w:cs="微软雅黑" w:hint="eastAsia"/>
          <w:lang w:eastAsia="zh-CN"/>
        </w:rPr>
        <w:t>分流）与符号表示法（</w:t>
      </w:r>
      <w:r>
        <w:t>BE3g</w:t>
      </w:r>
      <w:r>
        <w:rPr>
          <w:rFonts w:ascii="微软雅黑" w:eastAsia="微软雅黑" w:hAnsi="微软雅黑" w:cs="微软雅黑" w:hint="eastAsia"/>
          <w:lang w:eastAsia="zh-CN"/>
        </w:rPr>
        <w:t>等）；</w:t>
      </w:r>
    </w:p>
    <w:p>
      <w:pPr>
        <w:pStyle w:val="ListBullet"/>
        <w:spacing w:after="72"/>
      </w:pPr>
      <w:r>
        <w:t>12</w:t>
      </w:r>
      <w:r>
        <w:rPr>
          <w:rFonts w:ascii="微软雅黑" w:eastAsia="微软雅黑" w:hAnsi="微软雅黑" w:cs="微软雅黑" w:hint="eastAsia"/>
          <w:lang w:eastAsia="zh-CN"/>
        </w:rPr>
        <w:t>个合法行驶方向的枚举与</w:t>
      </w:r>
      <w:r>
        <w:t>"</w:t>
      </w:r>
      <w:r>
        <w:rPr>
          <w:rFonts w:ascii="微软雅黑" w:eastAsia="微软雅黑" w:hAnsi="微软雅黑" w:cs="微软雅黑" w:hint="eastAsia"/>
          <w:lang w:eastAsia="zh-CN"/>
        </w:rPr>
        <w:t>能否同时放行</w:t>
      </w:r>
      <w:r>
        <w:t>"</w:t>
      </w:r>
      <w:r>
        <w:rPr>
          <w:rFonts w:ascii="微软雅黑" w:eastAsia="微软雅黑" w:hAnsi="微软雅黑" w:cs="微软雅黑" w:hint="eastAsia"/>
          <w:lang w:eastAsia="zh-CN"/>
        </w:rPr>
        <w:t>判断表的填写；</w:t>
      </w:r>
    </w:p>
    <w:p>
      <w:pPr>
        <w:pStyle w:val="ListBullet"/>
        <w:spacing w:after="72"/>
      </w:pPr>
      <w:r>
        <w:rPr>
          <w:rFonts w:ascii="微软雅黑" w:eastAsia="微软雅黑" w:hAnsi="微软雅黑" w:cs="微软雅黑" w:hint="eastAsia"/>
          <w:lang w:eastAsia="zh-CN"/>
        </w:rPr>
        <w:t>相位概念（</w:t>
      </w:r>
      <w:r>
        <w:t>GB/T 31418-2015</w:t>
      </w:r>
      <w:r>
        <w:rPr>
          <w:rFonts w:ascii="微软雅黑" w:eastAsia="微软雅黑" w:hAnsi="微软雅黑" w:cs="微软雅黑" w:hint="eastAsia"/>
          <w:lang w:eastAsia="zh-CN"/>
        </w:rPr>
        <w:t>）与开源硬件的周期编程。</w:t>
      </w:r>
    </w:p>
    <w:p>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画路口</w:t>
      </w:r>
      <w:r>
        <w:t>"</w:t>
      </w:r>
      <w:r>
        <w:rPr>
          <w:rFonts w:ascii="微软雅黑" w:eastAsia="微软雅黑" w:hAnsi="微软雅黑" w:cs="微软雅黑" w:hint="eastAsia"/>
          <w:lang w:eastAsia="zh-CN"/>
        </w:rPr>
        <w:t>到</w:t>
      </w:r>
      <w:r>
        <w:t>"</w:t>
      </w:r>
      <w:r>
        <w:rPr>
          <w:rFonts w:ascii="微软雅黑" w:eastAsia="微软雅黑" w:hAnsi="微软雅黑" w:cs="微软雅黑" w:hint="eastAsia"/>
          <w:lang w:eastAsia="zh-CN"/>
        </w:rPr>
        <w:t>用数学语言描述车流关系</w:t>
      </w:r>
      <w:r>
        <w:t>"</w:t>
      </w:r>
      <w:r>
        <w:rPr>
          <w:rFonts w:ascii="微软雅黑" w:eastAsia="微软雅黑" w:hAnsi="微软雅黑" w:cs="微软雅黑" w:hint="eastAsia"/>
          <w:lang w:eastAsia="zh-CN"/>
        </w:rPr>
        <w:t>的抽象跨越（建模关键步）；</w:t>
      </w:r>
    </w:p>
    <w:p>
      <w:pPr>
        <w:pStyle w:val="ListBullet"/>
        <w:spacing w:after="72"/>
      </w:pPr>
      <w:r>
        <w:rPr>
          <w:rFonts w:ascii="微软雅黑" w:eastAsia="微软雅黑" w:hAnsi="微软雅黑" w:cs="微软雅黑" w:hint="eastAsia"/>
          <w:lang w:eastAsia="zh-CN"/>
        </w:rPr>
        <w:t>把相位表映射为程序中的</w:t>
      </w:r>
      <w:r>
        <w:t>"</w:t>
      </w:r>
      <w:r>
        <w:rPr>
          <w:rFonts w:ascii="微软雅黑" w:eastAsia="微软雅黑" w:hAnsi="微软雅黑" w:cs="微软雅黑" w:hint="eastAsia"/>
          <w:lang w:eastAsia="zh-CN"/>
        </w:rPr>
        <w:t>灯状态矩阵</w:t>
      </w:r>
      <w:r>
        <w:t>"</w:t>
      </w:r>
      <w:r>
        <w:rPr>
          <w:rFonts w:ascii="微软雅黑" w:eastAsia="微软雅黑" w:hAnsi="微软雅黑" w:cs="微软雅黑" w:hint="eastAsia"/>
          <w:lang w:eastAsia="zh-CN"/>
        </w:rPr>
        <w:t>，实现</w:t>
      </w:r>
      <w:r>
        <w:t>"</w:t>
      </w:r>
      <w:r>
        <w:rPr>
          <w:rFonts w:ascii="微软雅黑" w:eastAsia="微软雅黑" w:hAnsi="微软雅黑" w:cs="微软雅黑" w:hint="eastAsia"/>
          <w:lang w:eastAsia="zh-CN"/>
        </w:rPr>
        <w:t>模型</w:t>
      </w:r>
      <w:r>
        <w:t>→</w:t>
      </w:r>
      <w:r>
        <w:rPr>
          <w:rFonts w:ascii="微软雅黑" w:eastAsia="微软雅黑" w:hAnsi="微软雅黑" w:cs="微软雅黑" w:hint="eastAsia"/>
          <w:lang w:eastAsia="zh-CN"/>
        </w:rPr>
        <w:t>算法</w:t>
      </w:r>
      <w:r>
        <w:t>→</w:t>
      </w:r>
      <w:r>
        <w:rPr>
          <w:rFonts w:ascii="微软雅黑" w:eastAsia="微软雅黑" w:hAnsi="微软雅黑" w:cs="微软雅黑" w:hint="eastAsia"/>
          <w:lang w:eastAsia="zh-CN"/>
        </w:rPr>
        <w:t>代码</w:t>
      </w:r>
      <w:r>
        <w:t>"</w:t>
      </w:r>
      <w:r>
        <w:rPr>
          <w:rFonts w:ascii="微软雅黑" w:eastAsia="微软雅黑" w:hAnsi="微软雅黑" w:cs="微软雅黑" w:hint="eastAsia"/>
          <w:lang w:eastAsia="zh-CN"/>
        </w:rPr>
        <w:t>的转化；</w:t>
      </w:r>
    </w:p>
    <w:p>
      <w:pPr>
        <w:pStyle w:val="ListBullet"/>
        <w:spacing w:after="72"/>
      </w:pPr>
      <w:r>
        <w:rPr>
          <w:rFonts w:ascii="微软雅黑" w:eastAsia="微软雅黑" w:hAnsi="微软雅黑" w:cs="微软雅黑" w:hint="eastAsia"/>
          <w:lang w:eastAsia="zh-CN"/>
        </w:rPr>
        <w:t>硬件连接前形成清晰的引脚分配方案，并能</w:t>
      </w:r>
      <w:r>
        <w:t>"</w:t>
      </w:r>
      <w:r>
        <w:rPr>
          <w:rFonts w:ascii="微软雅黑" w:eastAsia="微软雅黑" w:hAnsi="微软雅黑" w:cs="微软雅黑" w:hint="eastAsia"/>
          <w:lang w:eastAsia="zh-CN"/>
        </w:rPr>
        <w:t>离线</w:t>
      </w:r>
      <w:r>
        <w:t>"</w:t>
      </w:r>
      <w:r>
        <w:rPr>
          <w:rFonts w:ascii="微软雅黑" w:eastAsia="微软雅黑" w:hAnsi="微软雅黑" w:cs="微软雅黑" w:hint="eastAsia"/>
          <w:lang w:eastAsia="zh-CN"/>
        </w:rPr>
        <w:t>在头脑中追踪每个灯、每个颜色对应的引脚。</w:t>
      </w:r>
    </w:p>
    <w:p>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扮演出租车司机</w:t>
      </w:r>
      <w:r>
        <w:t>"</w:t>
      </w:r>
      <w:r>
        <w:rPr>
          <w:rFonts w:ascii="微软雅黑" w:eastAsia="微软雅黑" w:hAnsi="微软雅黑" w:cs="微软雅黑" w:hint="eastAsia"/>
          <w:lang w:eastAsia="zh-CN"/>
        </w:rPr>
        <w:t>角色游戏把抽象方向具身化；用八灯绿红矩阵把冲突判定可视化；用</w:t>
      </w:r>
      <w:r>
        <w:t>"</w:t>
      </w:r>
      <w:r>
        <w:rPr>
          <w:rFonts w:ascii="微软雅黑" w:eastAsia="微软雅黑" w:hAnsi="微软雅黑" w:cs="微软雅黑" w:hint="eastAsia"/>
          <w:lang w:eastAsia="zh-CN"/>
        </w:rPr>
        <w:t>引脚分配表</w:t>
      </w:r>
      <w:r>
        <w:t>"</w:t>
      </w:r>
      <w:r>
        <w:rPr>
          <w:rFonts w:ascii="微软雅黑" w:eastAsia="微软雅黑" w:hAnsi="微软雅黑" w:cs="微软雅黑" w:hint="eastAsia"/>
          <w:lang w:eastAsia="zh-CN"/>
        </w:rPr>
        <w:t>先行、再接线，培养系统性工程习惯。</w:t>
      </w:r>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真实十字路口图片</w:t>
      </w:r>
      <w:r>
        <w:t>/</w:t>
      </w:r>
      <w:r>
        <w:rPr>
          <w:rFonts w:ascii="微软雅黑" w:eastAsia="微软雅黑" w:hAnsi="微软雅黑" w:cs="微软雅黑" w:hint="eastAsia"/>
          <w:lang w:eastAsia="zh-CN"/>
        </w:rPr>
        <w:t>视频（含校门口路口）用于导入；</w:t>
      </w:r>
    </w:p>
    <w:p>
      <w:pPr>
        <w:pStyle w:val="ListBullet"/>
        <w:spacing w:after="72"/>
      </w:pPr>
      <w:r>
        <w:rPr>
          <w:rFonts w:ascii="微软雅黑" w:eastAsia="微软雅黑" w:hAnsi="微软雅黑" w:cs="微软雅黑" w:hint="eastAsia"/>
          <w:lang w:eastAsia="zh-CN"/>
        </w:rPr>
        <w:t>白板、</w:t>
      </w:r>
      <w:r>
        <w:t>A3</w:t>
      </w:r>
      <w:r>
        <w:rPr>
          <w:rFonts w:ascii="微软雅黑" w:eastAsia="微软雅黑" w:hAnsi="微软雅黑" w:cs="微软雅黑" w:hint="eastAsia"/>
          <w:lang w:eastAsia="zh-CN"/>
        </w:rPr>
        <w:t>任务单（每组</w:t>
      </w:r>
      <w:r>
        <w:t>1</w:t>
      </w:r>
      <w:r>
        <w:rPr>
          <w:rFonts w:ascii="微软雅黑" w:eastAsia="微软雅黑" w:hAnsi="微软雅黑" w:cs="微软雅黑" w:hint="eastAsia"/>
          <w:lang w:eastAsia="zh-CN"/>
        </w:rPr>
        <w:t>张）：含路口平面图模板、冲突点标注区、</w:t>
      </w:r>
      <w:r>
        <w:t>12</w:t>
      </w:r>
      <w:r>
        <w:rPr>
          <w:rFonts w:ascii="微软雅黑" w:eastAsia="微软雅黑" w:hAnsi="微软雅黑" w:cs="微软雅黑" w:hint="eastAsia"/>
          <w:lang w:eastAsia="zh-CN"/>
        </w:rPr>
        <w:t>方向符号表、绿红判断表、相位表；</w:t>
      </w:r>
    </w:p>
    <w:p>
      <w:pPr>
        <w:pStyle w:val="ListBullet"/>
        <w:spacing w:after="72"/>
      </w:pPr>
      <w:r>
        <w:rPr>
          <w:rFonts w:ascii="微软雅黑" w:eastAsia="微软雅黑" w:hAnsi="微软雅黑" w:cs="微软雅黑" w:hint="eastAsia"/>
          <w:lang w:eastAsia="zh-CN"/>
        </w:rPr>
        <w:t>《教师指导手册》《学生学习手册》（示范课配套，提前至每人一份）；</w:t>
      </w:r>
    </w:p>
    <w:p>
      <w:pPr>
        <w:pStyle w:val="ListBullet"/>
        <w:spacing w:after="72"/>
      </w:pPr>
      <w:r>
        <w:rPr>
          <w:rFonts w:ascii="微软雅黑" w:eastAsia="微软雅黑" w:hAnsi="微软雅黑" w:cs="微软雅黑" w:hint="eastAsia"/>
          <w:lang w:eastAsia="zh-CN"/>
        </w:rPr>
        <w:t>红、黄、绿三色磁贴或彩色笔，用于黑板搭建</w:t>
      </w:r>
      <w:r>
        <w:t>"</w:t>
      </w:r>
      <w:r>
        <w:rPr>
          <w:rFonts w:ascii="微软雅黑" w:eastAsia="微软雅黑" w:hAnsi="微软雅黑" w:cs="微软雅黑" w:hint="eastAsia"/>
          <w:lang w:eastAsia="zh-CN"/>
        </w:rPr>
        <w:t>灯矩阵</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软件平台与技术环境</w:t>
      </w:r>
      <w:r>
        <w:rPr>
          <w:rFonts w:ascii="微软雅黑" w:eastAsia="微软雅黑" w:hAnsi="微软雅黑" w:cs="微软雅黑" w:hint="eastAsia"/>
          <w:lang w:eastAsia="zh-CN"/>
        </w:rPr>
        <w:t>：</w:t>
      </w:r>
    </w:p>
    <w:p>
      <w:pPr>
        <w:pStyle w:val="ListBullet"/>
        <w:spacing w:after="72"/>
      </w:pPr>
      <w:r>
        <w:t>8</w:t>
      </w:r>
      <w:r>
        <w:rPr>
          <w:rFonts w:ascii="微软雅黑" w:eastAsia="微软雅黑" w:hAnsi="微软雅黑" w:cs="微软雅黑" w:hint="eastAsia"/>
          <w:lang w:eastAsia="zh-CN"/>
        </w:rPr>
        <w:t>个红绿灯模块（红黄绿三色</w:t>
      </w:r>
      <w:r>
        <w:t>LED</w:t>
      </w:r>
      <w:r>
        <w:rPr>
          <w:rFonts w:ascii="微软雅黑" w:eastAsia="微软雅黑" w:hAnsi="微软雅黑" w:cs="微软雅黑" w:hint="eastAsia"/>
          <w:lang w:eastAsia="zh-CN"/>
        </w:rPr>
        <w:t>或成品交通灯模块）；</w:t>
      </w:r>
    </w:p>
    <w:p>
      <w:pPr>
        <w:pStyle w:val="ListBullet"/>
        <w:spacing w:after="72"/>
      </w:pPr>
      <w:r>
        <w:rPr>
          <w:rFonts w:ascii="微软雅黑" w:eastAsia="微软雅黑" w:hAnsi="微软雅黑" w:cs="微软雅黑" w:hint="eastAsia"/>
          <w:lang w:eastAsia="zh-CN"/>
        </w:rPr>
        <w:t>主控板（</w:t>
      </w:r>
      <w:r>
        <w:t>Arduino</w:t>
      </w:r>
      <w:r>
        <w:rPr>
          <w:rFonts w:ascii="微软雅黑" w:eastAsia="微软雅黑" w:hAnsi="微软雅黑" w:cs="微软雅黑" w:hint="eastAsia"/>
          <w:lang w:eastAsia="zh-CN"/>
        </w:rPr>
        <w:t>或兼容板）、导线、面包板；</w:t>
      </w:r>
    </w:p>
    <w:p>
      <w:pPr>
        <w:pStyle w:val="ListBullet"/>
        <w:spacing w:after="72"/>
      </w:pPr>
      <w:r>
        <w:rPr>
          <w:rFonts w:ascii="微软雅黑" w:eastAsia="微软雅黑" w:hAnsi="微软雅黑" w:cs="微软雅黑" w:hint="eastAsia"/>
          <w:lang w:eastAsia="zh-CN"/>
        </w:rPr>
        <w:t>开源图形化编程平台（</w:t>
      </w:r>
      <w:r>
        <w:t xml:space="preserve">Mind+ </w:t>
      </w:r>
      <w:r>
        <w:rPr>
          <w:rFonts w:ascii="微软雅黑" w:eastAsia="微软雅黑" w:hAnsi="微软雅黑" w:cs="微软雅黑" w:hint="eastAsia"/>
          <w:lang w:eastAsia="zh-CN"/>
        </w:rPr>
        <w:t>或</w:t>
      </w:r>
      <w:r>
        <w:t xml:space="preserve"> Scratch for Arduino </w:t>
      </w:r>
      <w:r>
        <w:rPr>
          <w:rFonts w:ascii="微软雅黑" w:eastAsia="微软雅黑" w:hAnsi="微软雅黑" w:cs="微软雅黑" w:hint="eastAsia"/>
          <w:lang w:eastAsia="zh-CN"/>
        </w:rPr>
        <w:t>等）；</w:t>
      </w:r>
    </w:p>
    <w:p>
      <w:pPr>
        <w:pStyle w:val="ListBullet"/>
        <w:spacing w:after="72"/>
      </w:pPr>
      <w:r>
        <w:rPr>
          <w:rFonts w:ascii="微软雅黑" w:eastAsia="微软雅黑" w:hAnsi="微软雅黑" w:cs="微软雅黑" w:hint="eastAsia"/>
          <w:lang w:eastAsia="zh-CN"/>
        </w:rPr>
        <w:t>投影设备，能展示</w:t>
      </w:r>
      <w:r>
        <w:t>"</w:t>
      </w:r>
      <w:r>
        <w:rPr>
          <w:rFonts w:ascii="微软雅黑" w:eastAsia="微软雅黑" w:hAnsi="微软雅黑" w:cs="微软雅黑" w:hint="eastAsia"/>
          <w:lang w:eastAsia="zh-CN"/>
        </w:rPr>
        <w:t>工程师五环节流程图</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相位表</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替代方案（设备不足时）</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无硬件时，可用</w:t>
      </w:r>
      <w:r>
        <w:t>"</w:t>
      </w:r>
      <w:r>
        <w:rPr>
          <w:rFonts w:ascii="微软雅黑" w:eastAsia="微软雅黑" w:hAnsi="微软雅黑" w:cs="微软雅黑" w:hint="eastAsia"/>
          <w:lang w:eastAsia="zh-CN"/>
        </w:rPr>
        <w:t>纸面</w:t>
      </w:r>
      <w:r>
        <w:t>8</w:t>
      </w:r>
      <w:r>
        <w:rPr>
          <w:rFonts w:ascii="微软雅黑" w:eastAsia="微软雅黑" w:hAnsi="微软雅黑" w:cs="微软雅黑" w:hint="eastAsia"/>
          <w:lang w:eastAsia="zh-CN"/>
        </w:rPr>
        <w:t>灯矩阵</w:t>
      </w:r>
      <w:r>
        <w:t>+</w:t>
      </w:r>
      <w:r>
        <w:rPr>
          <w:rFonts w:ascii="微软雅黑" w:eastAsia="微软雅黑" w:hAnsi="微软雅黑" w:cs="微软雅黑" w:hint="eastAsia"/>
          <w:lang w:eastAsia="zh-CN"/>
        </w:rPr>
        <w:t>翻牌</w:t>
      </w:r>
      <w:r>
        <w:t>"</w:t>
      </w:r>
      <w:r>
        <w:rPr>
          <w:rFonts w:ascii="微软雅黑" w:eastAsia="微软雅黑" w:hAnsi="微软雅黑" w:cs="微软雅黑" w:hint="eastAsia"/>
          <w:lang w:eastAsia="zh-CN"/>
        </w:rPr>
        <w:t>模拟周期切换，或用在线仿真（</w:t>
      </w:r>
      <w:r>
        <w:t>Tinkercad Circuits</w:t>
      </w:r>
      <w:r>
        <w:rPr>
          <w:rFonts w:ascii="微软雅黑" w:eastAsia="微软雅黑" w:hAnsi="微软雅黑" w:cs="微软雅黑" w:hint="eastAsia"/>
          <w:lang w:eastAsia="zh-CN"/>
        </w:rPr>
        <w:t>）完成编程逻辑演示；</w:t>
      </w:r>
    </w:p>
    <w:p>
      <w:pPr>
        <w:pStyle w:val="ListBullet"/>
        <w:spacing w:after="72"/>
      </w:pPr>
      <w:r>
        <w:rPr>
          <w:rFonts w:ascii="微软雅黑" w:eastAsia="微软雅黑" w:hAnsi="微软雅黑" w:cs="微软雅黑" w:hint="eastAsia"/>
          <w:lang w:eastAsia="zh-CN"/>
        </w:rPr>
        <w:t>编程环节改为</w:t>
      </w:r>
      <w:r>
        <w:t>"</w:t>
      </w:r>
      <w:r>
        <w:rPr>
          <w:rFonts w:ascii="微软雅黑" w:eastAsia="微软雅黑" w:hAnsi="微软雅黑" w:cs="微软雅黑" w:hint="eastAsia"/>
          <w:lang w:eastAsia="zh-CN"/>
        </w:rPr>
        <w:t>伪代码</w:t>
      </w:r>
      <w:r>
        <w:t>/</w:t>
      </w:r>
      <w:r>
        <w:rPr>
          <w:rFonts w:ascii="微软雅黑" w:eastAsia="微软雅黑" w:hAnsi="微软雅黑" w:cs="微软雅黑" w:hint="eastAsia"/>
          <w:lang w:eastAsia="zh-CN"/>
        </w:rPr>
        <w:t>流程图</w:t>
      </w:r>
      <w:r>
        <w:t>"</w:t>
      </w:r>
      <w:r>
        <w:rPr>
          <w:rFonts w:ascii="微软雅黑" w:eastAsia="微软雅黑" w:hAnsi="微软雅黑" w:cs="微软雅黑" w:hint="eastAsia"/>
          <w:lang w:eastAsia="zh-CN"/>
        </w:rPr>
        <w:t>板书设计，重点落在相位到算法的映射，不强制烧录。</w:t>
      </w:r>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728"/>
        <w:gridCol w:w="1728"/>
        <w:gridCol w:w="1728"/>
        <w:gridCol w:w="1728"/>
        <w:gridCol w:w="1728"/>
      </w:tblGrid>
      <w:tr>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728"/>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导入：真实任务驱动</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展示真实十字路口图片，抛出驱动性问题：</w:t>
            </w:r>
            <w:r>
              <w:rPr>
                <w:sz w:val="18"/>
              </w:rPr>
              <w:t xml:space="preserve"> </w:t>
            </w:r>
            <w:r>
              <w:rPr>
                <w:sz w:val="18"/>
              </w:rPr>
              <w:t>"</w:t>
            </w:r>
            <w:r>
              <w:rPr>
                <w:sz w:val="18"/>
              </w:rPr>
              <w:t xml:space="preserve"> </w:t>
            </w:r>
            <w:r>
              <w:rPr>
                <w:b/>
                <w:sz w:val="18"/>
              </w:rPr>
              <w:t>如果你是工程师，如何为这里设计一套红绿灯？</w:t>
            </w:r>
            <w:r>
              <w:rPr>
                <w:sz w:val="18"/>
              </w:rPr>
              <w:t xml:space="preserve"> </w:t>
            </w:r>
            <w:r>
              <w:rPr>
                <w:sz w:val="18"/>
              </w:rPr>
              <w:t>"</w:t>
            </w:r>
            <w:r>
              <w:rPr>
                <w:sz w:val="18"/>
              </w:rPr>
              <w:t xml:space="preserve"> </w:t>
            </w:r>
            <w:r>
              <w:rPr>
                <w:sz w:val="18"/>
              </w:rPr>
              <w:t>说明这是一节项目化学习的人工智能通识课。展示工程师解决该问题的五环节流程图：认识路口</w:t>
            </w:r>
            <w:r>
              <w:rPr>
                <w:sz w:val="18"/>
              </w:rPr>
              <w:t xml:space="preserve"> </w:t>
            </w:r>
            <w:r>
              <w:rPr>
                <w:sz w:val="18"/>
              </w:rPr>
              <w:t>→</w:t>
            </w:r>
            <w:r>
              <w:rPr>
                <w:sz w:val="18"/>
              </w:rPr>
              <w:t xml:space="preserve"> </w:t>
            </w:r>
            <w:r>
              <w:rPr>
                <w:sz w:val="18"/>
              </w:rPr>
              <w:t>设计方案</w:t>
            </w:r>
            <w:r>
              <w:rPr>
                <w:sz w:val="18"/>
              </w:rPr>
              <w:t xml:space="preserve"> </w:t>
            </w:r>
            <w:r>
              <w:rPr>
                <w:sz w:val="18"/>
              </w:rPr>
              <w:t>→</w:t>
            </w:r>
            <w:r>
              <w:rPr>
                <w:sz w:val="18"/>
              </w:rPr>
              <w:t xml:space="preserve"> </w:t>
            </w:r>
            <w:r>
              <w:rPr>
                <w:sz w:val="18"/>
              </w:rPr>
              <w:t>单个灯周期变化</w:t>
            </w:r>
            <w:r>
              <w:rPr>
                <w:sz w:val="18"/>
              </w:rPr>
              <w:t xml:space="preserve"> </w:t>
            </w:r>
            <w:r>
              <w:rPr>
                <w:sz w:val="18"/>
              </w:rPr>
              <w:t>→</w:t>
            </w:r>
            <w:r>
              <w:rPr>
                <w:sz w:val="18"/>
              </w:rPr>
              <w:t xml:space="preserve"> </w:t>
            </w:r>
            <w:r>
              <w:rPr>
                <w:sz w:val="18"/>
              </w:rPr>
              <w:t>路口灯周期变化</w:t>
            </w:r>
            <w:r>
              <w:rPr>
                <w:sz w:val="18"/>
              </w:rPr>
              <w:t xml:space="preserve"> </w:t>
            </w:r>
            <w:r>
              <w:rPr>
                <w:sz w:val="18"/>
              </w:rPr>
              <w:t>→</w:t>
            </w:r>
            <w:r>
              <w:rPr>
                <w:sz w:val="18"/>
              </w:rPr>
              <w:t xml:space="preserve"> </w:t>
            </w:r>
            <w:r>
              <w:rPr>
                <w:sz w:val="18"/>
              </w:rPr>
              <w:t>搭建系统。强调：</w:t>
            </w:r>
            <w:r>
              <w:rPr>
                <w:sz w:val="18"/>
              </w:rPr>
              <w:t xml:space="preserve"> </w:t>
            </w:r>
            <w:r>
              <w:rPr>
                <w:sz w:val="18"/>
              </w:rPr>
              <w:t>"</w:t>
            </w:r>
            <w:r>
              <w:rPr>
                <w:sz w:val="18"/>
              </w:rPr>
              <w:t xml:space="preserve"> </w:t>
            </w:r>
            <w:r>
              <w:rPr>
                <w:b/>
                <w:sz w:val="18"/>
              </w:rPr>
              <w:t>工程师和科学家不一样，工程师是把事情做成。</w:t>
            </w:r>
            <w:r>
              <w:rPr>
                <w:sz w:val="18"/>
              </w:rPr>
              <w:t xml:space="preserve"> "</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观看图片，产生</w:t>
            </w:r>
            <w:r>
              <w:rPr>
                <w:sz w:val="18"/>
              </w:rPr>
              <w:t xml:space="preserve"> </w:t>
            </w:r>
            <w:r>
              <w:rPr>
                <w:sz w:val="18"/>
              </w:rPr>
              <w:t>"</w:t>
            </w:r>
            <w:r>
              <w:rPr>
                <w:sz w:val="18"/>
              </w:rPr>
              <w:t xml:space="preserve"> </w:t>
            </w:r>
            <w:r>
              <w:rPr>
                <w:sz w:val="18"/>
              </w:rPr>
              <w:t>这太难了</w:t>
            </w:r>
            <w:r>
              <w:rPr>
                <w:sz w:val="18"/>
              </w:rPr>
              <w:t xml:space="preserve"> </w:t>
            </w:r>
            <w:r>
              <w:rPr>
                <w:sz w:val="18"/>
              </w:rPr>
              <w:t>"</w:t>
            </w:r>
            <w:r>
              <w:rPr>
                <w:sz w:val="18"/>
              </w:rPr>
              <w:t xml:space="preserve"> </w:t>
            </w:r>
            <w:r>
              <w:rPr>
                <w:sz w:val="18"/>
              </w:rPr>
              <w:t>的真实困惑；在手册记下五环节名称；个别学生口头猜想</w:t>
            </w:r>
            <w:r>
              <w:rPr>
                <w:sz w:val="18"/>
              </w:rPr>
              <w:t xml:space="preserve"> </w:t>
            </w:r>
            <w:r>
              <w:rPr>
                <w:sz w:val="18"/>
              </w:rPr>
              <w:t>"</w:t>
            </w:r>
            <w:r>
              <w:rPr>
                <w:sz w:val="18"/>
              </w:rPr>
              <w:t xml:space="preserve"> </w:t>
            </w:r>
            <w:r>
              <w:rPr>
                <w:sz w:val="18"/>
              </w:rPr>
              <w:t>先装灯？先画图纸？</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以真实工程任务制造挑战感，用五环节流程图给出探究脚手架，区分工程与科学思维。</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1</w:t>
            </w:r>
            <w:r>
              <w:rPr>
                <w:sz w:val="18"/>
              </w:rPr>
              <w:t xml:space="preserve"> </w:t>
            </w:r>
            <w:r>
              <w:rPr>
                <w:sz w:val="18"/>
              </w:rPr>
              <w:t>：几何建模</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第一步：几何建模</w:t>
            </w:r>
            <w:r>
              <w:rPr>
                <w:sz w:val="18"/>
              </w:rPr>
              <w:t xml:space="preserve"> </w:t>
            </w:r>
            <w:r>
              <w:rPr>
                <w:sz w:val="18"/>
              </w:rPr>
              <w:t>——"</w:t>
            </w:r>
            <w:r>
              <w:rPr>
                <w:sz w:val="18"/>
              </w:rPr>
              <w:t xml:space="preserve"> </w:t>
            </w:r>
            <w:r>
              <w:rPr>
                <w:sz w:val="18"/>
              </w:rPr>
              <w:t>这个方案你光在脑子里形成了不行，你要把它画出来。</w:t>
            </w:r>
            <w:r>
              <w:rPr>
                <w:sz w:val="18"/>
              </w:rPr>
              <w:t xml:space="preserve"> </w:t>
            </w:r>
            <w:r>
              <w:rPr>
                <w:sz w:val="18"/>
              </w:rPr>
              <w:t>""</w:t>
            </w:r>
            <w:r>
              <w:rPr>
                <w:sz w:val="18"/>
              </w:rPr>
              <w:t xml:space="preserve"> </w:t>
            </w:r>
            <w:r>
              <w:rPr>
                <w:sz w:val="18"/>
              </w:rPr>
              <w:t>建模就是对现实的（东西）以简约的方式再现出来。</w:t>
            </w:r>
            <w:r>
              <w:rPr>
                <w:sz w:val="18"/>
              </w:rPr>
              <w:t xml:space="preserve"> </w:t>
            </w:r>
            <w:r>
              <w:rPr>
                <w:sz w:val="18"/>
              </w:rPr>
              <w:t>"</w:t>
            </w:r>
            <w:r>
              <w:rPr>
                <w:sz w:val="18"/>
              </w:rPr>
              <w:t xml:space="preserve"> </w:t>
            </w:r>
            <w:r>
              <w:rPr>
                <w:sz w:val="18"/>
              </w:rPr>
              <w:t>指导把路口画下来，用平面几何元素（点、线、箭头）简化现实路口，只保留与问题相关的部分。</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小组在</w:t>
            </w:r>
            <w:r>
              <w:rPr>
                <w:sz w:val="18"/>
              </w:rPr>
              <w:t xml:space="preserve"> </w:t>
            </w:r>
            <w:r>
              <w:rPr>
                <w:sz w:val="18"/>
              </w:rPr>
              <w:t>A3</w:t>
            </w:r>
            <w:r>
              <w:rPr>
                <w:sz w:val="18"/>
              </w:rPr>
              <w:t xml:space="preserve"> </w:t>
            </w:r>
            <w:r>
              <w:rPr>
                <w:sz w:val="18"/>
              </w:rPr>
              <w:t>任务单画出平面十字路口，标出各车道（</w:t>
            </w:r>
            <w:r>
              <w:rPr>
                <w:sz w:val="18"/>
              </w:rPr>
              <w:t xml:space="preserve"> </w:t>
            </w:r>
            <w:r>
              <w:rPr>
                <w:sz w:val="18"/>
              </w:rPr>
              <w:t>B</w:t>
            </w:r>
            <w:r>
              <w:rPr>
                <w:sz w:val="18"/>
              </w:rPr>
              <w:t xml:space="preserve"> </w:t>
            </w:r>
            <w:r>
              <w:rPr>
                <w:sz w:val="18"/>
              </w:rPr>
              <w:t>、</w:t>
            </w:r>
            <w:r>
              <w:rPr>
                <w:sz w:val="18"/>
              </w:rPr>
              <w:t xml:space="preserve"> </w:t>
            </w:r>
            <w:r>
              <w:rPr>
                <w:sz w:val="18"/>
              </w:rPr>
              <w:t>D</w:t>
            </w:r>
            <w:r>
              <w:rPr>
                <w:sz w:val="18"/>
              </w:rPr>
              <w:t xml:space="preserve"> </w:t>
            </w:r>
            <w:r>
              <w:rPr>
                <w:sz w:val="18"/>
              </w:rPr>
              <w:t>、</w:t>
            </w:r>
            <w:r>
              <w:rPr>
                <w:sz w:val="18"/>
              </w:rPr>
              <w:t xml:space="preserve"> </w:t>
            </w:r>
            <w:r>
              <w:rPr>
                <w:sz w:val="18"/>
              </w:rPr>
              <w:t>F</w:t>
            </w:r>
            <w:r>
              <w:rPr>
                <w:sz w:val="18"/>
              </w:rPr>
              <w:t xml:space="preserve"> </w:t>
            </w:r>
            <w:r>
              <w:rPr>
                <w:sz w:val="18"/>
              </w:rPr>
              <w:t>、</w:t>
            </w:r>
            <w:r>
              <w:rPr>
                <w:sz w:val="18"/>
              </w:rPr>
              <w:t xml:space="preserve"> </w:t>
            </w:r>
            <w:r>
              <w:rPr>
                <w:sz w:val="18"/>
              </w:rPr>
              <w:t>H</w:t>
            </w:r>
            <w:r>
              <w:rPr>
                <w:sz w:val="18"/>
              </w:rPr>
              <w:t xml:space="preserve"> </w:t>
            </w:r>
            <w:r>
              <w:rPr>
                <w:sz w:val="18"/>
              </w:rPr>
              <w:t>道等）与行驶箭头；初步抽象现实。</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落实</w:t>
            </w:r>
            <w:r>
              <w:rPr>
                <w:sz w:val="18"/>
              </w:rPr>
              <w:t xml:space="preserve"> </w:t>
            </w:r>
            <w:r>
              <w:rPr>
                <w:sz w:val="18"/>
              </w:rPr>
              <w:t>"</w:t>
            </w:r>
            <w:r>
              <w:rPr>
                <w:sz w:val="18"/>
              </w:rPr>
              <w:t xml:space="preserve"> </w:t>
            </w:r>
            <w:r>
              <w:rPr>
                <w:sz w:val="18"/>
              </w:rPr>
              <w:t>先建模再动手</w:t>
            </w:r>
            <w:r>
              <w:rPr>
                <w:sz w:val="18"/>
              </w:rPr>
              <w:t xml:space="preserve"> </w:t>
            </w:r>
            <w:r>
              <w:rPr>
                <w:sz w:val="18"/>
              </w:rPr>
              <w:t>"</w:t>
            </w:r>
            <w:r>
              <w:rPr>
                <w:sz w:val="18"/>
              </w:rPr>
              <w:t xml:space="preserve"> </w:t>
            </w:r>
            <w:r>
              <w:rPr>
                <w:sz w:val="18"/>
              </w:rPr>
              <w:t>，把模糊现实转为可分析的几何模型。</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2</w:t>
            </w:r>
            <w:r>
              <w:rPr>
                <w:sz w:val="18"/>
              </w:rPr>
              <w:t xml:space="preserve"> </w:t>
            </w:r>
            <w:r>
              <w:rPr>
                <w:sz w:val="18"/>
              </w:rPr>
              <w:t>：识别冲突点</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引导识别</w:t>
            </w:r>
            <w:r>
              <w:rPr>
                <w:sz w:val="18"/>
              </w:rPr>
              <w:t xml:space="preserve"> </w:t>
            </w:r>
            <w:r>
              <w:rPr>
                <w:sz w:val="18"/>
              </w:rPr>
              <w:t>"</w:t>
            </w:r>
            <w:r>
              <w:rPr>
                <w:sz w:val="18"/>
              </w:rPr>
              <w:t xml:space="preserve"> </w:t>
            </w:r>
            <w:r>
              <w:rPr>
                <w:sz w:val="18"/>
              </w:rPr>
              <w:t>冲突点</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这个交叉点我们给它起名叫</w:t>
            </w:r>
            <w:r>
              <w:rPr>
                <w:sz w:val="18"/>
              </w:rPr>
              <w:t xml:space="preserve"> </w:t>
            </w:r>
            <w:r>
              <w:rPr>
                <w:sz w:val="18"/>
              </w:rPr>
              <w:t>'</w:t>
            </w:r>
            <w:r>
              <w:rPr>
                <w:sz w:val="18"/>
              </w:rPr>
              <w:t xml:space="preserve"> </w:t>
            </w:r>
            <w:r>
              <w:rPr>
                <w:sz w:val="18"/>
              </w:rPr>
              <w:t>冲突点</w:t>
            </w:r>
            <w:r>
              <w:rPr>
                <w:sz w:val="18"/>
              </w:rPr>
              <w:t xml:space="preserve"> </w:t>
            </w:r>
            <w:r>
              <w:rPr>
                <w:sz w:val="18"/>
              </w:rPr>
              <w:t>'</w:t>
            </w:r>
            <w:r>
              <w:rPr>
                <w:sz w:val="18"/>
              </w:rPr>
              <w:t xml:space="preserve"> </w:t>
            </w:r>
            <w:r>
              <w:rPr>
                <w:sz w:val="18"/>
              </w:rPr>
              <w:t>，交叉冲突点是最危险的。</w:t>
            </w:r>
            <w:r>
              <w:rPr>
                <w:sz w:val="18"/>
              </w:rPr>
              <w:t xml:space="preserve"> </w:t>
            </w:r>
            <w:r>
              <w:rPr>
                <w:sz w:val="18"/>
              </w:rPr>
              <w:t>"</w:t>
            </w:r>
            <w:r>
              <w:rPr>
                <w:sz w:val="18"/>
              </w:rPr>
              <w:t xml:space="preserve"> </w:t>
            </w:r>
            <w:r>
              <w:rPr>
                <w:sz w:val="18"/>
              </w:rPr>
              <w:t>分类并划分危险等级：交叉冲突点</w:t>
            </w:r>
            <w:r>
              <w:rPr>
                <w:sz w:val="18"/>
              </w:rPr>
              <w:t xml:space="preserve"> </w:t>
            </w:r>
            <w:r>
              <w:rPr>
                <w:sz w:val="18"/>
              </w:rPr>
              <w:t xml:space="preserve"> &gt; </w:t>
            </w:r>
            <w:r>
              <w:rPr>
                <w:sz w:val="18"/>
              </w:rPr>
              <w:t xml:space="preserve"> </w:t>
            </w:r>
            <w:r>
              <w:rPr>
                <w:sz w:val="18"/>
              </w:rPr>
              <w:t>合流冲突点</w:t>
            </w:r>
            <w:r>
              <w:rPr>
                <w:sz w:val="18"/>
              </w:rPr>
              <w:t xml:space="preserve"> </w:t>
            </w:r>
            <w:r>
              <w:rPr>
                <w:sz w:val="18"/>
              </w:rPr>
              <w:t xml:space="preserve"> &gt; </w:t>
            </w:r>
            <w:r>
              <w:rPr>
                <w:sz w:val="18"/>
              </w:rPr>
              <w:t xml:space="preserve"> </w:t>
            </w:r>
            <w:r>
              <w:rPr>
                <w:sz w:val="18"/>
              </w:rPr>
              <w:t>分流冲突点。</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在模型上标出三类冲突点，用红</w:t>
            </w:r>
            <w:r>
              <w:rPr>
                <w:sz w:val="18"/>
              </w:rPr>
              <w:t xml:space="preserve"> </w:t>
            </w:r>
            <w:r>
              <w:rPr>
                <w:sz w:val="18"/>
              </w:rPr>
              <w:t>/</w:t>
            </w:r>
            <w:r>
              <w:rPr>
                <w:sz w:val="18"/>
              </w:rPr>
              <w:t xml:space="preserve"> </w:t>
            </w:r>
            <w:r>
              <w:rPr>
                <w:sz w:val="18"/>
              </w:rPr>
              <w:t>橙</w:t>
            </w:r>
            <w:r>
              <w:rPr>
                <w:sz w:val="18"/>
              </w:rPr>
              <w:t xml:space="preserve"> </w:t>
            </w:r>
            <w:r>
              <w:rPr>
                <w:sz w:val="18"/>
              </w:rPr>
              <w:t>/</w:t>
            </w:r>
            <w:r>
              <w:rPr>
                <w:sz w:val="18"/>
              </w:rPr>
              <w:t xml:space="preserve"> </w:t>
            </w:r>
            <w:r>
              <w:rPr>
                <w:sz w:val="18"/>
              </w:rPr>
              <w:t>黄三色标注危险等级，小组互查。</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建立风险评估意识，为后续</w:t>
            </w:r>
            <w:r>
              <w:rPr>
                <w:sz w:val="18"/>
              </w:rPr>
              <w:t xml:space="preserve"> </w:t>
            </w:r>
            <w:r>
              <w:rPr>
                <w:sz w:val="18"/>
              </w:rPr>
              <w:t>"</w:t>
            </w:r>
            <w:r>
              <w:rPr>
                <w:sz w:val="18"/>
              </w:rPr>
              <w:t xml:space="preserve"> </w:t>
            </w:r>
            <w:r>
              <w:rPr>
                <w:sz w:val="18"/>
              </w:rPr>
              <w:t>哪些方向不能同时放行</w:t>
            </w:r>
            <w:r>
              <w:rPr>
                <w:sz w:val="18"/>
              </w:rPr>
              <w:t xml:space="preserve"> </w:t>
            </w:r>
            <w:r>
              <w:rPr>
                <w:sz w:val="18"/>
              </w:rPr>
              <w:t>"</w:t>
            </w:r>
            <w:r>
              <w:rPr>
                <w:sz w:val="18"/>
              </w:rPr>
              <w:t xml:space="preserve"> </w:t>
            </w:r>
            <w:r>
              <w:rPr>
                <w:sz w:val="18"/>
              </w:rPr>
              <w:t>奠基。</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3</w:t>
            </w:r>
            <w:r>
              <w:rPr>
                <w:sz w:val="18"/>
              </w:rPr>
              <w:t xml:space="preserve"> </w:t>
            </w:r>
            <w:r>
              <w:rPr>
                <w:sz w:val="18"/>
              </w:rPr>
              <w:t>：数学描述（角色扮演）</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9</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第二步：数学描述</w:t>
            </w:r>
            <w:r>
              <w:rPr>
                <w:sz w:val="18"/>
              </w:rPr>
              <w:t xml:space="preserve"> </w:t>
            </w:r>
            <w:r>
              <w:rPr>
                <w:sz w:val="18"/>
              </w:rPr>
              <w:t>——"</w:t>
            </w:r>
            <w:r>
              <w:rPr>
                <w:sz w:val="18"/>
              </w:rPr>
              <w:t xml:space="preserve"> </w:t>
            </w:r>
            <w:r>
              <w:rPr>
                <w:sz w:val="18"/>
              </w:rPr>
              <w:t>就是对你建立的几何学的模型进行数学描述。</w:t>
            </w:r>
            <w:r>
              <w:rPr>
                <w:sz w:val="18"/>
              </w:rPr>
              <w:t xml:space="preserve"> </w:t>
            </w:r>
            <w:r>
              <w:rPr>
                <w:sz w:val="18"/>
              </w:rPr>
              <w:t>""</w:t>
            </w:r>
            <w:r>
              <w:rPr>
                <w:sz w:val="18"/>
              </w:rPr>
              <w:t xml:space="preserve"> </w:t>
            </w:r>
            <w:r>
              <w:rPr>
                <w:sz w:val="18"/>
              </w:rPr>
              <w:t>第二步的数学描述是关键。</w:t>
            </w:r>
            <w:r>
              <w:rPr>
                <w:sz w:val="18"/>
              </w:rPr>
              <w:t xml:space="preserve"> </w:t>
            </w:r>
            <w:r>
              <w:rPr>
                <w:sz w:val="18"/>
              </w:rPr>
              <w:t>"</w:t>
            </w:r>
            <w:r>
              <w:rPr>
                <w:sz w:val="18"/>
              </w:rPr>
              <w:t xml:space="preserve"> </w:t>
            </w:r>
            <w:r>
              <w:rPr>
                <w:sz w:val="18"/>
              </w:rPr>
              <w:t>让学生扮演出租车司机，用符号刻画问题。讲解符号：如</w:t>
            </w:r>
            <w:r>
              <w:rPr>
                <w:sz w:val="18"/>
              </w:rPr>
              <w:t xml:space="preserve"> </w:t>
            </w:r>
            <w:r>
              <w:rPr>
                <w:sz w:val="18"/>
              </w:rPr>
              <w:t>"BE3g"</w:t>
            </w:r>
            <w:r>
              <w:rPr>
                <w:sz w:val="18"/>
              </w:rPr>
              <w:t xml:space="preserve"> </w:t>
            </w:r>
            <w:r>
              <w:rPr>
                <w:sz w:val="18"/>
              </w:rPr>
              <w:t>表示从</w:t>
            </w:r>
            <w:r>
              <w:rPr>
                <w:sz w:val="18"/>
              </w:rPr>
              <w:t xml:space="preserve"> </w:t>
            </w:r>
            <w:r>
              <w:rPr>
                <w:sz w:val="18"/>
              </w:rPr>
              <w:t>B</w:t>
            </w:r>
            <w:r>
              <w:rPr>
                <w:sz w:val="18"/>
              </w:rPr>
              <w:t xml:space="preserve"> </w:t>
            </w:r>
            <w:r>
              <w:rPr>
                <w:sz w:val="18"/>
              </w:rPr>
              <w:t>道直行到</w:t>
            </w:r>
            <w:r>
              <w:rPr>
                <w:sz w:val="18"/>
              </w:rPr>
              <w:t xml:space="preserve"> </w:t>
            </w:r>
            <w:r>
              <w:rPr>
                <w:sz w:val="18"/>
              </w:rPr>
              <w:t>E</w:t>
            </w:r>
            <w:r>
              <w:rPr>
                <w:sz w:val="18"/>
              </w:rPr>
              <w:t xml:space="preserve"> </w:t>
            </w:r>
            <w:r>
              <w:rPr>
                <w:sz w:val="18"/>
              </w:rPr>
              <w:t>道、当</w:t>
            </w:r>
            <w:r>
              <w:rPr>
                <w:sz w:val="18"/>
              </w:rPr>
              <w:t xml:space="preserve"> </w:t>
            </w:r>
            <w:r>
              <w:rPr>
                <w:sz w:val="18"/>
              </w:rPr>
              <w:t>3</w:t>
            </w:r>
            <w:r>
              <w:rPr>
                <w:sz w:val="18"/>
              </w:rPr>
              <w:t xml:space="preserve"> </w:t>
            </w:r>
            <w:r>
              <w:rPr>
                <w:sz w:val="18"/>
              </w:rPr>
              <w:t>号灯绿灯时通行；判断合法性，如</w:t>
            </w:r>
            <w:r>
              <w:rPr>
                <w:sz w:val="18"/>
              </w:rPr>
              <w:t xml:space="preserve"> </w:t>
            </w:r>
            <w:r>
              <w:rPr>
                <w:sz w:val="18"/>
              </w:rPr>
              <w:t>"BD2g"</w:t>
            </w:r>
            <w:r>
              <w:rPr>
                <w:sz w:val="18"/>
              </w:rPr>
              <w:t xml:space="preserve"> </w:t>
            </w:r>
            <w:r>
              <w:rPr>
                <w:sz w:val="18"/>
              </w:rPr>
              <w:t>不符合交通法规。组织角色扮演：四位同学分别扮演</w:t>
            </w:r>
            <w:r>
              <w:rPr>
                <w:sz w:val="18"/>
              </w:rPr>
              <w:t xml:space="preserve"> </w:t>
            </w:r>
            <w:r>
              <w:rPr>
                <w:sz w:val="18"/>
              </w:rPr>
              <w:t>B</w:t>
            </w:r>
            <w:r>
              <w:rPr>
                <w:sz w:val="18"/>
              </w:rPr>
              <w:t xml:space="preserve"> </w:t>
            </w:r>
            <w:r>
              <w:rPr>
                <w:sz w:val="18"/>
              </w:rPr>
              <w:t>、</w:t>
            </w:r>
            <w:r>
              <w:rPr>
                <w:sz w:val="18"/>
              </w:rPr>
              <w:t xml:space="preserve"> </w:t>
            </w:r>
            <w:r>
              <w:rPr>
                <w:sz w:val="18"/>
              </w:rPr>
              <w:t>D</w:t>
            </w:r>
            <w:r>
              <w:rPr>
                <w:sz w:val="18"/>
              </w:rPr>
              <w:t xml:space="preserve"> </w:t>
            </w:r>
            <w:r>
              <w:rPr>
                <w:sz w:val="18"/>
              </w:rPr>
              <w:t>、</w:t>
            </w:r>
            <w:r>
              <w:rPr>
                <w:sz w:val="18"/>
              </w:rPr>
              <w:t xml:space="preserve"> </w:t>
            </w:r>
            <w:r>
              <w:rPr>
                <w:sz w:val="18"/>
              </w:rPr>
              <w:t>F</w:t>
            </w:r>
            <w:r>
              <w:rPr>
                <w:sz w:val="18"/>
              </w:rPr>
              <w:t xml:space="preserve"> </w:t>
            </w:r>
            <w:r>
              <w:rPr>
                <w:sz w:val="18"/>
              </w:rPr>
              <w:t>、</w:t>
            </w:r>
            <w:r>
              <w:rPr>
                <w:sz w:val="18"/>
              </w:rPr>
              <w:t xml:space="preserve"> </w:t>
            </w:r>
            <w:r>
              <w:rPr>
                <w:sz w:val="18"/>
              </w:rPr>
              <w:t>H</w:t>
            </w:r>
            <w:r>
              <w:rPr>
                <w:sz w:val="18"/>
              </w:rPr>
              <w:t xml:space="preserve"> </w:t>
            </w:r>
            <w:r>
              <w:rPr>
                <w:sz w:val="18"/>
              </w:rPr>
              <w:t>道的出租车司机，轮流出发，记录可同放方向。</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任务：扮演司机，用</w:t>
            </w:r>
            <w:r>
              <w:rPr>
                <w:sz w:val="18"/>
              </w:rPr>
              <w:t xml:space="preserve"> </w:t>
            </w:r>
            <w:r>
              <w:rPr>
                <w:sz w:val="18"/>
              </w:rPr>
              <w:t>BE3g</w:t>
            </w:r>
            <w:r>
              <w:rPr>
                <w:sz w:val="18"/>
              </w:rPr>
              <w:t xml:space="preserve"> </w:t>
            </w:r>
            <w:r>
              <w:rPr>
                <w:sz w:val="18"/>
              </w:rPr>
              <w:t>等符号记录合法方向，枚举</w:t>
            </w:r>
            <w:r>
              <w:rPr>
                <w:sz w:val="18"/>
              </w:rPr>
              <w:t xml:space="preserve"> </w:t>
            </w:r>
            <w:r>
              <w:rPr>
                <w:sz w:val="18"/>
              </w:rPr>
              <w:t>12</w:t>
            </w:r>
            <w:r>
              <w:rPr>
                <w:sz w:val="18"/>
              </w:rPr>
              <w:t xml:space="preserve"> </w:t>
            </w:r>
            <w:r>
              <w:rPr>
                <w:sz w:val="18"/>
              </w:rPr>
              <w:t>个合法行驶方向（</w:t>
            </w:r>
            <w:r>
              <w:rPr>
                <w:sz w:val="18"/>
              </w:rPr>
              <w:t xml:space="preserve"> </w:t>
            </w:r>
            <w:r>
              <w:rPr>
                <w:sz w:val="18"/>
              </w:rPr>
              <w:t>BE3g</w:t>
            </w:r>
            <w:r>
              <w:rPr>
                <w:sz w:val="18"/>
              </w:rPr>
              <w:t xml:space="preserve"> </w:t>
            </w:r>
            <w:r>
              <w:rPr>
                <w:sz w:val="18"/>
              </w:rPr>
              <w:t>、</w:t>
            </w:r>
            <w:r>
              <w:rPr>
                <w:sz w:val="18"/>
              </w:rPr>
              <w:t xml:space="preserve"> </w:t>
            </w:r>
            <w:r>
              <w:rPr>
                <w:sz w:val="18"/>
              </w:rPr>
              <w:t>BG4g</w:t>
            </w:r>
            <w:r>
              <w:rPr>
                <w:sz w:val="18"/>
              </w:rPr>
              <w:t xml:space="preserve"> </w:t>
            </w:r>
            <w:r>
              <w:rPr>
                <w:sz w:val="18"/>
              </w:rPr>
              <w:t>、</w:t>
            </w:r>
            <w:r>
              <w:rPr>
                <w:sz w:val="18"/>
              </w:rPr>
              <w:t xml:space="preserve"> </w:t>
            </w:r>
            <w:r>
              <w:rPr>
                <w:sz w:val="18"/>
              </w:rPr>
              <w:t>BC</w:t>
            </w:r>
            <w:r>
              <w:rPr>
                <w:sz w:val="18"/>
              </w:rPr>
              <w:t xml:space="preserve"> </w:t>
            </w:r>
            <w:r>
              <w:rPr>
                <w:sz w:val="18"/>
              </w:rPr>
              <w:t>、</w:t>
            </w:r>
            <w:r>
              <w:rPr>
                <w:sz w:val="18"/>
              </w:rPr>
              <w:t xml:space="preserve"> </w:t>
            </w:r>
            <w:r>
              <w:rPr>
                <w:sz w:val="18"/>
              </w:rPr>
              <w:t>DG5g</w:t>
            </w:r>
            <w:r>
              <w:rPr>
                <w:sz w:val="18"/>
              </w:rPr>
              <w:t xml:space="preserve"> </w:t>
            </w:r>
            <w:r>
              <w:rPr>
                <w:sz w:val="18"/>
              </w:rPr>
              <w:t>、</w:t>
            </w:r>
            <w:r>
              <w:rPr>
                <w:sz w:val="18"/>
              </w:rPr>
              <w:t xml:space="preserve"> </w:t>
            </w:r>
            <w:r>
              <w:rPr>
                <w:sz w:val="18"/>
              </w:rPr>
              <w:t>DA6g</w:t>
            </w:r>
            <w:r>
              <w:rPr>
                <w:sz w:val="18"/>
              </w:rPr>
              <w:t xml:space="preserve"> </w:t>
            </w:r>
            <w:r>
              <w:rPr>
                <w:sz w:val="18"/>
              </w:rPr>
              <w:t>、</w:t>
            </w:r>
            <w:r>
              <w:rPr>
                <w:sz w:val="18"/>
              </w:rPr>
              <w:t xml:space="preserve"> </w:t>
            </w:r>
            <w:r>
              <w:rPr>
                <w:sz w:val="18"/>
              </w:rPr>
              <w:t>DE</w:t>
            </w:r>
            <w:r>
              <w:rPr>
                <w:sz w:val="18"/>
              </w:rPr>
              <w:t xml:space="preserve"> </w:t>
            </w:r>
            <w:r>
              <w:rPr>
                <w:sz w:val="18"/>
              </w:rPr>
              <w:t>、</w:t>
            </w:r>
            <w:r>
              <w:rPr>
                <w:sz w:val="18"/>
              </w:rPr>
              <w:t xml:space="preserve"> </w:t>
            </w:r>
            <w:r>
              <w:rPr>
                <w:sz w:val="18"/>
              </w:rPr>
              <w:t>FA7g</w:t>
            </w:r>
            <w:r>
              <w:rPr>
                <w:sz w:val="18"/>
              </w:rPr>
              <w:t xml:space="preserve"> </w:t>
            </w:r>
            <w:r>
              <w:rPr>
                <w:sz w:val="18"/>
              </w:rPr>
              <w:t>、</w:t>
            </w:r>
            <w:r>
              <w:rPr>
                <w:sz w:val="18"/>
              </w:rPr>
              <w:t xml:space="preserve"> </w:t>
            </w:r>
            <w:r>
              <w:rPr>
                <w:sz w:val="18"/>
              </w:rPr>
              <w:t>FC8g</w:t>
            </w:r>
            <w:r>
              <w:rPr>
                <w:sz w:val="18"/>
              </w:rPr>
              <w:t xml:space="preserve"> </w:t>
            </w:r>
            <w:r>
              <w:rPr>
                <w:sz w:val="18"/>
              </w:rPr>
              <w:t>、</w:t>
            </w:r>
            <w:r>
              <w:rPr>
                <w:sz w:val="18"/>
              </w:rPr>
              <w:t xml:space="preserve"> </w:t>
            </w:r>
            <w:r>
              <w:rPr>
                <w:sz w:val="18"/>
              </w:rPr>
              <w:t>FG</w:t>
            </w:r>
            <w:r>
              <w:rPr>
                <w:sz w:val="18"/>
              </w:rPr>
              <w:t xml:space="preserve"> </w:t>
            </w:r>
            <w:r>
              <w:rPr>
                <w:sz w:val="18"/>
              </w:rPr>
              <w:t>、</w:t>
            </w:r>
            <w:r>
              <w:rPr>
                <w:sz w:val="18"/>
              </w:rPr>
              <w:t xml:space="preserve"> </w:t>
            </w:r>
            <w:r>
              <w:rPr>
                <w:sz w:val="18"/>
              </w:rPr>
              <w:t>HC1g</w:t>
            </w:r>
            <w:r>
              <w:rPr>
                <w:sz w:val="18"/>
              </w:rPr>
              <w:t xml:space="preserve"> </w:t>
            </w:r>
            <w:r>
              <w:rPr>
                <w:sz w:val="18"/>
              </w:rPr>
              <w:t>、</w:t>
            </w:r>
            <w:r>
              <w:rPr>
                <w:sz w:val="18"/>
              </w:rPr>
              <w:t xml:space="preserve"> </w:t>
            </w:r>
            <w:r>
              <w:rPr>
                <w:sz w:val="18"/>
              </w:rPr>
              <w:t>HE2g</w:t>
            </w:r>
            <w:r>
              <w:rPr>
                <w:sz w:val="18"/>
              </w:rPr>
              <w:t xml:space="preserve"> </w:t>
            </w:r>
            <w:r>
              <w:rPr>
                <w:sz w:val="18"/>
              </w:rPr>
              <w:t>、</w:t>
            </w:r>
            <w:r>
              <w:rPr>
                <w:sz w:val="18"/>
              </w:rPr>
              <w:t xml:space="preserve"> </w:t>
            </w:r>
            <w:r>
              <w:rPr>
                <w:sz w:val="18"/>
              </w:rPr>
              <w:t>HA</w:t>
            </w:r>
            <w:r>
              <w:rPr>
                <w:sz w:val="18"/>
              </w:rPr>
              <w:t xml:space="preserve"> </w:t>
            </w:r>
            <w:r>
              <w:rPr>
                <w:sz w:val="18"/>
              </w:rPr>
              <w:t>）；找出不受红绿灯控制的方向</w:t>
            </w:r>
            <w:r>
              <w:rPr>
                <w:sz w:val="18"/>
              </w:rPr>
              <w:t xml:space="preserve"> </w:t>
            </w:r>
            <w:r>
              <w:rPr>
                <w:sz w:val="18"/>
              </w:rPr>
              <w:t>BC</w:t>
            </w:r>
            <w:r>
              <w:rPr>
                <w:sz w:val="18"/>
              </w:rPr>
              <w:t xml:space="preserve"> </w:t>
            </w:r>
            <w:r>
              <w:rPr>
                <w:sz w:val="18"/>
              </w:rPr>
              <w:t>、</w:t>
            </w:r>
            <w:r>
              <w:rPr>
                <w:sz w:val="18"/>
              </w:rPr>
              <w:t xml:space="preserve"> </w:t>
            </w:r>
            <w:r>
              <w:rPr>
                <w:sz w:val="18"/>
              </w:rPr>
              <w:t>DE</w:t>
            </w:r>
            <w:r>
              <w:rPr>
                <w:sz w:val="18"/>
              </w:rPr>
              <w:t xml:space="preserve"> </w:t>
            </w:r>
            <w:r>
              <w:rPr>
                <w:sz w:val="18"/>
              </w:rPr>
              <w:t>、</w:t>
            </w:r>
            <w:r>
              <w:rPr>
                <w:sz w:val="18"/>
              </w:rPr>
              <w:t xml:space="preserve"> </w:t>
            </w:r>
            <w:r>
              <w:rPr>
                <w:sz w:val="18"/>
              </w:rPr>
              <w:t>FG</w:t>
            </w:r>
            <w:r>
              <w:rPr>
                <w:sz w:val="18"/>
              </w:rPr>
              <w:t xml:space="preserve"> </w:t>
            </w:r>
            <w:r>
              <w:rPr>
                <w:sz w:val="18"/>
              </w:rPr>
              <w:t>、</w:t>
            </w:r>
            <w:r>
              <w:rPr>
                <w:sz w:val="18"/>
              </w:rPr>
              <w:t xml:space="preserve"> </w:t>
            </w:r>
            <w:r>
              <w:rPr>
                <w:sz w:val="18"/>
              </w:rPr>
              <w:t>HA</w:t>
            </w:r>
            <w:r>
              <w:rPr>
                <w:sz w:val="18"/>
              </w:rPr>
              <w:t xml:space="preserve"> </w:t>
            </w:r>
            <w:r>
              <w:rPr>
                <w:sz w:val="18"/>
              </w:rPr>
              <w:t>；对剩余</w:t>
            </w:r>
            <w:r>
              <w:rPr>
                <w:sz w:val="18"/>
              </w:rPr>
              <w:t xml:space="preserve"> </w:t>
            </w:r>
            <w:r>
              <w:rPr>
                <w:sz w:val="18"/>
              </w:rPr>
              <w:t>8</w:t>
            </w:r>
            <w:r>
              <w:rPr>
                <w:sz w:val="18"/>
              </w:rPr>
              <w:t xml:space="preserve"> </w:t>
            </w:r>
            <w:r>
              <w:rPr>
                <w:sz w:val="18"/>
              </w:rPr>
              <w:t>个方向分组，要求组内互不冲突。</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把几何模型转译为数学符号语言，用角色扮演具身化</w:t>
            </w:r>
            <w:r>
              <w:rPr>
                <w:sz w:val="18"/>
              </w:rPr>
              <w:t xml:space="preserve"> </w:t>
            </w:r>
            <w:r>
              <w:rPr>
                <w:sz w:val="18"/>
              </w:rPr>
              <w:t>"</w:t>
            </w:r>
            <w:r>
              <w:rPr>
                <w:sz w:val="18"/>
              </w:rPr>
              <w:t xml:space="preserve"> </w:t>
            </w:r>
            <w:r>
              <w:rPr>
                <w:sz w:val="18"/>
              </w:rPr>
              <w:t>方向冲突</w:t>
            </w:r>
            <w:r>
              <w:rPr>
                <w:sz w:val="18"/>
              </w:rPr>
              <w:t xml:space="preserve"> </w:t>
            </w:r>
            <w:r>
              <w:rPr>
                <w:sz w:val="18"/>
              </w:rPr>
              <w:t>"</w:t>
            </w:r>
            <w:r>
              <w:rPr>
                <w:sz w:val="18"/>
              </w:rPr>
              <w:t xml:space="preserve"> </w:t>
            </w:r>
            <w:r>
              <w:rPr>
                <w:sz w:val="18"/>
              </w:rPr>
              <w:t>，突破建模难点。</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4</w:t>
            </w:r>
            <w:r>
              <w:rPr>
                <w:sz w:val="18"/>
              </w:rPr>
              <w:t xml:space="preserve"> </w:t>
            </w:r>
            <w:r>
              <w:rPr>
                <w:sz w:val="18"/>
              </w:rPr>
              <w:t>：判断表与相位设计</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用表格判断两个方向能否同时放行（是否产生交叉或合流冲突）；填写</w:t>
            </w:r>
            <w:r>
              <w:rPr>
                <w:sz w:val="18"/>
              </w:rPr>
              <w:t xml:space="preserve"> </w:t>
            </w:r>
            <w:r>
              <w:rPr>
                <w:sz w:val="18"/>
              </w:rPr>
              <w:t>8</w:t>
            </w:r>
            <w:r>
              <w:rPr>
                <w:sz w:val="18"/>
              </w:rPr>
              <w:t xml:space="preserve"> </w:t>
            </w:r>
            <w:r>
              <w:rPr>
                <w:sz w:val="18"/>
              </w:rPr>
              <w:t>个红绿灯的</w:t>
            </w:r>
            <w:r>
              <w:rPr>
                <w:sz w:val="18"/>
              </w:rPr>
              <w:t xml:space="preserve"> </w:t>
            </w:r>
            <w:r>
              <w:rPr>
                <w:sz w:val="18"/>
              </w:rPr>
              <w:t>"</w:t>
            </w:r>
            <w:r>
              <w:rPr>
                <w:sz w:val="18"/>
              </w:rPr>
              <w:t xml:space="preserve"> </w:t>
            </w:r>
            <w:r>
              <w:rPr>
                <w:sz w:val="18"/>
              </w:rPr>
              <w:t>绿</w:t>
            </w:r>
            <w:r>
              <w:rPr>
                <w:sz w:val="18"/>
              </w:rPr>
              <w:t xml:space="preserve"> </w:t>
            </w:r>
            <w:r>
              <w:rPr>
                <w:sz w:val="18"/>
              </w:rPr>
              <w:t>/</w:t>
            </w:r>
            <w:r>
              <w:rPr>
                <w:sz w:val="18"/>
              </w:rPr>
              <w:t xml:space="preserve"> </w:t>
            </w:r>
            <w:r>
              <w:rPr>
                <w:sz w:val="18"/>
              </w:rPr>
              <w:t>红</w:t>
            </w:r>
            <w:r>
              <w:rPr>
                <w:sz w:val="18"/>
              </w:rPr>
              <w:t xml:space="preserve"> </w:t>
            </w:r>
            <w:r>
              <w:rPr>
                <w:sz w:val="18"/>
              </w:rPr>
              <w:t>"</w:t>
            </w:r>
            <w:r>
              <w:rPr>
                <w:sz w:val="18"/>
              </w:rPr>
              <w:t xml:space="preserve"> </w:t>
            </w:r>
            <w:r>
              <w:rPr>
                <w:sz w:val="18"/>
              </w:rPr>
              <w:t>矩阵，形成总体设计方案。第三步：形成设计方案</w:t>
            </w:r>
            <w:r>
              <w:rPr>
                <w:sz w:val="18"/>
              </w:rPr>
              <w:t xml:space="preserve"> </w:t>
            </w:r>
            <w:r>
              <w:rPr>
                <w:sz w:val="18"/>
              </w:rPr>
              <w:t>——</w:t>
            </w:r>
            <w:r>
              <w:rPr>
                <w:sz w:val="18"/>
              </w:rPr>
              <w:t xml:space="preserve"> </w:t>
            </w:r>
            <w:r>
              <w:rPr>
                <w:sz w:val="18"/>
              </w:rPr>
              <w:t>基于模型做决策，出示</w:t>
            </w:r>
            <w:r>
              <w:rPr>
                <w:sz w:val="18"/>
              </w:rPr>
              <w:t xml:space="preserve"> </w:t>
            </w:r>
            <w:r>
              <w:rPr>
                <w:sz w:val="18"/>
              </w:rPr>
              <w:t>"</w:t>
            </w:r>
            <w:r>
              <w:rPr>
                <w:sz w:val="18"/>
              </w:rPr>
              <w:t xml:space="preserve"> </w:t>
            </w:r>
            <w:r>
              <w:rPr>
                <w:sz w:val="18"/>
              </w:rPr>
              <w:t>十字路口红绿灯设计方案</w:t>
            </w:r>
            <w:r>
              <w:rPr>
                <w:sz w:val="18"/>
              </w:rPr>
              <w:t xml:space="preserve"> </w:t>
            </w:r>
            <w:r>
              <w:rPr>
                <w:sz w:val="18"/>
              </w:rPr>
              <w:t>"</w:t>
            </w:r>
            <w:r>
              <w:rPr>
                <w:sz w:val="18"/>
              </w:rPr>
              <w:t xml:space="preserve"> </w:t>
            </w:r>
            <w:r>
              <w:rPr>
                <w:sz w:val="18"/>
              </w:rPr>
              <w:t>相位表。引用</w:t>
            </w:r>
            <w:r>
              <w:rPr>
                <w:sz w:val="18"/>
              </w:rPr>
              <w:t xml:space="preserve"> </w:t>
            </w:r>
            <w:r>
              <w:rPr>
                <w:sz w:val="18"/>
              </w:rPr>
              <w:t>GB/T 31418-2015</w:t>
            </w:r>
            <w:r>
              <w:rPr>
                <w:sz w:val="18"/>
              </w:rPr>
              <w:t xml:space="preserve"> </w:t>
            </w:r>
            <w:r>
              <w:rPr>
                <w:sz w:val="18"/>
              </w:rPr>
              <w:t>中</w:t>
            </w:r>
            <w:r>
              <w:rPr>
                <w:sz w:val="18"/>
              </w:rPr>
              <w:t xml:space="preserve"> </w:t>
            </w:r>
            <w:r>
              <w:rPr>
                <w:sz w:val="18"/>
              </w:rPr>
              <w:t>"</w:t>
            </w:r>
            <w:r>
              <w:rPr>
                <w:sz w:val="18"/>
              </w:rPr>
              <w:t xml:space="preserve"> </w:t>
            </w:r>
            <w:r>
              <w:rPr>
                <w:sz w:val="18"/>
              </w:rPr>
              <w:t>相位</w:t>
            </w:r>
            <w:r>
              <w:rPr>
                <w:sz w:val="18"/>
              </w:rPr>
              <w:t xml:space="preserve"> </w:t>
            </w:r>
            <w:r>
              <w:rPr>
                <w:sz w:val="18"/>
              </w:rPr>
              <w:t>"</w:t>
            </w:r>
            <w:r>
              <w:rPr>
                <w:sz w:val="18"/>
              </w:rPr>
              <w:t xml:space="preserve"> </w:t>
            </w:r>
            <w:r>
              <w:rPr>
                <w:sz w:val="18"/>
              </w:rPr>
              <w:t>定义：</w:t>
            </w:r>
            <w:r>
              <w:rPr>
                <w:sz w:val="18"/>
              </w:rPr>
              <w:t xml:space="preserve"> </w:t>
            </w:r>
            <w:r>
              <w:rPr>
                <w:sz w:val="18"/>
              </w:rPr>
              <w:t>"</w:t>
            </w:r>
            <w:r>
              <w:rPr>
                <w:sz w:val="18"/>
              </w:rPr>
              <w:t xml:space="preserve"> </w:t>
            </w:r>
            <w:r>
              <w:rPr>
                <w:sz w:val="18"/>
              </w:rPr>
              <w:t>同时获得通行权的一股或多股交通流所对应信号灯的显示状态。</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小组填写</w:t>
            </w:r>
            <w:r>
              <w:rPr>
                <w:sz w:val="18"/>
              </w:rPr>
              <w:t xml:space="preserve"> </w:t>
            </w:r>
            <w:r>
              <w:rPr>
                <w:sz w:val="18"/>
              </w:rPr>
              <w:t>"</w:t>
            </w:r>
            <w:r>
              <w:rPr>
                <w:sz w:val="18"/>
              </w:rPr>
              <w:t xml:space="preserve"> </w:t>
            </w:r>
            <w:r>
              <w:rPr>
                <w:sz w:val="18"/>
              </w:rPr>
              <w:t>能否同时放行</w:t>
            </w:r>
            <w:r>
              <w:rPr>
                <w:sz w:val="18"/>
              </w:rPr>
              <w:t xml:space="preserve"> </w:t>
            </w:r>
            <w:r>
              <w:rPr>
                <w:sz w:val="18"/>
              </w:rPr>
              <w:t>"</w:t>
            </w:r>
            <w:r>
              <w:rPr>
                <w:sz w:val="18"/>
              </w:rPr>
              <w:t xml:space="preserve"> </w:t>
            </w:r>
            <w:r>
              <w:rPr>
                <w:sz w:val="18"/>
              </w:rPr>
              <w:t>判断表与绿红矩阵；对照标准相位表校验本组方案；用自己话解释</w:t>
            </w:r>
            <w:r>
              <w:rPr>
                <w:sz w:val="18"/>
              </w:rPr>
              <w:t xml:space="preserve"> </w:t>
            </w:r>
            <w:r>
              <w:rPr>
                <w:sz w:val="18"/>
              </w:rPr>
              <w:t>"</w:t>
            </w:r>
            <w:r>
              <w:rPr>
                <w:sz w:val="18"/>
              </w:rPr>
              <w:t xml:space="preserve"> </w:t>
            </w:r>
            <w:r>
              <w:rPr>
                <w:sz w:val="18"/>
              </w:rPr>
              <w:t>相位</w:t>
            </w:r>
            <w:r>
              <w:rPr>
                <w:sz w:val="18"/>
              </w:rPr>
              <w:t xml:space="preserve"> </w:t>
            </w:r>
            <w:r>
              <w:rPr>
                <w:sz w:val="18"/>
              </w:rPr>
              <w:t>"</w:t>
            </w:r>
            <w:r>
              <w:rPr>
                <w:sz w:val="18"/>
              </w:rPr>
              <w:t xml:space="preserve"> </w:t>
            </w:r>
            <w:r>
              <w:rPr>
                <w:sz w:val="18"/>
              </w:rPr>
              <w:t>。</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完成从模型到方案的决策，引入国家标准概念，培养规范意识。</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5</w:t>
            </w:r>
            <w:r>
              <w:rPr>
                <w:sz w:val="18"/>
              </w:rPr>
              <w:t xml:space="preserve"> </w:t>
            </w:r>
            <w:r>
              <w:rPr>
                <w:sz w:val="18"/>
              </w:rPr>
              <w:t>：工程实现（编程）</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第四步：工程实现</w:t>
            </w:r>
            <w:r>
              <w:rPr>
                <w:sz w:val="18"/>
              </w:rPr>
              <w:t xml:space="preserve"> </w:t>
            </w:r>
            <w:r>
              <w:rPr>
                <w:sz w:val="18"/>
              </w:rPr>
              <w:t>——</w:t>
            </w:r>
            <w:r>
              <w:rPr>
                <w:sz w:val="18"/>
              </w:rPr>
              <w:t xml:space="preserve"> </w:t>
            </w:r>
            <w:r>
              <w:rPr>
                <w:sz w:val="18"/>
              </w:rPr>
              <w:t>用</w:t>
            </w:r>
            <w:r>
              <w:rPr>
                <w:sz w:val="18"/>
              </w:rPr>
              <w:t xml:space="preserve"> </w:t>
            </w:r>
            <w:r>
              <w:rPr>
                <w:sz w:val="18"/>
              </w:rPr>
              <w:t>8</w:t>
            </w:r>
            <w:r>
              <w:rPr>
                <w:sz w:val="18"/>
              </w:rPr>
              <w:t xml:space="preserve"> </w:t>
            </w:r>
            <w:r>
              <w:rPr>
                <w:sz w:val="18"/>
              </w:rPr>
              <w:t>个红绿灯、主控板和开源图形化编程平台实现周期性变化。硬件连接要求：</w:t>
            </w:r>
            <w:r>
              <w:rPr>
                <w:sz w:val="18"/>
              </w:rPr>
              <w:t xml:space="preserve"> </w:t>
            </w:r>
            <w:r>
              <w:rPr>
                <w:sz w:val="18"/>
              </w:rPr>
              <w:t>"</w:t>
            </w:r>
            <w:r>
              <w:rPr>
                <w:sz w:val="18"/>
              </w:rPr>
              <w:t xml:space="preserve"> </w:t>
            </w:r>
            <w:r>
              <w:rPr>
                <w:sz w:val="18"/>
              </w:rPr>
              <w:t>不能随意接线；接完后要能在头脑中</w:t>
            </w:r>
            <w:r>
              <w:rPr>
                <w:sz w:val="18"/>
              </w:rPr>
              <w:t xml:space="preserve"> </w:t>
            </w:r>
            <w:r>
              <w:rPr>
                <w:sz w:val="18"/>
              </w:rPr>
              <w:t>'</w:t>
            </w:r>
            <w:r>
              <w:rPr>
                <w:sz w:val="18"/>
              </w:rPr>
              <w:t xml:space="preserve"> </w:t>
            </w:r>
            <w:r>
              <w:rPr>
                <w:sz w:val="18"/>
              </w:rPr>
              <w:t>离线</w:t>
            </w:r>
            <w:r>
              <w:rPr>
                <w:sz w:val="18"/>
              </w:rPr>
              <w:t xml:space="preserve"> </w:t>
            </w:r>
            <w:r>
              <w:rPr>
                <w:sz w:val="18"/>
              </w:rPr>
              <w:t>'</w:t>
            </w:r>
            <w:r>
              <w:rPr>
                <w:sz w:val="18"/>
              </w:rPr>
              <w:t xml:space="preserve"> </w:t>
            </w:r>
            <w:r>
              <w:rPr>
                <w:sz w:val="18"/>
              </w:rPr>
              <w:t>追踪每个灯、每个颜色对应的引脚。</w:t>
            </w:r>
            <w:r>
              <w:rPr>
                <w:sz w:val="18"/>
              </w:rPr>
              <w:t xml:space="preserve"> </w:t>
            </w:r>
            <w:r>
              <w:rPr>
                <w:sz w:val="18"/>
              </w:rPr>
              <w:t>"</w:t>
            </w:r>
            <w:r>
              <w:rPr>
                <w:sz w:val="18"/>
              </w:rPr>
              <w:t xml:space="preserve"> </w:t>
            </w:r>
            <w:r>
              <w:rPr>
                <w:sz w:val="18"/>
              </w:rPr>
              <w:t>软件逻辑：绿</w:t>
            </w:r>
            <w:r>
              <w:rPr>
                <w:sz w:val="18"/>
              </w:rPr>
              <w:t xml:space="preserve"> </w:t>
            </w:r>
            <w:r>
              <w:rPr>
                <w:sz w:val="18"/>
              </w:rPr>
              <w:t>30</w:t>
            </w:r>
            <w:r>
              <w:rPr>
                <w:sz w:val="18"/>
              </w:rPr>
              <w:t xml:space="preserve"> </w:t>
            </w:r>
            <w:r>
              <w:rPr>
                <w:sz w:val="18"/>
              </w:rPr>
              <w:t>秒</w:t>
            </w:r>
            <w:r>
              <w:rPr>
                <w:sz w:val="18"/>
              </w:rPr>
              <w:t xml:space="preserve"> </w:t>
            </w:r>
            <w:r>
              <w:rPr>
                <w:sz w:val="18"/>
              </w:rPr>
              <w:t>→</w:t>
            </w:r>
            <w:r>
              <w:rPr>
                <w:sz w:val="18"/>
              </w:rPr>
              <w:t xml:space="preserve"> </w:t>
            </w:r>
            <w:r>
              <w:rPr>
                <w:sz w:val="18"/>
              </w:rPr>
              <w:t>黄灯闪烁</w:t>
            </w:r>
            <w:r>
              <w:rPr>
                <w:sz w:val="18"/>
              </w:rPr>
              <w:t xml:space="preserve"> </w:t>
            </w:r>
            <w:r>
              <w:rPr>
                <w:sz w:val="18"/>
              </w:rPr>
              <w:t>3</w:t>
            </w:r>
            <w:r>
              <w:rPr>
                <w:sz w:val="18"/>
              </w:rPr>
              <w:t xml:space="preserve"> </w:t>
            </w:r>
            <w:r>
              <w:rPr>
                <w:sz w:val="18"/>
              </w:rPr>
              <w:t>次</w:t>
            </w:r>
            <w:r>
              <w:rPr>
                <w:sz w:val="18"/>
              </w:rPr>
              <w:t xml:space="preserve"> </w:t>
            </w:r>
            <w:r>
              <w:rPr>
                <w:sz w:val="18"/>
              </w:rPr>
              <w:t>→</w:t>
            </w:r>
            <w:r>
              <w:rPr>
                <w:sz w:val="18"/>
              </w:rPr>
              <w:t xml:space="preserve"> </w:t>
            </w:r>
            <w:r>
              <w:rPr>
                <w:sz w:val="18"/>
              </w:rPr>
              <w:t>红</w:t>
            </w:r>
            <w:r>
              <w:rPr>
                <w:sz w:val="18"/>
              </w:rPr>
              <w:t xml:space="preserve"> </w:t>
            </w:r>
            <w:r>
              <w:rPr>
                <w:sz w:val="18"/>
              </w:rPr>
              <w:t>30</w:t>
            </w:r>
            <w:r>
              <w:rPr>
                <w:sz w:val="18"/>
              </w:rPr>
              <w:t xml:space="preserve"> </w:t>
            </w:r>
            <w:r>
              <w:rPr>
                <w:sz w:val="18"/>
              </w:rPr>
              <w:t>秒</w:t>
            </w:r>
            <w:r>
              <w:rPr>
                <w:sz w:val="18"/>
              </w:rPr>
              <w:t xml:space="preserve"> </w:t>
            </w:r>
            <w:r>
              <w:rPr>
                <w:sz w:val="18"/>
              </w:rPr>
              <w:t>→</w:t>
            </w:r>
            <w:r>
              <w:rPr>
                <w:sz w:val="18"/>
              </w:rPr>
              <w:t xml:space="preserve"> </w:t>
            </w:r>
            <w:r>
              <w:rPr>
                <w:sz w:val="18"/>
              </w:rPr>
              <w:t>循环，让</w:t>
            </w:r>
            <w:r>
              <w:rPr>
                <w:sz w:val="18"/>
              </w:rPr>
              <w:t xml:space="preserve"> </w:t>
            </w:r>
            <w:r>
              <w:rPr>
                <w:sz w:val="18"/>
              </w:rPr>
              <w:t>8</w:t>
            </w:r>
            <w:r>
              <w:rPr>
                <w:sz w:val="18"/>
              </w:rPr>
              <w:t xml:space="preserve"> </w:t>
            </w:r>
            <w:r>
              <w:rPr>
                <w:sz w:val="18"/>
              </w:rPr>
              <w:t>个灯按方案周期性切换。</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按引脚分配表连接硬件（或仿真）；在图形化平台编写周期逻辑；展示</w:t>
            </w:r>
            <w:r>
              <w:rPr>
                <w:sz w:val="18"/>
              </w:rPr>
              <w:t xml:space="preserve"> </w:t>
            </w:r>
            <w:r>
              <w:rPr>
                <w:sz w:val="18"/>
              </w:rPr>
              <w:t>8</w:t>
            </w:r>
            <w:r>
              <w:rPr>
                <w:sz w:val="18"/>
              </w:rPr>
              <w:t xml:space="preserve"> </w:t>
            </w:r>
            <w:r>
              <w:rPr>
                <w:sz w:val="18"/>
              </w:rPr>
              <w:t>灯按相位切换效果。</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落地</w:t>
            </w:r>
            <w:r>
              <w:rPr>
                <w:sz w:val="18"/>
              </w:rPr>
              <w:t xml:space="preserve"> </w:t>
            </w:r>
            <w:r>
              <w:rPr>
                <w:sz w:val="18"/>
              </w:rPr>
              <w:t>"</w:t>
            </w:r>
            <w:r>
              <w:rPr>
                <w:sz w:val="18"/>
              </w:rPr>
              <w:t xml:space="preserve"> </w:t>
            </w:r>
            <w:r>
              <w:rPr>
                <w:sz w:val="18"/>
              </w:rPr>
              <w:t>把事情做成</w:t>
            </w:r>
            <w:r>
              <w:rPr>
                <w:sz w:val="18"/>
              </w:rPr>
              <w:t xml:space="preserve"> </w:t>
            </w:r>
            <w:r>
              <w:rPr>
                <w:sz w:val="18"/>
              </w:rPr>
              <w:t>"</w:t>
            </w:r>
            <w:r>
              <w:rPr>
                <w:sz w:val="18"/>
              </w:rPr>
              <w:t xml:space="preserve"> </w:t>
            </w:r>
            <w:r>
              <w:rPr>
                <w:sz w:val="18"/>
              </w:rPr>
              <w:t>，体会模型</w:t>
            </w:r>
            <w:r>
              <w:rPr>
                <w:sz w:val="18"/>
              </w:rPr>
              <w:t xml:space="preserve"> </w:t>
            </w:r>
            <w:r>
              <w:rPr>
                <w:sz w:val="18"/>
              </w:rPr>
              <w:t>→</w:t>
            </w:r>
            <w:r>
              <w:rPr>
                <w:sz w:val="18"/>
              </w:rPr>
              <w:t xml:space="preserve"> </w:t>
            </w:r>
            <w:r>
              <w:rPr>
                <w:sz w:val="18"/>
              </w:rPr>
              <w:t>算法</w:t>
            </w:r>
            <w:r>
              <w:rPr>
                <w:sz w:val="18"/>
              </w:rPr>
              <w:t xml:space="preserve"> </w:t>
            </w:r>
            <w:r>
              <w:rPr>
                <w:sz w:val="18"/>
              </w:rPr>
              <w:t>→</w:t>
            </w:r>
            <w:r>
              <w:rPr>
                <w:sz w:val="18"/>
              </w:rPr>
              <w:t xml:space="preserve"> </w:t>
            </w:r>
            <w:r>
              <w:rPr>
                <w:sz w:val="18"/>
              </w:rPr>
              <w:t>代码的工程闭环与系统性思维。</w:t>
            </w:r>
          </w:p>
        </w:tc>
      </w:tr>
      <w:tr>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w:t>
            </w:r>
            <w:r>
              <w:rPr>
                <w:sz w:val="18"/>
              </w:rPr>
              <w:t xml:space="preserve"> </w:t>
            </w:r>
            <w:r>
              <w:rPr>
                <w:sz w:val="18"/>
              </w:rPr>
              <w:t>分钟</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w:t>
            </w:r>
            <w:r>
              <w:rPr>
                <w:sz w:val="18"/>
              </w:rPr>
              <w:t xml:space="preserve"> </w:t>
            </w:r>
            <w:r>
              <w:rPr>
                <w:sz w:val="18"/>
              </w:rPr>
              <w:t>"</w:t>
            </w:r>
            <w:r>
              <w:rPr>
                <w:sz w:val="18"/>
              </w:rPr>
              <w:t xml:space="preserve"> </w:t>
            </w:r>
            <w:r>
              <w:rPr>
                <w:sz w:val="18"/>
              </w:rPr>
              <w:t>这样基本上走完了一个工程师解决一个工程项目的完整流程。</w:t>
            </w:r>
            <w:r>
              <w:rPr>
                <w:sz w:val="18"/>
              </w:rPr>
              <w:t xml:space="preserve"> </w:t>
            </w:r>
            <w:r>
              <w:rPr>
                <w:sz w:val="18"/>
              </w:rPr>
              <w:t>""</w:t>
            </w:r>
            <w:r>
              <w:rPr>
                <w:sz w:val="18"/>
              </w:rPr>
              <w:t xml:space="preserve"> </w:t>
            </w:r>
            <w:r>
              <w:rPr>
                <w:sz w:val="18"/>
              </w:rPr>
              <w:t>想不清楚，往往就决定我们能做出来还是做不出来。</w:t>
            </w:r>
            <w:r>
              <w:rPr>
                <w:sz w:val="18"/>
              </w:rPr>
              <w:t xml:space="preserve"> </w:t>
            </w:r>
            <w:r>
              <w:rPr>
                <w:sz w:val="18"/>
              </w:rPr>
              <w:t>"</w:t>
            </w:r>
            <w:r>
              <w:rPr>
                <w:sz w:val="18"/>
              </w:rPr>
              <w:t xml:space="preserve"> </w:t>
            </w:r>
            <w:r>
              <w:rPr>
                <w:sz w:val="18"/>
              </w:rPr>
              <w:t>布置作业与评价。</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小组代表</w:t>
            </w:r>
            <w:r>
              <w:rPr>
                <w:sz w:val="18"/>
              </w:rPr>
              <w:t xml:space="preserve"> </w:t>
            </w:r>
            <w:r>
              <w:rPr>
                <w:sz w:val="18"/>
              </w:rPr>
              <w:t>30</w:t>
            </w:r>
            <w:r>
              <w:rPr>
                <w:sz w:val="18"/>
              </w:rPr>
              <w:t xml:space="preserve"> </w:t>
            </w:r>
            <w:r>
              <w:rPr>
                <w:sz w:val="18"/>
              </w:rPr>
              <w:t>秒汇报本组方案亮点；在手册写</w:t>
            </w:r>
            <w:r>
              <w:rPr>
                <w:sz w:val="18"/>
              </w:rPr>
              <w:t xml:space="preserve"> </w:t>
            </w:r>
            <w:r>
              <w:rPr>
                <w:sz w:val="18"/>
              </w:rPr>
              <w:t>"</w:t>
            </w:r>
            <w:r>
              <w:rPr>
                <w:sz w:val="18"/>
              </w:rPr>
              <w:t xml:space="preserve"> </w:t>
            </w:r>
            <w:r>
              <w:rPr>
                <w:sz w:val="18"/>
              </w:rPr>
              <w:t>工程师思维</w:t>
            </w:r>
            <w:r>
              <w:rPr>
                <w:sz w:val="18"/>
              </w:rPr>
              <w:t xml:space="preserve"> </w:t>
            </w:r>
            <w:r>
              <w:rPr>
                <w:sz w:val="18"/>
              </w:rPr>
              <w:t xml:space="preserve"> vs </w:t>
            </w:r>
            <w:r>
              <w:rPr>
                <w:sz w:val="18"/>
              </w:rPr>
              <w:t xml:space="preserve"> </w:t>
            </w:r>
            <w:r>
              <w:rPr>
                <w:sz w:val="18"/>
              </w:rPr>
              <w:t>科学家思维</w:t>
            </w:r>
            <w:r>
              <w:rPr>
                <w:sz w:val="18"/>
              </w:rPr>
              <w:t xml:space="preserve"> </w:t>
            </w:r>
            <w:r>
              <w:rPr>
                <w:sz w:val="18"/>
              </w:rPr>
              <w:t>"</w:t>
            </w:r>
            <w:r>
              <w:rPr>
                <w:sz w:val="18"/>
              </w:rPr>
              <w:t xml:space="preserve"> </w:t>
            </w:r>
            <w:r>
              <w:rPr>
                <w:sz w:val="18"/>
              </w:rPr>
              <w:t>一句话。</w:t>
            </w:r>
          </w:p>
        </w:tc>
        <w:tc>
          <w:tcPr>
            <w:tcW w:type="dxa" w:w="1728"/>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收束到完整工程流程，固化工程思维。</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五、课堂互动设计（递进式）</w:t>
      </w:r>
    </w:p>
    <w:p>
      <w:pPr/>
      <w:r>
        <w:rPr>
          <w:rFonts w:ascii="微软雅黑" w:eastAsia="微软雅黑" w:hAnsi="微软雅黑" w:cs="微软雅黑" w:hint="eastAsia"/>
          <w:b/>
          <w:lang w:eastAsia="zh-CN"/>
        </w:rPr>
        <w:t>1. 导入环节（真实问题·激趣）</w:t>
      </w:r>
    </w:p>
    <w:p>
      <w:pPr>
        <w:pStyle w:val="ListBullet"/>
        <w:spacing w:after="72"/>
      </w:pPr>
      <w:r>
        <w:rPr>
          <w:rFonts w:ascii="微软雅黑" w:eastAsia="微软雅黑" w:hAnsi="微软雅黑" w:cs="微软雅黑" w:hint="eastAsia"/>
          <w:lang w:eastAsia="zh-CN"/>
        </w:rPr>
        <w:t>投影校门口</w:t>
      </w:r>
      <w:r>
        <w:t>/</w:t>
      </w:r>
      <w:r>
        <w:rPr>
          <w:rFonts w:ascii="微软雅黑" w:eastAsia="微软雅黑" w:hAnsi="微软雅黑" w:cs="微软雅黑" w:hint="eastAsia"/>
          <w:lang w:eastAsia="zh-CN"/>
        </w:rPr>
        <w:t>城市十字路口拥堵视频，教师设问</w:t>
      </w:r>
      <w:r>
        <w:t>"</w:t>
      </w:r>
      <w:r>
        <w:rPr>
          <w:rFonts w:ascii="微软雅黑" w:eastAsia="微软雅黑" w:hAnsi="微软雅黑" w:cs="微软雅黑" w:hint="eastAsia"/>
          <w:lang w:eastAsia="zh-CN"/>
        </w:rPr>
        <w:t>如果你是工程师</w:t>
      </w:r>
      <w:r>
        <w:t>……"</w:t>
      </w:r>
      <w:r>
        <w:rPr>
          <w:rFonts w:ascii="微软雅黑" w:eastAsia="微软雅黑" w:hAnsi="微软雅黑" w:cs="微软雅黑" w:hint="eastAsia"/>
          <w:lang w:eastAsia="zh-CN"/>
        </w:rPr>
        <w:t>，引发全班议论；</w:t>
      </w:r>
    </w:p>
    <w:p>
      <w:pPr>
        <w:pStyle w:val="ListBullet"/>
        <w:spacing w:after="72"/>
      </w:pPr>
      <w:r>
        <w:rPr>
          <w:rFonts w:ascii="微软雅黑" w:eastAsia="微软雅黑" w:hAnsi="微软雅黑" w:cs="微软雅黑" w:hint="eastAsia"/>
          <w:lang w:eastAsia="zh-CN"/>
        </w:rPr>
        <w:t>快速投票：先画图纸</w:t>
      </w:r>
      <w:r>
        <w:t xml:space="preserve"> vs </w:t>
      </w:r>
      <w:r>
        <w:rPr>
          <w:rFonts w:ascii="微软雅黑" w:eastAsia="微软雅黑" w:hAnsi="微软雅黑" w:cs="微软雅黑" w:hint="eastAsia"/>
          <w:lang w:eastAsia="zh-CN"/>
        </w:rPr>
        <w:t>先装灯，制造认知冲突，自然引出五环节流程图。</w:t>
      </w:r>
    </w:p>
    <w:p>
      <w:pPr/>
      <w:r>
        <w:rPr>
          <w:rFonts w:ascii="微软雅黑" w:eastAsia="微软雅黑" w:hAnsi="微软雅黑" w:cs="微软雅黑" w:hint="eastAsia"/>
          <w:b/>
          <w:lang w:eastAsia="zh-CN"/>
        </w:rPr>
        <w:t>2. 探究环节（分组·角色扮演）</w:t>
      </w:r>
    </w:p>
    <w:p>
      <w:pPr>
        <w:pStyle w:val="ListBullet"/>
        <w:spacing w:after="72"/>
      </w:pPr>
      <w:r>
        <w:t>4-6</w:t>
      </w:r>
      <w:r>
        <w:rPr>
          <w:rFonts w:ascii="微软雅黑" w:eastAsia="微软雅黑" w:hAnsi="微软雅黑" w:cs="微软雅黑" w:hint="eastAsia"/>
          <w:lang w:eastAsia="zh-CN"/>
        </w:rPr>
        <w:t>人小组，设</w:t>
      </w:r>
      <w:r>
        <w:t>"</w:t>
      </w:r>
      <w:r>
        <w:rPr>
          <w:rFonts w:ascii="微软雅黑" w:eastAsia="微软雅黑" w:hAnsi="微软雅黑" w:cs="微软雅黑" w:hint="eastAsia"/>
          <w:lang w:eastAsia="zh-CN"/>
        </w:rPr>
        <w:t>建模员、冲突分析师、符号记录员、编程员、汇报员</w:t>
      </w:r>
      <w:r>
        <w:t>"</w:t>
      </w:r>
      <w:r>
        <w:rPr>
          <w:rFonts w:ascii="微软雅黑" w:eastAsia="微软雅黑" w:hAnsi="微软雅黑" w:cs="微软雅黑" w:hint="eastAsia"/>
          <w:lang w:eastAsia="zh-CN"/>
        </w:rPr>
        <w:t>角色。</w:t>
      </w:r>
    </w:p>
    <w:p>
      <w:pPr>
        <w:pStyle w:val="ListBullet"/>
        <w:spacing w:after="72"/>
      </w:pPr>
      <w:r>
        <w:rPr>
          <w:rFonts w:ascii="微软雅黑" w:eastAsia="微软雅黑" w:hAnsi="微软雅黑" w:cs="微软雅黑" w:hint="eastAsia"/>
          <w:lang w:eastAsia="zh-CN"/>
        </w:rPr>
        <w:t>探究</w:t>
      </w:r>
      <w:r>
        <w:t>1-4</w:t>
      </w:r>
      <w:r>
        <w:rPr>
          <w:rFonts w:ascii="微软雅黑" w:eastAsia="微软雅黑" w:hAnsi="微软雅黑" w:cs="微软雅黑" w:hint="eastAsia"/>
          <w:lang w:eastAsia="zh-CN"/>
        </w:rPr>
        <w:t>逐级任务单推进；关键活动</w:t>
      </w:r>
      <w:r>
        <w:t>"</w:t>
      </w:r>
      <w:r>
        <w:rPr>
          <w:rFonts w:ascii="微软雅黑" w:eastAsia="微软雅黑" w:hAnsi="微软雅黑" w:cs="微软雅黑" w:hint="eastAsia"/>
          <w:lang w:eastAsia="zh-CN"/>
        </w:rPr>
        <w:t>四位同学扮演</w:t>
      </w:r>
      <w:r>
        <w:t>B/D/F/H</w:t>
      </w:r>
      <w:r>
        <w:rPr>
          <w:rFonts w:ascii="微软雅黑" w:eastAsia="微软雅黑" w:hAnsi="微软雅黑" w:cs="微软雅黑" w:hint="eastAsia"/>
          <w:lang w:eastAsia="zh-CN"/>
        </w:rPr>
        <w:t>道出租车司机轮流出发</w:t>
      </w:r>
      <w:r>
        <w:t>"</w:t>
      </w:r>
      <w:r>
        <w:rPr>
          <w:rFonts w:ascii="微软雅黑" w:eastAsia="微软雅黑" w:hAnsi="微软雅黑" w:cs="微软雅黑" w:hint="eastAsia"/>
          <w:lang w:eastAsia="zh-CN"/>
        </w:rPr>
        <w:t>，用身体走位体会方向冲突，其他组员在任务单记录可同放组合。</w:t>
      </w:r>
    </w:p>
    <w:p>
      <w:pPr>
        <w:pStyle w:val="ListBullet"/>
        <w:spacing w:after="72"/>
      </w:pPr>
      <w:r>
        <w:rPr>
          <w:rFonts w:ascii="微软雅黑" w:eastAsia="微软雅黑" w:hAnsi="微软雅黑" w:cs="微软雅黑" w:hint="eastAsia"/>
          <w:lang w:eastAsia="zh-CN"/>
        </w:rPr>
        <w:t>汇报方式：每组用磁贴把本组</w:t>
      </w:r>
      <w:r>
        <w:t>"</w:t>
      </w:r>
      <w:r>
        <w:rPr>
          <w:rFonts w:ascii="微软雅黑" w:eastAsia="微软雅黑" w:hAnsi="微软雅黑" w:cs="微软雅黑" w:hint="eastAsia"/>
          <w:lang w:eastAsia="zh-CN"/>
        </w:rPr>
        <w:t>绿红矩阵</w:t>
      </w:r>
      <w:r>
        <w:t>"</w:t>
      </w:r>
      <w:r>
        <w:rPr>
          <w:rFonts w:ascii="微软雅黑" w:eastAsia="微软雅黑" w:hAnsi="微软雅黑" w:cs="微软雅黑" w:hint="eastAsia"/>
          <w:lang w:eastAsia="zh-CN"/>
        </w:rPr>
        <w:t>贴于黑板，教师引导横向比对，归纳</w:t>
      </w:r>
      <w:r>
        <w:t>"</w:t>
      </w:r>
      <w:r>
        <w:rPr>
          <w:rFonts w:ascii="微软雅黑" w:eastAsia="微软雅黑" w:hAnsi="微软雅黑" w:cs="微软雅黑" w:hint="eastAsia"/>
          <w:lang w:eastAsia="zh-CN"/>
        </w:rPr>
        <w:t>互不冲突</w:t>
      </w:r>
      <w:r>
        <w:t>"</w:t>
      </w:r>
      <w:r>
        <w:rPr>
          <w:rFonts w:ascii="微软雅黑" w:eastAsia="微软雅黑" w:hAnsi="微软雅黑" w:cs="微软雅黑" w:hint="eastAsia"/>
          <w:lang w:eastAsia="zh-CN"/>
        </w:rPr>
        <w:t>的分组规律。</w:t>
      </w:r>
    </w:p>
    <w:p>
      <w:pPr/>
      <w:r>
        <w:rPr>
          <w:rFonts w:ascii="微软雅黑" w:eastAsia="微软雅黑" w:hAnsi="微软雅黑" w:cs="微软雅黑" w:hint="eastAsia"/>
          <w:b/>
          <w:lang w:eastAsia="zh-CN"/>
        </w:rPr>
        <w:t>3. 应用环节（工程实现·展示）</w:t>
      </w:r>
    </w:p>
    <w:p>
      <w:pPr>
        <w:pStyle w:val="ListBullet"/>
        <w:spacing w:after="72"/>
      </w:pPr>
      <w:r>
        <w:rPr>
          <w:rFonts w:ascii="微软雅黑" w:eastAsia="微软雅黑" w:hAnsi="微软雅黑" w:cs="微软雅黑" w:hint="eastAsia"/>
          <w:lang w:eastAsia="zh-CN"/>
        </w:rPr>
        <w:t>完成硬件</w:t>
      </w:r>
      <w:r>
        <w:t>/</w:t>
      </w:r>
      <w:r>
        <w:rPr>
          <w:rFonts w:ascii="微软雅黑" w:eastAsia="微软雅黑" w:hAnsi="微软雅黑" w:cs="微软雅黑" w:hint="eastAsia"/>
          <w:lang w:eastAsia="zh-CN"/>
        </w:rPr>
        <w:t>仿真的小组上台演示</w:t>
      </w:r>
      <w:r>
        <w:t>8</w:t>
      </w:r>
      <w:r>
        <w:rPr>
          <w:rFonts w:ascii="微软雅黑" w:eastAsia="微软雅黑" w:hAnsi="微软雅黑" w:cs="微软雅黑" w:hint="eastAsia"/>
          <w:lang w:eastAsia="zh-CN"/>
        </w:rPr>
        <w:t>灯周期切换，解说</w:t>
      </w:r>
      <w:r>
        <w:t>"</w:t>
      </w:r>
      <w:r>
        <w:rPr>
          <w:rFonts w:ascii="微软雅黑" w:eastAsia="微软雅黑" w:hAnsi="微软雅黑" w:cs="微软雅黑" w:hint="eastAsia"/>
          <w:lang w:eastAsia="zh-CN"/>
        </w:rPr>
        <w:t>我的相位来自哪张表</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迁移讨论：</w:t>
      </w:r>
      <w:r>
        <w:t>"</w:t>
      </w:r>
      <w:r>
        <w:rPr>
          <w:rFonts w:ascii="微软雅黑" w:eastAsia="微软雅黑" w:hAnsi="微软雅黑" w:cs="微软雅黑" w:hint="eastAsia"/>
          <w:lang w:eastAsia="zh-CN"/>
        </w:rPr>
        <w:t>现实中左转待转区、分相位放行，如何用本课模型解释？</w:t>
      </w:r>
      <w:r>
        <w:t>"</w:t>
      </w:r>
      <w:r>
        <w:rPr>
          <w:rFonts w:ascii="微软雅黑" w:eastAsia="微软雅黑" w:hAnsi="微软雅黑" w:cs="微软雅黑" w:hint="eastAsia"/>
          <w:lang w:eastAsia="zh-CN"/>
        </w:rPr>
        <w:t>汇报用</w:t>
      </w:r>
      <w:r>
        <w:t>"</w:t>
      </w:r>
      <w:r>
        <w:rPr>
          <w:rFonts w:ascii="微软雅黑" w:eastAsia="微软雅黑" w:hAnsi="微软雅黑" w:cs="微软雅黑" w:hint="eastAsia"/>
          <w:lang w:eastAsia="zh-CN"/>
        </w:rPr>
        <w:t>模型一句话</w:t>
      </w:r>
      <w:r>
        <w:t>+</w:t>
      </w:r>
      <w:r>
        <w:rPr>
          <w:rFonts w:ascii="微软雅黑" w:eastAsia="微软雅黑" w:hAnsi="微软雅黑" w:cs="微软雅黑" w:hint="eastAsia"/>
          <w:lang w:eastAsia="zh-CN"/>
        </w:rPr>
        <w:t>生活一例</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4. 总结环节（反思·升华）</w:t>
      </w:r>
    </w:p>
    <w:p>
      <w:pPr>
        <w:pStyle w:val="ListBullet"/>
        <w:spacing w:after="72"/>
      </w:pPr>
      <w:r>
        <w:rPr>
          <w:rFonts w:ascii="微软雅黑" w:eastAsia="微软雅黑" w:hAnsi="微软雅黑" w:cs="微软雅黑" w:hint="eastAsia"/>
          <w:lang w:eastAsia="zh-CN"/>
        </w:rPr>
        <w:t>全班齐读金句：</w:t>
      </w:r>
      <w:r>
        <w:t>"</w:t>
      </w:r>
      <w:r>
        <w:rPr>
          <w:rFonts w:ascii="微软雅黑" w:eastAsia="微软雅黑" w:hAnsi="微软雅黑" w:cs="微软雅黑" w:hint="eastAsia"/>
          <w:lang w:eastAsia="zh-CN"/>
        </w:rPr>
        <w:t>工程师是把事情做成</w:t>
      </w:r>
      <w:r>
        <w:t>""</w:t>
      </w:r>
      <w:r>
        <w:rPr>
          <w:rFonts w:ascii="微软雅黑" w:eastAsia="微软雅黑" w:hAnsi="微软雅黑" w:cs="微软雅黑" w:hint="eastAsia"/>
          <w:lang w:eastAsia="zh-CN"/>
        </w:rPr>
        <w:t>建模就是对现实的简约再现</w:t>
      </w:r>
      <w:r>
        <w:t>""</w:t>
      </w:r>
      <w:r>
        <w:rPr>
          <w:rFonts w:ascii="微软雅黑" w:eastAsia="微软雅黑" w:hAnsi="微软雅黑" w:cs="微软雅黑" w:hint="eastAsia"/>
          <w:lang w:eastAsia="zh-CN"/>
        </w:rPr>
        <w:t>想不清楚就做不出来</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回头对照导入投票，确认</w:t>
      </w:r>
      <w:r>
        <w:t>"</w:t>
      </w:r>
      <w:r>
        <w:rPr>
          <w:rFonts w:ascii="微软雅黑" w:eastAsia="微软雅黑" w:hAnsi="微软雅黑" w:cs="微软雅黑" w:hint="eastAsia"/>
          <w:lang w:eastAsia="zh-CN"/>
        </w:rPr>
        <w:t>先建模</w:t>
      </w:r>
      <w:r>
        <w:t>"</w:t>
      </w:r>
      <w:r>
        <w:rPr>
          <w:rFonts w:ascii="微软雅黑" w:eastAsia="微软雅黑" w:hAnsi="微软雅黑" w:cs="微软雅黑" w:hint="eastAsia"/>
          <w:lang w:eastAsia="zh-CN"/>
        </w:rPr>
        <w:t>的必要性；布置真实路口观察作业。</w:t>
      </w:r>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提问（各</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2-3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问）</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工程师解决红绿灯问题的五个环节分别是什么？</w:t>
            </w:r>
            <w:r>
              <w:rPr>
                <w:sz w:val="18"/>
              </w:rPr>
              <w:t xml:space="preserve"> </w:t>
            </w:r>
            <w:r>
              <w:rPr>
                <w:sz w:val="18"/>
              </w:rPr>
              <w:t>②</w:t>
            </w:r>
            <w:r>
              <w:rPr>
                <w:sz w:val="18"/>
              </w:rPr>
              <w:t xml:space="preserve"> </w:t>
            </w:r>
            <w:r>
              <w:rPr>
                <w:sz w:val="18"/>
              </w:rPr>
              <w:t>什么是</w:t>
            </w:r>
            <w:r>
              <w:rPr>
                <w:sz w:val="18"/>
              </w:rPr>
              <w:t xml:space="preserve"> </w:t>
            </w:r>
            <w:r>
              <w:rPr>
                <w:sz w:val="18"/>
              </w:rPr>
              <w:t>"</w:t>
            </w:r>
            <w:r>
              <w:rPr>
                <w:sz w:val="18"/>
              </w:rPr>
              <w:t xml:space="preserve"> </w:t>
            </w:r>
            <w:r>
              <w:rPr>
                <w:sz w:val="18"/>
              </w:rPr>
              <w:t>冲突点</w:t>
            </w:r>
            <w:r>
              <w:rPr>
                <w:sz w:val="18"/>
              </w:rPr>
              <w:t xml:space="preserve"> </w:t>
            </w:r>
            <w:r>
              <w:rPr>
                <w:sz w:val="18"/>
              </w:rPr>
              <w:t>"</w:t>
            </w:r>
            <w:r>
              <w:rPr>
                <w:sz w:val="18"/>
              </w:rPr>
              <w:t xml:space="preserve"> </w:t>
            </w:r>
            <w:r>
              <w:rPr>
                <w:sz w:val="18"/>
              </w:rPr>
              <w:t>，它分哪三类、危险等级如何排序？</w:t>
            </w:r>
            <w:r>
              <w:rPr>
                <w:sz w:val="18"/>
              </w:rPr>
              <w:t xml:space="preserve"> </w:t>
            </w:r>
            <w:r>
              <w:rPr>
                <w:sz w:val="18"/>
              </w:rPr>
              <w:t>③</w:t>
            </w:r>
            <w:r>
              <w:rPr>
                <w:sz w:val="18"/>
              </w:rPr>
              <w:t xml:space="preserve"> </w:t>
            </w:r>
            <w:r>
              <w:rPr>
                <w:sz w:val="18"/>
              </w:rPr>
              <w:t>符号</w:t>
            </w:r>
            <w:r>
              <w:rPr>
                <w:sz w:val="18"/>
              </w:rPr>
              <w:t xml:space="preserve"> </w:t>
            </w:r>
            <w:r>
              <w:rPr>
                <w:sz w:val="18"/>
              </w:rPr>
              <w:t>"BE3g"</w:t>
            </w:r>
            <w:r>
              <w:rPr>
                <w:sz w:val="18"/>
              </w:rPr>
              <w:t xml:space="preserve"> </w:t>
            </w:r>
            <w:r>
              <w:rPr>
                <w:sz w:val="18"/>
              </w:rPr>
              <w:t>表示什么意思？</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为什么说</w:t>
            </w:r>
            <w:r>
              <w:rPr>
                <w:sz w:val="18"/>
              </w:rPr>
              <w:t xml:space="preserve"> </w:t>
            </w:r>
            <w:r>
              <w:rPr>
                <w:sz w:val="18"/>
              </w:rPr>
              <w:t>"</w:t>
            </w:r>
            <w:r>
              <w:rPr>
                <w:sz w:val="18"/>
              </w:rPr>
              <w:t xml:space="preserve"> </w:t>
            </w:r>
            <w:r>
              <w:rPr>
                <w:sz w:val="18"/>
              </w:rPr>
              <w:t>第二步的数学描述是关键</w:t>
            </w:r>
            <w:r>
              <w:rPr>
                <w:sz w:val="18"/>
              </w:rPr>
              <w:t xml:space="preserve"> </w:t>
            </w:r>
            <w:r>
              <w:rPr>
                <w:sz w:val="18"/>
              </w:rPr>
              <w:t>"</w:t>
            </w:r>
            <w:r>
              <w:rPr>
                <w:sz w:val="18"/>
              </w:rPr>
              <w:t xml:space="preserve"> </w:t>
            </w:r>
            <w:r>
              <w:rPr>
                <w:sz w:val="18"/>
              </w:rPr>
              <w:t>？不用数学语言描述车流会怎样？</w:t>
            </w:r>
            <w:r>
              <w:rPr>
                <w:sz w:val="18"/>
              </w:rPr>
              <w:t xml:space="preserve"> </w:t>
            </w:r>
            <w:r>
              <w:rPr>
                <w:sz w:val="18"/>
              </w:rPr>
              <w:t>②</w:t>
            </w:r>
            <w:r>
              <w:rPr>
                <w:sz w:val="18"/>
              </w:rPr>
              <w:t xml:space="preserve"> </w:t>
            </w:r>
            <w:r>
              <w:rPr>
                <w:sz w:val="18"/>
              </w:rPr>
              <w:t>为什么交叉冲突点比合流、分流更危险？</w:t>
            </w:r>
            <w:r>
              <w:rPr>
                <w:sz w:val="18"/>
              </w:rPr>
              <w:t xml:space="preserve"> </w:t>
            </w:r>
            <w:r>
              <w:rPr>
                <w:sz w:val="18"/>
              </w:rPr>
              <w:t>③</w:t>
            </w:r>
            <w:r>
              <w:rPr>
                <w:sz w:val="18"/>
              </w:rPr>
              <w:t xml:space="preserve"> </w:t>
            </w:r>
            <w:r>
              <w:rPr>
                <w:sz w:val="18"/>
              </w:rPr>
              <w:t>为什么硬件</w:t>
            </w:r>
            <w:r>
              <w:rPr>
                <w:sz w:val="18"/>
              </w:rPr>
              <w:t xml:space="preserve"> </w:t>
            </w:r>
            <w:r>
              <w:rPr>
                <w:sz w:val="18"/>
              </w:rPr>
              <w:t>"</w:t>
            </w:r>
            <w:r>
              <w:rPr>
                <w:sz w:val="18"/>
              </w:rPr>
              <w:t xml:space="preserve"> </w:t>
            </w:r>
            <w:r>
              <w:rPr>
                <w:sz w:val="18"/>
              </w:rPr>
              <w:t>不能随意接线</w:t>
            </w:r>
            <w:r>
              <w:rPr>
                <w:sz w:val="18"/>
              </w:rPr>
              <w:t xml:space="preserve"> </w:t>
            </w:r>
            <w:r>
              <w:rPr>
                <w:sz w:val="18"/>
              </w:rPr>
              <w:t>"</w:t>
            </w:r>
            <w:r>
              <w:rPr>
                <w:sz w:val="18"/>
              </w:rPr>
              <w:t xml:space="preserve"> </w:t>
            </w:r>
            <w:r>
              <w:rPr>
                <w:sz w:val="18"/>
              </w:rPr>
              <w:t>，连接后要能在头脑中追踪引脚？</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工程师是把事情做成</w:t>
            </w:r>
            <w:r>
              <w:rPr>
                <w:sz w:val="18"/>
              </w:rPr>
              <w:t xml:space="preserve"> </w:t>
            </w:r>
            <w:r>
              <w:rPr>
                <w:sz w:val="18"/>
              </w:rPr>
              <w:t>"</w:t>
            </w:r>
            <w:r>
              <w:rPr>
                <w:sz w:val="18"/>
              </w:rPr>
              <w:t xml:space="preserve"> </w:t>
            </w:r>
            <w:r>
              <w:rPr>
                <w:sz w:val="18"/>
              </w:rPr>
              <w:t>和科学家</w:t>
            </w:r>
            <w:r>
              <w:rPr>
                <w:sz w:val="18"/>
              </w:rPr>
              <w:t xml:space="preserve"> </w:t>
            </w:r>
            <w:r>
              <w:rPr>
                <w:sz w:val="18"/>
              </w:rPr>
              <w:t>"</w:t>
            </w:r>
            <w:r>
              <w:rPr>
                <w:sz w:val="18"/>
              </w:rPr>
              <w:t xml:space="preserve"> </w:t>
            </w:r>
            <w:r>
              <w:rPr>
                <w:sz w:val="18"/>
              </w:rPr>
              <w:t>把事情想明白</w:t>
            </w:r>
            <w:r>
              <w:rPr>
                <w:sz w:val="18"/>
              </w:rPr>
              <w:t xml:space="preserve"> </w:t>
            </w:r>
            <w:r>
              <w:rPr>
                <w:sz w:val="18"/>
              </w:rPr>
              <w:t>"</w:t>
            </w:r>
            <w:r>
              <w:rPr>
                <w:sz w:val="18"/>
              </w:rPr>
              <w:t xml:space="preserve"> </w:t>
            </w:r>
            <w:r>
              <w:rPr>
                <w:sz w:val="18"/>
              </w:rPr>
              <w:t>在你的学习中有什么不同体现？</w:t>
            </w:r>
            <w:r>
              <w:rPr>
                <w:sz w:val="18"/>
              </w:rPr>
              <w:t xml:space="preserve"> </w:t>
            </w:r>
            <w:r>
              <w:rPr>
                <w:sz w:val="18"/>
              </w:rPr>
              <w:t>②</w:t>
            </w:r>
            <w:r>
              <w:rPr>
                <w:sz w:val="18"/>
              </w:rPr>
              <w:t xml:space="preserve"> </w:t>
            </w:r>
            <w:r>
              <w:rPr>
                <w:sz w:val="18"/>
              </w:rPr>
              <w:t>如果路口增加左转专用道，你的</w:t>
            </w:r>
            <w:r>
              <w:rPr>
                <w:sz w:val="18"/>
              </w:rPr>
              <w:t xml:space="preserve"> </w:t>
            </w:r>
            <w:r>
              <w:rPr>
                <w:sz w:val="18"/>
              </w:rPr>
              <w:t>12</w:t>
            </w:r>
            <w:r>
              <w:rPr>
                <w:sz w:val="18"/>
              </w:rPr>
              <w:t xml:space="preserve"> </w:t>
            </w:r>
            <w:r>
              <w:rPr>
                <w:sz w:val="18"/>
              </w:rPr>
              <w:t>方向模型和相位表要怎么改？</w:t>
            </w:r>
            <w:r>
              <w:rPr>
                <w:sz w:val="18"/>
              </w:rPr>
              <w:t xml:space="preserve"> </w:t>
            </w:r>
            <w:r>
              <w:rPr>
                <w:sz w:val="18"/>
              </w:rPr>
              <w:t>③</w:t>
            </w:r>
            <w:r>
              <w:rPr>
                <w:sz w:val="18"/>
              </w:rPr>
              <w:t xml:space="preserve"> </w:t>
            </w:r>
            <w:r>
              <w:rPr>
                <w:sz w:val="18"/>
              </w:rPr>
              <w:t>现实中的</w:t>
            </w:r>
            <w:r>
              <w:rPr>
                <w:sz w:val="18"/>
              </w:rPr>
              <w:t xml:space="preserve"> </w:t>
            </w:r>
            <w:r>
              <w:rPr>
                <w:sz w:val="18"/>
              </w:rPr>
              <w:t>"</w:t>
            </w:r>
            <w:r>
              <w:rPr>
                <w:sz w:val="18"/>
              </w:rPr>
              <w:t xml:space="preserve"> </w:t>
            </w:r>
            <w:r>
              <w:rPr>
                <w:sz w:val="18"/>
              </w:rPr>
              <w:t>分相位放行</w:t>
            </w:r>
            <w:r>
              <w:rPr>
                <w:sz w:val="18"/>
              </w:rPr>
              <w:t xml:space="preserve"> </w:t>
            </w:r>
            <w:r>
              <w:rPr>
                <w:sz w:val="18"/>
              </w:rPr>
              <w:t>""</w:t>
            </w:r>
            <w:r>
              <w:rPr>
                <w:sz w:val="18"/>
              </w:rPr>
              <w:t xml:space="preserve"> </w:t>
            </w:r>
            <w:r>
              <w:rPr>
                <w:sz w:val="18"/>
              </w:rPr>
              <w:t>左转待转区</w:t>
            </w:r>
            <w:r>
              <w:rPr>
                <w:sz w:val="18"/>
              </w:rPr>
              <w:t xml:space="preserve"> </w:t>
            </w:r>
            <w:r>
              <w:rPr>
                <w:sz w:val="18"/>
              </w:rPr>
              <w:t>"</w:t>
            </w:r>
            <w:r>
              <w:rPr>
                <w:sz w:val="18"/>
              </w:rPr>
              <w:t xml:space="preserve"> </w:t>
            </w:r>
            <w:r>
              <w:rPr>
                <w:sz w:val="18"/>
              </w:rPr>
              <w:t>体现了本课哪些模型思想？你能否给校门口路口提</w:t>
            </w:r>
            <w:r>
              <w:rPr>
                <w:sz w:val="18"/>
              </w:rPr>
              <w:t xml:space="preserve"> </w:t>
            </w:r>
            <w:r>
              <w:rPr>
                <w:sz w:val="18"/>
              </w:rPr>
              <w:t>1</w:t>
            </w:r>
            <w:r>
              <w:rPr>
                <w:sz w:val="18"/>
              </w:rPr>
              <w:t xml:space="preserve"> </w:t>
            </w:r>
            <w:r>
              <w:rPr>
                <w:sz w:val="18"/>
              </w:rPr>
              <w:t>条改进建议？</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七、板书设计</w:t>
      </w:r>
    </w:p>
    <w:p>
      <w:pPr/>
      <w:r>
        <w:rPr>
          <w:rFonts w:ascii="微软雅黑" w:hAnsi="微软雅黑" w:eastAsia="微软雅黑" w:cs="微软雅黑" w:hint="eastAsia"/>
          <w:sz w:val="16"/>
          <w:lang w:eastAsia="zh-CN"/>
        </w:rPr>
        <w:t xml:space="preserve">          交通道口红绿灯 · 工程师五环节</w:t>
        <w:br/>
        <w:t xml:space="preserve">  认识路口 → 设计方案 → 单灯周期 → 路口周期 → 搭建系统</w:t>
        <w:br/>
        <w:t xml:space="preserve">        （工程师是把事情做成）</w:t>
        <w:br/>
        <w:br/>
        <w:t>一、几何建模（画出来）</w:t>
        <w:br/>
        <w:t xml:space="preserve">   点·线·箭头  简约再现现实</w:t>
        <w:br/>
        <w:br/>
        <w:t>二、冲突点（分类·危险等级）</w:t>
        <w:br/>
        <w:t xml:space="preserve">   交叉冲突 ▇ &gt; 合流冲突 ▒ &gt; 分流冲突 ░</w:t>
        <w:br/>
        <w:br/>
        <w:t>三、数学描述（符号）</w:t>
        <w:br/>
        <w:t xml:space="preserve">   BE3g：B道→E道，3号灯绿时通行</w:t>
        <w:br/>
        <w:t xml:space="preserve">   12合法方向：BE3g BG4g BC DG5g DA6g DE</w:t>
        <w:br/>
        <w:t xml:space="preserve">               FA7g FC8g FG HC1g HE2g HA</w:t>
        <w:br/>
        <w:t xml:space="preserve">   不受灯控：BC DE FG HA</w:t>
        <w:br/>
        <w:br/>
        <w:t>四、能否同时放行？（绿/红矩阵）</w:t>
        <w:br/>
        <w:t xml:space="preserve">   ┌────┬──┬──┬──┬──┬──┬──┬──┬──┐</w:t>
        <w:br/>
        <w:t xml:space="preserve">   │    │1 │2 │3 │4 │5 │6 │7 │8 │  → 相位表</w:t>
        <w:br/>
        <w:t xml:space="preserve">   └────┴──┴──┴──┴──┴──┴──┴──┴──┘</w:t>
        <w:br/>
        <w:t xml:space="preserve">   相位（GB/T 31418-2015）：同时获通行权</w:t>
        <w:br/>
        <w:t xml:space="preserve">   的交通流对应的信号灯显示状态</w:t>
        <w:br/>
        <w:br/>
        <w:t>五、工程实现</w:t>
        <w:br/>
        <w:t xml:space="preserve">   绿30s → 黄闪3次 → 红30s → 循环</w:t>
        <w:br/>
        <w:t xml:space="preserve">   引脚分配先行 → 离线追踪 → 烧录</w:t>
        <w:br/>
        <w:br/>
        <w:t>金句：建模=对现实的简约再现；想不清楚就做不出来</w:t>
      </w:r>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基础（必做）</w:t>
      </w:r>
      <w:r>
        <w:rPr>
          <w:rFonts w:ascii="微软雅黑" w:eastAsia="微软雅黑" w:hAnsi="微软雅黑" w:cs="微软雅黑" w:hint="eastAsia"/>
          <w:lang w:eastAsia="zh-CN"/>
        </w:rPr>
        <w:t>：在《学生学习手册》完成</w:t>
      </w:r>
      <w:r>
        <w:t>"</w:t>
      </w:r>
      <w:r>
        <w:rPr>
          <w:rFonts w:ascii="微软雅黑" w:eastAsia="微软雅黑" w:hAnsi="微软雅黑" w:cs="微软雅黑" w:hint="eastAsia"/>
          <w:lang w:eastAsia="zh-CN"/>
        </w:rPr>
        <w:t>路口平面图</w:t>
      </w:r>
      <w:r>
        <w:t>+</w:t>
      </w:r>
      <w:r>
        <w:rPr>
          <w:rFonts w:ascii="微软雅黑" w:eastAsia="微软雅黑" w:hAnsi="微软雅黑" w:cs="微软雅黑" w:hint="eastAsia"/>
          <w:lang w:eastAsia="zh-CN"/>
        </w:rPr>
        <w:t>冲突点标注</w:t>
      </w:r>
      <w:r>
        <w:t>"</w:t>
      </w:r>
      <w:r>
        <w:rPr>
          <w:rFonts w:ascii="微软雅黑" w:eastAsia="微软雅黑" w:hAnsi="微软雅黑" w:cs="微软雅黑" w:hint="eastAsia"/>
          <w:lang w:eastAsia="zh-CN"/>
        </w:rPr>
        <w:t>和</w:t>
      </w:r>
      <w:r>
        <w:t>"12</w:t>
      </w:r>
      <w:r>
        <w:rPr>
          <w:rFonts w:ascii="微软雅黑" w:eastAsia="微软雅黑" w:hAnsi="微软雅黑" w:cs="微软雅黑" w:hint="eastAsia"/>
          <w:lang w:eastAsia="zh-CN"/>
        </w:rPr>
        <w:t>个合法方向符号清单</w:t>
      </w:r>
      <w:r>
        <w:t>"</w:t>
      </w:r>
      <w:r>
        <w:rPr>
          <w:rFonts w:ascii="微软雅黑" w:eastAsia="微软雅黑" w:hAnsi="微软雅黑" w:cs="微软雅黑" w:hint="eastAsia"/>
          <w:lang w:eastAsia="zh-CN"/>
        </w:rPr>
        <w:t>；写出相位的定义（用自己的话）。</w:t>
      </w:r>
    </w:p>
    <w:p>
      <w:pPr>
        <w:pStyle w:val="ListBullet"/>
        <w:spacing w:after="72"/>
      </w:pPr>
      <w:r>
        <w:rPr>
          <w:rFonts w:ascii="微软雅黑" w:eastAsia="微软雅黑" w:hAnsi="微软雅黑" w:cs="微软雅黑" w:hint="eastAsia"/>
          <w:b/>
          <w:lang w:eastAsia="zh-CN"/>
        </w:rPr>
        <w:t>提高（选做）</w:t>
      </w:r>
      <w:r>
        <w:rPr>
          <w:rFonts w:ascii="微软雅黑" w:eastAsia="微软雅黑" w:hAnsi="微软雅黑" w:cs="微软雅黑" w:hint="eastAsia"/>
          <w:lang w:eastAsia="zh-CN"/>
        </w:rPr>
        <w:t>：观察家附近或校门口的一个十字路口，用本课</w:t>
      </w:r>
      <w:r>
        <w:t>"</w:t>
      </w:r>
      <w:r>
        <w:rPr>
          <w:rFonts w:ascii="微软雅黑" w:eastAsia="微软雅黑" w:hAnsi="微软雅黑" w:cs="微软雅黑" w:hint="eastAsia"/>
          <w:lang w:eastAsia="zh-CN"/>
        </w:rPr>
        <w:t>冲突点</w:t>
      </w:r>
      <w:r>
        <w:t>+</w:t>
      </w:r>
      <w:r>
        <w:rPr>
          <w:rFonts w:ascii="微软雅黑" w:eastAsia="微软雅黑" w:hAnsi="微软雅黑" w:cs="微软雅黑" w:hint="eastAsia"/>
          <w:lang w:eastAsia="zh-CN"/>
        </w:rPr>
        <w:t>相位</w:t>
      </w:r>
      <w:r>
        <w:t>"</w:t>
      </w:r>
      <w:r>
        <w:rPr>
          <w:rFonts w:ascii="微软雅黑" w:eastAsia="微软雅黑" w:hAnsi="微软雅黑" w:cs="微软雅黑" w:hint="eastAsia"/>
          <w:lang w:eastAsia="zh-CN"/>
        </w:rPr>
        <w:t>模型记录它的放行规律，写</w:t>
      </w:r>
      <w:r>
        <w:t>100</w:t>
      </w:r>
      <w:r>
        <w:rPr>
          <w:rFonts w:ascii="微软雅黑" w:eastAsia="微软雅黑" w:hAnsi="微软雅黑" w:cs="微软雅黑" w:hint="eastAsia"/>
          <w:lang w:eastAsia="zh-CN"/>
        </w:rPr>
        <w:t>字说明</w:t>
      </w:r>
      <w:r>
        <w:t>"</w:t>
      </w:r>
      <w:r>
        <w:rPr>
          <w:rFonts w:ascii="微软雅黑" w:eastAsia="微软雅黑" w:hAnsi="微软雅黑" w:cs="微软雅黑" w:hint="eastAsia"/>
          <w:lang w:eastAsia="zh-CN"/>
        </w:rPr>
        <w:t>它合理吗</w:t>
      </w:r>
      <w:r>
        <w:t>"</w:t>
      </w:r>
      <w:r>
        <w:rPr>
          <w:rFonts w:ascii="微软雅黑" w:eastAsia="微软雅黑" w:hAnsi="微软雅黑" w:cs="微软雅黑" w:hint="eastAsia"/>
          <w:lang w:eastAsia="zh-CN"/>
        </w:rPr>
        <w:t>；尝试在图形化平台把</w:t>
      </w:r>
      <w:r>
        <w:t>"</w:t>
      </w:r>
      <w:r>
        <w:rPr>
          <w:rFonts w:ascii="微软雅黑" w:eastAsia="微软雅黑" w:hAnsi="微软雅黑" w:cs="微软雅黑" w:hint="eastAsia"/>
          <w:lang w:eastAsia="zh-CN"/>
        </w:rPr>
        <w:t>绿</w:t>
      </w:r>
      <w:r>
        <w:t>30</w:t>
      </w:r>
      <w:r>
        <w:rPr>
          <w:rFonts w:ascii="微软雅黑" w:eastAsia="微软雅黑" w:hAnsi="微软雅黑" w:cs="微软雅黑" w:hint="eastAsia"/>
          <w:lang w:eastAsia="zh-CN"/>
        </w:rPr>
        <w:t>秒</w:t>
      </w:r>
      <w:r>
        <w:t>→</w:t>
      </w:r>
      <w:r>
        <w:rPr>
          <w:rFonts w:ascii="微软雅黑" w:eastAsia="微软雅黑" w:hAnsi="微软雅黑" w:cs="微软雅黑" w:hint="eastAsia"/>
          <w:lang w:eastAsia="zh-CN"/>
        </w:rPr>
        <w:t>黄闪</w:t>
      </w:r>
      <w:r>
        <w:t>3</w:t>
      </w:r>
      <w:r>
        <w:rPr>
          <w:rFonts w:ascii="微软雅黑" w:eastAsia="微软雅黑" w:hAnsi="微软雅黑" w:cs="微软雅黑" w:hint="eastAsia"/>
          <w:lang w:eastAsia="zh-CN"/>
        </w:rPr>
        <w:t>次</w:t>
      </w:r>
      <w:r>
        <w:t>→</w:t>
      </w:r>
      <w:r>
        <w:rPr>
          <w:rFonts w:ascii="微软雅黑" w:eastAsia="微软雅黑" w:hAnsi="微软雅黑" w:cs="微软雅黑" w:hint="eastAsia"/>
          <w:lang w:eastAsia="zh-CN"/>
        </w:rPr>
        <w:t>红</w:t>
      </w:r>
      <w:r>
        <w:t>30</w:t>
      </w:r>
      <w:r>
        <w:rPr>
          <w:rFonts w:ascii="微软雅黑" w:eastAsia="微软雅黑" w:hAnsi="微软雅黑" w:cs="微软雅黑" w:hint="eastAsia"/>
          <w:lang w:eastAsia="zh-CN"/>
        </w:rPr>
        <w:t>秒</w:t>
      </w:r>
      <w:r>
        <w:t>"</w:t>
      </w:r>
      <w:r>
        <w:rPr>
          <w:rFonts w:ascii="微软雅黑" w:eastAsia="微软雅黑" w:hAnsi="微软雅黑" w:cs="微软雅黑" w:hint="eastAsia"/>
          <w:lang w:eastAsia="zh-CN"/>
        </w:rPr>
        <w:t>写成程序逻辑（截图或伪代码）。</w:t>
      </w:r>
    </w:p>
    <w:p>
      <w:pPr>
        <w:pStyle w:val="ListBullet"/>
        <w:spacing w:after="72"/>
      </w:pPr>
      <w:r>
        <w:rPr>
          <w:rFonts w:ascii="微软雅黑" w:eastAsia="微软雅黑" w:hAnsi="微软雅黑" w:cs="微软雅黑" w:hint="eastAsia"/>
          <w:b/>
          <w:lang w:eastAsia="zh-CN"/>
        </w:rPr>
        <w:t>挑战（拓展）</w:t>
      </w:r>
      <w:r>
        <w:rPr>
          <w:rFonts w:ascii="微软雅黑" w:eastAsia="微软雅黑" w:hAnsi="微软雅黑" w:cs="微软雅黑" w:hint="eastAsia"/>
          <w:lang w:eastAsia="zh-CN"/>
        </w:rPr>
        <w:t>：为本校门口路口设计一套改进版相位方案（含左转待转区），画出绿红矩阵并向家人讲解；或小组合作用开源硬件搭出简化四向红绿灯并录制演示。</w:t>
      </w:r>
      <w:r/>
    </w:p>
    <w:p>
      <w:pPr>
        <w:pStyle w:val="Heading3"/>
      </w:pPr>
      <w:r>
        <w:rPr>
          <w:rFonts w:ascii="微软雅黑" w:hAnsi="微软雅黑" w:eastAsia="微软雅黑" w:cs="微软雅黑" w:hint="eastAsia"/>
          <w:b w:val="0"/>
          <w:color w:val="1A237E"/>
          <w:sz w:val="20"/>
          <w:lang w:eastAsia="zh-CN"/>
        </w:rPr>
        <w:t>九、教学评价（观察点清单 + 简易量表）</w:t>
      </w:r>
    </w:p>
    <w:p>
      <w:pPr/>
      <w:r>
        <w:rPr>
          <w:rFonts w:ascii="微软雅黑" w:eastAsia="微软雅黑" w:hAnsi="微软雅黑" w:cs="微软雅黑" w:hint="eastAsia"/>
          <w:b/>
          <w:lang w:eastAsia="zh-CN"/>
        </w:rPr>
        <w:t>观察点清单（教师巡课记录）</w:t>
      </w:r>
      <w:r>
        <w:rPr>
          <w:rFonts w:ascii="微软雅黑" w:eastAsia="微软雅黑" w:hAnsi="微软雅黑" w:cs="微软雅黑" w:hint="eastAsia"/>
          <w:lang w:eastAsia="zh-CN"/>
        </w:rPr>
        <w:t>：</w:t>
      </w:r>
    </w:p>
    <w:p>
      <w:pPr>
        <w:pStyle w:val="ListBullet"/>
        <w:spacing w:after="72"/>
      </w:pPr>
      <w:r>
        <w:t xml:space="preserve">□ </w:t>
      </w:r>
      <w:r>
        <w:rPr>
          <w:rFonts w:ascii="微软雅黑" w:eastAsia="微软雅黑" w:hAnsi="微软雅黑" w:cs="微软雅黑" w:hint="eastAsia"/>
          <w:lang w:eastAsia="zh-CN"/>
        </w:rPr>
        <w:t>能画出路口几何模型并标注三类冲突点及危险等级；</w:t>
      </w:r>
    </w:p>
    <w:p>
      <w:pPr>
        <w:pStyle w:val="ListBullet"/>
        <w:spacing w:after="72"/>
      </w:pPr>
      <w:r>
        <w:t xml:space="preserve">□ </w:t>
      </w:r>
      <w:r>
        <w:rPr>
          <w:rFonts w:ascii="微软雅黑" w:eastAsia="微软雅黑" w:hAnsi="微软雅黑" w:cs="微软雅黑" w:hint="eastAsia"/>
          <w:lang w:eastAsia="zh-CN"/>
        </w:rPr>
        <w:t>能用</w:t>
      </w:r>
      <w:r>
        <w:t>BE3g</w:t>
      </w:r>
      <w:r>
        <w:rPr>
          <w:rFonts w:ascii="微软雅黑" w:eastAsia="微软雅黑" w:hAnsi="微软雅黑" w:cs="微软雅黑" w:hint="eastAsia"/>
          <w:lang w:eastAsia="zh-CN"/>
        </w:rPr>
        <w:t>类符号正确枚举合法方向、找出不受灯控方向；</w:t>
      </w:r>
    </w:p>
    <w:p>
      <w:pPr>
        <w:pStyle w:val="ListBullet"/>
        <w:spacing w:after="72"/>
      </w:pPr>
      <w:r>
        <w:t xml:space="preserve">□ </w:t>
      </w:r>
      <w:r>
        <w:rPr>
          <w:rFonts w:ascii="微软雅黑" w:eastAsia="微软雅黑" w:hAnsi="微软雅黑" w:cs="微软雅黑" w:hint="eastAsia"/>
          <w:lang w:eastAsia="zh-CN"/>
        </w:rPr>
        <w:t>能填写</w:t>
      </w:r>
      <w:r>
        <w:t>"</w:t>
      </w:r>
      <w:r>
        <w:rPr>
          <w:rFonts w:ascii="微软雅黑" w:eastAsia="微软雅黑" w:hAnsi="微软雅黑" w:cs="微软雅黑" w:hint="eastAsia"/>
          <w:lang w:eastAsia="zh-CN"/>
        </w:rPr>
        <w:t>能否同时放行</w:t>
      </w:r>
      <w:r>
        <w:t>"</w:t>
      </w:r>
      <w:r>
        <w:rPr>
          <w:rFonts w:ascii="微软雅黑" w:eastAsia="微软雅黑" w:hAnsi="微软雅黑" w:cs="微软雅黑" w:hint="eastAsia"/>
          <w:lang w:eastAsia="zh-CN"/>
        </w:rPr>
        <w:t>判断表并形成绿红矩阵</w:t>
      </w:r>
      <w:r>
        <w:t>/</w:t>
      </w:r>
      <w:r>
        <w:rPr>
          <w:rFonts w:ascii="微软雅黑" w:eastAsia="微软雅黑" w:hAnsi="微软雅黑" w:cs="微软雅黑" w:hint="eastAsia"/>
          <w:lang w:eastAsia="zh-CN"/>
        </w:rPr>
        <w:t>相位表；</w:t>
      </w:r>
    </w:p>
    <w:p>
      <w:pPr>
        <w:pStyle w:val="ListBullet"/>
        <w:spacing w:after="72"/>
      </w:pPr>
      <w:r>
        <w:t xml:space="preserve">□ </w:t>
      </w:r>
      <w:r>
        <w:rPr>
          <w:rFonts w:ascii="微软雅黑" w:eastAsia="微软雅黑" w:hAnsi="微软雅黑" w:cs="微软雅黑" w:hint="eastAsia"/>
          <w:lang w:eastAsia="zh-CN"/>
        </w:rPr>
        <w:t>能实现（或设计）绿</w:t>
      </w:r>
      <w:r>
        <w:t>30s→</w:t>
      </w:r>
      <w:r>
        <w:rPr>
          <w:rFonts w:ascii="微软雅黑" w:eastAsia="微软雅黑" w:hAnsi="微软雅黑" w:cs="微软雅黑" w:hint="eastAsia"/>
          <w:lang w:eastAsia="zh-CN"/>
        </w:rPr>
        <w:t>黄闪</w:t>
      </w:r>
      <w:r>
        <w:t>3</w:t>
      </w:r>
      <w:r>
        <w:rPr>
          <w:rFonts w:ascii="微软雅黑" w:eastAsia="微软雅黑" w:hAnsi="微软雅黑" w:cs="微软雅黑" w:hint="eastAsia"/>
          <w:lang w:eastAsia="zh-CN"/>
        </w:rPr>
        <w:t>次</w:t>
      </w:r>
      <w:r>
        <w:t>→</w:t>
      </w:r>
      <w:r>
        <w:rPr>
          <w:rFonts w:ascii="微软雅黑" w:eastAsia="微软雅黑" w:hAnsi="微软雅黑" w:cs="微软雅黑" w:hint="eastAsia"/>
          <w:lang w:eastAsia="zh-CN"/>
        </w:rPr>
        <w:t>红</w:t>
      </w:r>
      <w:r>
        <w:t>30s</w:t>
      </w:r>
      <w:r>
        <w:rPr>
          <w:rFonts w:ascii="微软雅黑" w:eastAsia="微软雅黑" w:hAnsi="微软雅黑" w:cs="微软雅黑" w:hint="eastAsia"/>
          <w:lang w:eastAsia="zh-CN"/>
        </w:rPr>
        <w:t>的周期逻辑；</w:t>
      </w:r>
    </w:p>
    <w:p>
      <w:pPr>
        <w:pStyle w:val="ListBullet"/>
        <w:spacing w:after="72"/>
      </w:pPr>
      <w:r>
        <w:t xml:space="preserve">□ </w:t>
      </w:r>
      <w:r>
        <w:rPr>
          <w:rFonts w:ascii="微软雅黑" w:eastAsia="微软雅黑" w:hAnsi="微软雅黑" w:cs="微软雅黑" w:hint="eastAsia"/>
          <w:lang w:eastAsia="zh-CN"/>
        </w:rPr>
        <w:t>能表述</w:t>
      </w:r>
      <w:r>
        <w:t>"</w:t>
      </w:r>
      <w:r>
        <w:rPr>
          <w:rFonts w:ascii="微软雅黑" w:eastAsia="微软雅黑" w:hAnsi="微软雅黑" w:cs="微软雅黑" w:hint="eastAsia"/>
          <w:lang w:eastAsia="zh-CN"/>
        </w:rPr>
        <w:t>工程师思维</w:t>
      </w:r>
      <w:r>
        <w:t xml:space="preserve"> vs </w:t>
      </w:r>
      <w:r>
        <w:rPr>
          <w:rFonts w:ascii="微软雅黑" w:eastAsia="微软雅黑" w:hAnsi="微软雅黑" w:cs="微软雅黑" w:hint="eastAsia"/>
          <w:lang w:eastAsia="zh-CN"/>
        </w:rPr>
        <w:t>科学家思维</w:t>
      </w:r>
      <w:r>
        <w:t>"</w:t>
      </w:r>
      <w:r>
        <w:rPr>
          <w:rFonts w:ascii="微软雅黑" w:eastAsia="微软雅黑" w:hAnsi="微软雅黑" w:cs="微软雅黑" w:hint="eastAsia"/>
          <w:lang w:eastAsia="zh-CN"/>
        </w:rPr>
        <w:t>及建模必要性。</w:t>
      </w:r>
    </w:p>
    <w:p>
      <w:pPr/>
      <w:r>
        <w:rPr>
          <w:rFonts w:ascii="微软雅黑" w:eastAsia="微软雅黑" w:hAnsi="微软雅黑" w:cs="微软雅黑" w:hint="eastAsia"/>
          <w:b/>
          <w:lang w:eastAsia="zh-CN"/>
        </w:rPr>
        <w:t>简易量表（小组互评，每项1-3分）</w:t>
      </w:r>
      <w:r>
        <w:rPr>
          <w:rFonts w:ascii="微软雅黑" w:eastAsia="微软雅黑" w:hAnsi="微软雅黑" w:cs="微软雅黑" w:hint="eastAsia"/>
          <w:lang w:eastAsia="zh-CN"/>
        </w:rPr>
        <w:t>：</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评价维度</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2</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1</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几何建模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模型清晰、冲突点标注准确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有模型但标注不全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模型混乱</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数学描述</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符号规范、</w:t>
            </w:r>
            <w:r>
              <w:rPr>
                <w:sz w:val="18"/>
              </w:rPr>
              <w:t xml:space="preserve"> </w:t>
            </w:r>
            <w:r>
              <w:rPr>
                <w:sz w:val="18"/>
              </w:rPr>
              <w:t>12</w:t>
            </w:r>
            <w:r>
              <w:rPr>
                <w:sz w:val="18"/>
              </w:rPr>
              <w:t xml:space="preserve"> </w:t>
            </w:r>
            <w:r>
              <w:rPr>
                <w:sz w:val="18"/>
              </w:rPr>
              <w:t>方向无误</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部分方向错误</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不会用符号</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相位设计</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判断表与矩阵正确</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需提示修正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未完成</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工程实现</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周期逻辑正确运行</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逻辑有错能自纠</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未实现</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合作汇报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角色分明、表达清晰</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参与但松散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极少参与</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w:t>
      </w:r>
    </w:p>
    <w:p>
      <w:pPr>
        <w:spacing w:after="72"/>
      </w:pPr>
      <w:r>
        <w:rPr>
          <w:color w:val="212121"/>
        </w:rPr>
        <w:t xml:space="preserve">  </w:t>
      </w:r>
      <w:r>
        <w:rPr>
          <w:rFonts w:ascii="微软雅黑" w:eastAsia="微软雅黑" w:hAnsi="微软雅黑" w:cs="微软雅黑" w:hint="eastAsia"/>
          <w:color w:val="212121"/>
          <w:lang w:eastAsia="zh-CN"/>
        </w:rPr>
        <w:t>主体：一名初中生站在城市十字路口中央，手持平板电脑，屏幕上跳动着红绿灯相位矩阵与车流箭头；动作：少年抬手示意东西向车流停、南北向启动，路口车辆随其手势有序通行，红绿灯在他身后同步明灭；场景：黄昏的立体交叉城市干道，高楼玻璃幕墙倒映车河，镜头俯瞰呈现几何化的路口模型叠影；光影：夕阳侧逆光勾出少年轮廓，红绿灯光在湿润路面拉出长长倒影；镜头运动：从高空航拍路口几何模型缓慢下推至少年特写，再环绕半周展现八向灯序；风格：科技感写实、蓝橙对比色调、轻微动态模糊；情绪：严谨而兴奋的</w:t>
      </w:r>
      <w:r>
        <w:rPr>
          <w:color w:val="212121"/>
        </w:rPr>
        <w:t>"</w:t>
      </w:r>
      <w:r>
        <w:rPr>
          <w:rFonts w:ascii="微软雅黑" w:eastAsia="微软雅黑" w:hAnsi="微软雅黑" w:cs="微软雅黑" w:hint="eastAsia"/>
          <w:color w:val="212121"/>
          <w:lang w:eastAsia="zh-CN"/>
        </w:rPr>
        <w:t>小工程师</w:t>
      </w:r>
      <w:r>
        <w:rPr>
          <w:color w:val="212121"/>
        </w:rPr>
        <w:t>"</w:t>
      </w:r>
      <w:r>
        <w:rPr>
          <w:rFonts w:ascii="微软雅黑" w:eastAsia="微软雅黑" w:hAnsi="微软雅黑" w:cs="微软雅黑" w:hint="eastAsia"/>
          <w:color w:val="212121"/>
          <w:lang w:eastAsia="zh-CN"/>
        </w:rPr>
        <w:t>掌控感，呼应</w:t>
      </w:r>
      <w:r>
        <w:rPr>
          <w:color w:val="212121"/>
        </w:rPr>
        <w:t>"</w:t>
      </w:r>
      <w:r>
        <w:rPr>
          <w:rFonts w:ascii="微软雅黑" w:eastAsia="微软雅黑" w:hAnsi="微软雅黑" w:cs="微软雅黑" w:hint="eastAsia"/>
          <w:color w:val="212121"/>
          <w:lang w:eastAsia="zh-CN"/>
        </w:rPr>
        <w:t>把事情做成</w:t>
      </w:r>
      <w:r>
        <w:rPr>
          <w:color w:val="212121"/>
        </w:rPr>
        <w:t>"</w:t>
      </w:r>
      <w:r>
        <w:rPr>
          <w:rFonts w:ascii="微软雅黑" w:eastAsia="微软雅黑" w:hAnsi="微软雅黑" w:cs="微软雅黑" w:hint="eastAsia"/>
          <w:color w:val="212121"/>
          <w:lang w:eastAsia="zh-CN"/>
        </w:rPr>
        <w:t>的工程精神。</w:t>
      </w:r>
      <w:r/>
    </w:p>
    <w:p>
      <w:bookmarkStart w:id="41" w:name="_Toc_section_20"/>
      <w:bookmarkStart w:id="19" w:name="section-20"/>
      <w:pPr>
        <w:pStyle w:val="Heading2"/>
        <w:pageBreakBefore/>
      </w:pPr>
      <w:bookmarkEnd w:id="19"/>
      <w:r>
        <w:rPr>
          <w:rFonts w:ascii="微软雅黑" w:hAnsi="微软雅黑" w:eastAsia="微软雅黑" w:cs="微软雅黑" w:hint="eastAsia"/>
          <w:b w:val="0"/>
          <w:color w:val="1A237E"/>
          <w:sz w:val="22"/>
          <w:lang w:eastAsia="zh-CN"/>
        </w:rPr>
        <w:t xml:space="preserve">  课题：《AI如何听懂你说的是"苹果"——语音识别背后的物理与数学原理》（人工智能通识课·高中）</w:t>
      </w:r>
      <w:bookmarkEnd w:id="41"/>
    </w:p>
    <w:p>
      <w:pPr>
        <w:spacing w:after="72"/>
      </w:pPr>
      <w:r>
        <w:rPr>
          <w:color w:val="212121"/>
        </w:rPr>
        <w:t xml:space="preserve">  </w:t>
      </w:r>
      <w:r>
        <w:rPr>
          <w:rFonts w:ascii="微软雅黑" w:eastAsia="微软雅黑" w:hAnsi="微软雅黑" w:cs="微软雅黑" w:hint="eastAsia"/>
          <w:color w:val="212121"/>
          <w:lang w:eastAsia="zh-CN"/>
        </w:rPr>
        <w:t>配套示范课视频：第</w:t>
      </w:r>
      <w:r>
        <w:rPr>
          <w:color w:val="212121"/>
        </w:rPr>
        <w:t>18</w:t>
      </w:r>
      <w:r>
        <w:rPr>
          <w:rFonts w:ascii="微软雅黑" w:eastAsia="微软雅黑" w:hAnsi="微软雅黑" w:cs="微软雅黑" w:hint="eastAsia"/>
          <w:color w:val="212121"/>
          <w:lang w:eastAsia="zh-CN"/>
        </w:rPr>
        <w:t>讲《案例（高中）</w:t>
      </w:r>
      <w:r>
        <w:rPr>
          <w:color w:val="212121"/>
        </w:rPr>
        <w:t>-</w:t>
      </w:r>
      <w:r>
        <w:rPr>
          <w:rFonts w:ascii="微软雅黑" w:eastAsia="微软雅黑" w:hAnsi="微软雅黑" w:cs="微软雅黑" w:hint="eastAsia"/>
          <w:color w:val="212121"/>
          <w:lang w:eastAsia="zh-CN"/>
        </w:rPr>
        <w:t>语音识别》｜示范时长约</w:t>
      </w:r>
      <w:r>
        <w:rPr>
          <w:color w:val="212121"/>
        </w:rPr>
        <w:t>8</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适用学段</w:t>
      </w:r>
      <w:r>
        <w:rPr>
          <w:rFonts w:ascii="微软雅黑" w:eastAsia="微软雅黑" w:hAnsi="微软雅黑" w:cs="微软雅黑" w:hint="eastAsia"/>
          <w:lang w:eastAsia="zh-CN"/>
        </w:rPr>
        <w:t>：高中（高一至高二）｜</w:t>
      </w:r>
      <w:r>
        <w:rPr>
          <w:rFonts w:ascii="微软雅黑" w:eastAsia="微软雅黑" w:hAnsi="微软雅黑" w:cs="微软雅黑" w:hint="eastAsia"/>
          <w:b/>
          <w:lang w:eastAsia="zh-CN"/>
        </w:rPr>
        <w:t>建议课时</w:t>
      </w: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课时（</w:t>
      </w:r>
      <w:r>
        <w:t>40-45</w:t>
      </w:r>
      <w:r>
        <w:rPr>
          <w:rFonts w:ascii="微软雅黑" w:eastAsia="微软雅黑" w:hAnsi="微软雅黑" w:cs="微软雅黑" w:hint="eastAsia"/>
          <w:lang w:eastAsia="zh-CN"/>
        </w:rPr>
        <w:t>分钟）｜</w:t>
      </w:r>
      <w:r>
        <w:rPr>
          <w:rFonts w:ascii="微软雅黑" w:eastAsia="微软雅黑" w:hAnsi="微软雅黑" w:cs="微软雅黑" w:hint="eastAsia"/>
          <w:b/>
          <w:lang w:eastAsia="zh-CN"/>
        </w:rPr>
        <w:t>学科融合</w:t>
      </w:r>
      <w:r>
        <w:rPr>
          <w:rFonts w:ascii="微软雅黑" w:eastAsia="微软雅黑" w:hAnsi="微软雅黑" w:cs="微软雅黑" w:hint="eastAsia"/>
          <w:lang w:eastAsia="zh-CN"/>
        </w:rPr>
        <w:t>：信息科技（人工智能</w:t>
      </w:r>
      <w:r>
        <w:t>/</w:t>
      </w:r>
      <w:r>
        <w:rPr>
          <w:rFonts w:ascii="微软雅黑" w:eastAsia="微软雅黑" w:hAnsi="微软雅黑" w:cs="微软雅黑" w:hint="eastAsia"/>
          <w:lang w:eastAsia="zh-CN"/>
        </w:rPr>
        <w:t>语音识别）</w:t>
      </w:r>
      <w:r>
        <w:t xml:space="preserve">+ </w:t>
      </w:r>
      <w:r>
        <w:rPr>
          <w:rFonts w:ascii="微软雅黑" w:eastAsia="微软雅黑" w:hAnsi="微软雅黑" w:cs="微软雅黑" w:hint="eastAsia"/>
          <w:lang w:eastAsia="zh-CN"/>
        </w:rPr>
        <w:t>物理（声学、振动与波）</w:t>
      </w:r>
      <w:r>
        <w:t xml:space="preserve">+ </w:t>
      </w:r>
      <w:r>
        <w:rPr>
          <w:rFonts w:ascii="微软雅黑" w:eastAsia="微软雅黑" w:hAnsi="微软雅黑" w:cs="微软雅黑" w:hint="eastAsia"/>
          <w:lang w:eastAsia="zh-CN"/>
        </w:rPr>
        <w:t>数学（函数、三角函数、概率、条件概率与贝叶斯公式）</w:t>
      </w:r>
    </w:p>
    <w:p>
      <w:pPr/>
      <w:r>
        <w:rPr>
          <w:rFonts w:ascii="微软雅黑" w:eastAsia="微软雅黑" w:hAnsi="微软雅黑" w:cs="微软雅黑" w:hint="eastAsia"/>
          <w:b/>
          <w:lang w:eastAsia="zh-CN"/>
        </w:rPr>
        <w:t>课型</w:t>
      </w:r>
      <w:r>
        <w:rPr>
          <w:rFonts w:ascii="微软雅黑" w:eastAsia="微软雅黑" w:hAnsi="微软雅黑" w:cs="微软雅黑" w:hint="eastAsia"/>
          <w:lang w:eastAsia="zh-CN"/>
        </w:rPr>
        <w:t>：通识课</w:t>
      </w:r>
      <w:r>
        <w:t xml:space="preserve"> / </w:t>
      </w:r>
      <w:r>
        <w:rPr>
          <w:rFonts w:ascii="微软雅黑" w:eastAsia="微软雅黑" w:hAnsi="微软雅黑" w:cs="微软雅黑" w:hint="eastAsia"/>
          <w:lang w:eastAsia="zh-CN"/>
        </w:rPr>
        <w:t>拓展课（跨学科原理探究课，项目实践取向）</w:t>
      </w:r>
      <w:r/>
    </w:p>
    <w:p>
      <w:pPr>
        <w:pStyle w:val="Heading3"/>
      </w:pPr>
      <w:r>
        <w:rPr>
          <w:rFonts w:ascii="微软雅黑" w:hAnsi="微软雅黑" w:eastAsia="微软雅黑" w:cs="微软雅黑" w:hint="eastAsia"/>
          <w:b w:val="0"/>
          <w:color w:val="1A237E"/>
          <w:sz w:val="20"/>
          <w:lang w:eastAsia="zh-CN"/>
        </w:rPr>
        <w:t>一、教学目标（可观察可评估）</w:t>
      </w:r>
    </w:p>
    <w:p>
      <w:pPr>
        <w:pStyle w:val="ListNumber"/>
        <w:numPr>
          <w:ilvl w:val="0"/>
          <w:numId w:val="53"/>
        </w:numPr>
        <w:spacing w:after="72"/>
      </w:pPr>
      <w:r>
        <w:rPr>
          <w:rFonts w:ascii="微软雅黑" w:eastAsia="微软雅黑" w:hAnsi="微软雅黑" w:cs="微软雅黑" w:hint="eastAsia"/>
          <w:b/>
          <w:lang w:eastAsia="zh-CN"/>
        </w:rPr>
        <w:t>物理原理建构</w:t>
      </w:r>
      <w:r>
        <w:rPr>
          <w:rFonts w:ascii="微软雅黑" w:eastAsia="微软雅黑" w:hAnsi="微软雅黑" w:cs="微软雅黑" w:hint="eastAsia"/>
          <w:lang w:eastAsia="zh-CN"/>
        </w:rPr>
        <w:t>：能从</w:t>
      </w:r>
      <w:r>
        <w:t>"</w:t>
      </w:r>
      <w:r>
        <w:rPr>
          <w:rFonts w:ascii="微软雅黑" w:eastAsia="微软雅黑" w:hAnsi="微软雅黑" w:cs="微软雅黑" w:hint="eastAsia"/>
          <w:lang w:eastAsia="zh-CN"/>
        </w:rPr>
        <w:t>声音由物体振动产生</w:t>
      </w:r>
      <w:r>
        <w:t>"</w:t>
      </w:r>
      <w:r>
        <w:rPr>
          <w:rFonts w:ascii="微软雅黑" w:eastAsia="微软雅黑" w:hAnsi="微软雅黑" w:cs="微软雅黑" w:hint="eastAsia"/>
          <w:lang w:eastAsia="zh-CN"/>
        </w:rPr>
        <w:t>出发，说明振动是循环往复的运动，并用</w:t>
      </w:r>
      <w:r>
        <w:t>"</w:t>
      </w:r>
      <w:r>
        <w:rPr>
          <w:rFonts w:ascii="微软雅黑" w:eastAsia="微软雅黑" w:hAnsi="微软雅黑" w:cs="微软雅黑" w:hint="eastAsia"/>
          <w:lang w:eastAsia="zh-CN"/>
        </w:rPr>
        <w:t>空间维度</w:t>
      </w:r>
      <w:r>
        <w:t>→</w:t>
      </w:r>
      <w:r>
        <w:rPr>
          <w:rFonts w:ascii="微软雅黑" w:eastAsia="微软雅黑" w:hAnsi="微软雅黑" w:cs="微软雅黑" w:hint="eastAsia"/>
          <w:lang w:eastAsia="zh-CN"/>
        </w:rPr>
        <w:t>振幅、时间维度</w:t>
      </w:r>
      <w:r>
        <w:t>→</w:t>
      </w:r>
      <w:r>
        <w:rPr>
          <w:rFonts w:ascii="微软雅黑" w:eastAsia="微软雅黑" w:hAnsi="微软雅黑" w:cs="微软雅黑" w:hint="eastAsia"/>
          <w:lang w:eastAsia="zh-CN"/>
        </w:rPr>
        <w:t>周期</w:t>
      </w:r>
      <w:r>
        <w:t>"</w:t>
      </w:r>
      <w:r>
        <w:rPr>
          <w:rFonts w:ascii="微软雅黑" w:eastAsia="微软雅黑" w:hAnsi="微软雅黑" w:cs="微软雅黑" w:hint="eastAsia"/>
          <w:lang w:eastAsia="zh-CN"/>
        </w:rPr>
        <w:t>的双维度框架描述振动，准确表述声学三要素（振幅</w:t>
      </w:r>
      <w:r>
        <w:t>—</w:t>
      </w:r>
      <w:r>
        <w:rPr>
          <w:rFonts w:ascii="微软雅黑" w:eastAsia="微软雅黑" w:hAnsi="微软雅黑" w:cs="微软雅黑" w:hint="eastAsia"/>
          <w:lang w:eastAsia="zh-CN"/>
        </w:rPr>
        <w:t>响度、周期、频率</w:t>
      </w:r>
      <w:r>
        <w:t>f=1/T—</w:t>
      </w:r>
      <w:r>
        <w:rPr>
          <w:rFonts w:ascii="微软雅黑" w:eastAsia="微软雅黑" w:hAnsi="微软雅黑" w:cs="微软雅黑" w:hint="eastAsia"/>
          <w:lang w:eastAsia="zh-CN"/>
        </w:rPr>
        <w:t>音调），结合示波器</w:t>
      </w:r>
      <w:r>
        <w:t>/</w:t>
      </w:r>
      <w:r>
        <w:rPr>
          <w:rFonts w:ascii="微软雅黑" w:eastAsia="微软雅黑" w:hAnsi="微软雅黑" w:cs="微软雅黑" w:hint="eastAsia"/>
          <w:lang w:eastAsia="zh-CN"/>
        </w:rPr>
        <w:t>音频软件观察大声</w:t>
      </w:r>
      <w:r>
        <w:t>/</w:t>
      </w:r>
      <w:r>
        <w:rPr>
          <w:rFonts w:ascii="微软雅黑" w:eastAsia="微软雅黑" w:hAnsi="微软雅黑" w:cs="微软雅黑" w:hint="eastAsia"/>
          <w:lang w:eastAsia="zh-CN"/>
        </w:rPr>
        <w:t>小声、高音</w:t>
      </w:r>
      <w:r>
        <w:t>/</w:t>
      </w:r>
      <w:r>
        <w:rPr>
          <w:rFonts w:ascii="微软雅黑" w:eastAsia="微软雅黑" w:hAnsi="微软雅黑" w:cs="微软雅黑" w:hint="eastAsia"/>
          <w:lang w:eastAsia="zh-CN"/>
        </w:rPr>
        <w:t>低音的波形差异。</w:t>
      </w:r>
    </w:p>
    <w:p>
      <w:pPr>
        <w:pStyle w:val="ListNumber"/>
        <w:numPr>
          <w:ilvl w:val="0"/>
          <w:numId w:val="53"/>
        </w:numPr>
        <w:spacing w:after="72"/>
      </w:pPr>
      <w:r>
        <w:rPr>
          <w:rFonts w:ascii="微软雅黑" w:eastAsia="微软雅黑" w:hAnsi="微软雅黑" w:cs="微软雅黑" w:hint="eastAsia"/>
          <w:b/>
          <w:lang w:eastAsia="zh-CN"/>
        </w:rPr>
        <w:t>数学原理理解</w:t>
      </w:r>
      <w:r>
        <w:rPr>
          <w:rFonts w:ascii="微软雅黑" w:eastAsia="微软雅黑" w:hAnsi="微软雅黑" w:cs="微软雅黑" w:hint="eastAsia"/>
          <w:lang w:eastAsia="zh-CN"/>
        </w:rPr>
        <w:t>：能复述傅里叶变换的高中层面表述</w:t>
      </w:r>
      <w:r>
        <w:t>——"</w:t>
      </w:r>
      <w:r>
        <w:rPr>
          <w:rFonts w:ascii="微软雅黑" w:eastAsia="微软雅黑" w:hAnsi="微软雅黑" w:cs="微软雅黑" w:hint="eastAsia"/>
          <w:lang w:eastAsia="zh-CN"/>
        </w:rPr>
        <w:t>任何周期为</w:t>
      </w:r>
      <w:r>
        <w:t>T</w:t>
      </w:r>
      <w:r>
        <w:rPr>
          <w:rFonts w:ascii="微软雅黑" w:eastAsia="微软雅黑" w:hAnsi="微软雅黑" w:cs="微软雅黑" w:hint="eastAsia"/>
          <w:lang w:eastAsia="zh-CN"/>
        </w:rPr>
        <w:t>的函数</w:t>
      </w:r>
      <w:r>
        <w:t>f(t)</w:t>
      </w:r>
      <w:r>
        <w:rPr>
          <w:rFonts w:ascii="微软雅黑" w:eastAsia="微软雅黑" w:hAnsi="微软雅黑" w:cs="微软雅黑" w:hint="eastAsia"/>
          <w:lang w:eastAsia="zh-CN"/>
        </w:rPr>
        <w:t>，都可以写成一系列正弦和余弦函数的和</w:t>
      </w:r>
      <w:r>
        <w:t>"</w:t>
      </w:r>
      <w:r>
        <w:rPr>
          <w:rFonts w:ascii="微软雅黑" w:eastAsia="微软雅黑" w:hAnsi="微软雅黑" w:cs="微软雅黑" w:hint="eastAsia"/>
          <w:lang w:eastAsia="zh-CN"/>
        </w:rPr>
        <w:t>，并理解任意复杂语音波形可由标准正弦波通过加减组合（叠加）得到；能在给定简单周期波形时，尝试用若干正弦波</w:t>
      </w:r>
      <w:r>
        <w:t>"</w:t>
      </w:r>
      <w:r>
        <w:rPr>
          <w:rFonts w:ascii="微软雅黑" w:eastAsia="微软雅黑" w:hAnsi="微软雅黑" w:cs="微软雅黑" w:hint="eastAsia"/>
          <w:lang w:eastAsia="zh-CN"/>
        </w:rPr>
        <w:t>叠加</w:t>
      </w:r>
      <w:r>
        <w:t>"</w:t>
      </w:r>
      <w:r>
        <w:rPr>
          <w:rFonts w:ascii="微软雅黑" w:eastAsia="微软雅黑" w:hAnsi="微软雅黑" w:cs="微软雅黑" w:hint="eastAsia"/>
          <w:lang w:eastAsia="zh-CN"/>
        </w:rPr>
        <w:t>逼近。</w:t>
      </w:r>
    </w:p>
    <w:p>
      <w:pPr>
        <w:pStyle w:val="ListNumber"/>
        <w:numPr>
          <w:ilvl w:val="0"/>
          <w:numId w:val="53"/>
        </w:numPr>
        <w:spacing w:after="72"/>
      </w:pPr>
      <w:r>
        <w:rPr>
          <w:rFonts w:ascii="微软雅黑" w:eastAsia="微软雅黑" w:hAnsi="微软雅黑" w:cs="微软雅黑" w:hint="eastAsia"/>
          <w:b/>
          <w:lang w:eastAsia="zh-CN"/>
        </w:rPr>
        <w:t>概率推理应用</w:t>
      </w:r>
      <w:r>
        <w:rPr>
          <w:rFonts w:ascii="微软雅黑" w:eastAsia="微软雅黑" w:hAnsi="微软雅黑" w:cs="微软雅黑" w:hint="eastAsia"/>
          <w:lang w:eastAsia="zh-CN"/>
        </w:rPr>
        <w:t>：能说出中文语音识别的</w:t>
      </w:r>
      <w:r>
        <w:t>"</w:t>
      </w:r>
      <w:r>
        <w:rPr>
          <w:rFonts w:ascii="微软雅黑" w:eastAsia="微软雅黑" w:hAnsi="微软雅黑" w:cs="微软雅黑" w:hint="eastAsia"/>
          <w:lang w:eastAsia="zh-CN"/>
        </w:rPr>
        <w:t>同音字消歧</w:t>
      </w:r>
      <w:r>
        <w:t>"</w:t>
      </w:r>
      <w:r>
        <w:rPr>
          <w:rFonts w:ascii="微软雅黑" w:eastAsia="微软雅黑" w:hAnsi="微软雅黑" w:cs="微软雅黑" w:hint="eastAsia"/>
          <w:lang w:eastAsia="zh-CN"/>
        </w:rPr>
        <w:t>难点，并以</w:t>
      </w:r>
      <w:r>
        <w:t>"pingguo"</w:t>
      </w:r>
      <w:r>
        <w:rPr>
          <w:rFonts w:ascii="微软雅黑" w:eastAsia="微软雅黑" w:hAnsi="微软雅黑" w:cs="微软雅黑" w:hint="eastAsia"/>
          <w:lang w:eastAsia="zh-CN"/>
        </w:rPr>
        <w:t>为例，说明仅凭音节无法确定是</w:t>
      </w:r>
      <w:r>
        <w:t>"</w:t>
      </w:r>
      <w:r>
        <w:rPr>
          <w:rFonts w:ascii="微软雅黑" w:eastAsia="微软雅黑" w:hAnsi="微软雅黑" w:cs="微软雅黑" w:hint="eastAsia"/>
          <w:lang w:eastAsia="zh-CN"/>
        </w:rPr>
        <w:t>苹果</w:t>
      </w:r>
      <w:r>
        <w:t>"</w:t>
      </w:r>
      <w:r>
        <w:rPr>
          <w:rFonts w:ascii="微软雅黑" w:eastAsia="微软雅黑" w:hAnsi="微软雅黑" w:cs="微软雅黑" w:hint="eastAsia"/>
          <w:lang w:eastAsia="zh-CN"/>
        </w:rPr>
        <w:t>还是</w:t>
      </w:r>
      <w:r>
        <w:t>"</w:t>
      </w:r>
      <w:r>
        <w:rPr>
          <w:rFonts w:ascii="微软雅黑" w:eastAsia="微软雅黑" w:hAnsi="微软雅黑" w:cs="微软雅黑" w:hint="eastAsia"/>
          <w:lang w:eastAsia="zh-CN"/>
        </w:rPr>
        <w:t>平果</w:t>
      </w:r>
      <w:r>
        <w:t>"</w:t>
      </w:r>
      <w:r>
        <w:rPr>
          <w:rFonts w:ascii="微软雅黑" w:eastAsia="微软雅黑" w:hAnsi="微软雅黑" w:cs="微软雅黑" w:hint="eastAsia"/>
          <w:lang w:eastAsia="zh-CN"/>
        </w:rPr>
        <w:t>等；能区分两种推理策略</w:t>
      </w:r>
      <w:r>
        <w:t>——"</w:t>
      </w:r>
      <w:r>
        <w:rPr>
          <w:rFonts w:ascii="微软雅黑" w:eastAsia="微软雅黑" w:hAnsi="微软雅黑" w:cs="微软雅黑" w:hint="eastAsia"/>
          <w:lang w:eastAsia="zh-CN"/>
        </w:rPr>
        <w:t>根据前面算后面</w:t>
      </w:r>
      <w:r>
        <w:t>"</w:t>
      </w:r>
      <w:r>
        <w:rPr>
          <w:rFonts w:ascii="微软雅黑" w:eastAsia="微软雅黑" w:hAnsi="微软雅黑" w:cs="微软雅黑" w:hint="eastAsia"/>
          <w:lang w:eastAsia="zh-CN"/>
        </w:rPr>
        <w:t>（马尔可夫链思想，</w:t>
      </w:r>
      <w:r>
        <w:t>P(Xt+1|Xt)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根据后面算前面</w:t>
      </w:r>
      <w:r>
        <w:t>"</w:t>
      </w:r>
      <w:r>
        <w:rPr>
          <w:rFonts w:ascii="微软雅黑" w:eastAsia="微软雅黑" w:hAnsi="微软雅黑" w:cs="微软雅黑" w:hint="eastAsia"/>
          <w:lang w:eastAsia="zh-CN"/>
        </w:rPr>
        <w:t>（贝叶斯推理，</w:t>
      </w:r>
      <w:r>
        <w:t>P(H|D)=P(D|H)·P(H)/P(D)</w:t>
      </w:r>
      <w:r>
        <w:rPr>
          <w:rFonts w:ascii="微软雅黑" w:eastAsia="微软雅黑" w:hAnsi="微软雅黑" w:cs="微软雅黑" w:hint="eastAsia"/>
          <w:lang w:eastAsia="zh-CN"/>
        </w:rPr>
        <w:t>），并用卡片</w:t>
      </w:r>
      <w:r>
        <w:t>/</w:t>
      </w:r>
      <w:r>
        <w:rPr>
          <w:rFonts w:ascii="微软雅黑" w:eastAsia="微软雅黑" w:hAnsi="微软雅黑" w:cs="微软雅黑" w:hint="eastAsia"/>
          <w:lang w:eastAsia="zh-CN"/>
        </w:rPr>
        <w:t>骰子实验体验条件概率。</w:t>
      </w:r>
    </w:p>
    <w:p>
      <w:pPr>
        <w:pStyle w:val="ListNumber"/>
        <w:numPr>
          <w:ilvl w:val="0"/>
          <w:numId w:val="53"/>
        </w:numPr>
        <w:spacing w:after="72"/>
      </w:pPr>
      <w:r>
        <w:rPr>
          <w:rFonts w:ascii="微软雅黑" w:eastAsia="微软雅黑" w:hAnsi="微软雅黑" w:cs="微软雅黑" w:hint="eastAsia"/>
          <w:b/>
          <w:lang w:eastAsia="zh-CN"/>
        </w:rPr>
        <w:t>思辨与项目实践</w:t>
      </w:r>
      <w:r>
        <w:rPr>
          <w:rFonts w:ascii="微软雅黑" w:eastAsia="微软雅黑" w:hAnsi="微软雅黑" w:cs="微软雅黑" w:hint="eastAsia"/>
          <w:lang w:eastAsia="zh-CN"/>
        </w:rPr>
        <w:t>：能就</w:t>
      </w:r>
      <w:r>
        <w:t>"</w:t>
      </w:r>
      <w:r>
        <w:rPr>
          <w:rFonts w:ascii="微软雅黑" w:eastAsia="微软雅黑" w:hAnsi="微软雅黑" w:cs="微软雅黑" w:hint="eastAsia"/>
          <w:lang w:eastAsia="zh-CN"/>
        </w:rPr>
        <w:t>为什么机器听写中文比英文更难</w:t>
      </w:r>
      <w:r>
        <w:t>""AI</w:t>
      </w:r>
      <w:r>
        <w:rPr>
          <w:rFonts w:ascii="微软雅黑" w:eastAsia="微软雅黑" w:hAnsi="微软雅黑" w:cs="微软雅黑" w:hint="eastAsia"/>
          <w:lang w:eastAsia="zh-CN"/>
        </w:rPr>
        <w:t>理解语音与人类理解有何异同</w:t>
      </w:r>
      <w:r>
        <w:t>"</w:t>
      </w:r>
      <w:r>
        <w:rPr>
          <w:rFonts w:ascii="微软雅黑" w:eastAsia="微软雅黑" w:hAnsi="微软雅黑" w:cs="微软雅黑" w:hint="eastAsia"/>
          <w:lang w:eastAsia="zh-CN"/>
        </w:rPr>
        <w:t>展开有论据的辩论；能完成一个微型项目</w:t>
      </w:r>
      <w:r>
        <w:t>——</w:t>
      </w:r>
      <w:r>
        <w:rPr>
          <w:rFonts w:ascii="微软雅黑" w:eastAsia="微软雅黑" w:hAnsi="微软雅黑" w:cs="微软雅黑" w:hint="eastAsia"/>
          <w:lang w:eastAsia="zh-CN"/>
        </w:rPr>
        <w:t>录制一段语音并观察其频谱图，找出基频与谐波，或用</w:t>
      </w:r>
      <w:r>
        <w:t>Python/</w:t>
      </w:r>
      <w:r>
        <w:rPr>
          <w:rFonts w:ascii="微软雅黑" w:eastAsia="微软雅黑" w:hAnsi="微软雅黑" w:cs="微软雅黑" w:hint="eastAsia"/>
          <w:lang w:eastAsia="zh-CN"/>
        </w:rPr>
        <w:t>在线工具验证傅里叶分解直觉。</w:t>
      </w:r>
      <w:r/>
    </w:p>
    <w:p>
      <w:pPr>
        <w:pStyle w:val="Heading3"/>
      </w:pPr>
      <w:r>
        <w:rPr>
          <w:rFonts w:ascii="微软雅黑" w:hAnsi="微软雅黑" w:eastAsia="微软雅黑" w:cs="微软雅黑" w:hint="eastAsia"/>
          <w:b w:val="0"/>
          <w:color w:val="1A237E"/>
          <w:sz w:val="20"/>
          <w:lang w:eastAsia="zh-CN"/>
        </w:rPr>
        <w:t>二、教学重难点</w:t>
      </w:r>
    </w:p>
    <w:p>
      <w:pPr/>
      <w:r>
        <w:rPr>
          <w:rFonts w:ascii="微软雅黑" w:eastAsia="微软雅黑" w:hAnsi="微软雅黑" w:cs="微软雅黑" w:hint="eastAsia"/>
          <w:b/>
          <w:lang w:eastAsia="zh-CN"/>
        </w:rPr>
        <w:t>重点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描述振动的双维度框架（空间</w:t>
      </w:r>
      <w:r>
        <w:t>→</w:t>
      </w:r>
      <w:r>
        <w:rPr>
          <w:rFonts w:ascii="微软雅黑" w:eastAsia="微软雅黑" w:hAnsi="微软雅黑" w:cs="微软雅黑" w:hint="eastAsia"/>
          <w:lang w:eastAsia="zh-CN"/>
        </w:rPr>
        <w:t>振幅，时间</w:t>
      </w:r>
      <w:r>
        <w:t>→</w:t>
      </w:r>
      <w:r>
        <w:rPr>
          <w:rFonts w:ascii="微软雅黑" w:eastAsia="微软雅黑" w:hAnsi="微软雅黑" w:cs="微软雅黑" w:hint="eastAsia"/>
          <w:lang w:eastAsia="zh-CN"/>
        </w:rPr>
        <w:t>周期）与声学三要素；</w:t>
      </w:r>
    </w:p>
    <w:p>
      <w:pPr>
        <w:pStyle w:val="ListBullet"/>
        <w:spacing w:after="72"/>
      </w:pPr>
      <w:r>
        <w:rPr>
          <w:rFonts w:ascii="微软雅黑" w:eastAsia="微软雅黑" w:hAnsi="微软雅黑" w:cs="微软雅黑" w:hint="eastAsia"/>
          <w:lang w:eastAsia="zh-CN"/>
        </w:rPr>
        <w:t>傅里叶变换原理层面表述及其对语音信号的解释；</w:t>
      </w:r>
    </w:p>
    <w:p>
      <w:pPr>
        <w:pStyle w:val="ListBullet"/>
        <w:spacing w:after="72"/>
      </w:pPr>
      <w:r>
        <w:rPr>
          <w:rFonts w:ascii="微软雅黑" w:eastAsia="微软雅黑" w:hAnsi="微软雅黑" w:cs="微软雅黑" w:hint="eastAsia"/>
          <w:lang w:eastAsia="zh-CN"/>
        </w:rPr>
        <w:t>同音字消歧与上下文推理（马尔可夫链思想、贝叶斯公式）。</w:t>
      </w:r>
    </w:p>
    <w:p>
      <w:pPr/>
      <w:r>
        <w:rPr>
          <w:rFonts w:ascii="微软雅黑" w:eastAsia="微软雅黑" w:hAnsi="微软雅黑" w:cs="微软雅黑" w:hint="eastAsia"/>
          <w:b/>
          <w:lang w:eastAsia="zh-CN"/>
        </w:rPr>
        <w:t>难点</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从</w:t>
      </w:r>
      <w:r>
        <w:t>"</w:t>
      </w:r>
      <w:r>
        <w:rPr>
          <w:rFonts w:ascii="微软雅黑" w:eastAsia="微软雅黑" w:hAnsi="微软雅黑" w:cs="微软雅黑" w:hint="eastAsia"/>
          <w:lang w:eastAsia="zh-CN"/>
        </w:rPr>
        <w:t>随手画的波浪线</w:t>
      </w:r>
      <w:r>
        <w:t>"</w:t>
      </w:r>
      <w:r>
        <w:rPr>
          <w:rFonts w:ascii="微软雅黑" w:eastAsia="微软雅黑" w:hAnsi="微软雅黑" w:cs="微软雅黑" w:hint="eastAsia"/>
          <w:lang w:eastAsia="zh-CN"/>
        </w:rPr>
        <w:t>抽象到</w:t>
      </w:r>
      <w:r>
        <w:t>"</w:t>
      </w:r>
      <w:r>
        <w:rPr>
          <w:rFonts w:ascii="微软雅黑" w:eastAsia="微软雅黑" w:hAnsi="微软雅黑" w:cs="微软雅黑" w:hint="eastAsia"/>
          <w:lang w:eastAsia="zh-CN"/>
        </w:rPr>
        <w:t>周期函数可用正弦余弦叠加表示</w:t>
      </w:r>
      <w:r>
        <w:t>"</w:t>
      </w:r>
      <w:r>
        <w:rPr>
          <w:rFonts w:ascii="微软雅黑" w:eastAsia="微软雅黑" w:hAnsi="微软雅黑" w:cs="微软雅黑" w:hint="eastAsia"/>
          <w:lang w:eastAsia="zh-CN"/>
        </w:rPr>
        <w:t>的数学直觉建立；</w:t>
      </w:r>
    </w:p>
    <w:p>
      <w:pPr>
        <w:pStyle w:val="ListBullet"/>
        <w:spacing w:after="72"/>
      </w:pPr>
      <w:r>
        <w:rPr>
          <w:rFonts w:ascii="微软雅黑" w:eastAsia="微软雅黑" w:hAnsi="微软雅黑" w:cs="微软雅黑" w:hint="eastAsia"/>
          <w:lang w:eastAsia="zh-CN"/>
        </w:rPr>
        <w:t>贝叶斯公式</w:t>
      </w:r>
      <w:r>
        <w:t xml:space="preserve"> P(H|D)=P(D|H)·P(H)/P(D) </w:t>
      </w:r>
      <w:r>
        <w:rPr>
          <w:rFonts w:ascii="微软雅黑" w:eastAsia="微软雅黑" w:hAnsi="微软雅黑" w:cs="微软雅黑" w:hint="eastAsia"/>
          <w:lang w:eastAsia="zh-CN"/>
        </w:rPr>
        <w:t>在</w:t>
      </w:r>
      <w:r>
        <w:t>"</w:t>
      </w:r>
      <w:r>
        <w:rPr>
          <w:rFonts w:ascii="微软雅黑" w:eastAsia="微软雅黑" w:hAnsi="微软雅黑" w:cs="微软雅黑" w:hint="eastAsia"/>
          <w:lang w:eastAsia="zh-CN"/>
        </w:rPr>
        <w:t>根据后面算前面</w:t>
      </w:r>
      <w:r>
        <w:t>"</w:t>
      </w:r>
      <w:r>
        <w:rPr>
          <w:rFonts w:ascii="微软雅黑" w:eastAsia="微软雅黑" w:hAnsi="微软雅黑" w:cs="微软雅黑" w:hint="eastAsia"/>
          <w:lang w:eastAsia="zh-CN"/>
        </w:rPr>
        <w:t>消歧中的语义映射；</w:t>
      </w:r>
    </w:p>
    <w:p>
      <w:pPr>
        <w:pStyle w:val="ListBullet"/>
        <w:spacing w:after="72"/>
      </w:pPr>
      <w:r>
        <w:rPr>
          <w:rFonts w:ascii="微软雅黑" w:eastAsia="微软雅黑" w:hAnsi="微软雅黑" w:cs="微软雅黑" w:hint="eastAsia"/>
          <w:lang w:eastAsia="zh-CN"/>
        </w:rPr>
        <w:t>跨学科知识结构的统整：物理（波）</w:t>
      </w:r>
      <w:r>
        <w:t>→</w:t>
      </w:r>
      <w:r>
        <w:rPr>
          <w:rFonts w:ascii="微软雅黑" w:eastAsia="微软雅黑" w:hAnsi="微软雅黑" w:cs="微软雅黑" w:hint="eastAsia"/>
          <w:lang w:eastAsia="zh-CN"/>
        </w:rPr>
        <w:t>数学（函数</w:t>
      </w:r>
      <w:r>
        <w:t>/</w:t>
      </w:r>
      <w:r>
        <w:rPr>
          <w:rFonts w:ascii="微软雅黑" w:eastAsia="微软雅黑" w:hAnsi="微软雅黑" w:cs="微软雅黑" w:hint="eastAsia"/>
          <w:lang w:eastAsia="zh-CN"/>
        </w:rPr>
        <w:t>概率）</w:t>
      </w:r>
      <w:r>
        <w:t>→AI</w:t>
      </w:r>
      <w:r>
        <w:rPr>
          <w:rFonts w:ascii="微软雅黑" w:eastAsia="微软雅黑" w:hAnsi="微软雅黑" w:cs="微软雅黑" w:hint="eastAsia"/>
          <w:lang w:eastAsia="zh-CN"/>
        </w:rPr>
        <w:t>（概率模型）的层层加强。</w:t>
      </w:r>
    </w:p>
    <w:p>
      <w:pPr/>
      <w:r>
        <w:rPr>
          <w:rFonts w:ascii="微软雅黑" w:eastAsia="微软雅黑" w:hAnsi="微软雅黑" w:cs="微软雅黑" w:hint="eastAsia"/>
          <w:b/>
          <w:lang w:eastAsia="zh-CN"/>
        </w:rPr>
        <w:t>突破策略</w:t>
      </w:r>
      <w:r>
        <w:rPr>
          <w:rFonts w:ascii="微软雅黑" w:eastAsia="微软雅黑" w:hAnsi="微软雅黑" w:cs="微软雅黑" w:hint="eastAsia"/>
          <w:lang w:eastAsia="zh-CN"/>
        </w:rPr>
        <w:t>：用音叉</w:t>
      </w:r>
      <w:r>
        <w:t>/</w:t>
      </w:r>
      <w:r>
        <w:rPr>
          <w:rFonts w:ascii="微软雅黑" w:eastAsia="微软雅黑" w:hAnsi="微软雅黑" w:cs="微软雅黑" w:hint="eastAsia"/>
          <w:lang w:eastAsia="zh-CN"/>
        </w:rPr>
        <w:t>示波器建立波形直觉；用</w:t>
      </w:r>
      <w:r>
        <w:t>"</w:t>
      </w:r>
      <w:r>
        <w:rPr>
          <w:rFonts w:ascii="微软雅黑" w:eastAsia="微软雅黑" w:hAnsi="微软雅黑" w:cs="微软雅黑" w:hint="eastAsia"/>
          <w:lang w:eastAsia="zh-CN"/>
        </w:rPr>
        <w:t>剪开波浪线看后接哪个</w:t>
      </w:r>
      <w:r>
        <w:t>guo"</w:t>
      </w:r>
      <w:r>
        <w:rPr>
          <w:rFonts w:ascii="微软雅黑" w:eastAsia="微软雅黑" w:hAnsi="微软雅黑" w:cs="微软雅黑" w:hint="eastAsia"/>
          <w:lang w:eastAsia="zh-CN"/>
        </w:rPr>
        <w:t>的具象活动铺垫上下文推理；用卡片实验把贝叶斯公式变为可操作的</w:t>
      </w:r>
      <w:r>
        <w:t>"</w:t>
      </w:r>
      <w:r>
        <w:rPr>
          <w:rFonts w:ascii="微软雅黑" w:eastAsia="微软雅黑" w:hAnsi="微软雅黑" w:cs="微软雅黑" w:hint="eastAsia"/>
          <w:lang w:eastAsia="zh-CN"/>
        </w:rPr>
        <w:t>猜字游戏</w:t>
      </w:r>
      <w:r>
        <w:t>"</w:t>
      </w:r>
      <w:r>
        <w:rPr>
          <w:rFonts w:ascii="微软雅黑" w:eastAsia="微软雅黑" w:hAnsi="微软雅黑" w:cs="微软雅黑" w:hint="eastAsia"/>
          <w:lang w:eastAsia="zh-CN"/>
        </w:rPr>
        <w:t>。</w:t>
      </w:r>
      <w:r/>
    </w:p>
    <w:p>
      <w:pPr>
        <w:pStyle w:val="Heading3"/>
      </w:pPr>
      <w:r>
        <w:rPr>
          <w:rFonts w:ascii="微软雅黑" w:hAnsi="微软雅黑" w:eastAsia="微软雅黑" w:cs="微软雅黑" w:hint="eastAsia"/>
          <w:b w:val="0"/>
          <w:color w:val="1A237E"/>
          <w:sz w:val="20"/>
          <w:lang w:eastAsia="zh-CN"/>
        </w:rPr>
        <w:t>三、教学准备</w:t>
      </w:r>
    </w:p>
    <w:p>
      <w:pPr/>
      <w:r>
        <w:rPr>
          <w:rFonts w:ascii="微软雅黑" w:eastAsia="微软雅黑" w:hAnsi="微软雅黑" w:cs="微软雅黑" w:hint="eastAsia"/>
          <w:b/>
          <w:lang w:eastAsia="zh-CN"/>
        </w:rPr>
        <w:t>教具与材料</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语音助手识别</w:t>
      </w:r>
      <w:r>
        <w:t>"</w:t>
      </w:r>
      <w:r>
        <w:rPr>
          <w:rFonts w:ascii="微软雅黑" w:eastAsia="微软雅黑" w:hAnsi="微软雅黑" w:cs="微软雅黑" w:hint="eastAsia"/>
          <w:lang w:eastAsia="zh-CN"/>
        </w:rPr>
        <w:t>苹果</w:t>
      </w:r>
      <w:r>
        <w:t>"</w:t>
      </w:r>
      <w:r>
        <w:rPr>
          <w:rFonts w:ascii="微软雅黑" w:eastAsia="微软雅黑" w:hAnsi="微软雅黑" w:cs="微软雅黑" w:hint="eastAsia"/>
          <w:lang w:eastAsia="zh-CN"/>
        </w:rPr>
        <w:t>的短视频（导入用，手机录屏或网络平台截取）；</w:t>
      </w:r>
    </w:p>
    <w:p>
      <w:pPr>
        <w:pStyle w:val="ListBullet"/>
        <w:spacing w:after="72"/>
      </w:pPr>
      <w:r>
        <w:rPr>
          <w:rFonts w:ascii="微软雅黑" w:eastAsia="微软雅黑" w:hAnsi="微软雅黑" w:cs="微软雅黑" w:hint="eastAsia"/>
          <w:lang w:eastAsia="zh-CN"/>
        </w:rPr>
        <w:t>音叉、单摆、弹簧振子（建立</w:t>
      </w:r>
      <w:r>
        <w:t>"</w:t>
      </w:r>
      <w:r>
        <w:rPr>
          <w:rFonts w:ascii="微软雅黑" w:eastAsia="微软雅黑" w:hAnsi="微软雅黑" w:cs="微软雅黑" w:hint="eastAsia"/>
          <w:lang w:eastAsia="zh-CN"/>
        </w:rPr>
        <w:t>振动</w:t>
      </w:r>
      <w:r>
        <w:t>→</w:t>
      </w:r>
      <w:r>
        <w:rPr>
          <w:rFonts w:ascii="微软雅黑" w:eastAsia="微软雅黑" w:hAnsi="微软雅黑" w:cs="微软雅黑" w:hint="eastAsia"/>
          <w:lang w:eastAsia="zh-CN"/>
        </w:rPr>
        <w:t>声音波形</w:t>
      </w:r>
      <w:r>
        <w:t>"</w:t>
      </w:r>
      <w:r>
        <w:rPr>
          <w:rFonts w:ascii="微软雅黑" w:eastAsia="微软雅黑" w:hAnsi="微软雅黑" w:cs="微软雅黑" w:hint="eastAsia"/>
          <w:lang w:eastAsia="zh-CN"/>
        </w:rPr>
        <w:t>类比）；</w:t>
      </w:r>
    </w:p>
    <w:p>
      <w:pPr>
        <w:pStyle w:val="ListBullet"/>
        <w:spacing w:after="72"/>
      </w:pPr>
      <w:r>
        <w:rPr>
          <w:rFonts w:ascii="微软雅黑" w:eastAsia="微软雅黑" w:hAnsi="微软雅黑" w:cs="微软雅黑" w:hint="eastAsia"/>
          <w:lang w:eastAsia="zh-CN"/>
        </w:rPr>
        <w:t>示波器软件或在线音频波形</w:t>
      </w:r>
      <w:r>
        <w:t>/</w:t>
      </w:r>
      <w:r>
        <w:rPr>
          <w:rFonts w:ascii="微软雅黑" w:eastAsia="微软雅黑" w:hAnsi="微软雅黑" w:cs="微软雅黑" w:hint="eastAsia"/>
          <w:lang w:eastAsia="zh-CN"/>
        </w:rPr>
        <w:t>频谱工具（如</w:t>
      </w:r>
      <w:r>
        <w:t>Audacity</w:t>
      </w:r>
      <w:r>
        <w:rPr>
          <w:rFonts w:ascii="微软雅黑" w:eastAsia="微软雅黑" w:hAnsi="微软雅黑" w:cs="微软雅黑" w:hint="eastAsia"/>
          <w:lang w:eastAsia="zh-CN"/>
        </w:rPr>
        <w:t>、在线音调分析仪）；</w:t>
      </w:r>
    </w:p>
    <w:p>
      <w:pPr>
        <w:pStyle w:val="ListBullet"/>
        <w:spacing w:after="72"/>
      </w:pPr>
      <w:r>
        <w:t>"ping""guo"</w:t>
      </w:r>
      <w:r>
        <w:rPr>
          <w:rFonts w:ascii="微软雅黑" w:eastAsia="微软雅黑" w:hAnsi="微软雅黑" w:cs="微软雅黑" w:hint="eastAsia"/>
          <w:lang w:eastAsia="zh-CN"/>
        </w:rPr>
        <w:t>同音字卡片群（平瓶凭评屏萍坪苹</w:t>
      </w:r>
      <w:r>
        <w:t xml:space="preserve"> / </w:t>
      </w:r>
      <w:r>
        <w:rPr>
          <w:rFonts w:ascii="微软雅黑" w:eastAsia="微软雅黑" w:hAnsi="微软雅黑" w:cs="微软雅黑" w:hint="eastAsia"/>
          <w:lang w:eastAsia="zh-CN"/>
        </w:rPr>
        <w:t>果裹椁菓课倮裸棵等）；</w:t>
      </w:r>
    </w:p>
    <w:p>
      <w:pPr>
        <w:pStyle w:val="ListBullet"/>
        <w:spacing w:after="72"/>
      </w:pPr>
      <w:r>
        <w:rPr>
          <w:rFonts w:ascii="微软雅黑" w:eastAsia="微软雅黑" w:hAnsi="微软雅黑" w:cs="微软雅黑" w:hint="eastAsia"/>
          <w:lang w:eastAsia="zh-CN"/>
        </w:rPr>
        <w:t>骰子或概率卡片（用于贝叶斯推理小实验）；</w:t>
      </w:r>
    </w:p>
    <w:p>
      <w:pPr>
        <w:pStyle w:val="ListBullet"/>
        <w:spacing w:after="72"/>
      </w:pPr>
      <w:r>
        <w:rPr>
          <w:rFonts w:ascii="微软雅黑" w:eastAsia="微软雅黑" w:hAnsi="微软雅黑" w:cs="微软雅黑" w:hint="eastAsia"/>
          <w:lang w:eastAsia="zh-CN"/>
        </w:rPr>
        <w:t>《教师指导手册》《学生学习手册》（高中版，提前至每人一份）。</w:t>
      </w:r>
    </w:p>
    <w:p>
      <w:pPr/>
      <w:r>
        <w:rPr>
          <w:rFonts w:ascii="微软雅黑" w:eastAsia="微软雅黑" w:hAnsi="微软雅黑" w:cs="微软雅黑" w:hint="eastAsia"/>
          <w:b/>
          <w:lang w:eastAsia="zh-CN"/>
        </w:rPr>
        <w:t>软件平台与技术环境</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多媒体投影、可联网电脑；</w:t>
      </w:r>
    </w:p>
    <w:p>
      <w:pPr>
        <w:pStyle w:val="ListBullet"/>
        <w:spacing w:after="72"/>
      </w:pPr>
      <w:r>
        <w:rPr>
          <w:rFonts w:ascii="微软雅黑" w:eastAsia="微软雅黑" w:hAnsi="微软雅黑" w:cs="微软雅黑" w:hint="eastAsia"/>
          <w:lang w:eastAsia="zh-CN"/>
        </w:rPr>
        <w:t>可选：</w:t>
      </w:r>
      <w:r>
        <w:t>Python</w:t>
      </w:r>
      <w:r>
        <w:rPr>
          <w:rFonts w:ascii="微软雅黑" w:eastAsia="微软雅黑" w:hAnsi="微软雅黑" w:cs="微软雅黑" w:hint="eastAsia"/>
          <w:lang w:eastAsia="zh-CN"/>
        </w:rPr>
        <w:t>（</w:t>
      </w:r>
      <w:r>
        <w:t>numpy/scipy + matplotlib</w:t>
      </w:r>
      <w:r>
        <w:rPr>
          <w:rFonts w:ascii="微软雅黑" w:eastAsia="微软雅黑" w:hAnsi="微软雅黑" w:cs="微软雅黑" w:hint="eastAsia"/>
          <w:lang w:eastAsia="zh-CN"/>
        </w:rPr>
        <w:t>）或在线傅里叶分解演示网页、语音频谱观测工具；</w:t>
      </w:r>
    </w:p>
    <w:p>
      <w:pPr>
        <w:pStyle w:val="ListBullet"/>
        <w:spacing w:after="72"/>
      </w:pPr>
      <w:r>
        <w:rPr>
          <w:rFonts w:ascii="微软雅黑" w:eastAsia="微软雅黑" w:hAnsi="微软雅黑" w:cs="微软雅黑" w:hint="eastAsia"/>
          <w:lang w:eastAsia="zh-CN"/>
        </w:rPr>
        <w:t>学生自带智能手机（用于微型项目录制语音、观察频谱）。</w:t>
      </w:r>
    </w:p>
    <w:p>
      <w:pPr/>
      <w:r>
        <w:rPr>
          <w:rFonts w:ascii="微软雅黑" w:eastAsia="微软雅黑" w:hAnsi="微软雅黑" w:cs="微软雅黑" w:hint="eastAsia"/>
          <w:b/>
          <w:lang w:eastAsia="zh-CN"/>
        </w:rPr>
        <w:t>替代方案（设备不足时）</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无示波器时，用教师手绘</w:t>
      </w:r>
      <w:r>
        <w:t>"</w:t>
      </w:r>
      <w:r>
        <w:rPr>
          <w:rFonts w:ascii="微软雅黑" w:eastAsia="微软雅黑" w:hAnsi="微软雅黑" w:cs="微软雅黑" w:hint="eastAsia"/>
          <w:lang w:eastAsia="zh-CN"/>
        </w:rPr>
        <w:t>大波形图</w:t>
      </w:r>
      <w:r>
        <w:t>+</w:t>
      </w:r>
      <w:r>
        <w:rPr>
          <w:rFonts w:ascii="微软雅黑" w:eastAsia="微软雅黑" w:hAnsi="微软雅黑" w:cs="微软雅黑" w:hint="eastAsia"/>
          <w:lang w:eastAsia="zh-CN"/>
        </w:rPr>
        <w:t>振幅</w:t>
      </w:r>
      <w:r>
        <w:t>/</w:t>
      </w:r>
      <w:r>
        <w:rPr>
          <w:rFonts w:ascii="微软雅黑" w:eastAsia="微软雅黑" w:hAnsi="微软雅黑" w:cs="微软雅黑" w:hint="eastAsia"/>
          <w:lang w:eastAsia="zh-CN"/>
        </w:rPr>
        <w:t>周期标注</w:t>
      </w:r>
      <w:r>
        <w:t>"</w:t>
      </w:r>
      <w:r>
        <w:rPr>
          <w:rFonts w:ascii="微软雅黑" w:eastAsia="微软雅黑" w:hAnsi="微软雅黑" w:cs="微软雅黑" w:hint="eastAsia"/>
          <w:lang w:eastAsia="zh-CN"/>
        </w:rPr>
        <w:t>板书，或播放预录波形动画；</w:t>
      </w:r>
    </w:p>
    <w:p>
      <w:pPr>
        <w:pStyle w:val="ListBullet"/>
        <w:spacing w:after="72"/>
      </w:pPr>
      <w:r>
        <w:rPr>
          <w:rFonts w:ascii="微软雅黑" w:eastAsia="微软雅黑" w:hAnsi="微软雅黑" w:cs="微软雅黑" w:hint="eastAsia"/>
          <w:lang w:eastAsia="zh-CN"/>
        </w:rPr>
        <w:t>无编程环境时，傅里叶与贝叶斯均以</w:t>
      </w:r>
      <w:r>
        <w:t>"</w:t>
      </w:r>
      <w:r>
        <w:rPr>
          <w:rFonts w:ascii="微软雅黑" w:eastAsia="微软雅黑" w:hAnsi="微软雅黑" w:cs="微软雅黑" w:hint="eastAsia"/>
          <w:lang w:eastAsia="zh-CN"/>
        </w:rPr>
        <w:t>卡片游戏</w:t>
      </w:r>
      <w:r>
        <w:t>+</w:t>
      </w:r>
      <w:r>
        <w:rPr>
          <w:rFonts w:ascii="微软雅黑" w:eastAsia="微软雅黑" w:hAnsi="微软雅黑" w:cs="微软雅黑" w:hint="eastAsia"/>
          <w:lang w:eastAsia="zh-CN"/>
        </w:rPr>
        <w:t>手算</w:t>
      </w:r>
      <w:r>
        <w:t>"</w:t>
      </w:r>
      <w:r>
        <w:rPr>
          <w:rFonts w:ascii="微软雅黑" w:eastAsia="微软雅黑" w:hAnsi="微软雅黑" w:cs="微软雅黑" w:hint="eastAsia"/>
          <w:lang w:eastAsia="zh-CN"/>
        </w:rPr>
        <w:t>完成，微型项目改为</w:t>
      </w:r>
      <w:r>
        <w:t>"</w:t>
      </w:r>
      <w:r>
        <w:rPr>
          <w:rFonts w:ascii="微软雅黑" w:eastAsia="微软雅黑" w:hAnsi="微软雅黑" w:cs="微软雅黑" w:hint="eastAsia"/>
          <w:lang w:eastAsia="zh-CN"/>
        </w:rPr>
        <w:t>观察身边声音的声调并作图</w:t>
      </w:r>
      <w:r>
        <w:t>"</w:t>
      </w:r>
      <w:r>
        <w:rPr>
          <w:rFonts w:ascii="微软雅黑" w:eastAsia="微软雅黑" w:hAnsi="微软雅黑" w:cs="微软雅黑" w:hint="eastAsia"/>
          <w:lang w:eastAsia="zh-CN"/>
        </w:rPr>
        <w:t>。</w:t>
      </w:r>
      <w:r/>
    </w:p>
    <w:p>
      <w:pPr>
        <w:pStyle w:val="Heading3"/>
      </w:pPr>
      <w:r>
        <w:rPr>
          <w:rFonts w:ascii="微软雅黑" w:hAnsi="微软雅黑" w:eastAsia="微软雅黑" w:cs="微软雅黑" w:hint="eastAsia"/>
          <w:b w:val="0"/>
          <w:color w:val="1A237E"/>
          <w:sz w:val="20"/>
          <w:lang w:eastAsia="zh-CN"/>
        </w:rPr>
        <w:t>四、教学过程（表格）</w:t>
      </w:r>
    </w:p>
    <w:tbl>
      <w:tblPr>
        <w:tblW w:type="pct" w:w="5000"/>
        <w:tblLook w:firstColumn="1" w:firstRow="1" w:lastColumn="0" w:lastRow="0" w:noHBand="0" w:noVBand="1" w:val="04A0"/>
        <w:tblLayout w:type="autofit"/>
      </w:tblPr>
      <w:tblGrid>
        <w:gridCol w:w="1080"/>
        <w:gridCol w:w="1080"/>
        <w:gridCol w:w="1080"/>
        <w:gridCol w:w="1080"/>
        <w:gridCol w:w="1080"/>
        <w:gridCol w:w="1080"/>
        <w:gridCol w:w="1080"/>
        <w:gridCol w:w="1080"/>
      </w:tblGrid>
      <w:tr>
        <w:tc>
          <w:tcPr>
            <w:tcW w:type="dxa" w:w="10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10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10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教师活动</w:t>
            </w:r>
          </w:p>
        </w:tc>
        <w:tc>
          <w:tcPr>
            <w:tcW w:type="dxa" w:w="10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学生活动</w:t>
            </w:r>
          </w:p>
        </w:tc>
        <w:tc>
          <w:tcPr>
            <w:tcW w:type="dxa" w:w="10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设计意图</w:t>
            </w:r>
          </w:p>
        </w:tc>
        <w:tc>
          <w:tcPr>
            <w:tcW w:type="dxa" w:w="1080"/>
          </w:tcPr>
          <w:p/>
        </w:tc>
        <w:tc>
          <w:tcPr>
            <w:tcW w:type="dxa" w:w="1080"/>
          </w:tcPr>
          <w:p/>
        </w:tc>
        <w:tc>
          <w:tcPr>
            <w:tcW w:type="dxa" w:w="1080"/>
          </w:tcP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导入：问题驱动</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4</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播放语音助手识别</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的短视频，点明高中案例与小学、初中不同：</w:t>
            </w:r>
            <w:r>
              <w:rPr>
                <w:sz w:val="18"/>
              </w:rPr>
              <w:t xml:space="preserve"> </w:t>
            </w:r>
            <w:r>
              <w:rPr>
                <w:sz w:val="18"/>
              </w:rPr>
              <w:t>"</w:t>
            </w:r>
            <w:r>
              <w:rPr>
                <w:sz w:val="18"/>
              </w:rPr>
              <w:t xml:space="preserve"> </w:t>
            </w:r>
            <w:r>
              <w:rPr>
                <w:sz w:val="18"/>
              </w:rPr>
              <w:t>它跟小学和初中是不一样的，能够建立一些最基本的科学概念，更加注重这些原理。</w:t>
            </w:r>
            <w:r>
              <w:rPr>
                <w:sz w:val="18"/>
              </w:rPr>
              <w:t xml:space="preserve"> </w:t>
            </w:r>
            <w:r>
              <w:rPr>
                <w:sz w:val="18"/>
              </w:rPr>
              <w:t>"</w:t>
            </w:r>
            <w:r>
              <w:rPr>
                <w:sz w:val="18"/>
              </w:rPr>
              <w:t xml:space="preserve"> </w:t>
            </w:r>
            <w:r>
              <w:rPr>
                <w:sz w:val="18"/>
              </w:rPr>
              <w:t>抛出核心问题：</w:t>
            </w:r>
            <w:r>
              <w:rPr>
                <w:sz w:val="18"/>
              </w:rPr>
              <w:t xml:space="preserve"> </w:t>
            </w:r>
            <w:r>
              <w:rPr>
                <w:sz w:val="18"/>
              </w:rPr>
              <w:t>"</w:t>
            </w:r>
            <w:r>
              <w:rPr>
                <w:sz w:val="18"/>
              </w:rPr>
              <w:t xml:space="preserve"> </w:t>
            </w:r>
            <w:r>
              <w:rPr>
                <w:b/>
                <w:sz w:val="18"/>
              </w:rPr>
              <w:t>AI是如何知道你说的是'苹果'的？</w:t>
            </w:r>
            <w:r>
              <w:rPr>
                <w:sz w:val="18"/>
              </w:rPr>
              <w:t xml:space="preserve"> </w:t>
            </w:r>
            <w:r>
              <w:rPr>
                <w:sz w:val="18"/>
              </w:rPr>
              <w:t>""</w:t>
            </w:r>
            <w:r>
              <w:rPr>
                <w:sz w:val="18"/>
              </w:rPr>
              <w:t xml:space="preserve"> </w:t>
            </w:r>
            <w:r>
              <w:rPr>
                <w:sz w:val="18"/>
              </w:rPr>
              <w:t>手机怎么知道我说的不是</w:t>
            </w:r>
            <w:r>
              <w:rPr>
                <w:sz w:val="18"/>
              </w:rPr>
              <w:t xml:space="preserve"> </w:t>
            </w:r>
            <w:r>
              <w:rPr>
                <w:sz w:val="18"/>
              </w:rPr>
              <w:t>'</w:t>
            </w:r>
            <w:r>
              <w:rPr>
                <w:sz w:val="18"/>
              </w:rPr>
              <w:t xml:space="preserve"> </w:t>
            </w:r>
            <w:r>
              <w:rPr>
                <w:sz w:val="18"/>
              </w:rPr>
              <w:t>平果</w:t>
            </w:r>
            <w:r>
              <w:rPr>
                <w:sz w:val="18"/>
              </w:rPr>
              <w:t xml:space="preserve"> </w:t>
            </w:r>
            <w:r>
              <w:rPr>
                <w:sz w:val="18"/>
              </w:rPr>
              <w:t>'</w:t>
            </w:r>
            <w:r>
              <w:rPr>
                <w:sz w:val="18"/>
              </w:rPr>
              <w:t xml:space="preserve"> </w:t>
            </w:r>
            <w:r>
              <w:rPr>
                <w:sz w:val="18"/>
              </w:rPr>
              <w:t>而是</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w:t>
            </w:r>
            <w:r>
              <w:rPr>
                <w:sz w:val="18"/>
              </w:rPr>
              <w:t xml:space="preserve"> </w:t>
            </w:r>
            <w:r>
              <w:rPr>
                <w:sz w:val="18"/>
              </w:rPr>
              <w:t>"</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观看视频，思考并口头给出直觉回答（</w:t>
            </w:r>
            <w:r>
              <w:rPr>
                <w:sz w:val="18"/>
              </w:rPr>
              <w:t xml:space="preserve"> </w:t>
            </w:r>
            <w:r>
              <w:rPr>
                <w:sz w:val="18"/>
              </w:rPr>
              <w:t>"</w:t>
            </w:r>
            <w:r>
              <w:rPr>
                <w:sz w:val="18"/>
              </w:rPr>
              <w:t xml:space="preserve"> </w:t>
            </w:r>
            <w:r>
              <w:rPr>
                <w:sz w:val="18"/>
              </w:rPr>
              <w:t>训练过？</w:t>
            </w:r>
            <w:r>
              <w:rPr>
                <w:sz w:val="18"/>
              </w:rPr>
              <w:t xml:space="preserve"> </w:t>
            </w:r>
            <w:r>
              <w:rPr>
                <w:sz w:val="18"/>
              </w:rPr>
              <w:t>""</w:t>
            </w:r>
            <w:r>
              <w:rPr>
                <w:sz w:val="18"/>
              </w:rPr>
              <w:t xml:space="preserve"> </w:t>
            </w:r>
            <w:r>
              <w:rPr>
                <w:sz w:val="18"/>
              </w:rPr>
              <w:t>录音比对？</w:t>
            </w:r>
            <w:r>
              <w:rPr>
                <w:sz w:val="18"/>
              </w:rPr>
              <w:t xml:space="preserve"> </w:t>
            </w:r>
            <w:r>
              <w:rPr>
                <w:sz w:val="18"/>
              </w:rPr>
              <w:t>"</w:t>
            </w:r>
            <w:r>
              <w:rPr>
                <w:sz w:val="18"/>
              </w:rPr>
              <w:t xml:space="preserve"> </w:t>
            </w:r>
            <w:r>
              <w:rPr>
                <w:sz w:val="18"/>
              </w:rPr>
              <w:t>）；在手册写下自己的假设。</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以真实</w:t>
            </w:r>
            <w:r>
              <w:rPr>
                <w:sz w:val="18"/>
              </w:rPr>
              <w:t xml:space="preserve"> </w:t>
            </w:r>
            <w:r>
              <w:rPr>
                <w:sz w:val="18"/>
              </w:rPr>
              <w:t>AI</w:t>
            </w:r>
            <w:r>
              <w:rPr>
                <w:sz w:val="18"/>
              </w:rPr>
              <w:t xml:space="preserve"> </w:t>
            </w:r>
            <w:r>
              <w:rPr>
                <w:sz w:val="18"/>
              </w:rPr>
              <w:t>应用制造认知张力，明确高中</w:t>
            </w:r>
            <w:r>
              <w:rPr>
                <w:sz w:val="18"/>
              </w:rPr>
              <w:t xml:space="preserve"> </w:t>
            </w:r>
            <w:r>
              <w:rPr>
                <w:sz w:val="18"/>
              </w:rPr>
              <w:t>"</w:t>
            </w:r>
            <w:r>
              <w:rPr>
                <w:sz w:val="18"/>
              </w:rPr>
              <w:t xml:space="preserve"> </w:t>
            </w:r>
            <w:r>
              <w:rPr>
                <w:sz w:val="18"/>
              </w:rPr>
              <w:t>重原理</w:t>
            </w:r>
            <w:r>
              <w:rPr>
                <w:sz w:val="18"/>
              </w:rPr>
              <w:t xml:space="preserve"> </w:t>
            </w:r>
            <w:r>
              <w:rPr>
                <w:sz w:val="18"/>
              </w:rPr>
              <w:t>"</w:t>
            </w:r>
            <w:r>
              <w:rPr>
                <w:sz w:val="18"/>
              </w:rPr>
              <w:t xml:space="preserve"> </w:t>
            </w:r>
            <w:r>
              <w:rPr>
                <w:sz w:val="18"/>
              </w:rPr>
              <w:t>定位，锚定核心问题。</w:t>
            </w:r>
          </w:p>
        </w:tc>
        <w:tc>
          <w:tcPr>
            <w:tcW w:type="dxa" w:w="1080"/>
          </w:tcPr>
          <w:p/>
        </w:tc>
        <w:tc>
          <w:tcPr>
            <w:tcW w:type="dxa" w:w="1080"/>
          </w:tcPr>
          <w:p/>
        </w:tc>
        <w:tc>
          <w:tcPr>
            <w:tcW w:type="dxa" w:w="1080"/>
          </w:tcP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1</w:t>
            </w:r>
            <w:r>
              <w:rPr>
                <w:sz w:val="18"/>
              </w:rPr>
              <w:t xml:space="preserve"> </w:t>
            </w:r>
            <w:r>
              <w:rPr>
                <w:sz w:val="18"/>
              </w:rPr>
              <w:t>：物理起点</w:t>
            </w:r>
            <w:r>
              <w:rPr>
                <w:sz w:val="18"/>
              </w:rPr>
              <w:t xml:space="preserve"> </w:t>
            </w:r>
            <w:r>
              <w:rPr>
                <w:sz w:val="18"/>
              </w:rPr>
              <w:t>——</w:t>
            </w:r>
            <w:r>
              <w:rPr>
                <w:sz w:val="18"/>
              </w:rPr>
              <w:t xml:space="preserve"> </w:t>
            </w:r>
            <w:r>
              <w:rPr>
                <w:sz w:val="18"/>
              </w:rPr>
              <w:t>声音与振动</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回归物理：</w:t>
            </w:r>
            <w:r>
              <w:rPr>
                <w:sz w:val="18"/>
              </w:rPr>
              <w:t xml:space="preserve"> </w:t>
            </w:r>
            <w:r>
              <w:rPr>
                <w:sz w:val="18"/>
              </w:rPr>
              <w:t>"</w:t>
            </w:r>
            <w:r>
              <w:rPr>
                <w:sz w:val="18"/>
              </w:rPr>
              <w:t xml:space="preserve"> </w:t>
            </w:r>
            <w:r>
              <w:rPr>
                <w:sz w:val="18"/>
              </w:rPr>
              <w:t>声音的产生是由于物体的振动。</w:t>
            </w:r>
            <w:r>
              <w:rPr>
                <w:sz w:val="18"/>
              </w:rPr>
              <w:t xml:space="preserve"> </w:t>
            </w:r>
            <w:r>
              <w:rPr>
                <w:sz w:val="18"/>
              </w:rPr>
              <w:t>""</w:t>
            </w:r>
            <w:r>
              <w:rPr>
                <w:sz w:val="18"/>
              </w:rPr>
              <w:t xml:space="preserve"> </w:t>
            </w:r>
            <w:r>
              <w:rPr>
                <w:sz w:val="18"/>
              </w:rPr>
              <w:t>振动是一种循环往复的运动。</w:t>
            </w:r>
            <w:r>
              <w:rPr>
                <w:sz w:val="18"/>
              </w:rPr>
              <w:t xml:space="preserve"> </w:t>
            </w:r>
            <w:r>
              <w:rPr>
                <w:sz w:val="18"/>
              </w:rPr>
              <w:t>"</w:t>
            </w:r>
            <w:r>
              <w:rPr>
                <w:sz w:val="18"/>
              </w:rPr>
              <w:t xml:space="preserve"> </w:t>
            </w:r>
            <w:r>
              <w:rPr>
                <w:sz w:val="18"/>
              </w:rPr>
              <w:t>用</w:t>
            </w:r>
            <w:r>
              <w:rPr>
                <w:sz w:val="18"/>
              </w:rPr>
              <w:t xml:space="preserve"> </w:t>
            </w:r>
            <w:r>
              <w:rPr>
                <w:sz w:val="18"/>
              </w:rPr>
              <w:t>"</w:t>
            </w:r>
            <w:r>
              <w:rPr>
                <w:sz w:val="18"/>
              </w:rPr>
              <w:t xml:space="preserve"> </w:t>
            </w:r>
            <w:r>
              <w:rPr>
                <w:sz w:val="18"/>
              </w:rPr>
              <w:t>随手画的波浪线</w:t>
            </w:r>
            <w:r>
              <w:rPr>
                <w:sz w:val="18"/>
              </w:rPr>
              <w:t xml:space="preserve"> </w:t>
            </w:r>
            <w:r>
              <w:rPr>
                <w:sz w:val="18"/>
              </w:rPr>
              <w:t>"</w:t>
            </w:r>
            <w:r>
              <w:rPr>
                <w:sz w:val="18"/>
              </w:rPr>
              <w:t xml:space="preserve"> </w:t>
            </w:r>
            <w:r>
              <w:rPr>
                <w:sz w:val="18"/>
              </w:rPr>
              <w:t>引出振动。追问</w:t>
            </w:r>
            <w:r>
              <w:rPr>
                <w:sz w:val="18"/>
              </w:rPr>
              <w:t xml:space="preserve"> </w:t>
            </w:r>
            <w:r>
              <w:rPr>
                <w:sz w:val="18"/>
              </w:rPr>
              <w:t>"</w:t>
            </w:r>
            <w:r>
              <w:rPr>
                <w:sz w:val="18"/>
              </w:rPr>
              <w:t xml:space="preserve"> </w:t>
            </w:r>
            <w:r>
              <w:rPr>
                <w:sz w:val="18"/>
              </w:rPr>
              <w:t>如何描述运动、描述振动</w:t>
            </w:r>
            <w:r>
              <w:rPr>
                <w:sz w:val="18"/>
              </w:rPr>
              <w:t xml:space="preserve"> </w:t>
            </w:r>
            <w:r>
              <w:rPr>
                <w:sz w:val="18"/>
              </w:rPr>
              <w:t>"——</w:t>
            </w:r>
            <w:r>
              <w:rPr>
                <w:sz w:val="18"/>
              </w:rPr>
              <w:t xml:space="preserve"> </w:t>
            </w:r>
            <w:r>
              <w:rPr>
                <w:sz w:val="18"/>
              </w:rPr>
              <w:t>强调需同时使用空间和时间两个维度；指出用</w:t>
            </w:r>
            <w:r>
              <w:rPr>
                <w:sz w:val="18"/>
              </w:rPr>
              <w:t xml:space="preserve"> </w:t>
            </w:r>
            <w:r>
              <w:rPr>
                <w:sz w:val="18"/>
              </w:rPr>
              <w:t>v=s÷t</w:t>
            </w:r>
            <w:r>
              <w:rPr>
                <w:sz w:val="18"/>
              </w:rPr>
              <w:t xml:space="preserve"> </w:t>
            </w:r>
            <w:r>
              <w:rPr>
                <w:sz w:val="18"/>
              </w:rPr>
              <w:t>描述运动不够。提出两个核心概念：</w:t>
            </w:r>
            <w:r>
              <w:rPr>
                <w:sz w:val="18"/>
              </w:rPr>
              <w:t xml:space="preserve"> </w:t>
            </w:r>
            <w:r>
              <w:rPr>
                <w:sz w:val="18"/>
              </w:rPr>
              <w:t>"</w:t>
            </w:r>
            <w:r>
              <w:rPr>
                <w:sz w:val="18"/>
              </w:rPr>
              <w:t xml:space="preserve"> </w:t>
            </w:r>
            <w:r>
              <w:rPr>
                <w:sz w:val="18"/>
              </w:rPr>
              <w:t>用空间描述振动，得到的是振幅；用时间描述振动，得到的是周期。</w:t>
            </w:r>
            <w:r>
              <w:rPr>
                <w:sz w:val="18"/>
              </w:rPr>
              <w:t xml:space="preserve"> </w:t>
            </w:r>
            <w:r>
              <w:rPr>
                <w:sz w:val="18"/>
              </w:rPr>
              <w:t>"</w:t>
            </w:r>
            <w:r>
              <w:rPr>
                <w:sz w:val="18"/>
              </w:rPr>
              <w:t xml:space="preserve"> </w:t>
            </w:r>
            <w:r>
              <w:rPr>
                <w:sz w:val="18"/>
              </w:rPr>
              <w:t>总结声学三要素：振幅、周期、频率（</w:t>
            </w:r>
            <w:r>
              <w:rPr>
                <w:sz w:val="18"/>
              </w:rPr>
              <w:t xml:space="preserve"> </w:t>
            </w:r>
            <w:r>
              <w:rPr>
                <w:sz w:val="18"/>
              </w:rPr>
              <w:t>f=1/T</w:t>
            </w:r>
            <w:r>
              <w:rPr>
                <w:sz w:val="18"/>
              </w:rPr>
              <w:t xml:space="preserve"> </w:t>
            </w:r>
            <w:r>
              <w:rPr>
                <w:sz w:val="18"/>
              </w:rPr>
              <w:t>）。</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观察音叉</w:t>
            </w:r>
            <w:r>
              <w:rPr>
                <w:sz w:val="18"/>
              </w:rPr>
              <w:t xml:space="preserve"> </w:t>
            </w:r>
            <w:r>
              <w:rPr>
                <w:sz w:val="18"/>
              </w:rPr>
              <w:t>/</w:t>
            </w:r>
            <w:r>
              <w:rPr>
                <w:sz w:val="18"/>
              </w:rPr>
              <w:t xml:space="preserve"> </w:t>
            </w:r>
            <w:r>
              <w:rPr>
                <w:sz w:val="18"/>
              </w:rPr>
              <w:t>单摆</w:t>
            </w:r>
            <w:r>
              <w:rPr>
                <w:sz w:val="18"/>
              </w:rPr>
              <w:t xml:space="preserve"> </w:t>
            </w:r>
            <w:r>
              <w:rPr>
                <w:sz w:val="18"/>
              </w:rPr>
              <w:t>/</w:t>
            </w:r>
            <w:r>
              <w:rPr>
                <w:sz w:val="18"/>
              </w:rPr>
              <w:t xml:space="preserve"> </w:t>
            </w:r>
            <w:r>
              <w:rPr>
                <w:sz w:val="18"/>
              </w:rPr>
              <w:t>弹簧振子，类比</w:t>
            </w:r>
            <w:r>
              <w:rPr>
                <w:sz w:val="18"/>
              </w:rPr>
              <w:t xml:space="preserve"> </w:t>
            </w:r>
            <w:r>
              <w:rPr>
                <w:sz w:val="18"/>
              </w:rPr>
              <w:t>"</w:t>
            </w:r>
            <w:r>
              <w:rPr>
                <w:sz w:val="18"/>
              </w:rPr>
              <w:t xml:space="preserve"> </w:t>
            </w:r>
            <w:r>
              <w:rPr>
                <w:sz w:val="18"/>
              </w:rPr>
              <w:t>振动</w:t>
            </w:r>
            <w:r>
              <w:rPr>
                <w:sz w:val="18"/>
              </w:rPr>
              <w:t xml:space="preserve"> </w:t>
            </w:r>
            <w:r>
              <w:rPr>
                <w:sz w:val="18"/>
              </w:rPr>
              <w:t>→</w:t>
            </w:r>
            <w:r>
              <w:rPr>
                <w:sz w:val="18"/>
              </w:rPr>
              <w:t xml:space="preserve"> </w:t>
            </w:r>
            <w:r>
              <w:rPr>
                <w:sz w:val="18"/>
              </w:rPr>
              <w:t>波形</w:t>
            </w:r>
            <w:r>
              <w:rPr>
                <w:sz w:val="18"/>
              </w:rPr>
              <w:t xml:space="preserve"> </w:t>
            </w:r>
            <w:r>
              <w:rPr>
                <w:sz w:val="18"/>
              </w:rPr>
              <w:t>"</w:t>
            </w:r>
            <w:r>
              <w:rPr>
                <w:sz w:val="18"/>
              </w:rPr>
              <w:t xml:space="preserve"> </w:t>
            </w:r>
            <w:r>
              <w:rPr>
                <w:sz w:val="18"/>
              </w:rPr>
              <w:t>；用示波器软件对比大声</w:t>
            </w:r>
            <w:r>
              <w:rPr>
                <w:sz w:val="18"/>
              </w:rPr>
              <w:t xml:space="preserve"> </w:t>
            </w:r>
            <w:r>
              <w:rPr>
                <w:sz w:val="18"/>
              </w:rPr>
              <w:t>/</w:t>
            </w:r>
            <w:r>
              <w:rPr>
                <w:sz w:val="18"/>
              </w:rPr>
              <w:t xml:space="preserve"> </w:t>
            </w:r>
            <w:r>
              <w:rPr>
                <w:sz w:val="18"/>
              </w:rPr>
              <w:t>小声（振幅）、高音</w:t>
            </w:r>
            <w:r>
              <w:rPr>
                <w:sz w:val="18"/>
              </w:rPr>
              <w:t xml:space="preserve"> </w:t>
            </w:r>
            <w:r>
              <w:rPr>
                <w:sz w:val="18"/>
              </w:rPr>
              <w:t>/</w:t>
            </w:r>
            <w:r>
              <w:rPr>
                <w:sz w:val="18"/>
              </w:rPr>
              <w:t xml:space="preserve"> </w:t>
            </w:r>
            <w:r>
              <w:rPr>
                <w:sz w:val="18"/>
              </w:rPr>
              <w:t>低音（频率）波形，在手册标注振幅与周期；复述</w:t>
            </w:r>
            <w:r>
              <w:rPr>
                <w:sz w:val="18"/>
              </w:rPr>
              <w:t xml:space="preserve"> </w:t>
            </w:r>
            <w:r>
              <w:rPr>
                <w:sz w:val="18"/>
              </w:rPr>
              <w:t>"</w:t>
            </w:r>
            <w:r>
              <w:rPr>
                <w:sz w:val="18"/>
              </w:rPr>
              <w:t xml:space="preserve"> </w:t>
            </w:r>
            <w:r>
              <w:rPr>
                <w:sz w:val="18"/>
              </w:rPr>
              <w:t>双维度描述</w:t>
            </w:r>
            <w:r>
              <w:rPr>
                <w:sz w:val="18"/>
              </w:rPr>
              <w:t xml:space="preserve"> </w:t>
            </w:r>
            <w:r>
              <w:rPr>
                <w:sz w:val="18"/>
              </w:rPr>
              <w:t>"</w:t>
            </w:r>
            <w:r>
              <w:rPr>
                <w:sz w:val="18"/>
              </w:rPr>
              <w:t xml:space="preserve"> </w:t>
            </w:r>
            <w:r>
              <w:rPr>
                <w:sz w:val="18"/>
              </w:rPr>
              <w:t>。</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从物理直觉搭建声学基础，落实</w:t>
            </w:r>
            <w:r>
              <w:rPr>
                <w:sz w:val="18"/>
              </w:rPr>
              <w:t xml:space="preserve"> </w:t>
            </w:r>
            <w:r>
              <w:rPr>
                <w:sz w:val="18"/>
              </w:rPr>
              <w:t>"</w:t>
            </w:r>
            <w:r>
              <w:rPr>
                <w:sz w:val="18"/>
              </w:rPr>
              <w:t xml:space="preserve"> </w:t>
            </w:r>
            <w:r>
              <w:rPr>
                <w:sz w:val="18"/>
              </w:rPr>
              <w:t>空间</w:t>
            </w:r>
            <w:r>
              <w:rPr>
                <w:sz w:val="18"/>
              </w:rPr>
              <w:t xml:space="preserve"> </w:t>
            </w:r>
            <w:r>
              <w:rPr>
                <w:sz w:val="18"/>
              </w:rPr>
              <w:t>→</w:t>
            </w:r>
            <w:r>
              <w:rPr>
                <w:sz w:val="18"/>
              </w:rPr>
              <w:t xml:space="preserve"> </w:t>
            </w:r>
            <w:r>
              <w:rPr>
                <w:sz w:val="18"/>
              </w:rPr>
              <w:t>振幅、时间</w:t>
            </w:r>
            <w:r>
              <w:rPr>
                <w:sz w:val="18"/>
              </w:rPr>
              <w:t xml:space="preserve"> </w:t>
            </w:r>
            <w:r>
              <w:rPr>
                <w:sz w:val="18"/>
              </w:rPr>
              <w:t>→</w:t>
            </w:r>
            <w:r>
              <w:rPr>
                <w:sz w:val="18"/>
              </w:rPr>
              <w:t xml:space="preserve"> </w:t>
            </w:r>
            <w:r>
              <w:rPr>
                <w:sz w:val="18"/>
              </w:rPr>
              <w:t>周期</w:t>
            </w:r>
            <w:r>
              <w:rPr>
                <w:sz w:val="18"/>
              </w:rPr>
              <w:t xml:space="preserve"> </w:t>
            </w:r>
            <w:r>
              <w:rPr>
                <w:sz w:val="18"/>
              </w:rPr>
              <w:t>"</w:t>
            </w:r>
            <w:r>
              <w:rPr>
                <w:sz w:val="18"/>
              </w:rPr>
              <w:t xml:space="preserve"> </w:t>
            </w:r>
            <w:r>
              <w:rPr>
                <w:sz w:val="18"/>
              </w:rPr>
              <w:t>的双维框架。</w:t>
            </w:r>
          </w:p>
        </w:tc>
        <w:tc>
          <w:tcPr>
            <w:tcW w:type="dxa" w:w="1080"/>
          </w:tcPr>
          <w:p/>
        </w:tc>
        <w:tc>
          <w:tcPr>
            <w:tcW w:type="dxa" w:w="1080"/>
          </w:tcPr>
          <w:p/>
        </w:tc>
        <w:tc>
          <w:tcPr>
            <w:tcW w:type="dxa" w:w="1080"/>
          </w:tcP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2</w:t>
            </w:r>
            <w:r>
              <w:rPr>
                <w:sz w:val="18"/>
              </w:rPr>
              <w:t xml:space="preserve"> </w:t>
            </w:r>
            <w:r>
              <w:rPr>
                <w:sz w:val="18"/>
              </w:rPr>
              <w:t>：数学建模</w:t>
            </w:r>
            <w:r>
              <w:rPr>
                <w:sz w:val="18"/>
              </w:rPr>
              <w:t xml:space="preserve"> </w:t>
            </w:r>
            <w:r>
              <w:rPr>
                <w:sz w:val="18"/>
              </w:rPr>
              <w:t>——</w:t>
            </w:r>
            <w:r>
              <w:rPr>
                <w:sz w:val="18"/>
              </w:rPr>
              <w:t xml:space="preserve"> </w:t>
            </w:r>
            <w:r>
              <w:rPr>
                <w:sz w:val="18"/>
              </w:rPr>
              <w:t>傅里叶变换</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追问：</w:t>
            </w:r>
            <w:r>
              <w:rPr>
                <w:sz w:val="18"/>
              </w:rPr>
              <w:t xml:space="preserve"> </w:t>
            </w:r>
            <w:r>
              <w:rPr>
                <w:sz w:val="18"/>
              </w:rPr>
              <w:t>"</w:t>
            </w:r>
            <w:r>
              <w:rPr>
                <w:sz w:val="18"/>
              </w:rPr>
              <w:t xml:space="preserve"> </w:t>
            </w:r>
            <w:r>
              <w:rPr>
                <w:sz w:val="18"/>
              </w:rPr>
              <w:t>复杂语音波形如何画出？</w:t>
            </w:r>
            <w:r>
              <w:rPr>
                <w:sz w:val="18"/>
              </w:rPr>
              <w:t xml:space="preserve"> </w:t>
            </w:r>
            <w:r>
              <w:rPr>
                <w:sz w:val="18"/>
              </w:rPr>
              <w:t>"</w:t>
            </w:r>
            <w:r>
              <w:rPr>
                <w:sz w:val="18"/>
              </w:rPr>
              <w:t xml:space="preserve"> </w:t>
            </w:r>
            <w:r>
              <w:rPr>
                <w:sz w:val="18"/>
              </w:rPr>
              <w:t>引出</w:t>
            </w:r>
            <w:r>
              <w:rPr>
                <w:sz w:val="18"/>
              </w:rPr>
              <w:t xml:space="preserve"> </w:t>
            </w:r>
            <w:r>
              <w:rPr>
                <w:sz w:val="18"/>
              </w:rPr>
              <w:t>"</w:t>
            </w:r>
            <w:r>
              <w:rPr>
                <w:sz w:val="18"/>
              </w:rPr>
              <w:t xml:space="preserve"> </w:t>
            </w:r>
            <w:r>
              <w:rPr>
                <w:sz w:val="18"/>
              </w:rPr>
              <w:t>傅里叶变换</w:t>
            </w:r>
            <w:r>
              <w:rPr>
                <w:sz w:val="18"/>
              </w:rPr>
              <w:t xml:space="preserve"> </w:t>
            </w:r>
            <w:r>
              <w:rPr>
                <w:sz w:val="18"/>
              </w:rPr>
              <w:t>"</w:t>
            </w:r>
            <w:r>
              <w:rPr>
                <w:sz w:val="18"/>
              </w:rPr>
              <w:t xml:space="preserve"> </w:t>
            </w:r>
            <w:r>
              <w:rPr>
                <w:sz w:val="18"/>
              </w:rPr>
              <w:t>。给出公式：</w:t>
            </w:r>
            <w:r>
              <w:rPr>
                <w:sz w:val="18"/>
              </w:rPr>
              <w:t xml:space="preserve"> </w:t>
            </w:r>
            <w:r>
              <w:rPr>
                <w:sz w:val="18"/>
              </w:rPr>
              <w:t>"</w:t>
            </w:r>
            <w:r>
              <w:rPr>
                <w:sz w:val="18"/>
              </w:rPr>
              <w:t xml:space="preserve"> </w:t>
            </w:r>
            <w:r>
              <w:rPr>
                <w:sz w:val="18"/>
              </w:rPr>
              <w:t>任何周期为</w:t>
            </w:r>
            <w:r>
              <w:rPr>
                <w:sz w:val="18"/>
              </w:rPr>
              <w:t xml:space="preserve"> </w:t>
            </w:r>
            <w:r>
              <w:rPr>
                <w:sz w:val="18"/>
              </w:rPr>
              <w:t>T</w:t>
            </w:r>
            <w:r>
              <w:rPr>
                <w:sz w:val="18"/>
              </w:rPr>
              <w:t xml:space="preserve"> </w:t>
            </w:r>
            <w:r>
              <w:rPr>
                <w:sz w:val="18"/>
              </w:rPr>
              <w:t>的函数</w:t>
            </w:r>
            <w:r>
              <w:rPr>
                <w:sz w:val="18"/>
              </w:rPr>
              <w:t xml:space="preserve"> </w:t>
            </w:r>
            <w:r>
              <w:rPr>
                <w:sz w:val="18"/>
              </w:rPr>
              <w:t>f(t)</w:t>
            </w:r>
            <w:r>
              <w:rPr>
                <w:sz w:val="18"/>
              </w:rPr>
              <w:t xml:space="preserve"> </w:t>
            </w:r>
            <w:r>
              <w:rPr>
                <w:sz w:val="18"/>
              </w:rPr>
              <w:t>，都可以写成一系列正弦和余弦函数的和。</w:t>
            </w:r>
            <w:r>
              <w:rPr>
                <w:sz w:val="18"/>
              </w:rPr>
              <w:t xml:space="preserve"> </w:t>
            </w:r>
            <w:r>
              <w:rPr>
                <w:sz w:val="18"/>
              </w:rPr>
              <w:t>"</w:t>
            </w:r>
            <w:r>
              <w:rPr>
                <w:sz w:val="18"/>
              </w:rPr>
              <w:t xml:space="preserve"> </w:t>
            </w:r>
            <w:r>
              <w:rPr>
                <w:sz w:val="18"/>
              </w:rPr>
              <w:t>解释：任意复杂波形可由标准正弦波通过加减组合得到，语音信号亦是如此。组织数学建模任务：给定一个简单周期波形，让学生尝试用若干正弦波</w:t>
            </w:r>
            <w:r>
              <w:rPr>
                <w:sz w:val="18"/>
              </w:rPr>
              <w:t xml:space="preserve"> </w:t>
            </w:r>
            <w:r>
              <w:rPr>
                <w:sz w:val="18"/>
              </w:rPr>
              <w:t>"</w:t>
            </w:r>
            <w:r>
              <w:rPr>
                <w:sz w:val="18"/>
              </w:rPr>
              <w:t xml:space="preserve"> </w:t>
            </w:r>
            <w:r>
              <w:rPr>
                <w:sz w:val="18"/>
              </w:rPr>
              <w:t>叠加</w:t>
            </w:r>
            <w:r>
              <w:rPr>
                <w:sz w:val="18"/>
              </w:rPr>
              <w:t xml:space="preserve"> </w:t>
            </w:r>
            <w:r>
              <w:rPr>
                <w:sz w:val="18"/>
              </w:rPr>
              <w:t>"</w:t>
            </w:r>
            <w:r>
              <w:rPr>
                <w:sz w:val="18"/>
              </w:rPr>
              <w:t xml:space="preserve"> </w:t>
            </w:r>
            <w:r>
              <w:rPr>
                <w:sz w:val="18"/>
              </w:rPr>
              <w:t>逼近。</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小组用纸笔</w:t>
            </w:r>
            <w:r>
              <w:rPr>
                <w:sz w:val="18"/>
              </w:rPr>
              <w:t xml:space="preserve"> </w:t>
            </w:r>
            <w:r>
              <w:rPr>
                <w:sz w:val="18"/>
              </w:rPr>
              <w:t>/</w:t>
            </w:r>
            <w:r>
              <w:rPr>
                <w:sz w:val="18"/>
              </w:rPr>
              <w:t xml:space="preserve"> </w:t>
            </w:r>
            <w:r>
              <w:rPr>
                <w:sz w:val="18"/>
              </w:rPr>
              <w:t>软件把给定波形拆成</w:t>
            </w:r>
            <w:r>
              <w:rPr>
                <w:sz w:val="18"/>
              </w:rPr>
              <w:t xml:space="preserve"> </w:t>
            </w:r>
            <w:r>
              <w:rPr>
                <w:sz w:val="18"/>
              </w:rPr>
              <w:t>"</w:t>
            </w:r>
            <w:r>
              <w:rPr>
                <w:sz w:val="18"/>
              </w:rPr>
              <w:t xml:space="preserve"> </w:t>
            </w:r>
            <w:r>
              <w:rPr>
                <w:sz w:val="18"/>
              </w:rPr>
              <w:t>几个正弦波相加</w:t>
            </w:r>
            <w:r>
              <w:rPr>
                <w:sz w:val="18"/>
              </w:rPr>
              <w:t xml:space="preserve"> </w:t>
            </w:r>
            <w:r>
              <w:rPr>
                <w:sz w:val="18"/>
              </w:rPr>
              <w:t>"</w:t>
            </w:r>
            <w:r>
              <w:rPr>
                <w:sz w:val="18"/>
              </w:rPr>
              <w:t xml:space="preserve"> </w:t>
            </w:r>
            <w:r>
              <w:rPr>
                <w:sz w:val="18"/>
              </w:rPr>
              <w:t>的近似；讨论</w:t>
            </w:r>
            <w:r>
              <w:rPr>
                <w:sz w:val="18"/>
              </w:rPr>
              <w:t xml:space="preserve"> </w:t>
            </w:r>
            <w:r>
              <w:rPr>
                <w:sz w:val="18"/>
              </w:rPr>
              <w:t>"</w:t>
            </w:r>
            <w:r>
              <w:rPr>
                <w:sz w:val="18"/>
              </w:rPr>
              <w:t xml:space="preserve"> </w:t>
            </w:r>
            <w:r>
              <w:rPr>
                <w:sz w:val="18"/>
              </w:rPr>
              <w:t>波浪线剪开后能拼回原样吗</w:t>
            </w:r>
            <w:r>
              <w:rPr>
                <w:sz w:val="18"/>
              </w:rPr>
              <w:t xml:space="preserve"> </w:t>
            </w:r>
            <w:r>
              <w:rPr>
                <w:sz w:val="18"/>
              </w:rPr>
              <w:t>"</w:t>
            </w:r>
            <w:r>
              <w:rPr>
                <w:sz w:val="18"/>
              </w:rPr>
              <w:t xml:space="preserve"> </w:t>
            </w:r>
            <w:r>
              <w:rPr>
                <w:sz w:val="18"/>
              </w:rPr>
              <w:t>；口头表述傅里叶思想。</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把波形直觉升维为函数叠加的数学原理，为语音分解做直觉铺垫。</w:t>
            </w:r>
          </w:p>
        </w:tc>
        <w:tc>
          <w:tcPr>
            <w:tcW w:type="dxa" w:w="1080"/>
          </w:tcPr>
          <w:p/>
        </w:tc>
        <w:tc>
          <w:tcPr>
            <w:tcW w:type="dxa" w:w="1080"/>
          </w:tcPr>
          <w:p/>
        </w:tc>
        <w:tc>
          <w:tcPr>
            <w:tcW w:type="dxa" w:w="1080"/>
          </w:tcP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3</w:t>
            </w:r>
            <w:r>
              <w:rPr>
                <w:sz w:val="18"/>
              </w:rPr>
              <w:t xml:space="preserve"> </w:t>
            </w:r>
            <w:r>
              <w:rPr>
                <w:sz w:val="18"/>
              </w:rPr>
              <w:t>：同音字消歧与上下文推理</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11</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转向中文识别难点：</w:t>
            </w:r>
            <w:r>
              <w:rPr>
                <w:sz w:val="18"/>
              </w:rPr>
              <w:t xml:space="preserve"> </w:t>
            </w:r>
            <w:r>
              <w:rPr>
                <w:sz w:val="18"/>
              </w:rPr>
              <w:t>"ping"</w:t>
            </w:r>
            <w:r>
              <w:rPr>
                <w:sz w:val="18"/>
              </w:rPr>
              <w:t xml:space="preserve"> </w:t>
            </w:r>
            <w:r>
              <w:rPr>
                <w:sz w:val="18"/>
              </w:rPr>
              <w:t>和</w:t>
            </w:r>
            <w:r>
              <w:rPr>
                <w:sz w:val="18"/>
              </w:rPr>
              <w:t xml:space="preserve"> </w:t>
            </w:r>
            <w:r>
              <w:rPr>
                <w:sz w:val="18"/>
              </w:rPr>
              <w:t>"guo"</w:t>
            </w:r>
            <w:r>
              <w:rPr>
                <w:sz w:val="18"/>
              </w:rPr>
              <w:t xml:space="preserve"> </w:t>
            </w:r>
            <w:r>
              <w:rPr>
                <w:sz w:val="18"/>
              </w:rPr>
              <w:t>的同音字群（平瓶凭评屏萍坪苹</w:t>
            </w:r>
            <w:r>
              <w:rPr>
                <w:sz w:val="18"/>
              </w:rPr>
              <w:t xml:space="preserve"> </w:t>
            </w:r>
            <w:r>
              <w:rPr>
                <w:sz w:val="18"/>
              </w:rPr>
              <w:t xml:space="preserve"> / </w:t>
            </w:r>
            <w:r>
              <w:rPr>
                <w:sz w:val="18"/>
              </w:rPr>
              <w:t xml:space="preserve"> </w:t>
            </w:r>
            <w:r>
              <w:rPr>
                <w:sz w:val="18"/>
              </w:rPr>
              <w:t>果裹椁菓课倮裸棵）。</w:t>
            </w:r>
            <w:r>
              <w:rPr>
                <w:sz w:val="18"/>
              </w:rPr>
              <w:t xml:space="preserve"> </w:t>
            </w:r>
            <w:r>
              <w:rPr>
                <w:sz w:val="18"/>
              </w:rPr>
              <w:t>"AI</w:t>
            </w:r>
            <w:r>
              <w:rPr>
                <w:sz w:val="18"/>
              </w:rPr>
              <w:t xml:space="preserve"> </w:t>
            </w:r>
            <w:r>
              <w:rPr>
                <w:sz w:val="18"/>
              </w:rPr>
              <w:t>判断</w:t>
            </w:r>
            <w:r>
              <w:rPr>
                <w:sz w:val="18"/>
              </w:rPr>
              <w:t xml:space="preserve"> </w:t>
            </w:r>
            <w:r>
              <w:rPr>
                <w:sz w:val="18"/>
              </w:rPr>
              <w:t>'Ping</w:t>
            </w:r>
            <w:r>
              <w:rPr>
                <w:sz w:val="18"/>
              </w:rPr>
              <w:t xml:space="preserve"> </w:t>
            </w:r>
            <w:r>
              <w:rPr>
                <w:sz w:val="18"/>
              </w:rPr>
              <w:t>是哪个</w:t>
            </w:r>
            <w:r>
              <w:rPr>
                <w:sz w:val="18"/>
              </w:rPr>
              <w:t xml:space="preserve"> </w:t>
            </w:r>
            <w:r>
              <w:rPr>
                <w:sz w:val="18"/>
              </w:rPr>
              <w:t>ping</w:t>
            </w:r>
            <w:r>
              <w:rPr>
                <w:sz w:val="18"/>
              </w:rPr>
              <w:t xml:space="preserve"> </w:t>
            </w:r>
            <w:r>
              <w:rPr>
                <w:sz w:val="18"/>
              </w:rPr>
              <w:t>？</w:t>
            </w:r>
            <w:r>
              <w:rPr>
                <w:sz w:val="18"/>
              </w:rPr>
              <w:t xml:space="preserve"> </w:t>
            </w:r>
            <w:r>
              <w:rPr>
                <w:sz w:val="18"/>
              </w:rPr>
              <w:t>Guo</w:t>
            </w:r>
            <w:r>
              <w:rPr>
                <w:sz w:val="18"/>
              </w:rPr>
              <w:t xml:space="preserve"> </w:t>
            </w:r>
            <w:r>
              <w:rPr>
                <w:sz w:val="18"/>
              </w:rPr>
              <w:t>是哪个</w:t>
            </w:r>
            <w:r>
              <w:rPr>
                <w:sz w:val="18"/>
              </w:rPr>
              <w:t xml:space="preserve"> </w:t>
            </w:r>
            <w:r>
              <w:rPr>
                <w:sz w:val="18"/>
              </w:rPr>
              <w:t>guo</w:t>
            </w:r>
            <w:r>
              <w:rPr>
                <w:sz w:val="18"/>
              </w:rPr>
              <w:t xml:space="preserve"> </w:t>
            </w:r>
            <w:r>
              <w:rPr>
                <w:sz w:val="18"/>
              </w:rPr>
              <w:t>？</w:t>
            </w:r>
            <w:r>
              <w:rPr>
                <w:sz w:val="18"/>
              </w:rPr>
              <w:t xml:space="preserve"> </w:t>
            </w:r>
            <w:r>
              <w:rPr>
                <w:sz w:val="18"/>
              </w:rPr>
              <w:t>'</w:t>
            </w:r>
            <w:r>
              <w:rPr>
                <w:sz w:val="18"/>
              </w:rPr>
              <w:t xml:space="preserve"> </w:t>
            </w:r>
            <w:r>
              <w:rPr>
                <w:sz w:val="18"/>
              </w:rPr>
              <w:t>不能只看当前音节，而要借助上下文。</w:t>
            </w:r>
            <w:r>
              <w:rPr>
                <w:sz w:val="18"/>
              </w:rPr>
              <w:t xml:space="preserve"> </w:t>
            </w:r>
            <w:r>
              <w:rPr>
                <w:sz w:val="18"/>
              </w:rPr>
              <w:t>"</w:t>
            </w:r>
            <w:r>
              <w:rPr>
                <w:sz w:val="18"/>
              </w:rPr>
              <w:t xml:space="preserve"> </w:t>
            </w:r>
            <w:r>
              <w:rPr>
                <w:sz w:val="18"/>
              </w:rPr>
              <w:t>用</w:t>
            </w:r>
            <w:r>
              <w:rPr>
                <w:sz w:val="18"/>
              </w:rPr>
              <w:t xml:space="preserve"> </w:t>
            </w:r>
            <w:r>
              <w:rPr>
                <w:sz w:val="18"/>
              </w:rPr>
              <w:t>"</w:t>
            </w:r>
            <w:r>
              <w:rPr>
                <w:sz w:val="18"/>
              </w:rPr>
              <w:t xml:space="preserve"> </w:t>
            </w:r>
            <w:r>
              <w:rPr>
                <w:sz w:val="18"/>
              </w:rPr>
              <w:t>把波浪线中间一剪开，看看后边有可能跟着的是哪个</w:t>
            </w:r>
            <w:r>
              <w:rPr>
                <w:sz w:val="18"/>
              </w:rPr>
              <w:t xml:space="preserve"> </w:t>
            </w:r>
            <w:r>
              <w:rPr>
                <w:sz w:val="18"/>
              </w:rPr>
              <w:t>'guo'"</w:t>
            </w:r>
            <w:r>
              <w:rPr>
                <w:sz w:val="18"/>
              </w:rPr>
              <w:t xml:space="preserve"> </w:t>
            </w:r>
            <w:r>
              <w:rPr>
                <w:sz w:val="18"/>
              </w:rPr>
              <w:t>具象化。提出两种策略：</w:t>
            </w:r>
            <w:r>
              <w:rPr>
                <w:sz w:val="18"/>
              </w:rPr>
              <w:t xml:space="preserve"> </w:t>
            </w:r>
            <w:r>
              <w:rPr>
                <w:sz w:val="18"/>
              </w:rPr>
              <w:t>"</w:t>
            </w:r>
            <w:r>
              <w:rPr>
                <w:sz w:val="18"/>
              </w:rPr>
              <w:t xml:space="preserve"> </w:t>
            </w:r>
            <w:r>
              <w:rPr>
                <w:sz w:val="18"/>
              </w:rPr>
              <w:t>根据前面算后面</w:t>
            </w:r>
            <w:r>
              <w:rPr>
                <w:sz w:val="18"/>
              </w:rPr>
              <w:t xml:space="preserve"> </w:t>
            </w:r>
            <w:r>
              <w:rPr>
                <w:sz w:val="18"/>
              </w:rPr>
              <w:t>"</w:t>
            </w:r>
            <w:r>
              <w:rPr>
                <w:sz w:val="18"/>
              </w:rPr>
              <w:t xml:space="preserve"> </w:t>
            </w:r>
            <w:r>
              <w:rPr>
                <w:sz w:val="18"/>
              </w:rPr>
              <w:t>（马尔可夫链，</w:t>
            </w:r>
            <w:r>
              <w:rPr>
                <w:sz w:val="18"/>
              </w:rPr>
              <w:t xml:space="preserve"> </w:t>
            </w:r>
            <w:r>
              <w:rPr>
                <w:sz w:val="18"/>
              </w:rPr>
              <w:t>P(Xt+1</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Xt)</w:t>
            </w:r>
            <w:r>
              <w:rPr>
                <w:sz w:val="18"/>
              </w:rPr>
              <w:t xml:space="preserve"> </w:t>
            </w:r>
            <w:r>
              <w:rPr>
                <w:sz w:val="18"/>
              </w:rPr>
              <w:t>）；</w:t>
            </w:r>
            <w:r>
              <w:rPr>
                <w:sz w:val="18"/>
              </w:rPr>
              <w:t xml:space="preserve"> </w:t>
            </w:r>
            <w:r>
              <w:rPr>
                <w:sz w:val="18"/>
              </w:rPr>
              <w:t>"</w:t>
            </w:r>
            <w:r>
              <w:rPr>
                <w:sz w:val="18"/>
              </w:rPr>
              <w:t xml:space="preserve"> </w:t>
            </w:r>
            <w:r>
              <w:rPr>
                <w:sz w:val="18"/>
              </w:rPr>
              <w:t>根据后面算前面</w:t>
            </w:r>
            <w:r>
              <w:rPr>
                <w:sz w:val="18"/>
              </w:rPr>
              <w:t xml:space="preserve"> </w:t>
            </w:r>
            <w:r>
              <w:rPr>
                <w:sz w:val="18"/>
              </w:rPr>
              <w:t>"</w:t>
            </w:r>
            <w:r>
              <w:rPr>
                <w:sz w:val="18"/>
              </w:rPr>
              <w:t xml:space="preserve"> </w:t>
            </w:r>
            <w:r>
              <w:rPr>
                <w:sz w:val="18"/>
              </w:rPr>
              <w:t>（贝叶斯推理，</w:t>
            </w:r>
            <w:r>
              <w:rPr>
                <w:sz w:val="18"/>
              </w:rPr>
              <w:t xml:space="preserve"> </w:t>
            </w:r>
            <w:r>
              <w:rPr>
                <w:sz w:val="18"/>
              </w:rPr>
              <w:t>P(H</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D)=P(D</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H)·P(H)/P(D)</w:t>
            </w:r>
            <w:r>
              <w:rPr>
                <w:sz w:val="18"/>
              </w:rPr>
              <w:t xml:space="preserve"> </w:t>
            </w:r>
            <w:r>
              <w:rPr>
                <w:sz w:val="18"/>
              </w:rPr>
              <w:t>）。</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讨论：仅凭</w:t>
            </w:r>
            <w:r>
              <w:rPr>
                <w:sz w:val="18"/>
              </w:rPr>
              <w:t xml:space="preserve"> </w:t>
            </w:r>
            <w:r>
              <w:rPr>
                <w:sz w:val="18"/>
              </w:rPr>
              <w:t>"pingguo"</w:t>
            </w:r>
            <w:r>
              <w:rPr>
                <w:sz w:val="18"/>
              </w:rPr>
              <w:t xml:space="preserve"> </w:t>
            </w:r>
            <w:r>
              <w:rPr>
                <w:sz w:val="18"/>
              </w:rPr>
              <w:t>能确定</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吗？给出含</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平果</w:t>
            </w:r>
            <w:r>
              <w:rPr>
                <w:sz w:val="18"/>
              </w:rPr>
              <w:t xml:space="preserve"> </w:t>
            </w:r>
            <w:r>
              <w:rPr>
                <w:sz w:val="18"/>
              </w:rPr>
              <w:t>/</w:t>
            </w:r>
            <w:r>
              <w:rPr>
                <w:sz w:val="18"/>
              </w:rPr>
              <w:t xml:space="preserve"> </w:t>
            </w:r>
            <w:r>
              <w:rPr>
                <w:sz w:val="18"/>
              </w:rPr>
              <w:t>瓶果</w:t>
            </w:r>
            <w:r>
              <w:rPr>
                <w:sz w:val="18"/>
              </w:rPr>
              <w:t xml:space="preserve"> </w:t>
            </w:r>
            <w:r>
              <w:rPr>
                <w:sz w:val="18"/>
              </w:rPr>
              <w:t>"</w:t>
            </w:r>
            <w:r>
              <w:rPr>
                <w:sz w:val="18"/>
              </w:rPr>
              <w:t xml:space="preserve"> </w:t>
            </w:r>
            <w:r>
              <w:rPr>
                <w:sz w:val="18"/>
              </w:rPr>
              <w:t>的句子，判断最合理组合。用卡片实验模拟</w:t>
            </w:r>
            <w:r>
              <w:rPr>
                <w:sz w:val="18"/>
              </w:rPr>
              <w:t xml:space="preserve"> </w:t>
            </w:r>
            <w:r>
              <w:rPr>
                <w:sz w:val="18"/>
              </w:rPr>
              <w:t>"</w:t>
            </w:r>
            <w:r>
              <w:rPr>
                <w:sz w:val="18"/>
              </w:rPr>
              <w:t xml:space="preserve"> </w:t>
            </w:r>
            <w:r>
              <w:rPr>
                <w:sz w:val="18"/>
              </w:rPr>
              <w:t>根据前面算后面</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根据后面算前面</w:t>
            </w:r>
            <w:r>
              <w:rPr>
                <w:sz w:val="18"/>
              </w:rPr>
              <w:t xml:space="preserve"> </w:t>
            </w:r>
            <w:r>
              <w:rPr>
                <w:sz w:val="18"/>
              </w:rPr>
              <w:t>"</w:t>
            </w:r>
            <w:r>
              <w:rPr>
                <w:sz w:val="18"/>
              </w:rPr>
              <w:t xml:space="preserve"> </w:t>
            </w:r>
            <w:r>
              <w:rPr>
                <w:sz w:val="18"/>
              </w:rPr>
              <w:t>，体验条件概率与贝叶斯。</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从波形跨越到语义消歧，建立概率推理框架，落实马尔可夫与贝叶斯双策略。</w:t>
            </w: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探究</w:t>
            </w:r>
            <w:r>
              <w:rPr>
                <w:sz w:val="18"/>
              </w:rPr>
              <w:t xml:space="preserve"> </w:t>
            </w:r>
            <w:r>
              <w:rPr>
                <w:sz w:val="18"/>
              </w:rPr>
              <w:t>4</w:t>
            </w:r>
            <w:r>
              <w:rPr>
                <w:sz w:val="18"/>
              </w:rPr>
              <w:t xml:space="preserve"> </w:t>
            </w:r>
            <w:r>
              <w:rPr>
                <w:sz w:val="18"/>
              </w:rPr>
              <w:t>：思辨讨论</w:t>
            </w:r>
            <w:r>
              <w:rPr>
                <w:sz w:val="18"/>
              </w:rPr>
              <w:t xml:space="preserve"> </w:t>
            </w:r>
            <w:r>
              <w:rPr>
                <w:sz w:val="18"/>
              </w:rPr>
              <w:t xml:space="preserve"> + </w:t>
            </w:r>
            <w:r>
              <w:rPr>
                <w:sz w:val="18"/>
              </w:rPr>
              <w:t xml:space="preserve"> </w:t>
            </w:r>
            <w:r>
              <w:rPr>
                <w:sz w:val="18"/>
              </w:rPr>
              <w:t>项目实践</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9</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组织课堂讨论：</w:t>
            </w:r>
            <w:r>
              <w:rPr>
                <w:sz w:val="18"/>
              </w:rPr>
              <w:t xml:space="preserve"> </w:t>
            </w:r>
            <w:r>
              <w:rPr>
                <w:sz w:val="18"/>
              </w:rPr>
              <w:t>"</w:t>
            </w:r>
            <w:r>
              <w:rPr>
                <w:sz w:val="18"/>
              </w:rPr>
              <w:t xml:space="preserve"> </w:t>
            </w:r>
            <w:r>
              <w:rPr>
                <w:sz w:val="18"/>
              </w:rPr>
              <w:t>为什么机器听写中文比英文更难？</w:t>
            </w:r>
            <w:r>
              <w:rPr>
                <w:sz w:val="18"/>
              </w:rPr>
              <w:t xml:space="preserve"> </w:t>
            </w:r>
            <w:r>
              <w:rPr>
                <w:sz w:val="18"/>
              </w:rPr>
              <w:t>""</w:t>
            </w:r>
            <w:r>
              <w:rPr>
                <w:sz w:val="18"/>
              </w:rPr>
              <w:t xml:space="preserve"> </w:t>
            </w:r>
            <w:r>
              <w:rPr>
                <w:sz w:val="18"/>
              </w:rPr>
              <w:t>语音识别为何会</w:t>
            </w:r>
            <w:r>
              <w:rPr>
                <w:sz w:val="18"/>
              </w:rPr>
              <w:t xml:space="preserve"> </w:t>
            </w:r>
            <w:r>
              <w:rPr>
                <w:sz w:val="18"/>
              </w:rPr>
              <w:t>'</w:t>
            </w:r>
            <w:r>
              <w:rPr>
                <w:sz w:val="18"/>
              </w:rPr>
              <w:t xml:space="preserve"> </w:t>
            </w:r>
            <w:r>
              <w:rPr>
                <w:sz w:val="18"/>
              </w:rPr>
              <w:t>认错字</w:t>
            </w:r>
            <w:r>
              <w:rPr>
                <w:sz w:val="18"/>
              </w:rPr>
              <w:t xml:space="preserve"> </w:t>
            </w:r>
            <w:r>
              <w:rPr>
                <w:sz w:val="18"/>
              </w:rPr>
              <w:t>'</w:t>
            </w:r>
            <w:r>
              <w:rPr>
                <w:sz w:val="18"/>
              </w:rPr>
              <w:t xml:space="preserve"> </w:t>
            </w:r>
            <w:r>
              <w:rPr>
                <w:sz w:val="18"/>
              </w:rPr>
              <w:t>？</w:t>
            </w:r>
            <w:r>
              <w:rPr>
                <w:sz w:val="18"/>
              </w:rPr>
              <w:t xml:space="preserve"> </w:t>
            </w:r>
            <w:r>
              <w:rPr>
                <w:sz w:val="18"/>
              </w:rPr>
              <w:t>""AI</w:t>
            </w:r>
            <w:r>
              <w:rPr>
                <w:sz w:val="18"/>
              </w:rPr>
              <w:t xml:space="preserve"> </w:t>
            </w:r>
            <w:r>
              <w:rPr>
                <w:sz w:val="18"/>
              </w:rPr>
              <w:t>理解语音与人类理解有何异同？</w:t>
            </w:r>
            <w:r>
              <w:rPr>
                <w:sz w:val="18"/>
              </w:rPr>
              <w:t xml:space="preserve"> </w:t>
            </w:r>
            <w:r>
              <w:rPr>
                <w:sz w:val="18"/>
              </w:rPr>
              <w:t>"</w:t>
            </w:r>
            <w:r>
              <w:rPr>
                <w:sz w:val="18"/>
              </w:rPr>
              <w:t xml:space="preserve"> </w:t>
            </w:r>
            <w:r>
              <w:rPr>
                <w:sz w:val="18"/>
              </w:rPr>
              <w:t>布置微型项目：用手机录制一段语音，借助在线工具观察频谱图，找出基频与谐波；或写几行</w:t>
            </w:r>
            <w:r>
              <w:rPr>
                <w:sz w:val="18"/>
              </w:rPr>
              <w:t xml:space="preserve"> </w:t>
            </w:r>
            <w:r>
              <w:rPr>
                <w:sz w:val="18"/>
              </w:rPr>
              <w:t>Python</w:t>
            </w:r>
            <w:r>
              <w:rPr>
                <w:sz w:val="18"/>
              </w:rPr>
              <w:t xml:space="preserve"> </w:t>
            </w:r>
            <w:r>
              <w:rPr>
                <w:sz w:val="18"/>
              </w:rPr>
              <w:t>验证傅里叶分解。</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分组辩论（</w:t>
            </w:r>
            <w:r>
              <w:rPr>
                <w:sz w:val="18"/>
              </w:rPr>
              <w:t xml:space="preserve"> </w:t>
            </w:r>
            <w:r>
              <w:rPr>
                <w:sz w:val="18"/>
              </w:rPr>
              <w:t>4</w:t>
            </w:r>
            <w:r>
              <w:rPr>
                <w:sz w:val="18"/>
              </w:rPr>
              <w:t xml:space="preserve"> </w:t>
            </w:r>
            <w:r>
              <w:rPr>
                <w:sz w:val="18"/>
              </w:rPr>
              <w:t>人一组，正反方各</w:t>
            </w:r>
            <w:r>
              <w:rPr>
                <w:sz w:val="18"/>
              </w:rPr>
              <w:t xml:space="preserve"> </w:t>
            </w:r>
            <w:r>
              <w:rPr>
                <w:sz w:val="18"/>
              </w:rPr>
              <w:t>2</w:t>
            </w:r>
            <w:r>
              <w:rPr>
                <w:sz w:val="18"/>
              </w:rPr>
              <w:t xml:space="preserve"> </w:t>
            </w:r>
            <w:r>
              <w:rPr>
                <w:sz w:val="18"/>
              </w:rPr>
              <w:t>人），陈述论据；同步启动微型项目，录制</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并截图频谱，标出基频。</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以思辨深化原理理解，以项目实践把跨学科知识转化为可操作探究。</w:t>
            </w:r>
          </w:p>
        </w:tc>
        <w:tc>
          <w:tcPr>
            <w:tcW w:type="dxa" w:w="1080"/>
          </w:tcPr>
          <w:p/>
        </w:tc>
        <w:tc>
          <w:tcPr>
            <w:tcW w:type="dxa" w:w="1080"/>
          </w:tcPr>
          <w:p/>
        </w:tc>
        <w:tc>
          <w:tcPr>
            <w:tcW w:type="dxa" w:w="1080"/>
          </w:tcPr>
          <w:p/>
        </w:tc>
      </w:tr>
      <w:tr>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总结评价</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3</w:t>
            </w:r>
            <w:r>
              <w:rPr>
                <w:sz w:val="18"/>
              </w:rPr>
              <w:t xml:space="preserve"> </w:t>
            </w:r>
            <w:r>
              <w:rPr>
                <w:sz w:val="18"/>
              </w:rPr>
              <w:t>分钟</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总结：</w:t>
            </w:r>
            <w:r>
              <w:rPr>
                <w:sz w:val="18"/>
              </w:rPr>
              <w:t xml:space="preserve"> </w:t>
            </w:r>
            <w:r>
              <w:rPr>
                <w:sz w:val="18"/>
              </w:rPr>
              <w:t>"</w:t>
            </w:r>
            <w:r>
              <w:rPr>
                <w:sz w:val="18"/>
              </w:rPr>
              <w:t xml:space="preserve"> </w:t>
            </w:r>
            <w:r>
              <w:rPr>
                <w:sz w:val="18"/>
              </w:rPr>
              <w:t>它是一个跨学科的领域，它是数学和科学相互加强的这种格局。</w:t>
            </w:r>
            <w:r>
              <w:rPr>
                <w:sz w:val="18"/>
              </w:rPr>
              <w:t xml:space="preserve"> </w:t>
            </w:r>
            <w:r>
              <w:rPr>
                <w:sz w:val="18"/>
              </w:rPr>
              <w:t>""</w:t>
            </w:r>
            <w:r>
              <w:rPr>
                <w:sz w:val="18"/>
              </w:rPr>
              <w:t xml:space="preserve"> </w:t>
            </w:r>
            <w:r>
              <w:rPr>
                <w:sz w:val="18"/>
              </w:rPr>
              <w:t>高中教学应让学生理解科学原理而非仅体验应用。</w:t>
            </w:r>
            <w:r>
              <w:rPr>
                <w:sz w:val="18"/>
              </w:rPr>
              <w:t xml:space="preserve"> </w:t>
            </w:r>
            <w:r>
              <w:rPr>
                <w:sz w:val="18"/>
              </w:rPr>
              <w:t>"</w:t>
            </w:r>
            <w:r>
              <w:rPr>
                <w:sz w:val="18"/>
              </w:rPr>
              <w:t xml:space="preserve"> </w:t>
            </w:r>
            <w:r>
              <w:rPr>
                <w:sz w:val="18"/>
              </w:rPr>
              <w:t>布置作业与评价。</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每组</w:t>
            </w:r>
            <w:r>
              <w:rPr>
                <w:sz w:val="18"/>
              </w:rPr>
              <w:t xml:space="preserve"> </w:t>
            </w:r>
            <w:r>
              <w:rPr>
                <w:sz w:val="18"/>
              </w:rPr>
              <w:t>1</w:t>
            </w:r>
            <w:r>
              <w:rPr>
                <w:sz w:val="18"/>
              </w:rPr>
              <w:t xml:space="preserve"> </w:t>
            </w:r>
            <w:r>
              <w:rPr>
                <w:sz w:val="18"/>
              </w:rPr>
              <w:t>句话总结</w:t>
            </w:r>
            <w:r>
              <w:rPr>
                <w:sz w:val="18"/>
              </w:rPr>
              <w:t xml:space="preserve"> </w:t>
            </w:r>
            <w:r>
              <w:rPr>
                <w:sz w:val="18"/>
              </w:rPr>
              <w:t>"</w:t>
            </w:r>
            <w:r>
              <w:rPr>
                <w:sz w:val="18"/>
              </w:rPr>
              <w:t xml:space="preserve"> </w:t>
            </w:r>
            <w:r>
              <w:rPr>
                <w:sz w:val="18"/>
              </w:rPr>
              <w:t>语音识别背后的跨学科链条</w:t>
            </w:r>
            <w:r>
              <w:rPr>
                <w:sz w:val="18"/>
              </w:rPr>
              <w:t xml:space="preserve"> </w:t>
            </w:r>
            <w:r>
              <w:rPr>
                <w:sz w:val="18"/>
              </w:rPr>
              <w:t>"</w:t>
            </w:r>
            <w:r>
              <w:rPr>
                <w:sz w:val="18"/>
              </w:rPr>
              <w:t xml:space="preserve"> </w:t>
            </w:r>
            <w:r>
              <w:rPr>
                <w:sz w:val="18"/>
              </w:rPr>
              <w:t>；在手册完成反思。</w:t>
            </w:r>
          </w:p>
        </w:tc>
        <w:tc>
          <w:tcPr>
            <w:tcW w:type="dxa" w:w="10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收束到</w:t>
            </w:r>
            <w:r>
              <w:rPr>
                <w:sz w:val="18"/>
              </w:rPr>
              <w:t xml:space="preserve"> </w:t>
            </w:r>
            <w:r>
              <w:rPr>
                <w:sz w:val="18"/>
              </w:rPr>
              <w:t>"</w:t>
            </w:r>
            <w:r>
              <w:rPr>
                <w:sz w:val="18"/>
              </w:rPr>
              <w:t xml:space="preserve"> </w:t>
            </w:r>
            <w:r>
              <w:rPr>
                <w:sz w:val="18"/>
              </w:rPr>
              <w:t>数学与科学相互加强</w:t>
            </w:r>
            <w:r>
              <w:rPr>
                <w:sz w:val="18"/>
              </w:rPr>
              <w:t xml:space="preserve"> </w:t>
            </w:r>
            <w:r>
              <w:rPr>
                <w:sz w:val="18"/>
              </w:rPr>
              <w:t>"</w:t>
            </w:r>
            <w:r>
              <w:rPr>
                <w:sz w:val="18"/>
              </w:rPr>
              <w:t xml:space="preserve"> </w:t>
            </w:r>
            <w:r>
              <w:rPr>
                <w:sz w:val="18"/>
              </w:rPr>
              <w:t>的高中</w:t>
            </w:r>
            <w:r>
              <w:rPr>
                <w:sz w:val="18"/>
              </w:rPr>
              <w:t xml:space="preserve"> </w:t>
            </w:r>
            <w:r>
              <w:rPr>
                <w:sz w:val="18"/>
              </w:rPr>
              <w:t>AI</w:t>
            </w:r>
            <w:r>
              <w:rPr>
                <w:sz w:val="18"/>
              </w:rPr>
              <w:t xml:space="preserve"> </w:t>
            </w:r>
            <w:r>
              <w:rPr>
                <w:sz w:val="18"/>
              </w:rPr>
              <w:t>通识定位，完成评价闭环。</w:t>
            </w:r>
          </w:p>
        </w:tc>
        <w:tc>
          <w:tcPr>
            <w:tcW w:type="dxa" w:w="1080"/>
          </w:tcPr>
          <w:p/>
        </w:tc>
        <w:tc>
          <w:tcPr>
            <w:tcW w:type="dxa" w:w="1080"/>
          </w:tcPr>
          <w:p/>
        </w:tc>
        <w:tc>
          <w:tcPr>
            <w:tcW w:type="dxa" w:w="1080"/>
          </w:tcP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五、课堂互动设计（递进式·思辨+项目实践）</w:t>
      </w:r>
    </w:p>
    <w:p>
      <w:pPr/>
      <w:r>
        <w:rPr>
          <w:rFonts w:ascii="微软雅黑" w:eastAsia="微软雅黑" w:hAnsi="微软雅黑" w:cs="微软雅黑" w:hint="eastAsia"/>
          <w:b/>
          <w:lang w:eastAsia="zh-CN"/>
        </w:rPr>
        <w:t>1. 导入环节（问题激疑）</w:t>
      </w:r>
    </w:p>
    <w:p>
      <w:pPr>
        <w:pStyle w:val="ListBullet"/>
        <w:spacing w:after="72"/>
      </w:pPr>
      <w:r>
        <w:rPr>
          <w:rFonts w:ascii="微软雅黑" w:eastAsia="微软雅黑" w:hAnsi="微软雅黑" w:cs="微软雅黑" w:hint="eastAsia"/>
          <w:lang w:eastAsia="zh-CN"/>
        </w:rPr>
        <w:t>播放语音助手视频后，全班举手投票</w:t>
      </w:r>
      <w:r>
        <w:t>"</w:t>
      </w:r>
      <w:r>
        <w:rPr>
          <w:rFonts w:ascii="微软雅黑" w:eastAsia="微软雅黑" w:hAnsi="微软雅黑" w:cs="微软雅黑" w:hint="eastAsia"/>
          <w:lang w:eastAsia="zh-CN"/>
        </w:rPr>
        <w:t>你认为手机靠什么分辨</w:t>
      </w:r>
      <w:r>
        <w:t>'</w:t>
      </w:r>
      <w:r>
        <w:rPr>
          <w:rFonts w:ascii="微软雅黑" w:eastAsia="微软雅黑" w:hAnsi="微软雅黑" w:cs="微软雅黑" w:hint="eastAsia"/>
          <w:lang w:eastAsia="zh-CN"/>
        </w:rPr>
        <w:t>苹果</w:t>
      </w:r>
      <w:r>
        <w:t>'</w:t>
      </w:r>
      <w:r>
        <w:rPr>
          <w:rFonts w:ascii="微软雅黑" w:eastAsia="微软雅黑" w:hAnsi="微软雅黑" w:cs="微软雅黑" w:hint="eastAsia"/>
          <w:lang w:eastAsia="zh-CN"/>
        </w:rPr>
        <w:t>而非</w:t>
      </w:r>
      <w:r>
        <w:t>'</w:t>
      </w:r>
      <w:r>
        <w:rPr>
          <w:rFonts w:ascii="微软雅黑" w:eastAsia="微软雅黑" w:hAnsi="微软雅黑" w:cs="微软雅黑" w:hint="eastAsia"/>
          <w:lang w:eastAsia="zh-CN"/>
        </w:rPr>
        <w:t>平果</w:t>
      </w:r>
      <w:r>
        <w:t>'"</w:t>
      </w:r>
      <w:r>
        <w:rPr>
          <w:rFonts w:ascii="微软雅黑" w:eastAsia="微软雅黑" w:hAnsi="微软雅黑" w:cs="微软雅黑" w:hint="eastAsia"/>
          <w:lang w:eastAsia="zh-CN"/>
        </w:rPr>
        <w:t>（录音比对</w:t>
      </w:r>
      <w:r>
        <w:t>/</w:t>
      </w:r>
      <w:r>
        <w:rPr>
          <w:rFonts w:ascii="微软雅黑" w:eastAsia="微软雅黑" w:hAnsi="微软雅黑" w:cs="微软雅黑" w:hint="eastAsia"/>
          <w:lang w:eastAsia="zh-CN"/>
        </w:rPr>
        <w:t>语义理解</w:t>
      </w:r>
      <w:r>
        <w:t>/</w:t>
      </w:r>
      <w:r>
        <w:rPr>
          <w:rFonts w:ascii="微软雅黑" w:eastAsia="微软雅黑" w:hAnsi="微软雅黑" w:cs="微软雅黑" w:hint="eastAsia"/>
          <w:lang w:eastAsia="zh-CN"/>
        </w:rPr>
        <w:t>统计概率），留存假设，课末回看。</w:t>
      </w:r>
    </w:p>
    <w:p>
      <w:pPr>
        <w:pStyle w:val="ListBullet"/>
        <w:spacing w:after="72"/>
      </w:pPr>
      <w:r>
        <w:rPr>
          <w:rFonts w:ascii="微软雅黑" w:eastAsia="微软雅黑" w:hAnsi="微软雅黑" w:cs="微软雅黑" w:hint="eastAsia"/>
          <w:lang w:eastAsia="zh-CN"/>
        </w:rPr>
        <w:t>教师点明高中定位：</w:t>
      </w:r>
      <w:r>
        <w:t>"</w:t>
      </w:r>
      <w:r>
        <w:rPr>
          <w:rFonts w:ascii="微软雅黑" w:eastAsia="微软雅黑" w:hAnsi="微软雅黑" w:cs="微软雅黑" w:hint="eastAsia"/>
          <w:lang w:eastAsia="zh-CN"/>
        </w:rPr>
        <w:t>今天我们不只要</w:t>
      </w:r>
      <w:r>
        <w:t>'</w:t>
      </w:r>
      <w:r>
        <w:rPr>
          <w:rFonts w:ascii="微软雅黑" w:eastAsia="微软雅黑" w:hAnsi="微软雅黑" w:cs="微软雅黑" w:hint="eastAsia"/>
          <w:lang w:eastAsia="zh-CN"/>
        </w:rPr>
        <w:t>会用</w:t>
      </w:r>
      <w:r>
        <w:t>'</w:t>
      </w:r>
      <w:r>
        <w:rPr>
          <w:rFonts w:ascii="微软雅黑" w:eastAsia="微软雅黑" w:hAnsi="微软雅黑" w:cs="微软雅黑" w:hint="eastAsia"/>
          <w:lang w:eastAsia="zh-CN"/>
        </w:rPr>
        <w:t>，更要</w:t>
      </w:r>
      <w:r>
        <w:t>'</w:t>
      </w:r>
      <w:r>
        <w:rPr>
          <w:rFonts w:ascii="微软雅黑" w:eastAsia="微软雅黑" w:hAnsi="微软雅黑" w:cs="微软雅黑" w:hint="eastAsia"/>
          <w:lang w:eastAsia="zh-CN"/>
        </w:rPr>
        <w:t>懂原理</w:t>
      </w:r>
      <w:r>
        <w:t>'</w:t>
      </w:r>
      <w:r>
        <w:rPr>
          <w:rFonts w:ascii="微软雅黑" w:eastAsia="微软雅黑" w:hAnsi="微软雅黑" w:cs="微软雅黑" w:hint="eastAsia"/>
          <w:lang w:eastAsia="zh-CN"/>
        </w:rPr>
        <w:t>。</w:t>
      </w:r>
      <w:r>
        <w:t>"</w:t>
      </w:r>
    </w:p>
    <w:p>
      <w:pPr/>
      <w:r>
        <w:rPr>
          <w:rFonts w:ascii="微软雅黑" w:eastAsia="微软雅黑" w:hAnsi="微软雅黑" w:cs="微软雅黑" w:hint="eastAsia"/>
          <w:b/>
          <w:lang w:eastAsia="zh-CN"/>
        </w:rPr>
        <w:t>2. 探究环节（分组·建模+实验）</w:t>
      </w:r>
    </w:p>
    <w:p>
      <w:pPr>
        <w:pStyle w:val="ListBullet"/>
        <w:spacing w:after="72"/>
      </w:pPr>
      <w:r>
        <w:t>4</w:t>
      </w:r>
      <w:r>
        <w:rPr>
          <w:rFonts w:ascii="微软雅黑" w:eastAsia="微软雅黑" w:hAnsi="微软雅黑" w:cs="微软雅黑" w:hint="eastAsia"/>
          <w:lang w:eastAsia="zh-CN"/>
        </w:rPr>
        <w:t>人小组，设</w:t>
      </w:r>
      <w:r>
        <w:t>"</w:t>
      </w:r>
      <w:r>
        <w:rPr>
          <w:rFonts w:ascii="微软雅黑" w:eastAsia="微软雅黑" w:hAnsi="微软雅黑" w:cs="微软雅黑" w:hint="eastAsia"/>
          <w:lang w:eastAsia="zh-CN"/>
        </w:rPr>
        <w:t>物理观察员、数学建模员、概率实验员、项目记录员</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探究</w:t>
      </w:r>
      <w:r>
        <w:t>1-3</w:t>
      </w:r>
      <w:r>
        <w:rPr>
          <w:rFonts w:ascii="微软雅黑" w:eastAsia="微软雅黑" w:hAnsi="微软雅黑" w:cs="微软雅黑" w:hint="eastAsia"/>
          <w:lang w:eastAsia="zh-CN"/>
        </w:rPr>
        <w:t>以</w:t>
      </w:r>
      <w:r>
        <w:t>"</w:t>
      </w:r>
      <w:r>
        <w:rPr>
          <w:rFonts w:ascii="微软雅黑" w:eastAsia="微软雅黑" w:hAnsi="微软雅黑" w:cs="微软雅黑" w:hint="eastAsia"/>
          <w:lang w:eastAsia="zh-CN"/>
        </w:rPr>
        <w:t>波形观察</w:t>
      </w:r>
      <w:r>
        <w:t>→</w:t>
      </w:r>
      <w:r>
        <w:rPr>
          <w:rFonts w:ascii="微软雅黑" w:eastAsia="微软雅黑" w:hAnsi="微软雅黑" w:cs="微软雅黑" w:hint="eastAsia"/>
          <w:lang w:eastAsia="zh-CN"/>
        </w:rPr>
        <w:t>傅里叶叠加</w:t>
      </w:r>
      <w:r>
        <w:t>→</w:t>
      </w:r>
      <w:r>
        <w:rPr>
          <w:rFonts w:ascii="微软雅黑" w:eastAsia="微软雅黑" w:hAnsi="微软雅黑" w:cs="微软雅黑" w:hint="eastAsia"/>
          <w:lang w:eastAsia="zh-CN"/>
        </w:rPr>
        <w:t>同音字卡片推理</w:t>
      </w:r>
      <w:r>
        <w:t>"</w:t>
      </w:r>
      <w:r>
        <w:rPr>
          <w:rFonts w:ascii="微软雅黑" w:eastAsia="微软雅黑" w:hAnsi="微软雅黑" w:cs="微软雅黑" w:hint="eastAsia"/>
          <w:lang w:eastAsia="zh-CN"/>
        </w:rPr>
        <w:t>递进；关键活动</w:t>
      </w:r>
      <w:r>
        <w:t>"</w:t>
      </w:r>
      <w:r>
        <w:rPr>
          <w:rFonts w:ascii="微软雅黑" w:eastAsia="微软雅黑" w:hAnsi="微软雅黑" w:cs="微软雅黑" w:hint="eastAsia"/>
          <w:lang w:eastAsia="zh-CN"/>
        </w:rPr>
        <w:t>剪开波浪线看后接哪个</w:t>
      </w:r>
      <w:r>
        <w:t>guo"</w:t>
      </w:r>
      <w:r>
        <w:rPr>
          <w:rFonts w:ascii="微软雅黑" w:eastAsia="微软雅黑" w:hAnsi="微软雅黑" w:cs="微软雅黑" w:hint="eastAsia"/>
          <w:lang w:eastAsia="zh-CN"/>
        </w:rPr>
        <w:t>用实体卡片操作，</w:t>
      </w:r>
      <w:r>
        <w:t>"</w:t>
      </w:r>
      <w:r>
        <w:rPr>
          <w:rFonts w:ascii="微软雅黑" w:eastAsia="微软雅黑" w:hAnsi="微软雅黑" w:cs="微软雅黑" w:hint="eastAsia"/>
          <w:lang w:eastAsia="zh-CN"/>
        </w:rPr>
        <w:t>贝叶斯猜字</w:t>
      </w:r>
      <w:r>
        <w:t>"</w:t>
      </w:r>
      <w:r>
        <w:rPr>
          <w:rFonts w:ascii="微软雅黑" w:eastAsia="微软雅黑" w:hAnsi="微软雅黑" w:cs="微软雅黑" w:hint="eastAsia"/>
          <w:lang w:eastAsia="zh-CN"/>
        </w:rPr>
        <w:t>用骰子</w:t>
      </w:r>
      <w:r>
        <w:t>/</w:t>
      </w:r>
      <w:r>
        <w:rPr>
          <w:rFonts w:ascii="微软雅黑" w:eastAsia="微软雅黑" w:hAnsi="微软雅黑" w:cs="微软雅黑" w:hint="eastAsia"/>
          <w:lang w:eastAsia="zh-CN"/>
        </w:rPr>
        <w:t>卡片实验。</w:t>
      </w:r>
    </w:p>
    <w:p>
      <w:pPr>
        <w:pStyle w:val="ListBullet"/>
        <w:spacing w:after="72"/>
      </w:pPr>
      <w:r>
        <w:rPr>
          <w:rFonts w:ascii="微软雅黑" w:eastAsia="微软雅黑" w:hAnsi="微软雅黑" w:cs="微软雅黑" w:hint="eastAsia"/>
          <w:lang w:eastAsia="zh-CN"/>
        </w:rPr>
        <w:t>汇报方式：每组用</w:t>
      </w:r>
      <w:r>
        <w:t>1</w:t>
      </w:r>
      <w:r>
        <w:rPr>
          <w:rFonts w:ascii="微软雅黑" w:eastAsia="微软雅黑" w:hAnsi="微软雅黑" w:cs="微软雅黑" w:hint="eastAsia"/>
          <w:lang w:eastAsia="zh-CN"/>
        </w:rPr>
        <w:t>分钟展示</w:t>
      </w:r>
      <w:r>
        <w:t>"</w:t>
      </w:r>
      <w:r>
        <w:rPr>
          <w:rFonts w:ascii="微软雅黑" w:eastAsia="微软雅黑" w:hAnsi="微软雅黑" w:cs="微软雅黑" w:hint="eastAsia"/>
          <w:lang w:eastAsia="zh-CN"/>
        </w:rPr>
        <w:t>傅里叶叠加草图</w:t>
      </w:r>
      <w:r>
        <w:t>"</w:t>
      </w:r>
      <w:r>
        <w:rPr>
          <w:rFonts w:ascii="微软雅黑" w:eastAsia="微软雅黑" w:hAnsi="微软雅黑" w:cs="微软雅黑" w:hint="eastAsia"/>
          <w:lang w:eastAsia="zh-CN"/>
        </w:rPr>
        <w:t>或</w:t>
      </w:r>
      <w:r>
        <w:t>"</w:t>
      </w:r>
      <w:r>
        <w:rPr>
          <w:rFonts w:ascii="微软雅黑" w:eastAsia="微软雅黑" w:hAnsi="微软雅黑" w:cs="微软雅黑" w:hint="eastAsia"/>
          <w:lang w:eastAsia="zh-CN"/>
        </w:rPr>
        <w:t>贝叶斯猜字</w:t>
      </w:r>
      <w:r>
        <w:t>"</w:t>
      </w:r>
      <w:r>
        <w:rPr>
          <w:rFonts w:ascii="微软雅黑" w:eastAsia="微软雅黑" w:hAnsi="微软雅黑" w:cs="微软雅黑" w:hint="eastAsia"/>
          <w:lang w:eastAsia="zh-CN"/>
        </w:rPr>
        <w:t>结果，教师在黑板建立</w:t>
      </w:r>
      <w:r>
        <w:t>"</w:t>
      </w:r>
      <w:r>
        <w:rPr>
          <w:rFonts w:ascii="微软雅黑" w:eastAsia="微软雅黑" w:hAnsi="微软雅黑" w:cs="微软雅黑" w:hint="eastAsia"/>
          <w:lang w:eastAsia="zh-CN"/>
        </w:rPr>
        <w:t>物理波形</w:t>
      </w:r>
      <w:r>
        <w:t>→</w:t>
      </w:r>
      <w:r>
        <w:rPr>
          <w:rFonts w:ascii="微软雅黑" w:eastAsia="微软雅黑" w:hAnsi="微软雅黑" w:cs="微软雅黑" w:hint="eastAsia"/>
          <w:lang w:eastAsia="zh-CN"/>
        </w:rPr>
        <w:t>正弦叠加</w:t>
      </w:r>
      <w:r>
        <w:t>→</w:t>
      </w:r>
      <w:r>
        <w:rPr>
          <w:rFonts w:ascii="微软雅黑" w:eastAsia="微软雅黑" w:hAnsi="微软雅黑" w:cs="微软雅黑" w:hint="eastAsia"/>
          <w:lang w:eastAsia="zh-CN"/>
        </w:rPr>
        <w:t>同音消歧</w:t>
      </w:r>
      <w:r>
        <w:t>→</w:t>
      </w:r>
      <w:r>
        <w:rPr>
          <w:rFonts w:ascii="微软雅黑" w:eastAsia="微软雅黑" w:hAnsi="微软雅黑" w:cs="微软雅黑" w:hint="eastAsia"/>
          <w:lang w:eastAsia="zh-CN"/>
        </w:rPr>
        <w:t>概率模型</w:t>
      </w:r>
      <w:r>
        <w:t>"</w:t>
      </w:r>
      <w:r>
        <w:rPr>
          <w:rFonts w:ascii="微软雅黑" w:eastAsia="微软雅黑" w:hAnsi="微软雅黑" w:cs="微软雅黑" w:hint="eastAsia"/>
          <w:lang w:eastAsia="zh-CN"/>
        </w:rPr>
        <w:t>链条图。</w:t>
      </w:r>
    </w:p>
    <w:p>
      <w:pPr/>
      <w:r>
        <w:rPr>
          <w:rFonts w:ascii="微软雅黑" w:eastAsia="微软雅黑" w:hAnsi="微软雅黑" w:cs="微软雅黑" w:hint="eastAsia"/>
          <w:b/>
          <w:lang w:eastAsia="zh-CN"/>
        </w:rPr>
        <w:t>3. 应用环节（辩论+项目分工）</w:t>
      </w:r>
    </w:p>
    <w:p>
      <w:pPr>
        <w:pStyle w:val="ListBullet"/>
        <w:spacing w:after="72"/>
      </w:pPr>
      <w:r>
        <w:rPr>
          <w:rFonts w:ascii="微软雅黑" w:eastAsia="微软雅黑" w:hAnsi="微软雅黑" w:cs="微软雅黑" w:hint="eastAsia"/>
          <w:lang w:eastAsia="zh-CN"/>
        </w:rPr>
        <w:t>辩论：</w:t>
      </w:r>
      <w:r>
        <w:t>4</w:t>
      </w:r>
      <w:r>
        <w:rPr>
          <w:rFonts w:ascii="微软雅黑" w:eastAsia="微软雅黑" w:hAnsi="微软雅黑" w:cs="微软雅黑" w:hint="eastAsia"/>
          <w:lang w:eastAsia="zh-CN"/>
        </w:rPr>
        <w:t>人组拆为正方（机器识别更难因为有同音字</w:t>
      </w:r>
      <w:r>
        <w:t>+</w:t>
      </w:r>
      <w:r>
        <w:rPr>
          <w:rFonts w:ascii="微软雅黑" w:eastAsia="微软雅黑" w:hAnsi="微软雅黑" w:cs="微软雅黑" w:hint="eastAsia"/>
          <w:lang w:eastAsia="zh-CN"/>
        </w:rPr>
        <w:t>上下文）与反方（英文亦有连读歧义），各举</w:t>
      </w:r>
      <w:r>
        <w:t>1</w:t>
      </w:r>
      <w:r>
        <w:rPr>
          <w:rFonts w:ascii="微软雅黑" w:eastAsia="微软雅黑" w:hAnsi="微软雅黑" w:cs="微软雅黑" w:hint="eastAsia"/>
          <w:lang w:eastAsia="zh-CN"/>
        </w:rPr>
        <w:t>证据；</w:t>
      </w:r>
    </w:p>
    <w:p>
      <w:pPr>
        <w:pStyle w:val="ListBullet"/>
        <w:spacing w:after="72"/>
      </w:pPr>
      <w:r>
        <w:rPr>
          <w:rFonts w:ascii="微软雅黑" w:eastAsia="微软雅黑" w:hAnsi="微软雅黑" w:cs="微软雅黑" w:hint="eastAsia"/>
          <w:lang w:eastAsia="zh-CN"/>
        </w:rPr>
        <w:t>项目分工：物理组负责录音频、数学组负责频谱标注、</w:t>
      </w:r>
      <w:r>
        <w:t>AI</w:t>
      </w:r>
      <w:r>
        <w:rPr>
          <w:rFonts w:ascii="微软雅黑" w:eastAsia="微软雅黑" w:hAnsi="微软雅黑" w:cs="微软雅黑" w:hint="eastAsia"/>
          <w:lang w:eastAsia="zh-CN"/>
        </w:rPr>
        <w:t>组负责写消歧说明，形成</w:t>
      </w:r>
      <w:r>
        <w:t>1</w:t>
      </w:r>
      <w:r>
        <w:rPr>
          <w:rFonts w:ascii="微软雅黑" w:eastAsia="微软雅黑" w:hAnsi="微软雅黑" w:cs="微软雅黑" w:hint="eastAsia"/>
          <w:lang w:eastAsia="zh-CN"/>
        </w:rPr>
        <w:t>页</w:t>
      </w:r>
      <w:r>
        <w:t>"</w:t>
      </w:r>
      <w:r>
        <w:rPr>
          <w:rFonts w:ascii="微软雅黑" w:eastAsia="微软雅黑" w:hAnsi="微软雅黑" w:cs="微软雅黑" w:hint="eastAsia"/>
          <w:lang w:eastAsia="zh-CN"/>
        </w:rPr>
        <w:t>语音识别原理报告</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4. 总结环节（升华·跨学科）</w:t>
      </w:r>
    </w:p>
    <w:p>
      <w:pPr>
        <w:pStyle w:val="ListBullet"/>
        <w:spacing w:after="72"/>
      </w:pPr>
      <w:r>
        <w:rPr>
          <w:rFonts w:ascii="微软雅黑" w:eastAsia="微软雅黑" w:hAnsi="微软雅黑" w:cs="微软雅黑" w:hint="eastAsia"/>
          <w:lang w:eastAsia="zh-CN"/>
        </w:rPr>
        <w:t>全班齐读金句：</w:t>
      </w:r>
      <w:r>
        <w:t>"</w:t>
      </w:r>
      <w:r>
        <w:rPr>
          <w:rFonts w:ascii="微软雅黑" w:eastAsia="微软雅黑" w:hAnsi="微软雅黑" w:cs="微软雅黑" w:hint="eastAsia"/>
          <w:lang w:eastAsia="zh-CN"/>
        </w:rPr>
        <w:t>根据前面算后面；根据后面算前面</w:t>
      </w:r>
      <w:r>
        <w:t>""</w:t>
      </w:r>
      <w:r>
        <w:rPr>
          <w:rFonts w:ascii="微软雅黑" w:eastAsia="微软雅黑" w:hAnsi="微软雅黑" w:cs="微软雅黑" w:hint="eastAsia"/>
          <w:lang w:eastAsia="zh-CN"/>
        </w:rPr>
        <w:t>数学和科学相互加强</w:t>
      </w:r>
      <w:r>
        <w:t>"</w:t>
      </w:r>
      <w:r>
        <w:rPr>
          <w:rFonts w:ascii="微软雅黑" w:eastAsia="微软雅黑" w:hAnsi="微软雅黑" w:cs="微软雅黑" w:hint="eastAsia"/>
          <w:lang w:eastAsia="zh-CN"/>
        </w:rPr>
        <w:t>；</w:t>
      </w:r>
    </w:p>
    <w:p>
      <w:pPr>
        <w:pStyle w:val="ListBullet"/>
        <w:spacing w:after="72"/>
      </w:pPr>
      <w:r>
        <w:rPr>
          <w:rFonts w:ascii="微软雅黑" w:eastAsia="微软雅黑" w:hAnsi="微软雅黑" w:cs="微软雅黑" w:hint="eastAsia"/>
          <w:lang w:eastAsia="zh-CN"/>
        </w:rPr>
        <w:t>对照导入投票，确认</w:t>
      </w:r>
      <w:r>
        <w:t>"</w:t>
      </w:r>
      <w:r>
        <w:rPr>
          <w:rFonts w:ascii="微软雅黑" w:eastAsia="微软雅黑" w:hAnsi="微软雅黑" w:cs="微软雅黑" w:hint="eastAsia"/>
          <w:lang w:eastAsia="zh-CN"/>
        </w:rPr>
        <w:t>概率</w:t>
      </w:r>
      <w:r>
        <w:t>+</w:t>
      </w:r>
      <w:r>
        <w:rPr>
          <w:rFonts w:ascii="微软雅黑" w:eastAsia="微软雅黑" w:hAnsi="微软雅黑" w:cs="微软雅黑" w:hint="eastAsia"/>
          <w:lang w:eastAsia="zh-CN"/>
        </w:rPr>
        <w:t>上下文</w:t>
      </w:r>
      <w:r>
        <w:t>"</w:t>
      </w:r>
      <w:r>
        <w:rPr>
          <w:rFonts w:ascii="微软雅黑" w:eastAsia="微软雅黑" w:hAnsi="微软雅黑" w:cs="微软雅黑" w:hint="eastAsia"/>
          <w:lang w:eastAsia="zh-CN"/>
        </w:rPr>
        <w:t>才是核心；布置频谱观测与延伸阅读。</w:t>
      </w:r>
      <w:r/>
    </w:p>
    <w:p>
      <w:pPr>
        <w:pStyle w:val="Heading3"/>
      </w:pPr>
      <w:r>
        <w:rPr>
          <w:rFonts w:ascii="微软雅黑" w:hAnsi="微软雅黑" w:eastAsia="微软雅黑" w:cs="微软雅黑" w:hint="eastAsia"/>
          <w:b w:val="0"/>
          <w:color w:val="1A237E"/>
          <w:sz w:val="20"/>
          <w:lang w:eastAsia="zh-CN"/>
        </w:rPr>
        <w:t>六、分层提问策略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层次</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提问（各</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2-3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问）</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声音是怎么产生的？振动可以用哪两个维度描述，分别对应什么概念？</w:t>
            </w:r>
            <w:r>
              <w:rPr>
                <w:sz w:val="18"/>
              </w:rPr>
              <w:t xml:space="preserve"> </w:t>
            </w:r>
            <w:r>
              <w:rPr>
                <w:sz w:val="18"/>
              </w:rPr>
              <w:t>②</w:t>
            </w:r>
            <w:r>
              <w:rPr>
                <w:sz w:val="18"/>
              </w:rPr>
              <w:t xml:space="preserve"> </w:t>
            </w:r>
            <w:r>
              <w:rPr>
                <w:sz w:val="18"/>
              </w:rPr>
              <w:t>声学三要素是什么，频率与周期的关系式？</w:t>
            </w:r>
            <w:r>
              <w:rPr>
                <w:sz w:val="18"/>
              </w:rPr>
              <w:t xml:space="preserve"> </w:t>
            </w:r>
            <w:r>
              <w:rPr>
                <w:sz w:val="18"/>
              </w:rPr>
              <w:t>③</w:t>
            </w:r>
            <w:r>
              <w:rPr>
                <w:sz w:val="18"/>
              </w:rPr>
              <w:t xml:space="preserve"> </w:t>
            </w:r>
            <w:r>
              <w:rPr>
                <w:sz w:val="18"/>
              </w:rPr>
              <w:t>傅里叶变换说</w:t>
            </w:r>
            <w:r>
              <w:rPr>
                <w:sz w:val="18"/>
              </w:rPr>
              <w:t xml:space="preserve"> </w:t>
            </w:r>
            <w:r>
              <w:rPr>
                <w:sz w:val="18"/>
              </w:rPr>
              <w:t>"</w:t>
            </w:r>
            <w:r>
              <w:rPr>
                <w:sz w:val="18"/>
              </w:rPr>
              <w:t xml:space="preserve"> </w:t>
            </w:r>
            <w:r>
              <w:rPr>
                <w:sz w:val="18"/>
              </w:rPr>
              <w:t>任何周期函数</w:t>
            </w:r>
            <w:r>
              <w:rPr>
                <w:sz w:val="18"/>
              </w:rPr>
              <w:t xml:space="preserve"> </w:t>
            </w:r>
            <w:r>
              <w:rPr>
                <w:sz w:val="18"/>
              </w:rPr>
              <w:t>"</w:t>
            </w:r>
            <w:r>
              <w:rPr>
                <w:sz w:val="18"/>
              </w:rPr>
              <w:t xml:space="preserve"> </w:t>
            </w:r>
            <w:r>
              <w:rPr>
                <w:sz w:val="18"/>
              </w:rPr>
              <w:t>可以表示成什么？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为什么只用</w:t>
            </w:r>
            <w:r>
              <w:rPr>
                <w:sz w:val="18"/>
              </w:rPr>
              <w:t xml:space="preserve"> </w:t>
            </w:r>
            <w:r>
              <w:rPr>
                <w:sz w:val="18"/>
              </w:rPr>
              <w:t>v=s÷t</w:t>
            </w:r>
            <w:r>
              <w:rPr>
                <w:sz w:val="18"/>
              </w:rPr>
              <w:t xml:space="preserve"> </w:t>
            </w:r>
            <w:r>
              <w:rPr>
                <w:sz w:val="18"/>
              </w:rPr>
              <w:t>不足以描述振动，必须同时用空间和时间？</w:t>
            </w:r>
            <w:r>
              <w:rPr>
                <w:sz w:val="18"/>
              </w:rPr>
              <w:t xml:space="preserve"> </w:t>
            </w:r>
            <w:r>
              <w:rPr>
                <w:sz w:val="18"/>
              </w:rPr>
              <w:t>②</w:t>
            </w:r>
            <w:r>
              <w:rPr>
                <w:sz w:val="18"/>
              </w:rPr>
              <w:t xml:space="preserve"> </w:t>
            </w:r>
            <w:r>
              <w:rPr>
                <w:sz w:val="18"/>
              </w:rPr>
              <w:t>为什么说</w:t>
            </w:r>
            <w:r>
              <w:rPr>
                <w:sz w:val="18"/>
              </w:rPr>
              <w:t xml:space="preserve"> </w:t>
            </w:r>
            <w:r>
              <w:rPr>
                <w:sz w:val="18"/>
              </w:rPr>
              <w:t>"</w:t>
            </w:r>
            <w:r>
              <w:rPr>
                <w:sz w:val="18"/>
              </w:rPr>
              <w:t xml:space="preserve"> </w:t>
            </w:r>
            <w:r>
              <w:rPr>
                <w:sz w:val="18"/>
              </w:rPr>
              <w:t>任意复杂波形可由正弦波叠加得到</w:t>
            </w:r>
            <w:r>
              <w:rPr>
                <w:sz w:val="18"/>
              </w:rPr>
              <w:t xml:space="preserve"> </w:t>
            </w:r>
            <w:r>
              <w:rPr>
                <w:sz w:val="18"/>
              </w:rPr>
              <w:t>"</w:t>
            </w:r>
            <w:r>
              <w:rPr>
                <w:sz w:val="18"/>
              </w:rPr>
              <w:t xml:space="preserve"> </w:t>
            </w:r>
            <w:r>
              <w:rPr>
                <w:sz w:val="18"/>
              </w:rPr>
              <w:t>，这对语音识别意味着什么？</w:t>
            </w:r>
            <w:r>
              <w:rPr>
                <w:sz w:val="18"/>
              </w:rPr>
              <w:t xml:space="preserve"> </w:t>
            </w:r>
            <w:r>
              <w:rPr>
                <w:sz w:val="18"/>
              </w:rPr>
              <w:t>③</w:t>
            </w:r>
            <w:r>
              <w:rPr>
                <w:sz w:val="18"/>
              </w:rPr>
              <w:t xml:space="preserve"> </w:t>
            </w:r>
            <w:r>
              <w:rPr>
                <w:sz w:val="18"/>
              </w:rPr>
              <w:t>为什么中文语音识别必须借助上下文，而不能只看当前音节？</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拓展层（你怎么看）</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①"</w:t>
            </w:r>
            <w:r>
              <w:rPr>
                <w:sz w:val="18"/>
              </w:rPr>
              <w:t xml:space="preserve"> </w:t>
            </w:r>
            <w:r>
              <w:rPr>
                <w:sz w:val="18"/>
              </w:rPr>
              <w:t>根据前面算后面</w:t>
            </w:r>
            <w:r>
              <w:rPr>
                <w:sz w:val="18"/>
              </w:rPr>
              <w:t xml:space="preserve"> </w:t>
            </w:r>
            <w:r>
              <w:rPr>
                <w:sz w:val="18"/>
              </w:rPr>
              <w:t>"</w:t>
            </w:r>
            <w:r>
              <w:rPr>
                <w:sz w:val="18"/>
              </w:rPr>
              <w:t xml:space="preserve"> </w:t>
            </w:r>
            <w:r>
              <w:rPr>
                <w:sz w:val="18"/>
              </w:rPr>
              <w:t>（马尔可夫）与</w:t>
            </w:r>
            <w:r>
              <w:rPr>
                <w:sz w:val="18"/>
              </w:rPr>
              <w:t xml:space="preserve"> </w:t>
            </w:r>
            <w:r>
              <w:rPr>
                <w:sz w:val="18"/>
              </w:rPr>
              <w:t>"</w:t>
            </w:r>
            <w:r>
              <w:rPr>
                <w:sz w:val="18"/>
              </w:rPr>
              <w:t xml:space="preserve"> </w:t>
            </w:r>
            <w:r>
              <w:rPr>
                <w:sz w:val="18"/>
              </w:rPr>
              <w:t>根据后面算前面</w:t>
            </w:r>
            <w:r>
              <w:rPr>
                <w:sz w:val="18"/>
              </w:rPr>
              <w:t xml:space="preserve"> </w:t>
            </w:r>
            <w:r>
              <w:rPr>
                <w:sz w:val="18"/>
              </w:rPr>
              <w:t>"</w:t>
            </w:r>
            <w:r>
              <w:rPr>
                <w:sz w:val="18"/>
              </w:rPr>
              <w:t xml:space="preserve"> </w:t>
            </w:r>
            <w:r>
              <w:rPr>
                <w:sz w:val="18"/>
              </w:rPr>
              <w:t>（贝叶斯）在处理</w:t>
            </w:r>
            <w:r>
              <w:rPr>
                <w:sz w:val="18"/>
              </w:rPr>
              <w:t xml:space="preserve"> </w:t>
            </w:r>
            <w:r>
              <w:rPr>
                <w:sz w:val="18"/>
              </w:rPr>
              <w:t>"</w:t>
            </w:r>
            <w:r>
              <w:rPr>
                <w:sz w:val="18"/>
              </w:rPr>
              <w:t xml:space="preserve"> </w:t>
            </w:r>
            <w:r>
              <w:rPr>
                <w:sz w:val="18"/>
              </w:rPr>
              <w:t>平果</w:t>
            </w:r>
            <w:r>
              <w:rPr>
                <w:sz w:val="18"/>
              </w:rPr>
              <w:t xml:space="preserve"> </w:t>
            </w:r>
            <w:r>
              <w:rPr>
                <w:sz w:val="18"/>
              </w:rPr>
              <w:t>/</w:t>
            </w:r>
            <w:r>
              <w:rPr>
                <w:sz w:val="18"/>
              </w:rPr>
              <w:t xml:space="preserve"> </w:t>
            </w:r>
            <w:r>
              <w:rPr>
                <w:sz w:val="18"/>
              </w:rPr>
              <w:t>苹果</w:t>
            </w:r>
            <w:r>
              <w:rPr>
                <w:sz w:val="18"/>
              </w:rPr>
              <w:t xml:space="preserve"> </w:t>
            </w:r>
            <w:r>
              <w:rPr>
                <w:sz w:val="18"/>
              </w:rPr>
              <w:t>"</w:t>
            </w:r>
            <w:r>
              <w:rPr>
                <w:sz w:val="18"/>
              </w:rPr>
              <w:t xml:space="preserve"> </w:t>
            </w:r>
            <w:r>
              <w:rPr>
                <w:sz w:val="18"/>
              </w:rPr>
              <w:t>时，哪种更符合人类听话方式？为什么？</w:t>
            </w:r>
            <w:r>
              <w:rPr>
                <w:sz w:val="18"/>
              </w:rPr>
              <w:t xml:space="preserve"> </w:t>
            </w:r>
            <w:r>
              <w:rPr>
                <w:sz w:val="18"/>
              </w:rPr>
              <w:t>②</w:t>
            </w:r>
            <w:r>
              <w:rPr>
                <w:sz w:val="18"/>
              </w:rPr>
              <w:t xml:space="preserve"> </w:t>
            </w:r>
            <w:r>
              <w:rPr>
                <w:sz w:val="18"/>
              </w:rPr>
              <w:t>机器听写中文比英文更难，这个判断你认同吗？请用同音字密度与语法结构论证。</w:t>
            </w:r>
            <w:r>
              <w:rPr>
                <w:sz w:val="18"/>
              </w:rPr>
              <w:t xml:space="preserve"> </w:t>
            </w:r>
            <w:r>
              <w:rPr>
                <w:sz w:val="18"/>
              </w:rPr>
              <w:t>③"</w:t>
            </w:r>
            <w:r>
              <w:rPr>
                <w:sz w:val="18"/>
              </w:rPr>
              <w:t xml:space="preserve"> </w:t>
            </w:r>
            <w:r>
              <w:rPr>
                <w:sz w:val="18"/>
              </w:rPr>
              <w:t>数学和科学相互加强</w:t>
            </w:r>
            <w:r>
              <w:rPr>
                <w:sz w:val="18"/>
              </w:rPr>
              <w:t xml:space="preserve"> </w:t>
            </w:r>
            <w:r>
              <w:rPr>
                <w:sz w:val="18"/>
              </w:rPr>
              <w:t>"</w:t>
            </w:r>
            <w:r>
              <w:rPr>
                <w:sz w:val="18"/>
              </w:rPr>
              <w:t xml:space="preserve"> </w:t>
            </w:r>
            <w:r>
              <w:rPr>
                <w:sz w:val="18"/>
              </w:rPr>
              <w:t>在语音识别中如何体现？能否设想一个纯物理或纯数学都解决不了、必须三者合一的环节？</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七、板书设计</w:t>
      </w:r>
    </w:p>
    <w:p>
      <w:pPr/>
      <w:r>
        <w:rPr>
          <w:rFonts w:ascii="微软雅黑" w:hAnsi="微软雅黑" w:eastAsia="微软雅黑" w:cs="微软雅黑" w:hint="eastAsia"/>
          <w:sz w:val="16"/>
          <w:lang w:eastAsia="zh-CN"/>
        </w:rPr>
        <w:t xml:space="preserve">        AI如何听懂"苹果" · 跨学科原理链</w:t>
        <w:br/>
        <w:t xml:space="preserve">   物理（波）→ 数学（函数/概率）→ AI（概率模型）</w:t>
        <w:br/>
        <w:br/>
        <w:t>一、物理起点：声音 = 物体振动（循环往复的运动）</w:t>
        <w:br/>
        <w:t xml:space="preserve">   描述振动：空间维度 → 振幅（响度）</w:t>
        <w:br/>
        <w:t xml:space="preserve">             时间维度 → 周期 T  → 频率 f=1/T（音调）</w:t>
        <w:br/>
        <w:t xml:space="preserve">   声学三要素：振幅 · 周期 · 频率</w:t>
        <w:br/>
        <w:br/>
        <w:t>二、数学建模：傅里叶变换</w:t>
        <w:br/>
        <w:t xml:space="preserve">   任何周期为T的函数 f(t)</w:t>
        <w:br/>
        <w:t xml:space="preserve">   = Σ [aₙsin(nt) + bₙcos(nt)]</w:t>
        <w:br/>
        <w:t xml:space="preserve">   复杂语音波形 = 若干标准正弦波 叠加（加减组合）</w:t>
        <w:br/>
        <w:br/>
        <w:t>三、中文难点：同音字消歧</w:t>
        <w:br/>
        <w:t xml:space="preserve">   ping：平瓶凭评屏萍坪苹 ……</w:t>
        <w:br/>
        <w:t xml:space="preserve">   guo： 果裹椁菓课倮裸棵 ……</w:t>
        <w:br/>
        <w:t xml:space="preserve">   仅凭"pingguo"无法确定 → 必须借助上下文</w:t>
        <w:br/>
        <w:br/>
        <w:t>四、上下文推理（两种策略）</w:t>
        <w:br/>
        <w:t xml:space="preserve">   根据前面算后面：马尔可夫链  P(Xt+1 | Xt)</w:t>
        <w:br/>
        <w:t xml:space="preserve">   根据后面算前面：贝叶斯推理  P(H|D)=P(D|H)·P(H)/P(D)</w:t>
        <w:br/>
        <w:br/>
        <w:t>五、升华：数学与科学相互加强的格局</w:t>
        <w:br/>
        <w:t xml:space="preserve">   高中AI通识：理解原理，而非仅体验应用</w:t>
      </w:r>
      <w:r/>
    </w:p>
    <w:p>
      <w:pPr>
        <w:pStyle w:val="Heading3"/>
      </w:pPr>
      <w:r>
        <w:rPr>
          <w:rFonts w:ascii="微软雅黑" w:hAnsi="微软雅黑" w:eastAsia="微软雅黑" w:cs="微软雅黑" w:hint="eastAsia"/>
          <w:b w:val="0"/>
          <w:color w:val="1A237E"/>
          <w:sz w:val="20"/>
          <w:lang w:eastAsia="zh-CN"/>
        </w:rPr>
        <w:t>八、作业设计（分层）</w:t>
      </w:r>
    </w:p>
    <w:p>
      <w:pPr>
        <w:pStyle w:val="ListBullet"/>
        <w:spacing w:after="72"/>
      </w:pPr>
      <w:r>
        <w:rPr>
          <w:rFonts w:ascii="微软雅黑" w:eastAsia="微软雅黑" w:hAnsi="微软雅黑" w:cs="微软雅黑" w:hint="eastAsia"/>
          <w:b/>
          <w:lang w:eastAsia="zh-CN"/>
        </w:rPr>
        <w:t>基础（必做）</w:t>
      </w:r>
      <w:r>
        <w:rPr>
          <w:rFonts w:ascii="微软雅黑" w:eastAsia="微软雅黑" w:hAnsi="微软雅黑" w:cs="微软雅黑" w:hint="eastAsia"/>
          <w:lang w:eastAsia="zh-CN"/>
        </w:rPr>
        <w:t>：在《学生学习手册》写出</w:t>
      </w:r>
      <w:r>
        <w:t>"</w:t>
      </w:r>
      <w:r>
        <w:rPr>
          <w:rFonts w:ascii="微软雅黑" w:eastAsia="微软雅黑" w:hAnsi="微软雅黑" w:cs="微软雅黑" w:hint="eastAsia"/>
          <w:lang w:eastAsia="zh-CN"/>
        </w:rPr>
        <w:t>声音</w:t>
      </w:r>
      <w:r>
        <w:t>→</w:t>
      </w:r>
      <w:r>
        <w:rPr>
          <w:rFonts w:ascii="微软雅黑" w:eastAsia="微软雅黑" w:hAnsi="微软雅黑" w:cs="微软雅黑" w:hint="eastAsia"/>
          <w:lang w:eastAsia="zh-CN"/>
        </w:rPr>
        <w:t>振动</w:t>
      </w:r>
      <w:r>
        <w:t>→</w:t>
      </w:r>
      <w:r>
        <w:rPr>
          <w:rFonts w:ascii="微软雅黑" w:eastAsia="微软雅黑" w:hAnsi="微软雅黑" w:cs="微软雅黑" w:hint="eastAsia"/>
          <w:lang w:eastAsia="zh-CN"/>
        </w:rPr>
        <w:t>振幅</w:t>
      </w:r>
      <w:r>
        <w:t>/</w:t>
      </w:r>
      <w:r>
        <w:rPr>
          <w:rFonts w:ascii="微软雅黑" w:eastAsia="微软雅黑" w:hAnsi="微软雅黑" w:cs="微软雅黑" w:hint="eastAsia"/>
          <w:lang w:eastAsia="zh-CN"/>
        </w:rPr>
        <w:t>周期</w:t>
      </w:r>
      <w:r>
        <w:t>→</w:t>
      </w:r>
      <w:r>
        <w:rPr>
          <w:rFonts w:ascii="微软雅黑" w:eastAsia="微软雅黑" w:hAnsi="微软雅黑" w:cs="微软雅黑" w:hint="eastAsia"/>
          <w:lang w:eastAsia="zh-CN"/>
        </w:rPr>
        <w:t>频率</w:t>
      </w:r>
      <w:r>
        <w:t>"</w:t>
      </w:r>
      <w:r>
        <w:rPr>
          <w:rFonts w:ascii="微软雅黑" w:eastAsia="微软雅黑" w:hAnsi="微软雅黑" w:cs="微软雅黑" w:hint="eastAsia"/>
          <w:lang w:eastAsia="zh-CN"/>
        </w:rPr>
        <w:t>的推导链；默画傅里叶变换的核心表述并举一例（如方波</w:t>
      </w:r>
      <w:r>
        <w:t>≈</w:t>
      </w:r>
      <w:r>
        <w:rPr>
          <w:rFonts w:ascii="微软雅黑" w:eastAsia="微软雅黑" w:hAnsi="微软雅黑" w:cs="微软雅黑" w:hint="eastAsia"/>
          <w:lang w:eastAsia="zh-CN"/>
        </w:rPr>
        <w:t>若干正弦叠加）；列举</w:t>
      </w:r>
      <w:r>
        <w:t>"ping""guo"</w:t>
      </w:r>
      <w:r>
        <w:rPr>
          <w:rFonts w:ascii="微软雅黑" w:eastAsia="微软雅黑" w:hAnsi="微软雅黑" w:cs="微软雅黑" w:hint="eastAsia"/>
          <w:lang w:eastAsia="zh-CN"/>
        </w:rPr>
        <w:t>各</w:t>
      </w:r>
      <w:r>
        <w:t>3</w:t>
      </w:r>
      <w:r>
        <w:rPr>
          <w:rFonts w:ascii="微软雅黑" w:eastAsia="微软雅黑" w:hAnsi="微软雅黑" w:cs="微软雅黑" w:hint="eastAsia"/>
          <w:lang w:eastAsia="zh-CN"/>
        </w:rPr>
        <w:t>个同音字。</w:t>
      </w:r>
    </w:p>
    <w:p>
      <w:pPr>
        <w:pStyle w:val="ListBullet"/>
        <w:spacing w:after="72"/>
      </w:pPr>
      <w:r>
        <w:rPr>
          <w:rFonts w:ascii="微软雅黑" w:eastAsia="微软雅黑" w:hAnsi="微软雅黑" w:cs="微软雅黑" w:hint="eastAsia"/>
          <w:b/>
          <w:lang w:eastAsia="zh-CN"/>
        </w:rPr>
        <w:t>提高（选做）</w:t>
      </w:r>
      <w:r>
        <w:rPr>
          <w:rFonts w:ascii="微软雅黑" w:eastAsia="微软雅黑" w:hAnsi="微软雅黑" w:cs="微软雅黑" w:hint="eastAsia"/>
          <w:lang w:eastAsia="zh-CN"/>
        </w:rPr>
        <w:t>：用手机录制</w:t>
      </w:r>
      <w:r>
        <w:t>"</w:t>
      </w:r>
      <w:r>
        <w:rPr>
          <w:rFonts w:ascii="微软雅黑" w:eastAsia="微软雅黑" w:hAnsi="微软雅黑" w:cs="微软雅黑" w:hint="eastAsia"/>
          <w:lang w:eastAsia="zh-CN"/>
        </w:rPr>
        <w:t>苹果</w:t>
      </w:r>
      <w:r>
        <w:t>"</w:t>
      </w:r>
      <w:r>
        <w:rPr>
          <w:rFonts w:ascii="微软雅黑" w:eastAsia="微软雅黑" w:hAnsi="微软雅黑" w:cs="微软雅黑" w:hint="eastAsia"/>
          <w:lang w:eastAsia="zh-CN"/>
        </w:rPr>
        <w:t>二字，借助在线频谱工具观察并标出基频与谐波，写</w:t>
      </w:r>
      <w:r>
        <w:t>150</w:t>
      </w:r>
      <w:r>
        <w:rPr>
          <w:rFonts w:ascii="微软雅黑" w:eastAsia="微软雅黑" w:hAnsi="微软雅黑" w:cs="微软雅黑" w:hint="eastAsia"/>
          <w:lang w:eastAsia="zh-CN"/>
        </w:rPr>
        <w:t>字说明</w:t>
      </w:r>
      <w:r>
        <w:t>"</w:t>
      </w:r>
      <w:r>
        <w:rPr>
          <w:rFonts w:ascii="微软雅黑" w:eastAsia="微软雅黑" w:hAnsi="微软雅黑" w:cs="微软雅黑" w:hint="eastAsia"/>
          <w:lang w:eastAsia="zh-CN"/>
        </w:rPr>
        <w:t>为什么频谱是一根根竖线</w:t>
      </w:r>
      <w:r>
        <w:t>"</w:t>
      </w:r>
      <w:r>
        <w:rPr>
          <w:rFonts w:ascii="微软雅黑" w:eastAsia="微软雅黑" w:hAnsi="微软雅黑" w:cs="微软雅黑" w:hint="eastAsia"/>
          <w:lang w:eastAsia="zh-CN"/>
        </w:rPr>
        <w:t>；用自己话推导一次贝叶斯公式在</w:t>
      </w:r>
      <w:r>
        <w:t>"</w:t>
      </w:r>
      <w:r>
        <w:rPr>
          <w:rFonts w:ascii="微软雅黑" w:eastAsia="微软雅黑" w:hAnsi="微软雅黑" w:cs="微软雅黑" w:hint="eastAsia"/>
          <w:lang w:eastAsia="zh-CN"/>
        </w:rPr>
        <w:t>平果</w:t>
      </w:r>
      <w:r>
        <w:t>/</w:t>
      </w:r>
      <w:r>
        <w:rPr>
          <w:rFonts w:ascii="微软雅黑" w:eastAsia="微软雅黑" w:hAnsi="微软雅黑" w:cs="微软雅黑" w:hint="eastAsia"/>
          <w:lang w:eastAsia="zh-CN"/>
        </w:rPr>
        <w:t>苹果</w:t>
      </w:r>
      <w:r>
        <w:t>"</w:t>
      </w:r>
      <w:r>
        <w:rPr>
          <w:rFonts w:ascii="微软雅黑" w:eastAsia="微软雅黑" w:hAnsi="微软雅黑" w:cs="微软雅黑" w:hint="eastAsia"/>
          <w:lang w:eastAsia="zh-CN"/>
        </w:rPr>
        <w:t>消歧中的代入（给出</w:t>
      </w:r>
      <w:r>
        <w:t>P(H)</w:t>
      </w:r>
      <w:r>
        <w:rPr>
          <w:rFonts w:ascii="微软雅黑" w:eastAsia="微软雅黑" w:hAnsi="微软雅黑" w:cs="微软雅黑" w:hint="eastAsia"/>
          <w:lang w:eastAsia="zh-CN"/>
        </w:rPr>
        <w:t>、</w:t>
      </w:r>
      <w:r>
        <w:t>P(D|H)</w:t>
      </w:r>
      <w:r>
        <w:rPr>
          <w:rFonts w:ascii="微软雅黑" w:eastAsia="微软雅黑" w:hAnsi="微软雅黑" w:cs="微软雅黑" w:hint="eastAsia"/>
          <w:lang w:eastAsia="zh-CN"/>
        </w:rPr>
        <w:t>的假设数值）。</w:t>
      </w:r>
    </w:p>
    <w:p>
      <w:pPr>
        <w:pStyle w:val="ListBullet"/>
        <w:spacing w:after="72"/>
      </w:pPr>
      <w:r>
        <w:rPr>
          <w:rFonts w:ascii="微软雅黑" w:eastAsia="微软雅黑" w:hAnsi="微软雅黑" w:cs="微软雅黑" w:hint="eastAsia"/>
          <w:b/>
          <w:lang w:eastAsia="zh-CN"/>
        </w:rPr>
        <w:t>挑战（拓展）</w:t>
      </w:r>
      <w:r>
        <w:rPr>
          <w:rFonts w:ascii="微软雅黑" w:eastAsia="微软雅黑" w:hAnsi="微软雅黑" w:cs="微软雅黑" w:hint="eastAsia"/>
          <w:lang w:eastAsia="zh-CN"/>
        </w:rPr>
        <w:t>：用</w:t>
      </w:r>
      <w:r>
        <w:t>Python</w:t>
      </w:r>
      <w:r>
        <w:rPr>
          <w:rFonts w:ascii="微软雅黑" w:eastAsia="微软雅黑" w:hAnsi="微软雅黑" w:cs="微软雅黑" w:hint="eastAsia"/>
          <w:lang w:eastAsia="zh-CN"/>
        </w:rPr>
        <w:t>（</w:t>
      </w:r>
      <w:r>
        <w:t>numpy/scipy+matplotlib</w:t>
      </w:r>
      <w:r>
        <w:rPr>
          <w:rFonts w:ascii="微软雅黑" w:eastAsia="微软雅黑" w:hAnsi="微软雅黑" w:cs="微软雅黑" w:hint="eastAsia"/>
          <w:lang w:eastAsia="zh-CN"/>
        </w:rPr>
        <w:t>）或在线傅里叶演示，对一段录音做</w:t>
      </w:r>
      <w:r>
        <w:t>FFT</w:t>
      </w:r>
      <w:r>
        <w:rPr>
          <w:rFonts w:ascii="微软雅黑" w:eastAsia="微软雅黑" w:hAnsi="微软雅黑" w:cs="微软雅黑" w:hint="eastAsia"/>
          <w:lang w:eastAsia="zh-CN"/>
        </w:rPr>
        <w:t>并画出频谱，尝试说明</w:t>
      </w:r>
      <w:r>
        <w:t>"</w:t>
      </w:r>
      <w:r>
        <w:rPr>
          <w:rFonts w:ascii="微软雅黑" w:eastAsia="微软雅黑" w:hAnsi="微软雅黑" w:cs="微软雅黑" w:hint="eastAsia"/>
          <w:lang w:eastAsia="zh-CN"/>
        </w:rPr>
        <w:t>基频决定声调、谐波决定音色</w:t>
      </w:r>
      <w:r>
        <w:t>"</w:t>
      </w:r>
      <w:r>
        <w:rPr>
          <w:rFonts w:ascii="微软雅黑" w:eastAsia="微软雅黑" w:hAnsi="微软雅黑" w:cs="微软雅黑" w:hint="eastAsia"/>
          <w:lang w:eastAsia="zh-CN"/>
        </w:rPr>
        <w:t>；或就</w:t>
      </w:r>
      <w:r>
        <w:t>"AI</w:t>
      </w:r>
      <w:r>
        <w:rPr>
          <w:rFonts w:ascii="微软雅黑" w:eastAsia="微软雅黑" w:hAnsi="微软雅黑" w:cs="微软雅黑" w:hint="eastAsia"/>
          <w:lang w:eastAsia="zh-CN"/>
        </w:rPr>
        <w:t>理解语音与人类理解有何异同</w:t>
      </w:r>
      <w:r>
        <w:t>"</w:t>
      </w:r>
      <w:r>
        <w:rPr>
          <w:rFonts w:ascii="微软雅黑" w:eastAsia="微软雅黑" w:hAnsi="微软雅黑" w:cs="微软雅黑" w:hint="eastAsia"/>
          <w:lang w:eastAsia="zh-CN"/>
        </w:rPr>
        <w:t>写一篇</w:t>
      </w:r>
      <w:r>
        <w:t>400</w:t>
      </w:r>
      <w:r>
        <w:rPr>
          <w:rFonts w:ascii="微软雅黑" w:eastAsia="微软雅黑" w:hAnsi="微软雅黑" w:cs="微软雅黑" w:hint="eastAsia"/>
          <w:lang w:eastAsia="zh-CN"/>
        </w:rPr>
        <w:t>字小论文，引用本课马尔可夫与贝叶斯思想。</w:t>
      </w:r>
      <w:r/>
    </w:p>
    <w:p>
      <w:pPr>
        <w:pStyle w:val="Heading3"/>
      </w:pPr>
      <w:r>
        <w:rPr>
          <w:rFonts w:ascii="微软雅黑" w:hAnsi="微软雅黑" w:eastAsia="微软雅黑" w:cs="微软雅黑" w:hint="eastAsia"/>
          <w:b w:val="0"/>
          <w:color w:val="1A237E"/>
          <w:sz w:val="20"/>
          <w:lang w:eastAsia="zh-CN"/>
        </w:rPr>
        <w:t>九、教学评价（观察点清单 + 简易量表）</w:t>
      </w:r>
    </w:p>
    <w:p>
      <w:pPr/>
      <w:r>
        <w:rPr>
          <w:rFonts w:ascii="微软雅黑" w:eastAsia="微软雅黑" w:hAnsi="微软雅黑" w:cs="微软雅黑" w:hint="eastAsia"/>
          <w:b/>
          <w:lang w:eastAsia="zh-CN"/>
        </w:rPr>
        <w:t>观察点清单（教师巡课记录）</w:t>
      </w:r>
      <w:r>
        <w:rPr>
          <w:rFonts w:ascii="微软雅黑" w:eastAsia="微软雅黑" w:hAnsi="微软雅黑" w:cs="微软雅黑" w:hint="eastAsia"/>
          <w:lang w:eastAsia="zh-CN"/>
        </w:rPr>
        <w:t>：</w:t>
      </w:r>
    </w:p>
    <w:p>
      <w:pPr>
        <w:pStyle w:val="ListBullet"/>
        <w:spacing w:after="72"/>
      </w:pPr>
      <w:r>
        <w:t xml:space="preserve">□ </w:t>
      </w:r>
      <w:r>
        <w:rPr>
          <w:rFonts w:ascii="微软雅黑" w:eastAsia="微软雅黑" w:hAnsi="微软雅黑" w:cs="微软雅黑" w:hint="eastAsia"/>
          <w:lang w:eastAsia="zh-CN"/>
        </w:rPr>
        <w:t>能用双维度（空间</w:t>
      </w:r>
      <w:r>
        <w:t>/</w:t>
      </w:r>
      <w:r>
        <w:rPr>
          <w:rFonts w:ascii="微软雅黑" w:eastAsia="微软雅黑" w:hAnsi="微软雅黑" w:cs="微软雅黑" w:hint="eastAsia"/>
          <w:lang w:eastAsia="zh-CN"/>
        </w:rPr>
        <w:t>时间）描述振动并说清声学三要素；</w:t>
      </w:r>
    </w:p>
    <w:p>
      <w:pPr>
        <w:pStyle w:val="ListBullet"/>
        <w:spacing w:after="72"/>
      </w:pPr>
      <w:r>
        <w:t xml:space="preserve">□ </w:t>
      </w:r>
      <w:r>
        <w:rPr>
          <w:rFonts w:ascii="微软雅黑" w:eastAsia="微软雅黑" w:hAnsi="微软雅黑" w:cs="微软雅黑" w:hint="eastAsia"/>
          <w:lang w:eastAsia="zh-CN"/>
        </w:rPr>
        <w:t>能复述傅里叶变换表述并解释语音波形分解；</w:t>
      </w:r>
    </w:p>
    <w:p>
      <w:pPr>
        <w:pStyle w:val="ListBullet"/>
        <w:spacing w:after="72"/>
      </w:pPr>
      <w:r>
        <w:t xml:space="preserve">□ </w:t>
      </w:r>
      <w:r>
        <w:rPr>
          <w:rFonts w:ascii="微软雅黑" w:eastAsia="微软雅黑" w:hAnsi="微软雅黑" w:cs="微软雅黑" w:hint="eastAsia"/>
          <w:lang w:eastAsia="zh-CN"/>
        </w:rPr>
        <w:t>能指出同音字消歧必须借助上下文，区分马尔可夫与贝叶斯两种策略；</w:t>
      </w:r>
    </w:p>
    <w:p>
      <w:pPr>
        <w:pStyle w:val="ListBullet"/>
        <w:spacing w:after="72"/>
      </w:pPr>
      <w:r>
        <w:t xml:space="preserve">□ </w:t>
      </w:r>
      <w:r>
        <w:rPr>
          <w:rFonts w:ascii="微软雅黑" w:eastAsia="微软雅黑" w:hAnsi="微软雅黑" w:cs="微软雅黑" w:hint="eastAsia"/>
          <w:lang w:eastAsia="zh-CN"/>
        </w:rPr>
        <w:t>能参与辩论并给出有论据的观点；</w:t>
      </w:r>
    </w:p>
    <w:p>
      <w:pPr>
        <w:pStyle w:val="ListBullet"/>
        <w:spacing w:after="72"/>
      </w:pPr>
      <w:r>
        <w:t xml:space="preserve">□ </w:t>
      </w:r>
      <w:r>
        <w:rPr>
          <w:rFonts w:ascii="微软雅黑" w:eastAsia="微软雅黑" w:hAnsi="微软雅黑" w:cs="微软雅黑" w:hint="eastAsia"/>
          <w:lang w:eastAsia="zh-CN"/>
        </w:rPr>
        <w:t>能完成微型项目（频谱观测</w:t>
      </w:r>
      <w:r>
        <w:t>/</w:t>
      </w:r>
      <w:r>
        <w:rPr>
          <w:rFonts w:ascii="微软雅黑" w:eastAsia="微软雅黑" w:hAnsi="微软雅黑" w:cs="微软雅黑" w:hint="eastAsia"/>
          <w:lang w:eastAsia="zh-CN"/>
        </w:rPr>
        <w:t>傅里叶验证）并形成报告。</w:t>
      </w:r>
    </w:p>
    <w:p>
      <w:pPr/>
      <w:r>
        <w:rPr>
          <w:rFonts w:ascii="微软雅黑" w:eastAsia="微软雅黑" w:hAnsi="微软雅黑" w:cs="微软雅黑" w:hint="eastAsia"/>
          <w:b/>
          <w:lang w:eastAsia="zh-CN"/>
        </w:rPr>
        <w:t>简易量表（自评+组内评，每项1-3分）</w:t>
      </w:r>
      <w:r>
        <w:rPr>
          <w:rFonts w:ascii="微软雅黑" w:eastAsia="微软雅黑" w:hAnsi="微软雅黑" w:cs="微软雅黑" w:hint="eastAsia"/>
          <w:lang w:eastAsia="zh-CN"/>
        </w:rPr>
        <w:t>：</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评价维度</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3</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2</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1</w:t>
            </w:r>
            <w:r>
              <w:rPr>
                <w:rFonts w:ascii="微软雅黑" w:hAnsi="微软雅黑" w:eastAsia="微软雅黑" w:hint="eastAsia"/>
                <w:b/>
                <w:color w:val="1A237E"/>
                <w:sz w:val="18"/>
              </w:rPr>
              <w:t xml:space="preserve"> </w:t>
            </w:r>
            <w:r>
              <w:rPr>
                <w:rFonts w:ascii="微软雅黑" w:hAnsi="微软雅黑" w:eastAsia="微软雅黑" w:hint="eastAsia"/>
                <w:b/>
                <w:color w:val="1A237E"/>
                <w:sz w:val="18"/>
              </w:rPr>
              <w:t>分</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物理原理</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准确表述双维度与三要素</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能说但混淆概念</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仅描述现象</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数学理解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正确理解傅里叶叠加</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知公式不会用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不理解</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概率推理</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能区分马尔可夫与贝叶斯并举例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能复述其一</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混淆两者</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思辨表达</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辩论论据清晰、引用原理</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有参与但松散</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极少发言</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项目实践</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完成频谱</w:t>
            </w:r>
            <w:r>
              <w:rPr>
                <w:sz w:val="18"/>
              </w:rPr>
              <w:t xml:space="preserve"> </w:t>
            </w:r>
            <w:r>
              <w:rPr>
                <w:sz w:val="18"/>
              </w:rPr>
              <w:t>/FFT</w:t>
            </w:r>
            <w:r>
              <w:rPr>
                <w:sz w:val="18"/>
              </w:rPr>
              <w:t xml:space="preserve"> </w:t>
            </w:r>
            <w:r>
              <w:rPr>
                <w:sz w:val="18"/>
              </w:rPr>
              <w:t>并正确标注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部分完成</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未完成</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十、AI 视频创作拓展（课堂导入素材）</w:t>
      </w:r>
    </w:p>
    <w:p>
      <w:pPr/>
      <w:r>
        <w:rPr>
          <w:rFonts w:ascii="微软雅黑" w:eastAsia="微软雅黑" w:hAnsi="微软雅黑" w:cs="微软雅黑" w:hint="eastAsia"/>
          <w:b/>
          <w:lang w:eastAsia="zh-CN"/>
        </w:rPr>
        <w:t>导演思维提示词</w:t>
      </w:r>
      <w:r>
        <w:rPr>
          <w:rFonts w:ascii="微软雅黑" w:eastAsia="微软雅黑" w:hAnsi="微软雅黑" w:cs="微软雅黑" w:hint="eastAsia"/>
          <w:lang w:eastAsia="zh-CN"/>
        </w:rPr>
        <w:t>：</w:t>
      </w:r>
    </w:p>
    <w:p>
      <w:pPr>
        <w:spacing w:after="72"/>
      </w:pPr>
      <w:r>
        <w:rPr>
          <w:color w:val="212121"/>
        </w:rPr>
        <w:t xml:space="preserve">  </w:t>
      </w:r>
      <w:r>
        <w:rPr>
          <w:rFonts w:ascii="微软雅黑" w:eastAsia="微软雅黑" w:hAnsi="微软雅黑" w:cs="微软雅黑" w:hint="eastAsia"/>
          <w:color w:val="212121"/>
          <w:lang w:eastAsia="zh-CN"/>
        </w:rPr>
        <w:t>主体：一名高中生对着手机说出</w:t>
      </w:r>
      <w:r>
        <w:rPr>
          <w:color w:val="212121"/>
        </w:rPr>
        <w:t>"</w:t>
      </w:r>
      <w:r>
        <w:rPr>
          <w:rFonts w:ascii="微软雅黑" w:eastAsia="微软雅黑" w:hAnsi="微软雅黑" w:cs="微软雅黑" w:hint="eastAsia"/>
          <w:color w:val="212121"/>
          <w:lang w:eastAsia="zh-CN"/>
        </w:rPr>
        <w:t>苹果</w:t>
      </w:r>
      <w:r>
        <w:rPr>
          <w:color w:val="212121"/>
        </w:rPr>
        <w:t>"</w:t>
      </w:r>
      <w:r>
        <w:rPr>
          <w:rFonts w:ascii="微软雅黑" w:eastAsia="微软雅黑" w:hAnsi="微软雅黑" w:cs="微软雅黑" w:hint="eastAsia"/>
          <w:color w:val="212121"/>
          <w:lang w:eastAsia="zh-CN"/>
        </w:rPr>
        <w:t>，手机屏幕中浮现跳动的声波与层层叠加的正弦曲线；动作：少年手指轻点屏幕，声波被</w:t>
      </w:r>
      <w:r>
        <w:rPr>
          <w:color w:val="212121"/>
        </w:rPr>
        <w:t>"</w:t>
      </w:r>
      <w:r>
        <w:rPr>
          <w:rFonts w:ascii="微软雅黑" w:eastAsia="微软雅黑" w:hAnsi="微软雅黑" w:cs="微软雅黑" w:hint="eastAsia"/>
          <w:color w:val="212121"/>
          <w:lang w:eastAsia="zh-CN"/>
        </w:rPr>
        <w:t>剪开</w:t>
      </w:r>
      <w:r>
        <w:rPr>
          <w:color w:val="212121"/>
        </w:rPr>
        <w:t>"</w:t>
      </w:r>
      <w:r>
        <w:rPr>
          <w:rFonts w:ascii="微软雅黑" w:eastAsia="微软雅黑" w:hAnsi="微软雅黑" w:cs="微软雅黑" w:hint="eastAsia"/>
          <w:color w:val="212121"/>
          <w:lang w:eastAsia="zh-CN"/>
        </w:rPr>
        <w:t>为前后两段，后半段自动拼出</w:t>
      </w:r>
      <w:r>
        <w:rPr>
          <w:color w:val="212121"/>
        </w:rPr>
        <w:t>"</w:t>
      </w:r>
      <w:r>
        <w:rPr>
          <w:rFonts w:ascii="微软雅黑" w:eastAsia="微软雅黑" w:hAnsi="微软雅黑" w:cs="微软雅黑" w:hint="eastAsia"/>
          <w:color w:val="212121"/>
          <w:lang w:eastAsia="zh-CN"/>
        </w:rPr>
        <w:t>果</w:t>
      </w:r>
      <w:r>
        <w:rPr>
          <w:color w:val="212121"/>
        </w:rPr>
        <w:t>"</w:t>
      </w:r>
      <w:r>
        <w:rPr>
          <w:rFonts w:ascii="微软雅黑" w:eastAsia="微软雅黑" w:hAnsi="微软雅黑" w:cs="微软雅黑" w:hint="eastAsia"/>
          <w:color w:val="212121"/>
          <w:lang w:eastAsia="zh-CN"/>
        </w:rPr>
        <w:t>字、排除</w:t>
      </w:r>
      <w:r>
        <w:rPr>
          <w:color w:val="212121"/>
        </w:rPr>
        <w:t>"</w:t>
      </w:r>
      <w:r>
        <w:rPr>
          <w:rFonts w:ascii="微软雅黑" w:eastAsia="微软雅黑" w:hAnsi="微软雅黑" w:cs="微软雅黑" w:hint="eastAsia"/>
          <w:color w:val="212121"/>
          <w:lang w:eastAsia="zh-CN"/>
        </w:rPr>
        <w:t>裹</w:t>
      </w:r>
      <w:r>
        <w:rPr>
          <w:color w:val="212121"/>
        </w:rPr>
        <w:t>/</w:t>
      </w:r>
      <w:r>
        <w:rPr>
          <w:rFonts w:ascii="微软雅黑" w:eastAsia="微软雅黑" w:hAnsi="微软雅黑" w:cs="微软雅黑" w:hint="eastAsia"/>
          <w:color w:val="212121"/>
          <w:lang w:eastAsia="zh-CN"/>
        </w:rPr>
        <w:t>棵</w:t>
      </w:r>
      <w:r>
        <w:rPr>
          <w:color w:val="212121"/>
        </w:rPr>
        <w:t>"</w:t>
      </w:r>
      <w:r>
        <w:rPr>
          <w:rFonts w:ascii="微软雅黑" w:eastAsia="微软雅黑" w:hAnsi="微软雅黑" w:cs="微软雅黑" w:hint="eastAsia"/>
          <w:color w:val="212121"/>
          <w:lang w:eastAsia="zh-CN"/>
        </w:rPr>
        <w:t>等干扰，随后一串概率公式如星光般流转定格；场景：安静的夜间自习室，窗外霓虹映在玻璃上，桌面摊开物理课本与数学草稿，声波可视化悬浮于半空；光影：冷蓝主调中一束暖光打在少年侧脸与屏幕，公式以微光描边；镜头运动：从手机屏幕特写缓慢拉升至少年眼部反光中的频谱，再环绕推进至黑板上的贝叶斯公式；风格：科幻写实、低饱和冷色、细腻光效与轻微粒子；情绪：理性而惊奇的探索张力，诠释</w:t>
      </w:r>
      <w:r>
        <w:rPr>
          <w:color w:val="212121"/>
        </w:rPr>
        <w:t>"</w:t>
      </w:r>
      <w:r>
        <w:rPr>
          <w:rFonts w:ascii="微软雅黑" w:eastAsia="微软雅黑" w:hAnsi="微软雅黑" w:cs="微软雅黑" w:hint="eastAsia"/>
          <w:color w:val="212121"/>
          <w:lang w:eastAsia="zh-CN"/>
        </w:rPr>
        <w:t>数学与科学相互加强</w:t>
      </w:r>
      <w:r>
        <w:rPr>
          <w:color w:val="212121"/>
        </w:rPr>
        <w:t>"</w:t>
      </w:r>
      <w:r>
        <w:rPr>
          <w:rFonts w:ascii="微软雅黑" w:eastAsia="微软雅黑" w:hAnsi="微软雅黑" w:cs="微软雅黑" w:hint="eastAsia"/>
          <w:color w:val="212121"/>
          <w:lang w:eastAsia="zh-CN"/>
        </w:rPr>
        <w:t>的智识之美。</w:t>
      </w:r>
      <w:r/>
    </w:p>
    <w:p>
      <w:bookmarkStart w:id="42" w:name="_Toc_section_21"/>
      <w:bookmarkStart w:id="20" w:name="section-21"/>
      <w:pPr>
        <w:pStyle w:val="Heading2"/>
        <w:pageBreakBefore/>
      </w:pPr>
      <w:bookmarkEnd w:id="20"/>
      <w:r>
        <w:rPr>
          <w:rFonts w:ascii="微软雅黑" w:hAnsi="微软雅黑" w:eastAsia="微软雅黑" w:cs="微软雅黑" w:hint="eastAsia"/>
          <w:b w:val="0"/>
          <w:color w:val="1A237E"/>
          <w:sz w:val="22"/>
          <w:lang w:eastAsia="zh-CN"/>
        </w:rPr>
        <w:t xml:space="preserve">  研修方案 19（上）：《总结——人工智能通识课的教学法与技术（上）》</w:t>
      </w:r>
      <w:bookmarkEnd w:id="42"/>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19</w:t>
      </w:r>
      <w:r>
        <w:rPr>
          <w:rFonts w:ascii="微软雅黑" w:eastAsia="微软雅黑" w:hAnsi="微软雅黑" w:cs="微软雅黑" w:hint="eastAsia"/>
          <w:color w:val="212121"/>
          <w:lang w:eastAsia="zh-CN"/>
        </w:rPr>
        <w:t>讲（上）《总结</w:t>
      </w:r>
      <w:r>
        <w:rPr>
          <w:color w:val="212121"/>
        </w:rPr>
        <w:t>——</w:t>
      </w:r>
      <w:r>
        <w:rPr>
          <w:rFonts w:ascii="微软雅黑" w:eastAsia="微软雅黑" w:hAnsi="微软雅黑" w:cs="微软雅黑" w:hint="eastAsia"/>
          <w:color w:val="212121"/>
          <w:lang w:eastAsia="zh-CN"/>
        </w:rPr>
        <w:t>人工智能通识课的教学法与技术（上）》｜时长约</w:t>
      </w:r>
      <w:r>
        <w:rPr>
          <w:color w:val="212121"/>
        </w:rPr>
        <w:t>17</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：总结提升（方法论核心）</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：泉州一中拟开设人工智能通识课的全体学科教师（信息科技、数学、科学、物理、通用技术、综合实践等），以及教研室教研组长、备课组长。本讲侧重</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，建议全体拟开课教师参加。</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r/>
    </w:p>
    <w:p>
      <w:pPr>
        <w:pStyle w:val="Heading3"/>
      </w:pPr>
      <w:r>
        <w:rPr>
          <w:rFonts w:ascii="微软雅黑" w:hAnsi="微软雅黑" w:eastAsia="微软雅黑" w:cs="微软雅黑" w:hint="eastAsia"/>
          <w:b w:val="0"/>
          <w:color w:val="1A237E"/>
          <w:sz w:val="20"/>
          <w:lang w:eastAsia="zh-CN"/>
        </w:rPr>
        <w:t>一、研修目标（3-4条，可检核的行为动词）</w:t>
      </w:r>
    </w:p>
    <w:p>
      <w:pPr>
        <w:pStyle w:val="ListNumber"/>
        <w:numPr>
          <w:ilvl w:val="0"/>
          <w:numId w:val="54"/>
        </w:numPr>
        <w:spacing w:after="72"/>
      </w:pPr>
      <w:r>
        <w:rPr>
          <w:rFonts w:ascii="微软雅黑" w:eastAsia="微软雅黑" w:hAnsi="微软雅黑" w:cs="微软雅黑" w:hint="eastAsia"/>
          <w:b/>
          <w:lang w:eastAsia="zh-CN"/>
        </w:rPr>
        <w:t>复述并运用</w:t>
      </w:r>
      <w:r>
        <w:t>"</w:t>
      </w:r>
      <w:r>
        <w:rPr>
          <w:rFonts w:ascii="微软雅黑" w:eastAsia="微软雅黑" w:hAnsi="微软雅黑" w:cs="微软雅黑" w:hint="eastAsia"/>
          <w:lang w:eastAsia="zh-CN"/>
        </w:rPr>
        <w:t>灵魂三问</w:t>
      </w:r>
      <w:r>
        <w:t>"</w:t>
      </w:r>
      <w:r>
        <w:rPr>
          <w:rFonts w:ascii="微软雅黑" w:eastAsia="微软雅黑" w:hAnsi="微软雅黑" w:cs="微软雅黑" w:hint="eastAsia"/>
          <w:lang w:eastAsia="zh-CN"/>
        </w:rPr>
        <w:t>（教什么</w:t>
      </w:r>
      <w:r>
        <w:t>—</w:t>
      </w:r>
      <w:r>
        <w:rPr>
          <w:rFonts w:ascii="微软雅黑" w:eastAsia="微软雅黑" w:hAnsi="微软雅黑" w:cs="微软雅黑" w:hint="eastAsia"/>
          <w:lang w:eastAsia="zh-CN"/>
        </w:rPr>
        <w:t>内容、怎么教</w:t>
      </w:r>
      <w:r>
        <w:t>—</w:t>
      </w:r>
      <w:r>
        <w:rPr>
          <w:rFonts w:ascii="微软雅黑" w:eastAsia="微软雅黑" w:hAnsi="微软雅黑" w:cs="微软雅黑" w:hint="eastAsia"/>
          <w:lang w:eastAsia="zh-CN"/>
        </w:rPr>
        <w:t>教法、用什么教</w:t>
      </w:r>
      <w:r>
        <w:t>—</w:t>
      </w:r>
      <w:r>
        <w:rPr>
          <w:rFonts w:ascii="微软雅黑" w:eastAsia="微软雅黑" w:hAnsi="微软雅黑" w:cs="微软雅黑" w:hint="eastAsia"/>
          <w:lang w:eastAsia="zh-CN"/>
        </w:rPr>
        <w:t>技术）框架，对照本校实际课时与师资，自检此前拟定的</w:t>
      </w:r>
      <w:r>
        <w:t>AI</w:t>
      </w:r>
      <w:r>
        <w:rPr>
          <w:rFonts w:ascii="微软雅黑" w:eastAsia="微软雅黑" w:hAnsi="微软雅黑" w:cs="微软雅黑" w:hint="eastAsia"/>
          <w:lang w:eastAsia="zh-CN"/>
        </w:rPr>
        <w:t>通识课方案中</w:t>
      </w:r>
      <w:r>
        <w:t>"</w:t>
      </w:r>
      <w:r>
        <w:rPr>
          <w:rFonts w:ascii="微软雅黑" w:eastAsia="微软雅黑" w:hAnsi="微软雅黑" w:cs="微软雅黑" w:hint="eastAsia"/>
          <w:lang w:eastAsia="zh-CN"/>
        </w:rPr>
        <w:t>内容</w:t>
      </w:r>
      <w:r>
        <w:t>—</w:t>
      </w:r>
      <w:r>
        <w:rPr>
          <w:rFonts w:ascii="微软雅黑" w:eastAsia="微软雅黑" w:hAnsi="微软雅黑" w:cs="微软雅黑" w:hint="eastAsia"/>
          <w:lang w:eastAsia="zh-CN"/>
        </w:rPr>
        <w:t>教法</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三要素是否配套、是否存在某一项偏废。</w:t>
      </w:r>
    </w:p>
    <w:p>
      <w:pPr>
        <w:pStyle w:val="ListNumber"/>
        <w:numPr>
          <w:ilvl w:val="0"/>
          <w:numId w:val="54"/>
        </w:numPr>
        <w:spacing w:after="72"/>
      </w:pPr>
      <w:r>
        <w:rPr>
          <w:rFonts w:ascii="微软雅黑" w:eastAsia="微软雅黑" w:hAnsi="微软雅黑" w:cs="微软雅黑" w:hint="eastAsia"/>
          <w:b/>
          <w:lang w:eastAsia="zh-CN"/>
        </w:rPr>
        <w:t>区分并举例说明</w:t>
      </w:r>
      <w:r>
        <w:rPr>
          <w:rFonts w:ascii="微软雅黑" w:eastAsia="微软雅黑" w:hAnsi="微软雅黑" w:cs="微软雅黑" w:hint="eastAsia"/>
          <w:lang w:eastAsia="zh-CN"/>
        </w:rPr>
        <w:t>皮亚杰认知发展四阶段（感知运动、前运算、具体运算、形式运算）与中小学各学段学生的对应关系，能根据本学段学生特征选用直观、动手、具体实例等适切教法。</w:t>
      </w:r>
    </w:p>
    <w:p>
      <w:pPr>
        <w:pStyle w:val="ListNumber"/>
        <w:numPr>
          <w:ilvl w:val="0"/>
          <w:numId w:val="54"/>
        </w:numPr>
        <w:spacing w:after="72"/>
      </w:pPr>
      <w:r>
        <w:rPr>
          <w:rFonts w:ascii="微软雅黑" w:eastAsia="微软雅黑" w:hAnsi="微软雅黑" w:cs="微软雅黑" w:hint="eastAsia"/>
          <w:b/>
          <w:lang w:eastAsia="zh-CN"/>
        </w:rPr>
        <w:t>设计</w:t>
      </w:r>
      <w:r>
        <w:rPr>
          <w:rFonts w:ascii="微软雅黑" w:eastAsia="微软雅黑" w:hAnsi="微软雅黑" w:cs="微软雅黑" w:hint="eastAsia"/>
          <w:lang w:eastAsia="zh-CN"/>
        </w:rPr>
        <w:t>至少一组苏格拉底式追问问题串（</w:t>
      </w:r>
      <w:r>
        <w:t>5–6</w:t>
      </w:r>
      <w:r>
        <w:rPr>
          <w:rFonts w:ascii="微软雅黑" w:eastAsia="微软雅黑" w:hAnsi="微软雅黑" w:cs="微软雅黑" w:hint="eastAsia"/>
          <w:lang w:eastAsia="zh-CN"/>
        </w:rPr>
        <w:t>层）与一项项目式</w:t>
      </w:r>
      <w:r>
        <w:t>/</w:t>
      </w:r>
      <w:r>
        <w:rPr>
          <w:rFonts w:ascii="微软雅黑" w:eastAsia="微软雅黑" w:hAnsi="微软雅黑" w:cs="微软雅黑" w:hint="eastAsia"/>
          <w:lang w:eastAsia="zh-CN"/>
        </w:rPr>
        <w:t>问题式学习微方案，明确</w:t>
      </w:r>
      <w:r>
        <w:t>"</w:t>
      </w:r>
      <w:r>
        <w:rPr>
          <w:rFonts w:ascii="微软雅黑" w:eastAsia="微软雅黑" w:hAnsi="微软雅黑" w:cs="微软雅黑" w:hint="eastAsia"/>
          <w:lang w:eastAsia="zh-CN"/>
        </w:rPr>
        <w:t>角色扮演游戏化、苏格拉底提问、项目式学习、问题式学习、跨学科</w:t>
      </w:r>
      <w:r>
        <w:t>"</w:t>
      </w:r>
      <w:r>
        <w:rPr>
          <w:rFonts w:ascii="微软雅黑" w:eastAsia="微软雅黑" w:hAnsi="微软雅黑" w:cs="微软雅黑" w:hint="eastAsia"/>
          <w:lang w:eastAsia="zh-CN"/>
        </w:rPr>
        <w:t>五种教法的适用条件与常见误区。</w:t>
      </w:r>
    </w:p>
    <w:p>
      <w:pPr>
        <w:pStyle w:val="ListNumber"/>
        <w:numPr>
          <w:ilvl w:val="0"/>
          <w:numId w:val="54"/>
        </w:numPr>
        <w:spacing w:after="72"/>
      </w:pPr>
      <w:r>
        <w:rPr>
          <w:rFonts w:ascii="微软雅黑" w:eastAsia="微软雅黑" w:hAnsi="微软雅黑" w:cs="微软雅黑" w:hint="eastAsia"/>
          <w:b/>
          <w:lang w:eastAsia="zh-CN"/>
        </w:rPr>
        <w:t>归纳</w:t>
      </w:r>
      <w:r>
        <w:rPr>
          <w:rFonts w:ascii="微软雅黑" w:eastAsia="微软雅黑" w:hAnsi="微软雅黑" w:cs="微软雅黑" w:hint="eastAsia"/>
          <w:lang w:eastAsia="zh-CN"/>
        </w:rPr>
        <w:t>技术工具选用的三维匹配原则（工具</w:t>
      </w:r>
      <w:r>
        <w:t>×</w:t>
      </w:r>
      <w:r>
        <w:rPr>
          <w:rFonts w:ascii="微软雅黑" w:eastAsia="微软雅黑" w:hAnsi="微软雅黑" w:cs="微软雅黑" w:hint="eastAsia"/>
          <w:lang w:eastAsia="zh-CN"/>
        </w:rPr>
        <w:t>内容</w:t>
      </w:r>
      <w:r>
        <w:t>×</w:t>
      </w:r>
      <w:r>
        <w:rPr>
          <w:rFonts w:ascii="微软雅黑" w:eastAsia="微软雅黑" w:hAnsi="微软雅黑" w:cs="微软雅黑" w:hint="eastAsia"/>
          <w:lang w:eastAsia="zh-CN"/>
        </w:rPr>
        <w:t>认知水平）与</w:t>
      </w:r>
      <w:r>
        <w:t>"</w:t>
      </w:r>
      <w:r>
        <w:rPr>
          <w:rFonts w:ascii="微软雅黑" w:eastAsia="微软雅黑" w:hAnsi="微软雅黑" w:cs="微软雅黑" w:hint="eastAsia"/>
          <w:lang w:eastAsia="zh-CN"/>
        </w:rPr>
        <w:t>不插电教学</w:t>
      </w:r>
      <w:r>
        <w:t>"</w:t>
      </w:r>
      <w:r>
        <w:rPr>
          <w:rFonts w:ascii="微软雅黑" w:eastAsia="微软雅黑" w:hAnsi="微软雅黑" w:cs="微软雅黑" w:hint="eastAsia"/>
          <w:lang w:eastAsia="zh-CN"/>
        </w:rPr>
        <w:t>思路，结合本校设备现状，列出低</w:t>
      </w:r>
      <w:r>
        <w:t>/</w:t>
      </w:r>
      <w:r>
        <w:rPr>
          <w:rFonts w:ascii="微软雅黑" w:eastAsia="微软雅黑" w:hAnsi="微软雅黑" w:cs="微软雅黑" w:hint="eastAsia"/>
          <w:lang w:eastAsia="zh-CN"/>
        </w:rPr>
        <w:t>中</w:t>
      </w:r>
      <w:r>
        <w:t>/</w:t>
      </w:r>
      <w:r>
        <w:rPr>
          <w:rFonts w:ascii="微软雅黑" w:eastAsia="微软雅黑" w:hAnsi="微软雅黑" w:cs="微软雅黑" w:hint="eastAsia"/>
          <w:lang w:eastAsia="zh-CN"/>
        </w:rPr>
        <w:t>高学段可落地的工具与活动清单。</w:t>
      </w:r>
      <w:r/>
    </w:p>
    <w:p>
      <w:pPr>
        <w:pStyle w:val="Heading3"/>
      </w:pPr>
      <w:r>
        <w:rPr>
          <w:rFonts w:ascii="微软雅黑" w:hAnsi="微软雅黑" w:eastAsia="微软雅黑" w:cs="微软雅黑" w:hint="eastAsia"/>
          <w:b w:val="0"/>
          <w:color w:val="1A237E"/>
          <w:sz w:val="20"/>
          <w:lang w:eastAsia="zh-CN"/>
        </w:rPr>
        <w:t>二、观看任务单（表格：任务｜观看时关注点｜记录要求）</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：捕捉核心命题</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主讲提出的</w:t>
            </w:r>
            <w:r>
              <w:rPr>
                <w:sz w:val="18"/>
              </w:rPr>
              <w:t xml:space="preserve"> </w:t>
            </w:r>
            <w:r>
              <w:rPr>
                <w:sz w:val="18"/>
              </w:rPr>
              <w:t>"</w:t>
            </w:r>
            <w:r>
              <w:rPr>
                <w:sz w:val="18"/>
              </w:rPr>
              <w:t xml:space="preserve"> </w:t>
            </w:r>
            <w:r>
              <w:rPr>
                <w:sz w:val="18"/>
              </w:rPr>
              <w:t>灵魂三问</w:t>
            </w:r>
            <w:r>
              <w:rPr>
                <w:sz w:val="18"/>
              </w:rPr>
              <w:t xml:space="preserve"> </w:t>
            </w:r>
            <w:r>
              <w:rPr>
                <w:sz w:val="18"/>
              </w:rPr>
              <w:t>"</w:t>
            </w:r>
            <w:r>
              <w:rPr>
                <w:sz w:val="18"/>
              </w:rPr>
              <w:t xml:space="preserve"> </w:t>
            </w:r>
            <w:r>
              <w:rPr>
                <w:sz w:val="18"/>
              </w:rPr>
              <w:t>如何表述；为何强调</w:t>
            </w:r>
            <w:r>
              <w:rPr>
                <w:sz w:val="18"/>
              </w:rPr>
              <w:t xml:space="preserve"> </w:t>
            </w:r>
            <w:r>
              <w:rPr>
                <w:sz w:val="18"/>
              </w:rPr>
              <w:t>"</w:t>
            </w:r>
            <w:r>
              <w:rPr>
                <w:sz w:val="18"/>
              </w:rPr>
              <w:t xml:space="preserve"> </w:t>
            </w:r>
            <w:r>
              <w:rPr>
                <w:sz w:val="18"/>
              </w:rPr>
              <w:t>学科本体（内容）最重要</w:t>
            </w:r>
            <w:r>
              <w:rPr>
                <w:sz w:val="18"/>
              </w:rPr>
              <w:t xml:space="preserve"> </w:t>
            </w:r>
            <w:r>
              <w:rPr>
                <w:sz w:val="18"/>
              </w:rPr>
              <w:t>"</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用一句话记录三问，并标注本讲对</w:t>
            </w:r>
            <w:r>
              <w:rPr>
                <w:sz w:val="18"/>
              </w:rPr>
              <w:t xml:space="preserve"> </w:t>
            </w:r>
            <w:r>
              <w:rPr>
                <w:sz w:val="18"/>
              </w:rPr>
              <w:t>"</w:t>
            </w:r>
            <w:r>
              <w:rPr>
                <w:sz w:val="18"/>
              </w:rPr>
              <w:t xml:space="preserve"> </w:t>
            </w:r>
            <w:r>
              <w:rPr>
                <w:sz w:val="18"/>
              </w:rPr>
              <w:t>内容优先</w:t>
            </w:r>
            <w:r>
              <w:rPr>
                <w:sz w:val="18"/>
              </w:rPr>
              <w:t xml:space="preserve"> </w:t>
            </w:r>
            <w:r>
              <w:rPr>
                <w:sz w:val="18"/>
              </w:rPr>
              <w:t>"</w:t>
            </w:r>
            <w:r>
              <w:rPr>
                <w:sz w:val="18"/>
              </w:rPr>
              <w:t xml:space="preserve"> </w:t>
            </w:r>
            <w:r>
              <w:rPr>
                <w:sz w:val="18"/>
              </w:rPr>
              <w:t>的论证</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：绘制认知阶段图</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皮亚杰四阶段年龄区间；</w:t>
            </w:r>
            <w:r>
              <w:rPr>
                <w:sz w:val="18"/>
              </w:rPr>
              <w:t xml:space="preserve"> </w:t>
            </w:r>
            <w:r>
              <w:rPr>
                <w:sz w:val="18"/>
              </w:rPr>
              <w:t>"</w:t>
            </w:r>
            <w:r>
              <w:rPr>
                <w:sz w:val="18"/>
              </w:rPr>
              <w:t xml:space="preserve"> </w:t>
            </w:r>
            <w:r>
              <w:rPr>
                <w:sz w:val="18"/>
              </w:rPr>
              <w:t>成人通过思考、儿童通过动作</w:t>
            </w:r>
            <w:r>
              <w:rPr>
                <w:sz w:val="18"/>
              </w:rPr>
              <w:t xml:space="preserve"> </w:t>
            </w:r>
            <w:r>
              <w:rPr>
                <w:sz w:val="18"/>
              </w:rPr>
              <w:t>"</w:t>
            </w:r>
            <w:r>
              <w:rPr>
                <w:sz w:val="18"/>
              </w:rPr>
              <w:t xml:space="preserve"> </w:t>
            </w:r>
            <w:r>
              <w:rPr>
                <w:sz w:val="18"/>
              </w:rPr>
              <w:t>的意涵；小学生动手目的</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画出四阶段时间轴，并标注</w:t>
            </w:r>
            <w:r>
              <w:rPr>
                <w:sz w:val="18"/>
              </w:rPr>
              <w:t xml:space="preserve"> </w:t>
            </w:r>
            <w:r>
              <w:rPr>
                <w:sz w:val="18"/>
              </w:rPr>
              <w:t>"</w:t>
            </w:r>
            <w:r>
              <w:rPr>
                <w:sz w:val="18"/>
              </w:rPr>
              <w:t xml:space="preserve"> </w:t>
            </w:r>
            <w:r>
              <w:rPr>
                <w:sz w:val="18"/>
              </w:rPr>
              <w:t>动手</w:t>
            </w:r>
            <w:r>
              <w:rPr>
                <w:sz w:val="18"/>
              </w:rPr>
              <w:t xml:space="preserve"> </w:t>
            </w:r>
            <w:r>
              <w:rPr>
                <w:sz w:val="18"/>
              </w:rPr>
              <w:t>=</w:t>
            </w:r>
            <w:r>
              <w:rPr>
                <w:sz w:val="18"/>
              </w:rPr>
              <w:t xml:space="preserve"> </w:t>
            </w:r>
            <w:r>
              <w:rPr>
                <w:sz w:val="18"/>
              </w:rPr>
              <w:t>动脑</w:t>
            </w:r>
            <w:r>
              <w:rPr>
                <w:sz w:val="18"/>
              </w:rPr>
              <w:t xml:space="preserve"> </w:t>
            </w:r>
            <w:r>
              <w:rPr>
                <w:sz w:val="18"/>
              </w:rPr>
              <w:t>"</w:t>
            </w:r>
            <w:r>
              <w:rPr>
                <w:sz w:val="18"/>
              </w:rPr>
              <w:t xml:space="preserve"> </w:t>
            </w:r>
            <w:r>
              <w:rPr>
                <w:sz w:val="18"/>
              </w:rPr>
              <w:t>的对应关系</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：梳理五大教法</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角色扮演游戏化、苏格拉底提问、项目式学习、问题式学习、跨学科各自的典型做法与案例</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用五栏表格分别记录</w:t>
            </w:r>
            <w:r>
              <w:rPr>
                <w:sz w:val="18"/>
              </w:rPr>
              <w:t xml:space="preserve"> </w:t>
            </w:r>
            <w:r>
              <w:rPr>
                <w:sz w:val="18"/>
              </w:rPr>
              <w:t>"</w:t>
            </w:r>
            <w:r>
              <w:rPr>
                <w:sz w:val="18"/>
              </w:rPr>
              <w:t xml:space="preserve"> </w:t>
            </w:r>
            <w:r>
              <w:rPr>
                <w:sz w:val="18"/>
              </w:rPr>
              <w:t>做法</w:t>
            </w:r>
            <w:r>
              <w:rPr>
                <w:sz w:val="18"/>
              </w:rPr>
              <w:t xml:space="preserve"> </w:t>
            </w:r>
            <w:r>
              <w:rPr>
                <w:sz w:val="18"/>
              </w:rPr>
              <w:t>+</w:t>
            </w:r>
            <w:r>
              <w:rPr>
                <w:sz w:val="18"/>
              </w:rPr>
              <w:t xml:space="preserve"> </w:t>
            </w:r>
            <w:r>
              <w:rPr>
                <w:sz w:val="18"/>
              </w:rPr>
              <w:t>案例</w:t>
            </w:r>
            <w:r>
              <w:rPr>
                <w:sz w:val="18"/>
              </w:rPr>
              <w:t xml:space="preserve"> </w:t>
            </w:r>
            <w:r>
              <w:rPr>
                <w:sz w:val="18"/>
              </w:rPr>
              <w:t>+</w:t>
            </w:r>
            <w:r>
              <w:rPr>
                <w:sz w:val="18"/>
              </w:rPr>
              <w:t xml:space="preserve"> </w:t>
            </w:r>
            <w:r>
              <w:rPr>
                <w:sz w:val="18"/>
              </w:rPr>
              <w:t>误区</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：建立工具阶梯</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低</w:t>
            </w:r>
            <w:r>
              <w:rPr>
                <w:sz w:val="18"/>
              </w:rPr>
              <w:t xml:space="preserve"> </w:t>
            </w:r>
            <w:r>
              <w:rPr>
                <w:sz w:val="18"/>
              </w:rPr>
              <w:t>/</w:t>
            </w:r>
            <w:r>
              <w:rPr>
                <w:sz w:val="18"/>
              </w:rPr>
              <w:t xml:space="preserve"> </w:t>
            </w:r>
            <w:r>
              <w:rPr>
                <w:sz w:val="18"/>
              </w:rPr>
              <w:t>中</w:t>
            </w:r>
            <w:r>
              <w:rPr>
                <w:sz w:val="18"/>
              </w:rPr>
              <w:t xml:space="preserve"> </w:t>
            </w:r>
            <w:r>
              <w:rPr>
                <w:sz w:val="18"/>
              </w:rPr>
              <w:t>/</w:t>
            </w:r>
            <w:r>
              <w:rPr>
                <w:sz w:val="18"/>
              </w:rPr>
              <w:t xml:space="preserve"> </w:t>
            </w:r>
            <w:r>
              <w:rPr>
                <w:sz w:val="18"/>
              </w:rPr>
              <w:t>高学段工具与认知目标；</w:t>
            </w:r>
            <w:r>
              <w:rPr>
                <w:sz w:val="18"/>
              </w:rPr>
              <w:t xml:space="preserve"> </w:t>
            </w:r>
            <w:r>
              <w:rPr>
                <w:sz w:val="18"/>
              </w:rPr>
              <w:t>"</w:t>
            </w:r>
            <w:r>
              <w:rPr>
                <w:sz w:val="18"/>
              </w:rPr>
              <w:t xml:space="preserve"> </w:t>
            </w:r>
            <w:r>
              <w:rPr>
                <w:sz w:val="18"/>
              </w:rPr>
              <w:t>感知体验</w:t>
            </w:r>
            <w:r>
              <w:rPr>
                <w:sz w:val="18"/>
              </w:rPr>
              <w:t xml:space="preserve"> </w:t>
            </w:r>
            <w:r>
              <w:rPr>
                <w:sz w:val="18"/>
              </w:rPr>
              <w:t>→</w:t>
            </w:r>
            <w:r>
              <w:rPr>
                <w:sz w:val="18"/>
              </w:rPr>
              <w:t xml:space="preserve"> </w:t>
            </w:r>
            <w:r>
              <w:rPr>
                <w:sz w:val="18"/>
              </w:rPr>
              <w:t>具身认知</w:t>
            </w:r>
            <w:r>
              <w:rPr>
                <w:sz w:val="18"/>
              </w:rPr>
              <w:t xml:space="preserve"> </w:t>
            </w:r>
            <w:r>
              <w:rPr>
                <w:sz w:val="18"/>
              </w:rPr>
              <w:t>→</w:t>
            </w:r>
            <w:r>
              <w:rPr>
                <w:sz w:val="18"/>
              </w:rPr>
              <w:t xml:space="preserve"> </w:t>
            </w:r>
            <w:r>
              <w:rPr>
                <w:sz w:val="18"/>
              </w:rPr>
              <w:t>系统思维</w:t>
            </w:r>
            <w:r>
              <w:rPr>
                <w:sz w:val="18"/>
              </w:rPr>
              <w:t xml:space="preserve"> </w:t>
            </w:r>
            <w:r>
              <w:rPr>
                <w:sz w:val="18"/>
              </w:rPr>
              <w:t>→</w:t>
            </w:r>
            <w:r>
              <w:rPr>
                <w:sz w:val="18"/>
              </w:rPr>
              <w:t xml:space="preserve"> </w:t>
            </w:r>
            <w:r>
              <w:rPr>
                <w:sz w:val="18"/>
              </w:rPr>
              <w:t>科学思维</w:t>
            </w:r>
            <w:r>
              <w:rPr>
                <w:sz w:val="18"/>
              </w:rPr>
              <w:t xml:space="preserve"> </w:t>
            </w:r>
            <w:r>
              <w:rPr>
                <w:sz w:val="18"/>
              </w:rPr>
              <w:t>→</w:t>
            </w:r>
            <w:r>
              <w:rPr>
                <w:sz w:val="18"/>
              </w:rPr>
              <w:t xml:space="preserve"> </w:t>
            </w:r>
            <w:r>
              <w:rPr>
                <w:sz w:val="18"/>
              </w:rPr>
              <w:t>工程实践</w:t>
            </w:r>
            <w:r>
              <w:rPr>
                <w:sz w:val="18"/>
              </w:rPr>
              <w:t xml:space="preserve"> </w:t>
            </w:r>
            <w:r>
              <w:rPr>
                <w:sz w:val="18"/>
              </w:rPr>
              <w:t>→</w:t>
            </w:r>
            <w:r>
              <w:rPr>
                <w:sz w:val="18"/>
              </w:rPr>
              <w:t xml:space="preserve"> </w:t>
            </w:r>
            <w:r>
              <w:rPr>
                <w:sz w:val="18"/>
              </w:rPr>
              <w:t>项目创新</w:t>
            </w:r>
            <w:r>
              <w:rPr>
                <w:sz w:val="18"/>
              </w:rPr>
              <w:t xml:space="preserve"> </w:t>
            </w:r>
            <w:r>
              <w:rPr>
                <w:sz w:val="18"/>
              </w:rPr>
              <w:t>"</w:t>
            </w:r>
            <w:r>
              <w:rPr>
                <w:sz w:val="18"/>
              </w:rPr>
              <w:t xml:space="preserve"> </w:t>
            </w:r>
            <w:r>
              <w:rPr>
                <w:sz w:val="18"/>
              </w:rPr>
              <w:t>路径</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列出三学段工具清单与递进路径</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5</w:t>
            </w:r>
            <w:r>
              <w:rPr>
                <w:sz w:val="18"/>
              </w:rPr>
              <w:t xml:space="preserve"> </w:t>
            </w:r>
            <w:r>
              <w:rPr>
                <w:sz w:val="18"/>
              </w:rPr>
              <w:t>：理解平衡原则</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学科</w:t>
            </w:r>
            <w:r>
              <w:rPr>
                <w:sz w:val="18"/>
              </w:rPr>
              <w:t xml:space="preserve"> </w:t>
            </w:r>
            <w:r>
              <w:rPr>
                <w:sz w:val="18"/>
              </w:rPr>
              <w:t>—</w:t>
            </w:r>
            <w:r>
              <w:rPr>
                <w:sz w:val="18"/>
              </w:rPr>
              <w:t xml:space="preserve"> </w:t>
            </w:r>
            <w:r>
              <w:rPr>
                <w:sz w:val="18"/>
              </w:rPr>
              <w:t>活动</w:t>
            </w:r>
            <w:r>
              <w:rPr>
                <w:sz w:val="18"/>
              </w:rPr>
              <w:t xml:space="preserve"> </w:t>
            </w:r>
            <w:r>
              <w:rPr>
                <w:sz w:val="18"/>
              </w:rPr>
              <w:t>—</w:t>
            </w:r>
            <w:r>
              <w:rPr>
                <w:sz w:val="18"/>
              </w:rPr>
              <w:t xml:space="preserve"> </w:t>
            </w:r>
            <w:r>
              <w:rPr>
                <w:sz w:val="18"/>
              </w:rPr>
              <w:t>学生天平；为何反对照搬学科中心或单纯儿童中心</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用一句话概括</w:t>
            </w:r>
            <w:r>
              <w:rPr>
                <w:sz w:val="18"/>
              </w:rPr>
              <w:t xml:space="preserve"> </w:t>
            </w:r>
            <w:r>
              <w:rPr>
                <w:sz w:val="18"/>
              </w:rPr>
              <w:t>"</w:t>
            </w:r>
            <w:r>
              <w:rPr>
                <w:sz w:val="18"/>
              </w:rPr>
              <w:t xml:space="preserve"> </w:t>
            </w:r>
            <w:r>
              <w:rPr>
                <w:sz w:val="18"/>
              </w:rPr>
              <w:t>以活动为中心统一两种逻辑</w:t>
            </w:r>
            <w:r>
              <w:rPr>
                <w:sz w:val="18"/>
              </w:rPr>
              <w:t xml:space="preserve"> </w:t>
            </w:r>
            <w:r>
              <w:rPr>
                <w:sz w:val="18"/>
              </w:rPr>
              <w:t>"</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研修导入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教研室主任说明本讲为全系列方法论核心，强调</w:t>
            </w:r>
            <w:r>
              <w:rPr>
                <w:sz w:val="18"/>
              </w:rPr>
              <w:t xml:space="preserve"> </w:t>
            </w:r>
            <w:r>
              <w:rPr>
                <w:sz w:val="18"/>
              </w:rPr>
              <w:t>"</w:t>
            </w:r>
            <w:r>
              <w:rPr>
                <w:sz w:val="18"/>
              </w:rPr>
              <w:t xml:space="preserve"> </w:t>
            </w:r>
            <w:r>
              <w:rPr>
                <w:sz w:val="18"/>
              </w:rPr>
              <w:t>教法与技术</w:t>
            </w:r>
            <w:r>
              <w:rPr>
                <w:sz w:val="18"/>
              </w:rPr>
              <w:t xml:space="preserve"> </w:t>
            </w:r>
            <w:r>
              <w:rPr>
                <w:sz w:val="18"/>
              </w:rPr>
              <w:t>"</w:t>
            </w:r>
            <w:r>
              <w:rPr>
                <w:sz w:val="18"/>
              </w:rPr>
              <w:t xml:space="preserve"> </w:t>
            </w:r>
            <w:r>
              <w:rPr>
                <w:sz w:val="18"/>
              </w:rPr>
              <w:t>是落地关键；下发观看任务单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明确记录要求，分组（按学段</w:t>
            </w:r>
            <w:r>
              <w:rPr>
                <w:sz w:val="18"/>
              </w:rPr>
              <w:t xml:space="preserve"> </w:t>
            </w:r>
            <w:r>
              <w:rPr>
                <w:sz w:val="18"/>
              </w:rPr>
              <w:t>/</w:t>
            </w:r>
            <w:r>
              <w:rPr>
                <w:sz w:val="18"/>
              </w:rPr>
              <w:t xml:space="preserve"> </w:t>
            </w:r>
            <w:r>
              <w:rPr>
                <w:sz w:val="18"/>
              </w:rPr>
              <w:t>学科混编）</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2. </w:t>
            </w:r>
            <w:r>
              <w:rPr>
                <w:sz w:val="18"/>
              </w:rPr>
              <w:t xml:space="preserve"> </w:t>
            </w:r>
            <w:r>
              <w:rPr>
                <w:sz w:val="18"/>
              </w:rPr>
              <w:t>集中观看（上）</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17</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19</w:t>
            </w:r>
            <w:r>
              <w:rPr>
                <w:sz w:val="18"/>
              </w:rPr>
              <w:t xml:space="preserve"> </w:t>
            </w:r>
            <w:r>
              <w:rPr>
                <w:sz w:val="18"/>
              </w:rPr>
              <w:t>讲（上）视频</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关闭弹幕与讨论，专注记录任务单</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3. </w:t>
            </w:r>
            <w:r>
              <w:rPr>
                <w:sz w:val="18"/>
              </w:rPr>
              <w:t xml:space="preserve"> </w:t>
            </w:r>
            <w:r>
              <w:rPr>
                <w:sz w:val="18"/>
              </w:rPr>
              <w:t>个人梳理</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学员依据任务单补全笔记，教研组提供</w:t>
            </w:r>
            <w:r>
              <w:rPr>
                <w:sz w:val="18"/>
              </w:rPr>
              <w:t xml:space="preserve"> </w:t>
            </w:r>
            <w:r>
              <w:rPr>
                <w:sz w:val="18"/>
              </w:rPr>
              <w:t>"</w:t>
            </w:r>
            <w:r>
              <w:rPr>
                <w:sz w:val="18"/>
              </w:rPr>
              <w:t xml:space="preserve"> </w:t>
            </w:r>
            <w:r>
              <w:rPr>
                <w:sz w:val="18"/>
              </w:rPr>
              <w:t>认知阶段图</w:t>
            </w:r>
            <w:r>
              <w:rPr>
                <w:sz w:val="18"/>
              </w:rPr>
              <w:t xml:space="preserve"> </w:t>
            </w:r>
            <w:r>
              <w:rPr>
                <w:sz w:val="18"/>
              </w:rPr>
              <w:t>""</w:t>
            </w:r>
            <w:r>
              <w:rPr>
                <w:sz w:val="18"/>
              </w:rPr>
              <w:t xml:space="preserve"> </w:t>
            </w:r>
            <w:r>
              <w:rPr>
                <w:sz w:val="18"/>
              </w:rPr>
              <w:t>工具阶梯</w:t>
            </w:r>
            <w:r>
              <w:rPr>
                <w:sz w:val="18"/>
              </w:rPr>
              <w:t xml:space="preserve"> </w:t>
            </w:r>
            <w:r>
              <w:rPr>
                <w:sz w:val="18"/>
              </w:rPr>
              <w:t>"</w:t>
            </w:r>
            <w:r>
              <w:rPr>
                <w:sz w:val="18"/>
              </w:rPr>
              <w:t xml:space="preserve"> </w:t>
            </w:r>
            <w:r>
              <w:rPr>
                <w:sz w:val="18"/>
              </w:rPr>
              <w:t>空白模板</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巡场答疑，关注非</w:t>
            </w:r>
            <w:r>
              <w:rPr>
                <w:sz w:val="18"/>
              </w:rPr>
              <w:t xml:space="preserve"> </w:t>
            </w:r>
            <w:r>
              <w:rPr>
                <w:sz w:val="18"/>
              </w:rPr>
              <w:t>AI</w:t>
            </w:r>
            <w:r>
              <w:rPr>
                <w:sz w:val="18"/>
              </w:rPr>
              <w:t xml:space="preserve"> </w:t>
            </w:r>
            <w:r>
              <w:rPr>
                <w:sz w:val="18"/>
              </w:rPr>
              <w:t>专业教师理解</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4. </w:t>
            </w:r>
            <w:r>
              <w:rPr>
                <w:sz w:val="18"/>
              </w:rPr>
              <w:t xml:space="preserve"> </w:t>
            </w: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围绕</w:t>
            </w:r>
            <w:r>
              <w:rPr>
                <w:sz w:val="18"/>
              </w:rPr>
              <w:t xml:space="preserve"> </w:t>
            </w:r>
            <w:r>
              <w:rPr>
                <w:sz w:val="18"/>
              </w:rPr>
              <w:t>"</w:t>
            </w:r>
            <w:r>
              <w:rPr>
                <w:sz w:val="18"/>
              </w:rPr>
              <w:t xml:space="preserve"> </w:t>
            </w:r>
            <w:r>
              <w:rPr>
                <w:sz w:val="18"/>
              </w:rPr>
              <w:t>灵魂三问</w:t>
            </w:r>
            <w:r>
              <w:rPr>
                <w:sz w:val="18"/>
              </w:rPr>
              <w:t xml:space="preserve"> </w:t>
            </w:r>
            <w:r>
              <w:rPr>
                <w:sz w:val="18"/>
              </w:rPr>
              <w:t>"</w:t>
            </w:r>
            <w:r>
              <w:rPr>
                <w:sz w:val="18"/>
              </w:rPr>
              <w:t xml:space="preserve"> </w:t>
            </w:r>
            <w:r>
              <w:rPr>
                <w:sz w:val="18"/>
              </w:rPr>
              <w:t>做自检：各组用便利贴写出本校方案的三要素匹配情况</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用海报法展示，快速暴露</w:t>
            </w:r>
            <w:r>
              <w:rPr>
                <w:sz w:val="18"/>
              </w:rPr>
              <w:t xml:space="preserve"> </w:t>
            </w:r>
            <w:r>
              <w:rPr>
                <w:sz w:val="18"/>
              </w:rPr>
              <w:t>"</w:t>
            </w:r>
            <w:r>
              <w:rPr>
                <w:sz w:val="18"/>
              </w:rPr>
              <w:t xml:space="preserve"> </w:t>
            </w:r>
            <w:r>
              <w:rPr>
                <w:sz w:val="18"/>
              </w:rPr>
              <w:t>重技术轻内容</w:t>
            </w:r>
            <w:r>
              <w:rPr>
                <w:sz w:val="18"/>
              </w:rPr>
              <w:t xml:space="preserve"> </w:t>
            </w:r>
            <w:r>
              <w:rPr>
                <w:sz w:val="18"/>
              </w:rPr>
              <w:t>"</w:t>
            </w:r>
            <w:r>
              <w:rPr>
                <w:sz w:val="18"/>
              </w:rPr>
              <w:t xml:space="preserve"> </w:t>
            </w:r>
            <w:r>
              <w:rPr>
                <w:sz w:val="18"/>
              </w:rPr>
              <w:t>倾向</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5. </w:t>
            </w:r>
            <w:r>
              <w:rPr>
                <w:sz w:val="18"/>
              </w:rPr>
              <w:t xml:space="preserve"> </w:t>
            </w:r>
            <w:r>
              <w:rPr>
                <w:sz w:val="18"/>
              </w:rPr>
              <w:t>探究互动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18</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以学段为单位，选取一种教法做</w:t>
            </w:r>
            <w:r>
              <w:rPr>
                <w:sz w:val="18"/>
              </w:rPr>
              <w:t xml:space="preserve"> </w:t>
            </w:r>
            <w:r>
              <w:rPr>
                <w:sz w:val="18"/>
              </w:rPr>
              <w:t>"</w:t>
            </w:r>
            <w:r>
              <w:rPr>
                <w:sz w:val="18"/>
              </w:rPr>
              <w:t xml:space="preserve"> </w:t>
            </w:r>
            <w:r>
              <w:rPr>
                <w:sz w:val="18"/>
              </w:rPr>
              <w:t>案例还原</w:t>
            </w:r>
            <w:r>
              <w:rPr>
                <w:sz w:val="18"/>
              </w:rPr>
              <w:t xml:space="preserve"> </w:t>
            </w:r>
            <w:r>
              <w:rPr>
                <w:sz w:val="18"/>
              </w:rPr>
              <w:t>+</w:t>
            </w:r>
            <w:r>
              <w:rPr>
                <w:sz w:val="18"/>
              </w:rPr>
              <w:t xml:space="preserve"> </w:t>
            </w:r>
            <w:r>
              <w:rPr>
                <w:sz w:val="18"/>
              </w:rPr>
              <w:t>误区辨析</w:t>
            </w:r>
            <w:r>
              <w:rPr>
                <w:sz w:val="18"/>
              </w:rPr>
              <w:t xml:space="preserve"> </w:t>
            </w:r>
            <w:r>
              <w:rPr>
                <w:sz w:val="18"/>
              </w:rPr>
              <w:t>"</w:t>
            </w:r>
            <w:r>
              <w:rPr>
                <w:sz w:val="18"/>
              </w:rPr>
              <w:t xml:space="preserve"> </w:t>
            </w:r>
            <w:r>
              <w:rPr>
                <w:sz w:val="18"/>
              </w:rPr>
              <w:t>（如项目式学习如何避坑</w:t>
            </w:r>
            <w:r>
              <w:rPr>
                <w:sz w:val="18"/>
              </w:rPr>
              <w:t xml:space="preserve"> </w:t>
            </w:r>
            <w:r>
              <w:rPr>
                <w:sz w:val="18"/>
              </w:rPr>
              <w:t>"</w:t>
            </w:r>
            <w:r>
              <w:rPr>
                <w:sz w:val="18"/>
              </w:rPr>
              <w:t xml:space="preserve"> </w:t>
            </w:r>
            <w:r>
              <w:rPr>
                <w:sz w:val="18"/>
              </w:rPr>
              <w:t>智能垃圾帽</w:t>
            </w:r>
            <w:r>
              <w:rPr>
                <w:sz w:val="18"/>
              </w:rPr>
              <w:t xml:space="preserve"> </w:t>
            </w:r>
            <w:r>
              <w:rPr>
                <w:sz w:val="18"/>
              </w:rPr>
              <w:t>"</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每组派代表，用视频原句佐证观点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6. </w:t>
            </w:r>
            <w:r>
              <w:rPr>
                <w:sz w:val="18"/>
              </w:rPr>
              <w:t xml:space="preserve"> </w:t>
            </w:r>
            <w:r>
              <w:rPr>
                <w:sz w:val="18"/>
              </w:rPr>
              <w:t>应用互动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分组设计一个</w:t>
            </w:r>
            <w:r>
              <w:rPr>
                <w:sz w:val="18"/>
              </w:rPr>
              <w:t xml:space="preserve"> </w:t>
            </w:r>
            <w:r>
              <w:rPr>
                <w:sz w:val="18"/>
              </w:rPr>
              <w:t>"5–6</w:t>
            </w:r>
            <w:r>
              <w:rPr>
                <w:sz w:val="18"/>
              </w:rPr>
              <w:t xml:space="preserve"> </w:t>
            </w:r>
            <w:r>
              <w:rPr>
                <w:sz w:val="18"/>
              </w:rPr>
              <w:t>层苏格拉底追问问题串</w:t>
            </w:r>
            <w:r>
              <w:rPr>
                <w:sz w:val="18"/>
              </w:rPr>
              <w:t xml:space="preserve"> </w:t>
            </w:r>
            <w:r>
              <w:rPr>
                <w:sz w:val="18"/>
              </w:rPr>
              <w:t>"</w:t>
            </w:r>
            <w:r>
              <w:rPr>
                <w:sz w:val="18"/>
              </w:rPr>
              <w:t xml:space="preserve"> </w:t>
            </w:r>
            <w:r>
              <w:rPr>
                <w:sz w:val="18"/>
              </w:rPr>
              <w:t>或一项微项目方案，锚定本校真实生活问题</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产出可带走的设计草稿，教师巡视指导</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7. </w:t>
            </w:r>
            <w:r>
              <w:rPr>
                <w:sz w:val="18"/>
              </w:rPr>
              <w:t xml:space="preserve"> </w:t>
            </w:r>
            <w:r>
              <w:rPr>
                <w:sz w:val="18"/>
              </w:rPr>
              <w:t>总结互动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7</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各组汇报一个核心收获；主持人用</w:t>
            </w:r>
            <w:r>
              <w:rPr>
                <w:sz w:val="18"/>
              </w:rPr>
              <w:t xml:space="preserve"> </w:t>
            </w:r>
            <w:r>
              <w:rPr>
                <w:sz w:val="18"/>
              </w:rPr>
              <w:t>"</w:t>
            </w:r>
            <w:r>
              <w:rPr>
                <w:sz w:val="18"/>
              </w:rPr>
              <w:t xml:space="preserve"> </w:t>
            </w:r>
            <w:r>
              <w:rPr>
                <w:sz w:val="18"/>
              </w:rPr>
              <w:t>学科</w:t>
            </w:r>
            <w:r>
              <w:rPr>
                <w:sz w:val="18"/>
              </w:rPr>
              <w:t xml:space="preserve"> </w:t>
            </w:r>
            <w:r>
              <w:rPr>
                <w:sz w:val="18"/>
              </w:rPr>
              <w:t>—</w:t>
            </w:r>
            <w:r>
              <w:rPr>
                <w:sz w:val="18"/>
              </w:rPr>
              <w:t xml:space="preserve"> </w:t>
            </w:r>
            <w:r>
              <w:rPr>
                <w:sz w:val="18"/>
              </w:rPr>
              <w:t>活动</w:t>
            </w:r>
            <w:r>
              <w:rPr>
                <w:sz w:val="18"/>
              </w:rPr>
              <w:t xml:space="preserve"> </w:t>
            </w:r>
            <w:r>
              <w:rPr>
                <w:sz w:val="18"/>
              </w:rPr>
              <w:t>—</w:t>
            </w:r>
            <w:r>
              <w:rPr>
                <w:sz w:val="18"/>
              </w:rPr>
              <w:t xml:space="preserve"> </w:t>
            </w:r>
            <w:r>
              <w:rPr>
                <w:sz w:val="18"/>
              </w:rPr>
              <w:t>学生天平</w:t>
            </w:r>
            <w:r>
              <w:rPr>
                <w:sz w:val="18"/>
              </w:rPr>
              <w:t xml:space="preserve"> </w:t>
            </w:r>
            <w:r>
              <w:rPr>
                <w:sz w:val="18"/>
              </w:rPr>
              <w:t>"</w:t>
            </w:r>
            <w:r>
              <w:rPr>
                <w:sz w:val="18"/>
              </w:rPr>
              <w:t xml:space="preserve"> </w:t>
            </w:r>
            <w:r>
              <w:rPr>
                <w:sz w:val="18"/>
              </w:rPr>
              <w:t>收束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布置迁移作业，明确提交方式</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8. </w:t>
            </w:r>
            <w:r>
              <w:rPr>
                <w:sz w:val="18"/>
              </w:rPr>
              <w:t xml:space="preserve"> </w:t>
            </w:r>
            <w:r>
              <w:rPr>
                <w:sz w:val="18"/>
              </w:rPr>
              <w:t>研修小结</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教研室归纳本讲要点，预告（下）讲课程开发宏观视角</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收集任务单，拍照留存</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四、互动研讨设计（递进式）</w:t>
      </w:r>
    </w:p>
    <w:p>
      <w:pPr/>
      <w:r>
        <w:rPr>
          <w:rFonts w:ascii="微软雅黑" w:eastAsia="微软雅黑" w:hAnsi="微软雅黑" w:cs="微软雅黑" w:hint="eastAsia"/>
          <w:b/>
          <w:lang w:eastAsia="zh-CN"/>
        </w:rPr>
        <w:t>导入互动（唤起经验）</w:t>
      </w:r>
    </w:p>
    <w:p>
      <w:pPr>
        <w:pStyle w:val="ListBullet"/>
        <w:spacing w:after="72"/>
      </w:pPr>
      <w:r>
        <w:rPr>
          <w:rFonts w:ascii="微软雅黑" w:eastAsia="微软雅黑" w:hAnsi="微软雅黑" w:cs="微软雅黑" w:hint="eastAsia"/>
          <w:lang w:eastAsia="zh-CN"/>
        </w:rPr>
        <w:t>形式：便利贴自检</w:t>
      </w:r>
      <w:r>
        <w:t xml:space="preserve"> + </w:t>
      </w:r>
      <w:r>
        <w:rPr>
          <w:rFonts w:ascii="微软雅黑" w:eastAsia="微软雅黑" w:hAnsi="微软雅黑" w:cs="微软雅黑" w:hint="eastAsia"/>
          <w:lang w:eastAsia="zh-CN"/>
        </w:rPr>
        <w:t>海报展示</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灵魂三问</w:t>
      </w:r>
      <w:r>
        <w:t>'</w:t>
      </w:r>
      <w:r>
        <w:rPr>
          <w:rFonts w:ascii="微软雅黑" w:eastAsia="微软雅黑" w:hAnsi="微软雅黑" w:cs="微软雅黑" w:hint="eastAsia"/>
          <w:lang w:eastAsia="zh-CN"/>
        </w:rPr>
        <w:t>检视我校拟开</w:t>
      </w:r>
      <w:r>
        <w:t>AI</w:t>
      </w:r>
      <w:r>
        <w:rPr>
          <w:rFonts w:ascii="微软雅黑" w:eastAsia="微软雅黑" w:hAnsi="微软雅黑" w:cs="微软雅黑" w:hint="eastAsia"/>
          <w:lang w:eastAsia="zh-CN"/>
        </w:rPr>
        <w:t>课</w:t>
      </w:r>
      <w:r>
        <w:t>——</w:t>
      </w:r>
      <w:r>
        <w:rPr>
          <w:rFonts w:ascii="微软雅黑" w:eastAsia="微软雅黑" w:hAnsi="微软雅黑" w:cs="微软雅黑" w:hint="eastAsia"/>
          <w:lang w:eastAsia="zh-CN"/>
        </w:rPr>
        <w:t>内容、教法、技术，哪一块最薄弱？</w:t>
      </w:r>
      <w:r>
        <w:t>"</w:t>
      </w:r>
    </w:p>
    <w:p>
      <w:pPr>
        <w:pStyle w:val="ListBullet"/>
        <w:spacing w:after="72"/>
      </w:pPr>
      <w:r>
        <w:rPr>
          <w:rFonts w:ascii="微软雅黑" w:eastAsia="微软雅黑" w:hAnsi="微软雅黑" w:cs="微软雅黑" w:hint="eastAsia"/>
          <w:lang w:eastAsia="zh-CN"/>
        </w:rPr>
        <w:t>组织方式：按学段混编</w:t>
      </w:r>
      <w:r>
        <w:t>4–6</w:t>
      </w:r>
      <w:r>
        <w:rPr>
          <w:rFonts w:ascii="微软雅黑" w:eastAsia="微软雅黑" w:hAnsi="微软雅黑" w:cs="微软雅黑" w:hint="eastAsia"/>
          <w:lang w:eastAsia="zh-CN"/>
        </w:rPr>
        <w:t>组，</w:t>
      </w:r>
      <w:r>
        <w:t>3</w:t>
      </w:r>
      <w:r>
        <w:rPr>
          <w:rFonts w:ascii="微软雅黑" w:eastAsia="微软雅黑" w:hAnsi="微软雅黑" w:cs="微软雅黑" w:hint="eastAsia"/>
          <w:lang w:eastAsia="zh-CN"/>
        </w:rPr>
        <w:t>分钟个人写、</w:t>
      </w:r>
      <w:r>
        <w:t>2</w:t>
      </w:r>
      <w:r>
        <w:rPr>
          <w:rFonts w:ascii="微软雅黑" w:eastAsia="微软雅黑" w:hAnsi="微软雅黑" w:cs="微软雅黑" w:hint="eastAsia"/>
          <w:lang w:eastAsia="zh-CN"/>
        </w:rPr>
        <w:t>分钟贴海报、</w:t>
      </w:r>
      <w:r>
        <w:t>5</w:t>
      </w:r>
      <w:r>
        <w:rPr>
          <w:rFonts w:ascii="微软雅黑" w:eastAsia="微软雅黑" w:hAnsi="微软雅黑" w:cs="微软雅黑" w:hint="eastAsia"/>
          <w:lang w:eastAsia="zh-CN"/>
        </w:rPr>
        <w:t>分钟巡回看，主持人提炼共性短板。</w:t>
      </w:r>
    </w:p>
    <w:p>
      <w:pPr/>
      <w:r>
        <w:rPr>
          <w:rFonts w:ascii="微软雅黑" w:eastAsia="微软雅黑" w:hAnsi="微软雅黑" w:cs="微软雅黑" w:hint="eastAsia"/>
          <w:b/>
          <w:lang w:eastAsia="zh-CN"/>
        </w:rPr>
        <w:t>探究互动（深究原理）</w:t>
      </w:r>
    </w:p>
    <w:p>
      <w:pPr>
        <w:pStyle w:val="ListBullet"/>
        <w:spacing w:after="72"/>
      </w:pPr>
      <w:r>
        <w:rPr>
          <w:rFonts w:ascii="微软雅黑" w:eastAsia="微软雅黑" w:hAnsi="微软雅黑" w:cs="微软雅黑" w:hint="eastAsia"/>
          <w:lang w:eastAsia="zh-CN"/>
        </w:rPr>
        <w:t>形式：教法工作坊（轮换站）</w:t>
      </w:r>
    </w:p>
    <w:p>
      <w:pPr>
        <w:pStyle w:val="ListBullet"/>
        <w:spacing w:after="72"/>
      </w:pPr>
      <w:r>
        <w:rPr>
          <w:rFonts w:ascii="微软雅黑" w:eastAsia="微软雅黑" w:hAnsi="微软雅黑" w:cs="微软雅黑" w:hint="eastAsia"/>
          <w:lang w:eastAsia="zh-CN"/>
        </w:rPr>
        <w:t>话题：</w:t>
      </w:r>
      <w:r>
        <w:t>①</w:t>
      </w:r>
      <w:r>
        <w:rPr>
          <w:rFonts w:ascii="微软雅黑" w:eastAsia="微软雅黑" w:hAnsi="微软雅黑" w:cs="微软雅黑" w:hint="eastAsia"/>
          <w:lang w:eastAsia="zh-CN"/>
        </w:rPr>
        <w:t>角色扮演如何</w:t>
      </w:r>
      <w:r>
        <w:t>"</w:t>
      </w:r>
      <w:r>
        <w:rPr>
          <w:rFonts w:ascii="微软雅黑" w:eastAsia="微软雅黑" w:hAnsi="微软雅黑" w:cs="微软雅黑" w:hint="eastAsia"/>
          <w:lang w:eastAsia="zh-CN"/>
        </w:rPr>
        <w:t>用身体演神经网络</w:t>
      </w:r>
      <w:r>
        <w:t>"</w:t>
      </w:r>
      <w:r>
        <w:rPr>
          <w:rFonts w:ascii="微软雅黑" w:eastAsia="微软雅黑" w:hAnsi="微软雅黑" w:cs="微软雅黑" w:hint="eastAsia"/>
          <w:lang w:eastAsia="zh-CN"/>
        </w:rPr>
        <w:t>？</w:t>
      </w:r>
      <w:r>
        <w:t>②</w:t>
      </w:r>
      <w:r>
        <w:rPr>
          <w:rFonts w:ascii="微软雅黑" w:eastAsia="微软雅黑" w:hAnsi="微软雅黑" w:cs="微软雅黑" w:hint="eastAsia"/>
          <w:lang w:eastAsia="zh-CN"/>
        </w:rPr>
        <w:t>苏格拉底提问为何要</w:t>
      </w:r>
      <w:r>
        <w:t>"</w:t>
      </w:r>
      <w:r>
        <w:rPr>
          <w:rFonts w:ascii="微软雅黑" w:eastAsia="微软雅黑" w:hAnsi="微软雅黑" w:cs="微软雅黑" w:hint="eastAsia"/>
          <w:lang w:eastAsia="zh-CN"/>
        </w:rPr>
        <w:t>打破砂锅问到底</w:t>
      </w:r>
      <w:r>
        <w:t>"</w:t>
      </w:r>
      <w:r>
        <w:rPr>
          <w:rFonts w:ascii="微软雅黑" w:eastAsia="微软雅黑" w:hAnsi="微软雅黑" w:cs="微软雅黑" w:hint="eastAsia"/>
          <w:lang w:eastAsia="zh-CN"/>
        </w:rPr>
        <w:t>？</w:t>
      </w:r>
      <w:r>
        <w:t>③</w:t>
      </w:r>
      <w:r>
        <w:rPr>
          <w:rFonts w:ascii="微软雅黑" w:eastAsia="微软雅黑" w:hAnsi="微软雅黑" w:cs="微软雅黑" w:hint="eastAsia"/>
          <w:lang w:eastAsia="zh-CN"/>
        </w:rPr>
        <w:t>项目式学习</w:t>
      </w:r>
      <w:r>
        <w:t>"</w:t>
      </w:r>
      <w:r>
        <w:rPr>
          <w:rFonts w:ascii="微软雅黑" w:eastAsia="微软雅黑" w:hAnsi="微软雅黑" w:cs="微软雅黑" w:hint="eastAsia"/>
          <w:lang w:eastAsia="zh-CN"/>
        </w:rPr>
        <w:t>不是一用就灵</w:t>
      </w:r>
      <w:r>
        <w:t>"——</w:t>
      </w:r>
      <w:r>
        <w:rPr>
          <w:rFonts w:ascii="微软雅黑" w:eastAsia="微软雅黑" w:hAnsi="微软雅黑" w:cs="微软雅黑" w:hint="eastAsia"/>
          <w:lang w:eastAsia="zh-CN"/>
        </w:rPr>
        <w:t>如何避免</w:t>
      </w:r>
      <w:r>
        <w:t>"</w:t>
      </w:r>
      <w:r>
        <w:rPr>
          <w:rFonts w:ascii="微软雅黑" w:eastAsia="微软雅黑" w:hAnsi="微软雅黑" w:cs="微软雅黑" w:hint="eastAsia"/>
          <w:lang w:eastAsia="zh-CN"/>
        </w:rPr>
        <w:t>智能垃圾帽</w:t>
      </w:r>
      <w:r>
        <w:t>"</w:t>
      </w:r>
      <w:r>
        <w:rPr>
          <w:rFonts w:ascii="微软雅黑" w:eastAsia="微软雅黑" w:hAnsi="微软雅黑" w:cs="微软雅黑" w:hint="eastAsia"/>
          <w:lang w:eastAsia="zh-CN"/>
        </w:rPr>
        <w:t>套路？</w:t>
      </w:r>
      <w:r>
        <w:t>④</w:t>
      </w:r>
      <w:r>
        <w:rPr>
          <w:rFonts w:ascii="微软雅黑" w:eastAsia="微软雅黑" w:hAnsi="微软雅黑" w:cs="微软雅黑" w:hint="eastAsia"/>
          <w:lang w:eastAsia="zh-CN"/>
        </w:rPr>
        <w:t>跨学科如何以</w:t>
      </w:r>
      <w:r>
        <w:t>AI</w:t>
      </w:r>
      <w:r>
        <w:rPr>
          <w:rFonts w:ascii="微软雅黑" w:eastAsia="微软雅黑" w:hAnsi="微软雅黑" w:cs="微软雅黑" w:hint="eastAsia"/>
          <w:lang w:eastAsia="zh-CN"/>
        </w:rPr>
        <w:t>自然融合数学与科学？</w:t>
      </w:r>
    </w:p>
    <w:p>
      <w:pPr>
        <w:pStyle w:val="ListBullet"/>
        <w:spacing w:after="72"/>
      </w:pPr>
      <w:r>
        <w:rPr>
          <w:rFonts w:ascii="微软雅黑" w:eastAsia="微软雅黑" w:hAnsi="微软雅黑" w:cs="微软雅黑" w:hint="eastAsia"/>
          <w:lang w:eastAsia="zh-CN"/>
        </w:rPr>
        <w:t>组织方式：每组认领一种教法，</w:t>
      </w:r>
      <w:r>
        <w:t>8</w:t>
      </w:r>
      <w:r>
        <w:rPr>
          <w:rFonts w:ascii="微软雅黑" w:eastAsia="微软雅黑" w:hAnsi="微软雅黑" w:cs="微软雅黑" w:hint="eastAsia"/>
          <w:lang w:eastAsia="zh-CN"/>
        </w:rPr>
        <w:t>分钟研读笔记</w:t>
      </w:r>
      <w:r>
        <w:t>+</w:t>
      </w:r>
      <w:r>
        <w:rPr>
          <w:rFonts w:ascii="微软雅黑" w:eastAsia="微软雅黑" w:hAnsi="微软雅黑" w:cs="微软雅黑" w:hint="eastAsia"/>
          <w:lang w:eastAsia="zh-CN"/>
        </w:rPr>
        <w:t>还原视频案例，再与其他组交叉讲解，形成</w:t>
      </w:r>
      <w:r>
        <w:t>"</w:t>
      </w:r>
      <w:r>
        <w:rPr>
          <w:rFonts w:ascii="微软雅黑" w:eastAsia="微软雅黑" w:hAnsi="微软雅黑" w:cs="微软雅黑" w:hint="eastAsia"/>
          <w:lang w:eastAsia="zh-CN"/>
        </w:rPr>
        <w:t>教法</w:t>
      </w:r>
      <w:r>
        <w:t>—</w:t>
      </w:r>
      <w:r>
        <w:rPr>
          <w:rFonts w:ascii="微软雅黑" w:eastAsia="微软雅黑" w:hAnsi="微软雅黑" w:cs="微软雅黑" w:hint="eastAsia"/>
          <w:lang w:eastAsia="zh-CN"/>
        </w:rPr>
        <w:t>案例</w:t>
      </w:r>
      <w:r>
        <w:t>—</w:t>
      </w:r>
      <w:r>
        <w:rPr>
          <w:rFonts w:ascii="微软雅黑" w:eastAsia="微软雅黑" w:hAnsi="微软雅黑" w:cs="微软雅黑" w:hint="eastAsia"/>
          <w:lang w:eastAsia="zh-CN"/>
        </w:rPr>
        <w:t>误区</w:t>
      </w:r>
      <w:r>
        <w:t>"</w:t>
      </w:r>
      <w:r>
        <w:rPr>
          <w:rFonts w:ascii="微软雅黑" w:eastAsia="微软雅黑" w:hAnsi="微软雅黑" w:cs="微软雅黑" w:hint="eastAsia"/>
          <w:lang w:eastAsia="zh-CN"/>
        </w:rPr>
        <w:t>三角色卡片。</w:t>
      </w:r>
    </w:p>
    <w:p>
      <w:pPr/>
      <w:r>
        <w:rPr>
          <w:rFonts w:ascii="微软雅黑" w:eastAsia="微软雅黑" w:hAnsi="微软雅黑" w:cs="微软雅黑" w:hint="eastAsia"/>
          <w:b/>
          <w:lang w:eastAsia="zh-CN"/>
        </w:rPr>
        <w:t>应用互动（迁移设计）</w:t>
      </w:r>
    </w:p>
    <w:p>
      <w:pPr>
        <w:pStyle w:val="ListBullet"/>
        <w:spacing w:after="72"/>
      </w:pPr>
      <w:r>
        <w:rPr>
          <w:rFonts w:ascii="微软雅黑" w:eastAsia="微软雅黑" w:hAnsi="微软雅黑" w:cs="微软雅黑" w:hint="eastAsia"/>
          <w:lang w:eastAsia="zh-CN"/>
        </w:rPr>
        <w:t>形式：微方案共创</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为我校</w:t>
      </w:r>
      <w:r>
        <w:t>××</w:t>
      </w:r>
      <w:r>
        <w:rPr>
          <w:rFonts w:ascii="微软雅黑" w:eastAsia="微软雅黑" w:hAnsi="微软雅黑" w:cs="微软雅黑" w:hint="eastAsia"/>
          <w:lang w:eastAsia="zh-CN"/>
        </w:rPr>
        <w:t>学段学生设计一节</w:t>
      </w:r>
      <w:r>
        <w:t>AI</w:t>
      </w:r>
      <w:r>
        <w:rPr>
          <w:rFonts w:ascii="微软雅黑" w:eastAsia="微软雅黑" w:hAnsi="微软雅黑" w:cs="微软雅黑" w:hint="eastAsia"/>
          <w:lang w:eastAsia="zh-CN"/>
        </w:rPr>
        <w:t>通识课的教法组合</w:t>
      </w:r>
      <w:r>
        <w:t>"——</w:t>
      </w:r>
      <w:r>
        <w:rPr>
          <w:rFonts w:ascii="微软雅黑" w:eastAsia="微软雅黑" w:hAnsi="微软雅黑" w:cs="微软雅黑" w:hint="eastAsia"/>
          <w:lang w:eastAsia="zh-CN"/>
        </w:rPr>
        <w:t>须包含至少一种教法</w:t>
      </w:r>
      <w:r>
        <w:t>+</w:t>
      </w:r>
      <w:r>
        <w:rPr>
          <w:rFonts w:ascii="微软雅黑" w:eastAsia="微软雅黑" w:hAnsi="微软雅黑" w:cs="微软雅黑" w:hint="eastAsia"/>
          <w:lang w:eastAsia="zh-CN"/>
        </w:rPr>
        <w:t>对应工具</w:t>
      </w:r>
      <w:r>
        <w:t>+</w:t>
      </w:r>
      <w:r>
        <w:rPr>
          <w:rFonts w:ascii="微软雅黑" w:eastAsia="微软雅黑" w:hAnsi="微软雅黑" w:cs="微软雅黑" w:hint="eastAsia"/>
          <w:lang w:eastAsia="zh-CN"/>
        </w:rPr>
        <w:t>一项承重活动</w:t>
      </w:r>
    </w:p>
    <w:p>
      <w:pPr>
        <w:pStyle w:val="ListBullet"/>
        <w:spacing w:after="72"/>
      </w:pPr>
      <w:r>
        <w:rPr>
          <w:rFonts w:ascii="微软雅黑" w:eastAsia="微软雅黑" w:hAnsi="微软雅黑" w:cs="微软雅黑" w:hint="eastAsia"/>
          <w:lang w:eastAsia="zh-CN"/>
        </w:rPr>
        <w:t>组织方式：</w:t>
      </w:r>
      <w:r>
        <w:t>2</w:t>
      </w:r>
      <w:r>
        <w:rPr>
          <w:rFonts w:ascii="微软雅黑" w:eastAsia="微软雅黑" w:hAnsi="微软雅黑" w:cs="微软雅黑" w:hint="eastAsia"/>
          <w:lang w:eastAsia="zh-CN"/>
        </w:rPr>
        <w:t>人结对，</w:t>
      </w:r>
      <w:r>
        <w:t>15</w:t>
      </w:r>
      <w:r>
        <w:rPr>
          <w:rFonts w:ascii="微软雅黑" w:eastAsia="微软雅黑" w:hAnsi="微软雅黑" w:cs="微软雅黑" w:hint="eastAsia"/>
          <w:lang w:eastAsia="zh-CN"/>
        </w:rPr>
        <w:t>分钟草拟，</w:t>
      </w:r>
      <w:r>
        <w:t>5</w:t>
      </w:r>
      <w:r>
        <w:rPr>
          <w:rFonts w:ascii="微软雅黑" w:eastAsia="微软雅黑" w:hAnsi="微软雅黑" w:cs="微软雅黑" w:hint="eastAsia"/>
          <w:lang w:eastAsia="zh-CN"/>
        </w:rPr>
        <w:t>分钟组间互评（用</w:t>
      </w:r>
      <w:r>
        <w:t>"</w:t>
      </w:r>
      <w:r>
        <w:rPr>
          <w:rFonts w:ascii="微软雅黑" w:eastAsia="微软雅黑" w:hAnsi="微软雅黑" w:cs="微软雅黑" w:hint="eastAsia"/>
          <w:lang w:eastAsia="zh-CN"/>
        </w:rPr>
        <w:t>学科</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学生天平</w:t>
      </w:r>
      <w:r>
        <w:t>"</w:t>
      </w:r>
      <w:r>
        <w:rPr>
          <w:rFonts w:ascii="微软雅黑" w:eastAsia="微软雅黑" w:hAnsi="微软雅黑" w:cs="微软雅黑" w:hint="eastAsia"/>
          <w:lang w:eastAsia="zh-CN"/>
        </w:rPr>
        <w:t>当评价标尺）。</w:t>
      </w:r>
    </w:p>
    <w:p>
      <w:pPr/>
      <w:r>
        <w:rPr>
          <w:rFonts w:ascii="微软雅黑" w:eastAsia="微软雅黑" w:hAnsi="微软雅黑" w:cs="微软雅黑" w:hint="eastAsia"/>
          <w:b/>
          <w:lang w:eastAsia="zh-CN"/>
        </w:rPr>
        <w:t>总结互动（升华共识）</w:t>
      </w:r>
    </w:p>
    <w:p>
      <w:pPr>
        <w:pStyle w:val="ListBullet"/>
        <w:spacing w:after="72"/>
      </w:pPr>
      <w:r>
        <w:rPr>
          <w:rFonts w:ascii="微软雅黑" w:eastAsia="微软雅黑" w:hAnsi="微软雅黑" w:cs="微软雅黑" w:hint="eastAsia"/>
          <w:lang w:eastAsia="zh-CN"/>
        </w:rPr>
        <w:t>形式：一句话收获</w:t>
      </w:r>
      <w:r>
        <w:t xml:space="preserve"> + </w:t>
      </w:r>
      <w:r>
        <w:rPr>
          <w:rFonts w:ascii="微软雅黑" w:eastAsia="微软雅黑" w:hAnsi="微软雅黑" w:cs="微软雅黑" w:hint="eastAsia"/>
          <w:lang w:eastAsia="zh-CN"/>
        </w:rPr>
        <w:t>天平收束</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今天我带走的一个教学法原则是</w:t>
      </w:r>
      <w:r>
        <w:t>……"</w:t>
      </w:r>
    </w:p>
    <w:p>
      <w:pPr>
        <w:pStyle w:val="ListBullet"/>
        <w:spacing w:after="72"/>
      </w:pPr>
      <w:r>
        <w:rPr>
          <w:rFonts w:ascii="微软雅黑" w:eastAsia="微软雅黑" w:hAnsi="微软雅黑" w:cs="微软雅黑" w:hint="eastAsia"/>
          <w:lang w:eastAsia="zh-CN"/>
        </w:rPr>
        <w:t>组织方式：顺时针轮流一句话，主持人将高频词写在</w:t>
      </w:r>
      <w:r>
        <w:t>"</w:t>
      </w:r>
      <w:r>
        <w:rPr>
          <w:rFonts w:ascii="微软雅黑" w:eastAsia="微软雅黑" w:hAnsi="微软雅黑" w:cs="微软雅黑" w:hint="eastAsia"/>
          <w:lang w:eastAsia="zh-CN"/>
        </w:rPr>
        <w:t>学科</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学生</w:t>
      </w:r>
      <w:r>
        <w:t>"</w:t>
      </w:r>
      <w:r>
        <w:rPr>
          <w:rFonts w:ascii="微软雅黑" w:eastAsia="微软雅黑" w:hAnsi="微软雅黑" w:cs="微软雅黑" w:hint="eastAsia"/>
          <w:lang w:eastAsia="zh-CN"/>
        </w:rPr>
        <w:t>天平图上，落点于</w:t>
      </w:r>
      <w:r>
        <w:t>"</w:t>
      </w:r>
      <w:r>
        <w:rPr>
          <w:rFonts w:ascii="微软雅黑" w:eastAsia="微软雅黑" w:hAnsi="微软雅黑" w:cs="微软雅黑" w:hint="eastAsia"/>
          <w:lang w:eastAsia="zh-CN"/>
        </w:rPr>
        <w:t>以活动为中心统一学科逻辑与儿童心理逻辑</w:t>
      </w:r>
      <w:r>
        <w:t>"</w:t>
      </w:r>
      <w:r>
        <w:rPr>
          <w:rFonts w:ascii="微软雅黑" w:eastAsia="微软雅黑" w:hAnsi="微软雅黑" w:cs="微软雅黑" w:hint="eastAsia"/>
          <w:lang w:eastAsia="zh-CN"/>
        </w:rPr>
        <w:t>。</w:t>
      </w:r>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本讲提出的</w:t>
            </w:r>
            <w:r>
              <w:rPr>
                <w:sz w:val="18"/>
              </w:rPr>
              <w:t xml:space="preserve"> </w:t>
            </w:r>
            <w:r>
              <w:rPr>
                <w:sz w:val="18"/>
              </w:rPr>
              <w:t>"</w:t>
            </w:r>
            <w:r>
              <w:rPr>
                <w:sz w:val="18"/>
              </w:rPr>
              <w:t xml:space="preserve"> </w:t>
            </w:r>
            <w:r>
              <w:rPr>
                <w:sz w:val="18"/>
              </w:rPr>
              <w:t>灵魂三问</w:t>
            </w:r>
            <w:r>
              <w:rPr>
                <w:sz w:val="18"/>
              </w:rPr>
              <w:t xml:space="preserve"> </w:t>
            </w:r>
            <w:r>
              <w:rPr>
                <w:sz w:val="18"/>
              </w:rPr>
              <w:t>"</w:t>
            </w:r>
            <w:r>
              <w:rPr>
                <w:sz w:val="18"/>
              </w:rPr>
              <w:t xml:space="preserve"> </w:t>
            </w:r>
            <w:r>
              <w:rPr>
                <w:sz w:val="18"/>
              </w:rPr>
              <w:t>具体指什么？教学法最终由哪两个因素决定？</w:t>
            </w:r>
            <w:r>
              <w:rPr>
                <w:sz w:val="18"/>
              </w:rPr>
              <w:t xml:space="preserve"> </w:t>
              <w:br/>
            </w:r>
            <w:r>
              <w:rPr>
                <w:sz w:val="18"/>
              </w:rPr>
              <w:t xml:space="preserve"> </w:t>
            </w:r>
            <w:r>
              <w:rPr>
                <w:sz w:val="18"/>
              </w:rPr>
              <w:t xml:space="preserve">2. </w:t>
            </w:r>
            <w:r>
              <w:rPr>
                <w:sz w:val="18"/>
              </w:rPr>
              <w:t xml:space="preserve"> </w:t>
            </w:r>
            <w:r>
              <w:rPr>
                <w:sz w:val="18"/>
              </w:rPr>
              <w:t>皮亚杰认知发展四阶段分别对应的年龄区间是什么？项目式学习与问题式学习在定义上的核心区别是什么？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为什么主讲强调</w:t>
            </w:r>
            <w:r>
              <w:rPr>
                <w:sz w:val="18"/>
              </w:rPr>
              <w:t xml:space="preserve"> </w:t>
            </w:r>
            <w:r>
              <w:rPr>
                <w:sz w:val="18"/>
              </w:rPr>
              <w:t>"</w:t>
            </w:r>
            <w:r>
              <w:rPr>
                <w:sz w:val="18"/>
              </w:rPr>
              <w:t xml:space="preserve"> </w:t>
            </w:r>
            <w:r>
              <w:rPr>
                <w:sz w:val="18"/>
              </w:rPr>
              <w:t>学科本体（内容）最重要</w:t>
            </w:r>
            <w:r>
              <w:rPr>
                <w:sz w:val="18"/>
              </w:rPr>
              <w:t xml:space="preserve"> </w:t>
            </w:r>
            <w:r>
              <w:rPr>
                <w:sz w:val="18"/>
              </w:rPr>
              <w:t>"</w:t>
            </w:r>
            <w:r>
              <w:rPr>
                <w:sz w:val="18"/>
              </w:rPr>
              <w:t xml:space="preserve"> </w:t>
            </w:r>
            <w:r>
              <w:rPr>
                <w:sz w:val="18"/>
              </w:rPr>
              <w:t>，而非先进教法或昂贵设备？请结合</w:t>
            </w:r>
            <w:r>
              <w:rPr>
                <w:sz w:val="18"/>
              </w:rPr>
              <w:t xml:space="preserve"> </w:t>
            </w:r>
            <w:r>
              <w:rPr>
                <w:sz w:val="18"/>
              </w:rPr>
              <w:t>"</w:t>
            </w:r>
            <w:r>
              <w:rPr>
                <w:sz w:val="18"/>
              </w:rPr>
              <w:t xml:space="preserve"> </w:t>
            </w:r>
            <w:r>
              <w:rPr>
                <w:sz w:val="18"/>
              </w:rPr>
              <w:t>儿童通过动作认识世界</w:t>
            </w:r>
            <w:r>
              <w:rPr>
                <w:sz w:val="18"/>
              </w:rPr>
              <w:t xml:space="preserve"> </w:t>
            </w:r>
            <w:r>
              <w:rPr>
                <w:sz w:val="18"/>
              </w:rPr>
              <w:t>"</w:t>
            </w:r>
            <w:r>
              <w:rPr>
                <w:sz w:val="18"/>
              </w:rPr>
              <w:t xml:space="preserve"> </w:t>
            </w:r>
            <w:r>
              <w:rPr>
                <w:sz w:val="18"/>
              </w:rPr>
              <w:t>说明低段为何要动手。</w:t>
            </w:r>
            <w:r>
              <w:rPr>
                <w:sz w:val="18"/>
              </w:rPr>
              <w:t xml:space="preserve"> </w:t>
              <w:br/>
            </w:r>
            <w:r>
              <w:rPr>
                <w:sz w:val="18"/>
              </w:rPr>
              <w:t xml:space="preserve"> </w:t>
            </w:r>
            <w:r>
              <w:rPr>
                <w:sz w:val="18"/>
              </w:rPr>
              <w:t xml:space="preserve">2. </w:t>
            </w:r>
            <w:r>
              <w:rPr>
                <w:sz w:val="18"/>
              </w:rPr>
              <w:t xml:space="preserve"> </w:t>
            </w:r>
            <w:r>
              <w:rPr>
                <w:sz w:val="18"/>
              </w:rPr>
              <w:t>为什么说</w:t>
            </w:r>
            <w:r>
              <w:rPr>
                <w:sz w:val="18"/>
              </w:rPr>
              <w:t xml:space="preserve"> </w:t>
            </w:r>
            <w:r>
              <w:rPr>
                <w:sz w:val="18"/>
              </w:rPr>
              <w:t>"</w:t>
            </w:r>
            <w:r>
              <w:rPr>
                <w:sz w:val="18"/>
              </w:rPr>
              <w:t xml:space="preserve"> </w:t>
            </w:r>
            <w:r>
              <w:rPr>
                <w:sz w:val="18"/>
              </w:rPr>
              <w:t>项目化学习虽然好，但并不是一用就灵</w:t>
            </w:r>
            <w:r>
              <w:rPr>
                <w:sz w:val="18"/>
              </w:rPr>
              <w:t xml:space="preserve"> </w:t>
            </w:r>
            <w:r>
              <w:rPr>
                <w:sz w:val="18"/>
              </w:rPr>
              <w:t>"</w:t>
            </w:r>
            <w:r>
              <w:rPr>
                <w:sz w:val="18"/>
              </w:rPr>
              <w:t xml:space="preserve"> </w:t>
            </w:r>
            <w:r>
              <w:rPr>
                <w:sz w:val="18"/>
              </w:rPr>
              <w:t>？</w:t>
            </w:r>
            <w:r>
              <w:rPr>
                <w:sz w:val="18"/>
              </w:rPr>
              <w:t xml:space="preserve"> </w:t>
            </w:r>
            <w:r>
              <w:rPr>
                <w:sz w:val="18"/>
              </w:rPr>
              <w:t>"</w:t>
            </w:r>
            <w:r>
              <w:rPr>
                <w:sz w:val="18"/>
              </w:rPr>
              <w:t xml:space="preserve"> </w:t>
            </w:r>
            <w:r>
              <w:rPr>
                <w:sz w:val="18"/>
              </w:rPr>
              <w:t>智能垃圾帽</w:t>
            </w:r>
            <w:r>
              <w:rPr>
                <w:sz w:val="18"/>
              </w:rPr>
              <w:t xml:space="preserve"> </w:t>
            </w:r>
            <w:r>
              <w:rPr>
                <w:sz w:val="18"/>
              </w:rPr>
              <w:t>"</w:t>
            </w:r>
            <w:r>
              <w:rPr>
                <w:sz w:val="18"/>
              </w:rPr>
              <w:t xml:space="preserve"> </w:t>
            </w:r>
            <w:r>
              <w:rPr>
                <w:sz w:val="18"/>
              </w:rPr>
              <w:t>误区警示了项目设计中的什么问题？技术工具为何必须与内容、认知水平三维匹配？</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我校（完全中学）横跨初中高中，如何依据</w:t>
            </w:r>
            <w:r>
              <w:rPr>
                <w:sz w:val="18"/>
              </w:rPr>
              <w:t xml:space="preserve"> </w:t>
            </w:r>
            <w:r>
              <w:rPr>
                <w:sz w:val="18"/>
              </w:rPr>
              <w:t>"</w:t>
            </w:r>
            <w:r>
              <w:rPr>
                <w:sz w:val="18"/>
              </w:rPr>
              <w:t xml:space="preserve"> </w:t>
            </w:r>
            <w:r>
              <w:rPr>
                <w:sz w:val="18"/>
              </w:rPr>
              <w:t>感知体验</w:t>
            </w:r>
            <w:r>
              <w:rPr>
                <w:sz w:val="18"/>
              </w:rPr>
              <w:t xml:space="preserve"> </w:t>
            </w:r>
            <w:r>
              <w:rPr>
                <w:sz w:val="18"/>
              </w:rPr>
              <w:t>→</w:t>
            </w:r>
            <w:r>
              <w:rPr>
                <w:sz w:val="18"/>
              </w:rPr>
              <w:t xml:space="preserve"> </w:t>
            </w:r>
            <w:r>
              <w:rPr>
                <w:sz w:val="18"/>
              </w:rPr>
              <w:t>具身认知</w:t>
            </w:r>
            <w:r>
              <w:rPr>
                <w:sz w:val="18"/>
              </w:rPr>
              <w:t xml:space="preserve"> </w:t>
            </w:r>
            <w:r>
              <w:rPr>
                <w:sz w:val="18"/>
              </w:rPr>
              <w:t>→</w:t>
            </w:r>
            <w:r>
              <w:rPr>
                <w:sz w:val="18"/>
              </w:rPr>
              <w:t xml:space="preserve"> </w:t>
            </w:r>
            <w:r>
              <w:rPr>
                <w:sz w:val="18"/>
              </w:rPr>
              <w:t>系统思维</w:t>
            </w:r>
            <w:r>
              <w:rPr>
                <w:sz w:val="18"/>
              </w:rPr>
              <w:t xml:space="preserve"> </w:t>
            </w:r>
            <w:r>
              <w:rPr>
                <w:sz w:val="18"/>
              </w:rPr>
              <w:t>→</w:t>
            </w:r>
            <w:r>
              <w:rPr>
                <w:sz w:val="18"/>
              </w:rPr>
              <w:t xml:space="preserve"> </w:t>
            </w:r>
            <w:r>
              <w:rPr>
                <w:sz w:val="18"/>
              </w:rPr>
              <w:t>科学思维</w:t>
            </w:r>
            <w:r>
              <w:rPr>
                <w:sz w:val="18"/>
              </w:rPr>
              <w:t xml:space="preserve"> </w:t>
            </w:r>
            <w:r>
              <w:rPr>
                <w:sz w:val="18"/>
              </w:rPr>
              <w:t>→</w:t>
            </w:r>
            <w:r>
              <w:rPr>
                <w:sz w:val="18"/>
              </w:rPr>
              <w:t xml:space="preserve"> </w:t>
            </w:r>
            <w:r>
              <w:rPr>
                <w:sz w:val="18"/>
              </w:rPr>
              <w:t>工程实践</w:t>
            </w:r>
            <w:r>
              <w:rPr>
                <w:sz w:val="18"/>
              </w:rPr>
              <w:t xml:space="preserve"> </w:t>
            </w:r>
            <w:r>
              <w:rPr>
                <w:sz w:val="18"/>
              </w:rPr>
              <w:t>→</w:t>
            </w:r>
            <w:r>
              <w:rPr>
                <w:sz w:val="18"/>
              </w:rPr>
              <w:t xml:space="preserve"> </w:t>
            </w:r>
            <w:r>
              <w:rPr>
                <w:sz w:val="18"/>
              </w:rPr>
              <w:t>项目创新</w:t>
            </w:r>
            <w:r>
              <w:rPr>
                <w:sz w:val="18"/>
              </w:rPr>
              <w:t xml:space="preserve"> </w:t>
            </w:r>
            <w:r>
              <w:rPr>
                <w:sz w:val="18"/>
              </w:rPr>
              <w:t>"</w:t>
            </w:r>
            <w:r>
              <w:rPr>
                <w:sz w:val="18"/>
              </w:rPr>
              <w:t xml:space="preserve"> </w:t>
            </w:r>
            <w:r>
              <w:rPr>
                <w:sz w:val="18"/>
              </w:rPr>
              <w:t>路径，为不同学段配置差异化的教法与工具？</w:t>
            </w:r>
            <w:r>
              <w:rPr>
                <w:sz w:val="18"/>
              </w:rPr>
              <w:t xml:space="preserve"> </w:t>
              <w:br/>
            </w:r>
            <w:r>
              <w:rPr>
                <w:sz w:val="18"/>
              </w:rPr>
              <w:t xml:space="preserve"> </w:t>
            </w:r>
            <w:r>
              <w:rPr>
                <w:sz w:val="18"/>
              </w:rPr>
              <w:t xml:space="preserve">2. </w:t>
            </w:r>
            <w:r>
              <w:rPr>
                <w:sz w:val="18"/>
              </w:rPr>
              <w:t xml:space="preserve"> </w:t>
            </w:r>
            <w:r>
              <w:rPr>
                <w:sz w:val="18"/>
              </w:rPr>
              <w:t>在设备有限的班级，如何践行</w:t>
            </w:r>
            <w:r>
              <w:rPr>
                <w:sz w:val="18"/>
              </w:rPr>
              <w:t xml:space="preserve"> </w:t>
            </w:r>
            <w:r>
              <w:rPr>
                <w:sz w:val="18"/>
              </w:rPr>
              <w:t>"</w:t>
            </w:r>
            <w:r>
              <w:rPr>
                <w:sz w:val="18"/>
              </w:rPr>
              <w:t xml:space="preserve"> </w:t>
            </w:r>
            <w:r>
              <w:rPr>
                <w:sz w:val="18"/>
              </w:rPr>
              <w:t>不插电教学</w:t>
            </w:r>
            <w:r>
              <w:rPr>
                <w:sz w:val="18"/>
              </w:rPr>
              <w:t xml:space="preserve"> </w:t>
            </w:r>
            <w:r>
              <w:rPr>
                <w:sz w:val="18"/>
              </w:rPr>
              <w:t>"</w:t>
            </w:r>
            <w:r>
              <w:rPr>
                <w:sz w:val="18"/>
              </w:rPr>
              <w:t xml:space="preserve"> </w:t>
            </w:r>
            <w:r>
              <w:rPr>
                <w:sz w:val="18"/>
              </w:rPr>
              <w:t>，用低成本的角色扮演、纸笔活动达成</w:t>
            </w:r>
            <w:r>
              <w:rPr>
                <w:sz w:val="18"/>
              </w:rPr>
              <w:t xml:space="preserve"> </w:t>
            </w:r>
            <w:r>
              <w:rPr>
                <w:sz w:val="18"/>
              </w:rPr>
              <w:t>AI</w:t>
            </w:r>
            <w:r>
              <w:rPr>
                <w:sz w:val="18"/>
              </w:rPr>
              <w:t xml:space="preserve"> </w:t>
            </w:r>
            <w:r>
              <w:rPr>
                <w:sz w:val="18"/>
              </w:rPr>
              <w:t>通识核心概念的理解？你打算先在一门什么课试点？</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六、关键内容摘编（完整保留笔记全部事实细节，禁止压缩）</w:t>
      </w:r>
    </w:p>
    <w:p>
      <w:pPr/>
      <w:r>
        <w:rPr>
          <w:rFonts w:ascii="微软雅黑" w:eastAsia="微软雅黑" w:hAnsi="微软雅黑" w:cs="微软雅黑" w:hint="eastAsia"/>
          <w:lang w:eastAsia="zh-CN"/>
        </w:rPr>
        <w:t>本讲（上）为全系列总结上篇，核心回答</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。主讲为华中师范大学郑旭东，单元归属</w:t>
      </w:r>
      <w:r>
        <w:t>"4-</w:t>
      </w:r>
      <w:r>
        <w:rPr>
          <w:rFonts w:ascii="微软雅黑" w:eastAsia="微软雅黑" w:hAnsi="微软雅黑" w:cs="微软雅黑" w:hint="eastAsia"/>
          <w:lang w:eastAsia="zh-CN"/>
        </w:rPr>
        <w:t>总结</w:t>
      </w:r>
      <w:r>
        <w:t>"</w:t>
      </w:r>
      <w:r>
        <w:rPr>
          <w:rFonts w:ascii="微软雅黑" w:eastAsia="微软雅黑" w:hAnsi="微软雅黑" w:cs="微软雅黑" w:hint="eastAsia"/>
          <w:lang w:eastAsia="zh-CN"/>
        </w:rPr>
        <w:t>，时长约</w:t>
      </w:r>
      <w:r>
        <w:t>17</w:t>
      </w:r>
      <w:r>
        <w:rPr>
          <w:rFonts w:ascii="微软雅黑" w:eastAsia="微软雅黑" w:hAnsi="微软雅黑" w:cs="微软雅黑" w:hint="eastAsia"/>
          <w:lang w:eastAsia="zh-CN"/>
        </w:rPr>
        <w:t>分钟。以下按视频时间轴与要点完整摘编。</w:t>
      </w:r>
    </w:p>
    <w:p>
      <w:pPr/>
      <w:r>
        <w:rPr>
          <w:rFonts w:ascii="微软雅黑" w:eastAsia="微软雅黑" w:hAnsi="微软雅黑" w:cs="微软雅黑" w:hint="eastAsia"/>
          <w:b/>
          <w:lang w:eastAsia="zh-CN"/>
        </w:rPr>
        <w:t>一、主题与定位</w:t>
      </w:r>
    </w:p>
    <w:p>
      <w:pPr/>
      <w:r>
        <w:rPr>
          <w:rFonts w:ascii="微软雅黑" w:eastAsia="微软雅黑" w:hAnsi="微软雅黑" w:cs="微软雅黑" w:hint="eastAsia"/>
          <w:lang w:eastAsia="zh-CN"/>
        </w:rPr>
        <w:t>全系列总结上篇，回答</w:t>
      </w:r>
      <w:r>
        <w:t>"</w:t>
      </w:r>
      <w:r>
        <w:rPr>
          <w:rFonts w:ascii="微软雅黑" w:eastAsia="微软雅黑" w:hAnsi="微软雅黑" w:cs="微软雅黑" w:hint="eastAsia"/>
          <w:lang w:eastAsia="zh-CN"/>
        </w:rPr>
        <w:t>怎么教</w:t>
      </w:r>
      <w:r>
        <w:t>"</w:t>
      </w:r>
      <w:r>
        <w:rPr>
          <w:rFonts w:ascii="微软雅黑" w:eastAsia="微软雅黑" w:hAnsi="微软雅黑" w:cs="微软雅黑" w:hint="eastAsia"/>
          <w:lang w:eastAsia="zh-CN"/>
        </w:rPr>
        <w:t>。核心命题</w:t>
      </w:r>
      <w:r>
        <w:t>"</w:t>
      </w:r>
      <w:r>
        <w:rPr>
          <w:rFonts w:ascii="微软雅黑" w:eastAsia="微软雅黑" w:hAnsi="微软雅黑" w:cs="微软雅黑" w:hint="eastAsia"/>
          <w:lang w:eastAsia="zh-CN"/>
        </w:rPr>
        <w:t>灵魂三问</w:t>
      </w:r>
      <w:r>
        <w:t>"</w:t>
      </w:r>
      <w:r>
        <w:rPr>
          <w:rFonts w:ascii="微软雅黑" w:eastAsia="微软雅黑" w:hAnsi="微软雅黑" w:cs="微软雅黑" w:hint="eastAsia"/>
          <w:lang w:eastAsia="zh-CN"/>
        </w:rPr>
        <w:t>：教什么（内容）、怎么教（教法）、用什么教（技术）。本讲聚焦教法与技术两大板块，并给出课堂设计平衡原则。强调</w:t>
      </w:r>
      <w:r>
        <w:t>"</w:t>
      </w:r>
      <w:r>
        <w:rPr>
          <w:rFonts w:ascii="微软雅黑" w:eastAsia="微软雅黑" w:hAnsi="微软雅黑" w:cs="微软雅黑" w:hint="eastAsia"/>
          <w:lang w:eastAsia="zh-CN"/>
        </w:rPr>
        <w:t>学科本体（内容）最重要</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二、内容大纲（按时间轴）</w:t>
      </w:r>
    </w:p>
    <w:p>
      <w:pPr>
        <w:pStyle w:val="ListBullet"/>
        <w:spacing w:after="72"/>
      </w:pPr>
      <w:r>
        <w:t xml:space="preserve">0:00–1:00 </w:t>
      </w:r>
      <w:r>
        <w:rPr>
          <w:rFonts w:ascii="微软雅黑" w:eastAsia="微软雅黑" w:hAnsi="微软雅黑" w:cs="微软雅黑" w:hint="eastAsia"/>
          <w:lang w:eastAsia="zh-CN"/>
        </w:rPr>
        <w:t>开篇：课程教学的方法与工具；灵魂三问；强调学科本体（内容）最重要。</w:t>
      </w:r>
    </w:p>
    <w:p>
      <w:pPr>
        <w:pStyle w:val="ListBullet"/>
        <w:spacing w:after="72"/>
      </w:pPr>
      <w:r>
        <w:t xml:space="preserve">1:00–4:00 </w:t>
      </w:r>
      <w:r>
        <w:rPr>
          <w:rFonts w:ascii="微软雅黑" w:eastAsia="微软雅黑" w:hAnsi="微软雅黑" w:cs="微软雅黑" w:hint="eastAsia"/>
          <w:lang w:eastAsia="zh-CN"/>
        </w:rPr>
        <w:t>教学法由什么决定：教学内容</w:t>
      </w:r>
      <w:r>
        <w:t xml:space="preserve"> + </w:t>
      </w:r>
      <w:r>
        <w:rPr>
          <w:rFonts w:ascii="微软雅黑" w:eastAsia="微软雅黑" w:hAnsi="微软雅黑" w:cs="微软雅黑" w:hint="eastAsia"/>
          <w:lang w:eastAsia="zh-CN"/>
        </w:rPr>
        <w:t>教什么样的学生。引皮亚杰认知发展阶段：感知运动（</w:t>
      </w:r>
      <w:r>
        <w:t>0–2</w:t>
      </w:r>
      <w:r>
        <w:rPr>
          <w:rFonts w:ascii="微软雅黑" w:eastAsia="微软雅黑" w:hAnsi="微软雅黑" w:cs="微软雅黑" w:hint="eastAsia"/>
          <w:lang w:eastAsia="zh-CN"/>
        </w:rPr>
        <w:t>岁）、前运算（</w:t>
      </w:r>
      <w:r>
        <w:t>2–7</w:t>
      </w:r>
      <w:r>
        <w:rPr>
          <w:rFonts w:ascii="微软雅黑" w:eastAsia="微软雅黑" w:hAnsi="微软雅黑" w:cs="微软雅黑" w:hint="eastAsia"/>
          <w:lang w:eastAsia="zh-CN"/>
        </w:rPr>
        <w:t>岁）、具体运算（</w:t>
      </w:r>
      <w:r>
        <w:t>7–12</w:t>
      </w:r>
      <w:r>
        <w:rPr>
          <w:rFonts w:ascii="微软雅黑" w:eastAsia="微软雅黑" w:hAnsi="微软雅黑" w:cs="微软雅黑" w:hint="eastAsia"/>
          <w:lang w:eastAsia="zh-CN"/>
        </w:rPr>
        <w:t>岁）、形式运算（</w:t>
      </w:r>
      <w:r>
        <w:t>12</w:t>
      </w:r>
      <w:r>
        <w:rPr>
          <w:rFonts w:ascii="微软雅黑" w:eastAsia="微软雅黑" w:hAnsi="微软雅黑" w:cs="微软雅黑" w:hint="eastAsia"/>
          <w:lang w:eastAsia="zh-CN"/>
        </w:rPr>
        <w:t>岁</w:t>
      </w:r>
      <w:r>
        <w:t>+</w:t>
      </w:r>
      <w:r>
        <w:rPr>
          <w:rFonts w:ascii="微软雅黑" w:eastAsia="微软雅黑" w:hAnsi="微软雅黑" w:cs="微软雅黑" w:hint="eastAsia"/>
          <w:lang w:eastAsia="zh-CN"/>
        </w:rPr>
        <w:t>）；</w:t>
      </w:r>
      <w:r>
        <w:t>"</w:t>
      </w:r>
      <w:r>
        <w:rPr>
          <w:rFonts w:ascii="微软雅黑" w:eastAsia="微软雅黑" w:hAnsi="微软雅黑" w:cs="微软雅黑" w:hint="eastAsia"/>
          <w:lang w:eastAsia="zh-CN"/>
        </w:rPr>
        <w:t>成人通过思考认识世界，儿童通过动作认识世界</w:t>
      </w:r>
      <w:r>
        <w:t>"</w:t>
      </w:r>
      <w:r>
        <w:rPr>
          <w:rFonts w:ascii="微软雅黑" w:eastAsia="微软雅黑" w:hAnsi="微软雅黑" w:cs="微软雅黑" w:hint="eastAsia"/>
          <w:lang w:eastAsia="zh-CN"/>
        </w:rPr>
        <w:t>；小学生动手的目的是动脑。</w:t>
      </w:r>
    </w:p>
    <w:p>
      <w:pPr>
        <w:pStyle w:val="ListBullet"/>
        <w:spacing w:after="72"/>
      </w:pPr>
      <w:r>
        <w:t xml:space="preserve">4:00–6:00 </w:t>
      </w:r>
      <w:r>
        <w:rPr>
          <w:rFonts w:ascii="微软雅黑" w:eastAsia="微软雅黑" w:hAnsi="微软雅黑" w:cs="微软雅黑" w:hint="eastAsia"/>
          <w:lang w:eastAsia="zh-CN"/>
        </w:rPr>
        <w:t>教法一：角色扮演的游戏化教学</w:t>
      </w:r>
      <w:r>
        <w:t>——"</w:t>
      </w:r>
      <w:r>
        <w:rPr>
          <w:rFonts w:ascii="微软雅黑" w:eastAsia="微软雅黑" w:hAnsi="微软雅黑" w:cs="微软雅黑" w:hint="eastAsia"/>
          <w:lang w:eastAsia="zh-CN"/>
        </w:rPr>
        <w:t>从神经网络到人工神经网络</w:t>
      </w:r>
      <w:r>
        <w:t>"</w:t>
      </w:r>
      <w:r>
        <w:rPr>
          <w:rFonts w:ascii="微软雅黑" w:eastAsia="微软雅黑" w:hAnsi="微软雅黑" w:cs="微软雅黑" w:hint="eastAsia"/>
          <w:lang w:eastAsia="zh-CN"/>
        </w:rPr>
        <w:t>，用身体演抽象结构；教法二：苏格拉底提问法</w:t>
      </w:r>
      <w:r>
        <w:t>——"</w:t>
      </w:r>
      <w:r>
        <w:rPr>
          <w:rFonts w:ascii="微软雅黑" w:eastAsia="微软雅黑" w:hAnsi="微软雅黑" w:cs="微软雅黑" w:hint="eastAsia"/>
          <w:lang w:eastAsia="zh-CN"/>
        </w:rPr>
        <w:t>打破砂锅问到底</w:t>
      </w:r>
      <w:r>
        <w:t>"</w:t>
      </w:r>
      <w:r>
        <w:rPr>
          <w:rFonts w:ascii="微软雅黑" w:eastAsia="微软雅黑" w:hAnsi="微软雅黑" w:cs="微软雅黑" w:hint="eastAsia"/>
          <w:lang w:eastAsia="zh-CN"/>
        </w:rPr>
        <w:t>，以纳米材料</w:t>
      </w:r>
      <w:r>
        <w:t>/</w:t>
      </w:r>
      <w:r>
        <w:rPr>
          <w:rFonts w:ascii="微软雅黑" w:eastAsia="微软雅黑" w:hAnsi="微软雅黑" w:cs="微软雅黑" w:hint="eastAsia"/>
          <w:lang w:eastAsia="zh-CN"/>
        </w:rPr>
        <w:t>大模型为例连环追问，直到学生能讲给别人听。</w:t>
      </w:r>
    </w:p>
    <w:p>
      <w:pPr>
        <w:pStyle w:val="ListBullet"/>
        <w:spacing w:after="72"/>
      </w:pPr>
      <w:r>
        <w:t xml:space="preserve">6:00–11:00 </w:t>
      </w:r>
      <w:r>
        <w:rPr>
          <w:rFonts w:ascii="微软雅黑" w:eastAsia="微软雅黑" w:hAnsi="微软雅黑" w:cs="微软雅黑" w:hint="eastAsia"/>
          <w:lang w:eastAsia="zh-CN"/>
        </w:rPr>
        <w:t>基于项目的学习与基于问题的学习：项目化学习</w:t>
      </w:r>
      <w:r>
        <w:t>"</w:t>
      </w:r>
      <w:r>
        <w:rPr>
          <w:rFonts w:ascii="微软雅黑" w:eastAsia="微软雅黑" w:hAnsi="微软雅黑" w:cs="微软雅黑" w:hint="eastAsia"/>
          <w:lang w:eastAsia="zh-CN"/>
        </w:rPr>
        <w:t>不是一用就灵</w:t>
      </w:r>
      <w:r>
        <w:t>"</w:t>
      </w:r>
      <w:r>
        <w:rPr>
          <w:rFonts w:ascii="微软雅黑" w:eastAsia="微软雅黑" w:hAnsi="微软雅黑" w:cs="微软雅黑" w:hint="eastAsia"/>
          <w:lang w:eastAsia="zh-CN"/>
        </w:rPr>
        <w:t>，是</w:t>
      </w:r>
      <w:r>
        <w:t>"</w:t>
      </w:r>
      <w:r>
        <w:rPr>
          <w:rFonts w:ascii="微软雅黑" w:eastAsia="微软雅黑" w:hAnsi="微软雅黑" w:cs="微软雅黑" w:hint="eastAsia"/>
          <w:lang w:eastAsia="zh-CN"/>
        </w:rPr>
        <w:t>干一件事、做出东西、学到知识点</w:t>
      </w:r>
      <w:r>
        <w:t>"</w:t>
      </w:r>
      <w:r>
        <w:rPr>
          <w:rFonts w:ascii="微软雅黑" w:eastAsia="微软雅黑" w:hAnsi="微软雅黑" w:cs="微软雅黑" w:hint="eastAsia"/>
          <w:lang w:eastAsia="zh-CN"/>
        </w:rPr>
        <w:t>，让学生像</w:t>
      </w:r>
      <w:r>
        <w:t>AI</w:t>
      </w:r>
      <w:r>
        <w:rPr>
          <w:rFonts w:ascii="微软雅黑" w:eastAsia="微软雅黑" w:hAnsi="微软雅黑" w:cs="微软雅黑" w:hint="eastAsia"/>
          <w:lang w:eastAsia="zh-CN"/>
        </w:rPr>
        <w:t>科学家一样思考；基于问题的学习强调真实问题、</w:t>
      </w:r>
      <w:r>
        <w:t>21</w:t>
      </w:r>
      <w:r>
        <w:rPr>
          <w:rFonts w:ascii="微软雅黑" w:eastAsia="微软雅黑" w:hAnsi="微软雅黑" w:cs="微软雅黑" w:hint="eastAsia"/>
          <w:lang w:eastAsia="zh-CN"/>
        </w:rPr>
        <w:t>世纪技能、学生主导，耗时长。误区：动不动做</w:t>
      </w:r>
      <w:r>
        <w:t>"</w:t>
      </w:r>
      <w:r>
        <w:rPr>
          <w:rFonts w:ascii="微软雅黑" w:eastAsia="微软雅黑" w:hAnsi="微软雅黑" w:cs="微软雅黑" w:hint="eastAsia"/>
          <w:lang w:eastAsia="zh-CN"/>
        </w:rPr>
        <w:t>智能垃圾帽</w:t>
      </w:r>
      <w:r>
        <w:t>"</w:t>
      </w:r>
      <w:r>
        <w:rPr>
          <w:rFonts w:ascii="微软雅黑" w:eastAsia="微软雅黑" w:hAnsi="微软雅黑" w:cs="微软雅黑" w:hint="eastAsia"/>
          <w:lang w:eastAsia="zh-CN"/>
        </w:rPr>
        <w:t>，问题设计很重要。</w:t>
      </w:r>
    </w:p>
    <w:p>
      <w:pPr>
        <w:pStyle w:val="ListBullet"/>
        <w:spacing w:after="72"/>
      </w:pPr>
      <w:r>
        <w:t xml:space="preserve">11:00–12:30 </w:t>
      </w:r>
      <w:r>
        <w:rPr>
          <w:rFonts w:ascii="微软雅黑" w:eastAsia="微软雅黑" w:hAnsi="微软雅黑" w:cs="微软雅黑" w:hint="eastAsia"/>
          <w:lang w:eastAsia="zh-CN"/>
        </w:rPr>
        <w:t>跨学科教学：</w:t>
      </w:r>
      <w:r>
        <w:t>AI</w:t>
      </w:r>
      <w:r>
        <w:rPr>
          <w:rFonts w:ascii="微软雅黑" w:eastAsia="微软雅黑" w:hAnsi="微软雅黑" w:cs="微软雅黑" w:hint="eastAsia"/>
          <w:lang w:eastAsia="zh-CN"/>
        </w:rPr>
        <w:t>天然是数学和科学的结合，可自然实现跨学科。</w:t>
      </w:r>
    </w:p>
    <w:p>
      <w:pPr>
        <w:pStyle w:val="ListBullet"/>
        <w:spacing w:after="72"/>
      </w:pPr>
      <w:r>
        <w:t xml:space="preserve">12:30–15:00 </w:t>
      </w:r>
      <w:r>
        <w:rPr>
          <w:rFonts w:ascii="微软雅黑" w:eastAsia="微软雅黑" w:hAnsi="微软雅黑" w:cs="微软雅黑" w:hint="eastAsia"/>
          <w:lang w:eastAsia="zh-CN"/>
        </w:rPr>
        <w:t>技术工具选用原则：工具与教学内容、学生认知水平适配。低段</w:t>
      </w:r>
      <w:r>
        <w:t>1–3</w:t>
      </w:r>
      <w:r>
        <w:rPr>
          <w:rFonts w:ascii="微软雅黑" w:eastAsia="微软雅黑" w:hAnsi="微软雅黑" w:cs="微软雅黑" w:hint="eastAsia"/>
          <w:lang w:eastAsia="zh-CN"/>
        </w:rPr>
        <w:t>年级：形象思维</w:t>
      </w:r>
      <w:r>
        <w:t>/</w:t>
      </w:r>
      <w:r>
        <w:rPr>
          <w:rFonts w:ascii="微软雅黑" w:eastAsia="微软雅黑" w:hAnsi="微软雅黑" w:cs="微软雅黑" w:hint="eastAsia"/>
          <w:lang w:eastAsia="zh-CN"/>
        </w:rPr>
        <w:t>具身认知，编程启蒙、机器人体验；中段</w:t>
      </w:r>
      <w:r>
        <w:t>4–6</w:t>
      </w:r>
      <w:r>
        <w:rPr>
          <w:rFonts w:ascii="微软雅黑" w:eastAsia="微软雅黑" w:hAnsi="微软雅黑" w:cs="微软雅黑" w:hint="eastAsia"/>
          <w:lang w:eastAsia="zh-CN"/>
        </w:rPr>
        <w:t>年级：系统思维</w:t>
      </w:r>
      <w:r>
        <w:t>/</w:t>
      </w:r>
      <w:r>
        <w:rPr>
          <w:rFonts w:ascii="微软雅黑" w:eastAsia="微软雅黑" w:hAnsi="微软雅黑" w:cs="微软雅黑" w:hint="eastAsia"/>
          <w:lang w:eastAsia="zh-CN"/>
        </w:rPr>
        <w:t>科学思维，软件工具、智能机器人、开源硬件、开放平台；高段</w:t>
      </w:r>
      <w:r>
        <w:t>7–9</w:t>
      </w:r>
      <w:r>
        <w:rPr>
          <w:rFonts w:ascii="微软雅黑" w:eastAsia="微软雅黑" w:hAnsi="微软雅黑" w:cs="微软雅黑" w:hint="eastAsia"/>
          <w:lang w:eastAsia="zh-CN"/>
        </w:rPr>
        <w:t>年级：工程实践</w:t>
      </w:r>
      <w:r>
        <w:t>/</w:t>
      </w:r>
      <w:r>
        <w:rPr>
          <w:rFonts w:ascii="微软雅黑" w:eastAsia="微软雅黑" w:hAnsi="微软雅黑" w:cs="微软雅黑" w:hint="eastAsia"/>
          <w:lang w:eastAsia="zh-CN"/>
        </w:rPr>
        <w:t>项目创新，开源硬件、智能平台、</w:t>
      </w:r>
      <w:r>
        <w:t>Python</w:t>
      </w:r>
      <w:r>
        <w:rPr>
          <w:rFonts w:ascii="微软雅黑" w:eastAsia="微软雅黑" w:hAnsi="微软雅黑" w:cs="微软雅黑" w:hint="eastAsia"/>
          <w:lang w:eastAsia="zh-CN"/>
        </w:rPr>
        <w:t>。路径：感知体验</w:t>
      </w:r>
      <w:r>
        <w:t>→</w:t>
      </w:r>
      <w:r>
        <w:rPr>
          <w:rFonts w:ascii="微软雅黑" w:eastAsia="微软雅黑" w:hAnsi="微软雅黑" w:cs="微软雅黑" w:hint="eastAsia"/>
          <w:lang w:eastAsia="zh-CN"/>
        </w:rPr>
        <w:t>具身认知</w:t>
      </w:r>
      <w:r>
        <w:t>→</w:t>
      </w:r>
      <w:r>
        <w:rPr>
          <w:rFonts w:ascii="微软雅黑" w:eastAsia="微软雅黑" w:hAnsi="微软雅黑" w:cs="微软雅黑" w:hint="eastAsia"/>
          <w:lang w:eastAsia="zh-CN"/>
        </w:rPr>
        <w:t>系统思维</w:t>
      </w:r>
      <w:r>
        <w:t>→</w:t>
      </w:r>
      <w:r>
        <w:rPr>
          <w:rFonts w:ascii="微软雅黑" w:eastAsia="微软雅黑" w:hAnsi="微软雅黑" w:cs="微软雅黑" w:hint="eastAsia"/>
          <w:lang w:eastAsia="zh-CN"/>
        </w:rPr>
        <w:t>科学思维</w:t>
      </w:r>
      <w:r>
        <w:t>→</w:t>
      </w:r>
      <w:r>
        <w:rPr>
          <w:rFonts w:ascii="微软雅黑" w:eastAsia="微软雅黑" w:hAnsi="微软雅黑" w:cs="微软雅黑" w:hint="eastAsia"/>
          <w:lang w:eastAsia="zh-CN"/>
        </w:rPr>
        <w:t>工程实践</w:t>
      </w:r>
      <w:r>
        <w:t>→</w:t>
      </w:r>
      <w:r>
        <w:rPr>
          <w:rFonts w:ascii="微软雅黑" w:eastAsia="微软雅黑" w:hAnsi="微软雅黑" w:cs="微软雅黑" w:hint="eastAsia"/>
          <w:lang w:eastAsia="zh-CN"/>
        </w:rPr>
        <w:t>项目创新；高段要见到工程技术产出成果。</w:t>
      </w:r>
    </w:p>
    <w:p>
      <w:pPr>
        <w:pStyle w:val="ListBullet"/>
        <w:spacing w:after="72"/>
      </w:pPr>
      <w:r>
        <w:t xml:space="preserve">15:00–16:30 </w:t>
      </w:r>
      <w:r>
        <w:rPr>
          <w:rFonts w:ascii="微软雅黑" w:eastAsia="微软雅黑" w:hAnsi="微软雅黑" w:cs="微软雅黑" w:hint="eastAsia"/>
          <w:lang w:eastAsia="zh-CN"/>
        </w:rPr>
        <w:t>不插电教学：不一定必须用机器人，没装备、不花钱也能教。</w:t>
      </w:r>
    </w:p>
    <w:p>
      <w:pPr>
        <w:pStyle w:val="ListBullet"/>
        <w:spacing w:after="72"/>
      </w:pPr>
      <w:r>
        <w:t xml:space="preserve">16:30–17:30 </w:t>
      </w:r>
      <w:r>
        <w:rPr>
          <w:rFonts w:ascii="微软雅黑" w:eastAsia="微软雅黑" w:hAnsi="微软雅黑" w:cs="微软雅黑" w:hint="eastAsia"/>
          <w:lang w:eastAsia="zh-CN"/>
        </w:rPr>
        <w:t>以活动寻求学科与学生的平衡：以活动为中心，实现学科知识的逻辑与儿童心理的逻辑的统一（学科</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学生天平）；反对照搬学科中心逻辑，也不是单纯儿童中心（霍尔），要把学科逻辑与儿童心理发展逻辑结合。</w:t>
      </w:r>
    </w:p>
    <w:p>
      <w:pPr/>
      <w:r>
        <w:rPr>
          <w:rFonts w:ascii="微软雅黑" w:eastAsia="微软雅黑" w:hAnsi="微软雅黑" w:cs="微软雅黑" w:hint="eastAsia"/>
          <w:b/>
          <w:lang w:eastAsia="zh-CN"/>
        </w:rPr>
        <w:t>三、教学法要点（十条）</w:t>
      </w:r>
    </w:p>
    <w:p>
      <w:pPr>
        <w:pStyle w:val="ListNumber"/>
        <w:numPr>
          <w:ilvl w:val="0"/>
          <w:numId w:val="55"/>
        </w:numPr>
        <w:spacing w:after="72"/>
      </w:pPr>
      <w:r>
        <w:rPr>
          <w:rFonts w:ascii="微软雅黑" w:eastAsia="微软雅黑" w:hAnsi="微软雅黑" w:cs="微软雅黑" w:hint="eastAsia"/>
          <w:lang w:eastAsia="zh-CN"/>
        </w:rPr>
        <w:t>内容本体优先，教法服从内容与学生。</w:t>
      </w:r>
    </w:p>
    <w:p>
      <w:pPr>
        <w:pStyle w:val="ListNumber"/>
        <w:numPr>
          <w:ilvl w:val="0"/>
          <w:numId w:val="55"/>
        </w:numPr>
        <w:spacing w:after="72"/>
      </w:pPr>
      <w:r>
        <w:rPr>
          <w:rFonts w:ascii="微软雅黑" w:eastAsia="微软雅黑" w:hAnsi="微软雅黑" w:cs="微软雅黑" w:hint="eastAsia"/>
          <w:lang w:eastAsia="zh-CN"/>
        </w:rPr>
        <w:t>依认知发展阶段选教法：直观、动手、具体实例。</w:t>
      </w:r>
    </w:p>
    <w:p>
      <w:pPr>
        <w:pStyle w:val="ListNumber"/>
        <w:numPr>
          <w:ilvl w:val="0"/>
          <w:numId w:val="55"/>
        </w:numPr>
        <w:spacing w:after="72"/>
      </w:pPr>
      <w:r>
        <w:rPr>
          <w:rFonts w:ascii="微软雅黑" w:eastAsia="微软雅黑" w:hAnsi="微软雅黑" w:cs="微软雅黑" w:hint="eastAsia"/>
          <w:lang w:eastAsia="zh-CN"/>
        </w:rPr>
        <w:t>角色扮演</w:t>
      </w:r>
      <w:r>
        <w:t>/</w:t>
      </w:r>
      <w:r>
        <w:rPr>
          <w:rFonts w:ascii="微软雅黑" w:eastAsia="微软雅黑" w:hAnsi="微软雅黑" w:cs="微软雅黑" w:hint="eastAsia"/>
          <w:lang w:eastAsia="zh-CN"/>
        </w:rPr>
        <w:t>游戏化：演神经网络等抽象结构。</w:t>
      </w:r>
    </w:p>
    <w:p>
      <w:pPr>
        <w:pStyle w:val="ListNumber"/>
        <w:numPr>
          <w:ilvl w:val="0"/>
          <w:numId w:val="55"/>
        </w:numPr>
        <w:spacing w:after="72"/>
      </w:pPr>
      <w:r>
        <w:rPr>
          <w:rFonts w:ascii="微软雅黑" w:eastAsia="微软雅黑" w:hAnsi="微软雅黑" w:cs="微软雅黑" w:hint="eastAsia"/>
          <w:lang w:eastAsia="zh-CN"/>
        </w:rPr>
        <w:t>苏格拉底提问法：多层追问问题串。</w:t>
      </w:r>
    </w:p>
    <w:p>
      <w:pPr>
        <w:pStyle w:val="ListNumber"/>
        <w:numPr>
          <w:ilvl w:val="0"/>
          <w:numId w:val="55"/>
        </w:numPr>
        <w:spacing w:after="72"/>
      </w:pPr>
      <w:r>
        <w:rPr>
          <w:rFonts w:ascii="微软雅黑" w:eastAsia="微软雅黑" w:hAnsi="微软雅黑" w:cs="微软雅黑" w:hint="eastAsia"/>
          <w:lang w:eastAsia="zh-CN"/>
        </w:rPr>
        <w:t>项目式学习：做中学出作品，但须精心设计问题，忌</w:t>
      </w:r>
      <w:r>
        <w:t>"</w:t>
      </w:r>
      <w:r>
        <w:rPr>
          <w:rFonts w:ascii="微软雅黑" w:eastAsia="微软雅黑" w:hAnsi="微软雅黑" w:cs="微软雅黑" w:hint="eastAsia"/>
          <w:lang w:eastAsia="zh-CN"/>
        </w:rPr>
        <w:t>智能垃圾帽</w:t>
      </w:r>
      <w:r>
        <w:t>"</w:t>
      </w:r>
      <w:r>
        <w:rPr>
          <w:rFonts w:ascii="微软雅黑" w:eastAsia="微软雅黑" w:hAnsi="微软雅黑" w:cs="微软雅黑" w:hint="eastAsia"/>
          <w:lang w:eastAsia="zh-CN"/>
        </w:rPr>
        <w:t>式套路。</w:t>
      </w:r>
    </w:p>
    <w:p>
      <w:pPr>
        <w:pStyle w:val="ListNumber"/>
        <w:numPr>
          <w:ilvl w:val="0"/>
          <w:numId w:val="55"/>
        </w:numPr>
        <w:spacing w:after="72"/>
      </w:pPr>
      <w:r>
        <w:rPr>
          <w:rFonts w:ascii="微软雅黑" w:eastAsia="微软雅黑" w:hAnsi="微软雅黑" w:cs="微软雅黑" w:hint="eastAsia"/>
          <w:lang w:eastAsia="zh-CN"/>
        </w:rPr>
        <w:t>问题式学习：真实问题、需给足时间。</w:t>
      </w:r>
    </w:p>
    <w:p>
      <w:pPr>
        <w:pStyle w:val="ListNumber"/>
        <w:numPr>
          <w:ilvl w:val="0"/>
          <w:numId w:val="55"/>
        </w:numPr>
        <w:spacing w:after="72"/>
      </w:pPr>
      <w:r>
        <w:rPr>
          <w:rFonts w:ascii="微软雅黑" w:eastAsia="微软雅黑" w:hAnsi="微软雅黑" w:cs="微软雅黑" w:hint="eastAsia"/>
          <w:lang w:eastAsia="zh-CN"/>
        </w:rPr>
        <w:t>跨学科：以</w:t>
      </w:r>
      <w:r>
        <w:t>AI</w:t>
      </w:r>
      <w:r>
        <w:rPr>
          <w:rFonts w:ascii="微软雅黑" w:eastAsia="微软雅黑" w:hAnsi="微软雅黑" w:cs="微软雅黑" w:hint="eastAsia"/>
          <w:lang w:eastAsia="zh-CN"/>
        </w:rPr>
        <w:t>自然融合数学、科学。</w:t>
      </w:r>
    </w:p>
    <w:p>
      <w:pPr>
        <w:pStyle w:val="ListNumber"/>
        <w:numPr>
          <w:ilvl w:val="0"/>
          <w:numId w:val="55"/>
        </w:numPr>
        <w:spacing w:after="72"/>
      </w:pPr>
      <w:r>
        <w:rPr>
          <w:rFonts w:ascii="微软雅黑" w:eastAsia="微软雅黑" w:hAnsi="微软雅黑" w:cs="微软雅黑" w:hint="eastAsia"/>
          <w:lang w:eastAsia="zh-CN"/>
        </w:rPr>
        <w:t>工具适配三维匹配：工具</w:t>
      </w:r>
      <w:r>
        <w:t>×</w:t>
      </w:r>
      <w:r>
        <w:rPr>
          <w:rFonts w:ascii="微软雅黑" w:eastAsia="微软雅黑" w:hAnsi="微软雅黑" w:cs="微软雅黑" w:hint="eastAsia"/>
          <w:lang w:eastAsia="zh-CN"/>
        </w:rPr>
        <w:t>内容</w:t>
      </w:r>
      <w:r>
        <w:t>×</w:t>
      </w:r>
      <w:r>
        <w:rPr>
          <w:rFonts w:ascii="微软雅黑" w:eastAsia="微软雅黑" w:hAnsi="微软雅黑" w:cs="微软雅黑" w:hint="eastAsia"/>
          <w:lang w:eastAsia="zh-CN"/>
        </w:rPr>
        <w:t>认知水平，按学段递进（图形化</w:t>
      </w:r>
      <w:r>
        <w:t>→</w:t>
      </w:r>
      <w:r>
        <w:rPr>
          <w:rFonts w:ascii="微软雅黑" w:eastAsia="微软雅黑" w:hAnsi="微软雅黑" w:cs="微软雅黑" w:hint="eastAsia"/>
          <w:lang w:eastAsia="zh-CN"/>
        </w:rPr>
        <w:t>开源硬件</w:t>
      </w:r>
      <w:r>
        <w:t>/</w:t>
      </w:r>
      <w:r>
        <w:rPr>
          <w:rFonts w:ascii="微软雅黑" w:eastAsia="微软雅黑" w:hAnsi="微软雅黑" w:cs="微软雅黑" w:hint="eastAsia"/>
          <w:lang w:eastAsia="zh-CN"/>
        </w:rPr>
        <w:t>平台</w:t>
      </w:r>
      <w:r>
        <w:t>→</w:t>
      </w:r>
      <w:r>
        <w:rPr>
          <w:rFonts w:ascii="微软雅黑" w:eastAsia="微软雅黑" w:hAnsi="微软雅黑" w:cs="微软雅黑" w:hint="eastAsia"/>
          <w:lang w:eastAsia="zh-CN"/>
        </w:rPr>
        <w:t>编程工程）。</w:t>
      </w:r>
    </w:p>
    <w:p>
      <w:pPr>
        <w:pStyle w:val="ListNumber"/>
        <w:numPr>
          <w:ilvl w:val="0"/>
          <w:numId w:val="55"/>
        </w:numPr>
        <w:spacing w:after="72"/>
      </w:pPr>
      <w:r>
        <w:rPr>
          <w:rFonts w:ascii="微软雅黑" w:eastAsia="微软雅黑" w:hAnsi="微软雅黑" w:cs="微软雅黑" w:hint="eastAsia"/>
          <w:lang w:eastAsia="zh-CN"/>
        </w:rPr>
        <w:t>不插电教学降低装备门槛。</w:t>
      </w:r>
    </w:p>
    <w:p>
      <w:pPr>
        <w:pStyle w:val="ListNumber"/>
        <w:numPr>
          <w:ilvl w:val="0"/>
          <w:numId w:val="55"/>
        </w:numPr>
        <w:spacing w:after="72"/>
      </w:pPr>
      <w:r>
        <w:rPr>
          <w:rFonts w:ascii="微软雅黑" w:eastAsia="微软雅黑" w:hAnsi="微软雅黑" w:cs="微软雅黑" w:hint="eastAsia"/>
          <w:lang w:eastAsia="zh-CN"/>
        </w:rPr>
        <w:t>活动中心统一学科逻辑与心理逻辑。</w:t>
      </w:r>
    </w:p>
    <w:p>
      <w:pPr/>
      <w:r>
        <w:rPr>
          <w:rFonts w:ascii="微软雅黑" w:eastAsia="微软雅黑" w:hAnsi="微软雅黑" w:cs="微软雅黑" w:hint="eastAsia"/>
          <w:b/>
          <w:lang w:eastAsia="zh-CN"/>
        </w:rPr>
        <w:t>四、金句/关键表述</w:t>
      </w:r>
    </w:p>
    <w:p>
      <w:pPr>
        <w:pStyle w:val="ListBullet"/>
        <w:spacing w:after="72"/>
      </w:pPr>
      <w:r>
        <w:t>"</w:t>
      </w:r>
      <w:r>
        <w:rPr>
          <w:rFonts w:ascii="微软雅黑" w:eastAsia="微软雅黑" w:hAnsi="微软雅黑" w:cs="微软雅黑" w:hint="eastAsia"/>
          <w:lang w:eastAsia="zh-CN"/>
        </w:rPr>
        <w:t>灵魂三问：教什么</w:t>
      </w:r>
      <w:r>
        <w:t>—</w:t>
      </w:r>
      <w:r>
        <w:rPr>
          <w:rFonts w:ascii="微软雅黑" w:eastAsia="微软雅黑" w:hAnsi="微软雅黑" w:cs="微软雅黑" w:hint="eastAsia"/>
          <w:lang w:eastAsia="zh-CN"/>
        </w:rPr>
        <w:t>内容，怎么教</w:t>
      </w:r>
      <w:r>
        <w:t>—</w:t>
      </w:r>
      <w:r>
        <w:rPr>
          <w:rFonts w:ascii="微软雅黑" w:eastAsia="微软雅黑" w:hAnsi="微软雅黑" w:cs="微软雅黑" w:hint="eastAsia"/>
          <w:lang w:eastAsia="zh-CN"/>
        </w:rPr>
        <w:t>教法，用什么教</w:t>
      </w:r>
      <w:r>
        <w:t>—</w:t>
      </w:r>
      <w:r>
        <w:rPr>
          <w:rFonts w:ascii="微软雅黑" w:eastAsia="微软雅黑" w:hAnsi="微软雅黑" w:cs="微软雅黑" w:hint="eastAsia"/>
          <w:lang w:eastAsia="zh-CN"/>
        </w:rPr>
        <w:t>技术。</w:t>
      </w:r>
      <w:r>
        <w:t>"</w:t>
      </w:r>
    </w:p>
    <w:p>
      <w:pPr>
        <w:pStyle w:val="ListBullet"/>
        <w:spacing w:after="72"/>
      </w:pPr>
      <w:r>
        <w:t>"</w:t>
      </w:r>
      <w:r>
        <w:rPr>
          <w:rFonts w:ascii="微软雅黑" w:eastAsia="微软雅黑" w:hAnsi="微软雅黑" w:cs="微软雅黑" w:hint="eastAsia"/>
          <w:lang w:eastAsia="zh-CN"/>
        </w:rPr>
        <w:t>学生的认知发展阶段决定了课程教学的方法。</w:t>
      </w:r>
      <w:r>
        <w:t>"</w:t>
      </w:r>
    </w:p>
    <w:p>
      <w:pPr>
        <w:pStyle w:val="ListBullet"/>
        <w:spacing w:after="72"/>
      </w:pPr>
      <w:r>
        <w:t>"</w:t>
      </w:r>
      <w:r>
        <w:rPr>
          <w:rFonts w:ascii="微软雅黑" w:eastAsia="微软雅黑" w:hAnsi="微软雅黑" w:cs="微软雅黑" w:hint="eastAsia"/>
          <w:lang w:eastAsia="zh-CN"/>
        </w:rPr>
        <w:t>成人通过思考来认识世界，儿童通过动作来认识世界。</w:t>
      </w:r>
      <w:r>
        <w:t>"</w:t>
      </w:r>
    </w:p>
    <w:p>
      <w:pPr>
        <w:pStyle w:val="ListBullet"/>
        <w:spacing w:after="72"/>
      </w:pPr>
      <w:r>
        <w:t>"</w:t>
      </w:r>
      <w:r>
        <w:rPr>
          <w:rFonts w:ascii="微软雅黑" w:eastAsia="微软雅黑" w:hAnsi="微软雅黑" w:cs="微软雅黑" w:hint="eastAsia"/>
          <w:lang w:eastAsia="zh-CN"/>
        </w:rPr>
        <w:t>一定要打破砂锅问到底。</w:t>
      </w:r>
      <w:r>
        <w:t>"</w:t>
      </w:r>
    </w:p>
    <w:p>
      <w:pPr>
        <w:pStyle w:val="ListBullet"/>
        <w:spacing w:after="72"/>
      </w:pPr>
      <w:r>
        <w:t>"</w:t>
      </w:r>
      <w:r>
        <w:rPr>
          <w:rFonts w:ascii="微软雅黑" w:eastAsia="微软雅黑" w:hAnsi="微软雅黑" w:cs="微软雅黑" w:hint="eastAsia"/>
          <w:lang w:eastAsia="zh-CN"/>
        </w:rPr>
        <w:t>项目化学习虽然好，但并不是一用就灵。</w:t>
      </w:r>
      <w:r>
        <w:t>"</w:t>
      </w:r>
    </w:p>
    <w:p>
      <w:pPr>
        <w:pStyle w:val="ListBullet"/>
        <w:spacing w:after="72"/>
      </w:pPr>
      <w:r>
        <w:t>"</w:t>
      </w:r>
      <w:r>
        <w:rPr>
          <w:rFonts w:ascii="微软雅黑" w:eastAsia="微软雅黑" w:hAnsi="微软雅黑" w:cs="微软雅黑" w:hint="eastAsia"/>
          <w:lang w:eastAsia="zh-CN"/>
        </w:rPr>
        <w:t>技术工具要与教学内容以及学生的认知水平适配。</w:t>
      </w:r>
      <w:r>
        <w:t>"</w:t>
      </w:r>
    </w:p>
    <w:p>
      <w:pPr>
        <w:pStyle w:val="ListBullet"/>
        <w:spacing w:after="72"/>
      </w:pPr>
      <w:r>
        <w:t>"</w:t>
      </w:r>
      <w:r>
        <w:rPr>
          <w:rFonts w:ascii="微软雅黑" w:eastAsia="微软雅黑" w:hAnsi="微软雅黑" w:cs="微软雅黑" w:hint="eastAsia"/>
          <w:lang w:eastAsia="zh-CN"/>
        </w:rPr>
        <w:t>中小学人工智能通识教育并不一定就必须要用到机器人。</w:t>
      </w:r>
      <w:r>
        <w:t>"</w:t>
      </w:r>
    </w:p>
    <w:p>
      <w:pPr>
        <w:pStyle w:val="ListBullet"/>
        <w:spacing w:after="72"/>
      </w:pPr>
      <w:r>
        <w:t>"</w:t>
      </w:r>
      <w:r>
        <w:rPr>
          <w:rFonts w:ascii="微软雅黑" w:eastAsia="微软雅黑" w:hAnsi="微软雅黑" w:cs="微软雅黑" w:hint="eastAsia"/>
          <w:lang w:eastAsia="zh-CN"/>
        </w:rPr>
        <w:t>以活动为中心，实现学科知识的逻辑与儿童心理的逻辑之间的统一。</w:t>
      </w:r>
      <w:r>
        <w:t>"</w:t>
      </w:r>
    </w:p>
    <w:p>
      <w:pPr/>
      <w:r>
        <w:rPr>
          <w:rFonts w:ascii="微软雅黑" w:eastAsia="微软雅黑" w:hAnsi="微软雅黑" w:cs="微软雅黑" w:hint="eastAsia"/>
          <w:b/>
          <w:lang w:eastAsia="zh-CN"/>
        </w:rPr>
        <w:t>五、皮亚杰四阶段详解与教学启示</w:t>
      </w:r>
    </w:p>
    <w:p>
      <w:pPr/>
      <w:r>
        <w:rPr>
          <w:rFonts w:ascii="微软雅黑" w:eastAsia="微软雅黑" w:hAnsi="微软雅黑" w:cs="微软雅黑" w:hint="eastAsia"/>
          <w:lang w:eastAsia="zh-CN"/>
        </w:rPr>
        <w:t>感知运动阶段（</w:t>
      </w:r>
      <w:r>
        <w:t>0–2</w:t>
      </w:r>
      <w:r>
        <w:rPr>
          <w:rFonts w:ascii="微软雅黑" w:eastAsia="微软雅黑" w:hAnsi="微软雅黑" w:cs="微软雅黑" w:hint="eastAsia"/>
          <w:lang w:eastAsia="zh-CN"/>
        </w:rPr>
        <w:t>岁）：通过感官与动作认识世界，对应幼儿园前段；前运算阶段（</w:t>
      </w:r>
      <w:r>
        <w:t>2–7</w:t>
      </w:r>
      <w:r>
        <w:rPr>
          <w:rFonts w:ascii="微软雅黑" w:eastAsia="微软雅黑" w:hAnsi="微软雅黑" w:cs="微软雅黑" w:hint="eastAsia"/>
          <w:lang w:eastAsia="zh-CN"/>
        </w:rPr>
        <w:t>岁）：以表象与形象思维为主；具体运算阶段（</w:t>
      </w:r>
      <w:r>
        <w:t>7–12</w:t>
      </w:r>
      <w:r>
        <w:rPr>
          <w:rFonts w:ascii="微软雅黑" w:eastAsia="微软雅黑" w:hAnsi="微软雅黑" w:cs="微软雅黑" w:hint="eastAsia"/>
          <w:lang w:eastAsia="zh-CN"/>
        </w:rPr>
        <w:t>岁）：能进行具体逻辑推理，对应小学中高段；形式运算阶段（</w:t>
      </w:r>
      <w:r>
        <w:t>12</w:t>
      </w:r>
      <w:r>
        <w:rPr>
          <w:rFonts w:ascii="微软雅黑" w:eastAsia="微软雅黑" w:hAnsi="微软雅黑" w:cs="微软雅黑" w:hint="eastAsia"/>
          <w:lang w:eastAsia="zh-CN"/>
        </w:rPr>
        <w:t>岁</w:t>
      </w:r>
      <w:r>
        <w:t>+</w:t>
      </w:r>
      <w:r>
        <w:rPr>
          <w:rFonts w:ascii="微软雅黑" w:eastAsia="微软雅黑" w:hAnsi="微软雅黑" w:cs="微软雅黑" w:hint="eastAsia"/>
          <w:lang w:eastAsia="zh-CN"/>
        </w:rPr>
        <w:t>）：具备抽象逻辑思维，对应初中及以上。核心启示是</w:t>
      </w:r>
      <w:r>
        <w:t>"</w:t>
      </w:r>
      <w:r>
        <w:rPr>
          <w:rFonts w:ascii="微软雅黑" w:eastAsia="微软雅黑" w:hAnsi="微软雅黑" w:cs="微软雅黑" w:hint="eastAsia"/>
          <w:lang w:eastAsia="zh-CN"/>
        </w:rPr>
        <w:t>成人通过思考来认识世界，儿童通过动作来认识世界</w:t>
      </w:r>
      <w:r>
        <w:t>"</w:t>
      </w:r>
      <w:r>
        <w:rPr>
          <w:rFonts w:ascii="微软雅黑" w:eastAsia="微软雅黑" w:hAnsi="微软雅黑" w:cs="微软雅黑" w:hint="eastAsia"/>
          <w:lang w:eastAsia="zh-CN"/>
        </w:rPr>
        <w:t>，因此小学阶段让学生动手，其根本目的不是</w:t>
      </w:r>
      <w:r>
        <w:t>"</w:t>
      </w:r>
      <w:r>
        <w:rPr>
          <w:rFonts w:ascii="微软雅黑" w:eastAsia="微软雅黑" w:hAnsi="微软雅黑" w:cs="微软雅黑" w:hint="eastAsia"/>
          <w:lang w:eastAsia="zh-CN"/>
        </w:rPr>
        <w:t>做手工</w:t>
      </w:r>
      <w:r>
        <w:t>"</w:t>
      </w:r>
      <w:r>
        <w:rPr>
          <w:rFonts w:ascii="微软雅黑" w:eastAsia="微软雅黑" w:hAnsi="微软雅黑" w:cs="微软雅黑" w:hint="eastAsia"/>
          <w:lang w:eastAsia="zh-CN"/>
        </w:rPr>
        <w:t>，而是</w:t>
      </w:r>
      <w:r>
        <w:t>"</w:t>
      </w:r>
      <w:r>
        <w:rPr>
          <w:rFonts w:ascii="微软雅黑" w:eastAsia="微软雅黑" w:hAnsi="微软雅黑" w:cs="微软雅黑" w:hint="eastAsia"/>
          <w:lang w:eastAsia="zh-CN"/>
        </w:rPr>
        <w:t>动脑</w:t>
      </w:r>
      <w:r>
        <w:t>"——</w:t>
      </w:r>
      <w:r>
        <w:rPr>
          <w:rFonts w:ascii="微软雅黑" w:eastAsia="微软雅黑" w:hAnsi="微软雅黑" w:cs="微软雅黑" w:hint="eastAsia"/>
          <w:lang w:eastAsia="zh-CN"/>
        </w:rPr>
        <w:t>在动作中建构认知。这一论断直接决定了中小学</w:t>
      </w:r>
      <w:r>
        <w:t>AI</w:t>
      </w:r>
      <w:r>
        <w:rPr>
          <w:rFonts w:ascii="微软雅黑" w:eastAsia="微软雅黑" w:hAnsi="微软雅黑" w:cs="微软雅黑" w:hint="eastAsia"/>
          <w:lang w:eastAsia="zh-CN"/>
        </w:rPr>
        <w:t>通识课不能以纯讲授、纯符号推演为主，必须提供可操作、可体验、可具身参与的认知支架。</w:t>
      </w:r>
    </w:p>
    <w:p>
      <w:pPr/>
      <w:r>
        <w:rPr>
          <w:rFonts w:ascii="微软雅黑" w:eastAsia="微软雅黑" w:hAnsi="微软雅黑" w:cs="微软雅黑" w:hint="eastAsia"/>
          <w:b/>
          <w:lang w:eastAsia="zh-CN"/>
        </w:rPr>
        <w:t>六、五大教法详述</w:t>
      </w:r>
    </w:p>
    <w:p>
      <w:pPr/>
      <w:r>
        <w:rPr>
          <w:rFonts w:ascii="微软雅黑" w:eastAsia="微软雅黑" w:hAnsi="微软雅黑" w:cs="微软雅黑" w:hint="eastAsia"/>
          <w:lang w:eastAsia="zh-CN"/>
        </w:rPr>
        <w:t>（</w:t>
      </w:r>
      <w:r>
        <w:t>1</w:t>
      </w:r>
      <w:r>
        <w:rPr>
          <w:rFonts w:ascii="微软雅黑" w:eastAsia="微软雅黑" w:hAnsi="微软雅黑" w:cs="微软雅黑" w:hint="eastAsia"/>
          <w:lang w:eastAsia="zh-CN"/>
        </w:rPr>
        <w:t>）角色扮演的游戏化教学：以</w:t>
      </w:r>
      <w:r>
        <w:t>"</w:t>
      </w:r>
      <w:r>
        <w:rPr>
          <w:rFonts w:ascii="微软雅黑" w:eastAsia="微软雅黑" w:hAnsi="微软雅黑" w:cs="微软雅黑" w:hint="eastAsia"/>
          <w:lang w:eastAsia="zh-CN"/>
        </w:rPr>
        <w:t>从神经网络到人工神经网络</w:t>
      </w:r>
      <w:r>
        <w:t>"</w:t>
      </w:r>
      <w:r>
        <w:rPr>
          <w:rFonts w:ascii="微软雅黑" w:eastAsia="微软雅黑" w:hAnsi="微软雅黑" w:cs="微软雅黑" w:hint="eastAsia"/>
          <w:lang w:eastAsia="zh-CN"/>
        </w:rPr>
        <w:t>为例，让学生用身体扮演神经元、用连线动作演抽象网络结构，把不可见的结构具身化。（</w:t>
      </w:r>
      <w:r>
        <w:t>2</w:t>
      </w:r>
      <w:r>
        <w:rPr>
          <w:rFonts w:ascii="微软雅黑" w:eastAsia="微软雅黑" w:hAnsi="微软雅黑" w:cs="微软雅黑" w:hint="eastAsia"/>
          <w:lang w:eastAsia="zh-CN"/>
        </w:rPr>
        <w:t>）苏格拉底提问法：主张</w:t>
      </w:r>
      <w:r>
        <w:t>"</w:t>
      </w:r>
      <w:r>
        <w:rPr>
          <w:rFonts w:ascii="微软雅黑" w:eastAsia="微软雅黑" w:hAnsi="微软雅黑" w:cs="微软雅黑" w:hint="eastAsia"/>
          <w:lang w:eastAsia="zh-CN"/>
        </w:rPr>
        <w:t>打破砂锅问到底</w:t>
      </w:r>
      <w:r>
        <w:t>"</w:t>
      </w:r>
      <w:r>
        <w:rPr>
          <w:rFonts w:ascii="微软雅黑" w:eastAsia="微软雅黑" w:hAnsi="微软雅黑" w:cs="微软雅黑" w:hint="eastAsia"/>
          <w:lang w:eastAsia="zh-CN"/>
        </w:rPr>
        <w:t>，以纳米材料、大模型为实例连环追问，层层逼近本质，直到学生能把知识讲给别人听，方为真正掌握。（</w:t>
      </w:r>
      <w:r>
        <w:t>3</w:t>
      </w:r>
      <w:r>
        <w:rPr>
          <w:rFonts w:ascii="微软雅黑" w:eastAsia="微软雅黑" w:hAnsi="微软雅黑" w:cs="微软雅黑" w:hint="eastAsia"/>
          <w:lang w:eastAsia="zh-CN"/>
        </w:rPr>
        <w:t>）基于项目的学习（</w:t>
      </w:r>
      <w:r>
        <w:t>PBL</w:t>
      </w:r>
      <w:r>
        <w:rPr>
          <w:rFonts w:ascii="微软雅黑" w:eastAsia="微软雅黑" w:hAnsi="微软雅黑" w:cs="微软雅黑" w:hint="eastAsia"/>
          <w:lang w:eastAsia="zh-CN"/>
        </w:rPr>
        <w:t>）：本质是</w:t>
      </w:r>
      <w:r>
        <w:t>"</w:t>
      </w:r>
      <w:r>
        <w:rPr>
          <w:rFonts w:ascii="微软雅黑" w:eastAsia="微软雅黑" w:hAnsi="微软雅黑" w:cs="微软雅黑" w:hint="eastAsia"/>
          <w:lang w:eastAsia="zh-CN"/>
        </w:rPr>
        <w:t>干一件事、做出东西、学到知识点</w:t>
      </w:r>
      <w:r>
        <w:t>"</w:t>
      </w:r>
      <w:r>
        <w:rPr>
          <w:rFonts w:ascii="微软雅黑" w:eastAsia="微软雅黑" w:hAnsi="微软雅黑" w:cs="微软雅黑" w:hint="eastAsia"/>
          <w:lang w:eastAsia="zh-CN"/>
        </w:rPr>
        <w:t>，让学生像</w:t>
      </w:r>
      <w:r>
        <w:t>AI</w:t>
      </w:r>
      <w:r>
        <w:rPr>
          <w:rFonts w:ascii="微软雅黑" w:eastAsia="微软雅黑" w:hAnsi="微软雅黑" w:cs="微软雅黑" w:hint="eastAsia"/>
          <w:lang w:eastAsia="zh-CN"/>
        </w:rPr>
        <w:t>科学家一样思考；但明确警示</w:t>
      </w:r>
      <w:r>
        <w:t>"</w:t>
      </w:r>
      <w:r>
        <w:rPr>
          <w:rFonts w:ascii="微软雅黑" w:eastAsia="微软雅黑" w:hAnsi="微软雅黑" w:cs="微软雅黑" w:hint="eastAsia"/>
          <w:lang w:eastAsia="zh-CN"/>
        </w:rPr>
        <w:t>不是一用就灵</w:t>
      </w:r>
      <w:r>
        <w:t>"</w:t>
      </w:r>
      <w:r>
        <w:rPr>
          <w:rFonts w:ascii="微软雅黑" w:eastAsia="微软雅黑" w:hAnsi="微软雅黑" w:cs="微软雅黑" w:hint="eastAsia"/>
          <w:lang w:eastAsia="zh-CN"/>
        </w:rPr>
        <w:t>，问题设计是关键，忌</w:t>
      </w:r>
      <w:r>
        <w:t>"</w:t>
      </w:r>
      <w:r>
        <w:rPr>
          <w:rFonts w:ascii="微软雅黑" w:eastAsia="微软雅黑" w:hAnsi="微软雅黑" w:cs="微软雅黑" w:hint="eastAsia"/>
          <w:lang w:eastAsia="zh-CN"/>
        </w:rPr>
        <w:t>智能垃圾帽</w:t>
      </w:r>
      <w:r>
        <w:t>"</w:t>
      </w:r>
      <w:r>
        <w:rPr>
          <w:rFonts w:ascii="微软雅黑" w:eastAsia="微软雅黑" w:hAnsi="微软雅黑" w:cs="微软雅黑" w:hint="eastAsia"/>
          <w:lang w:eastAsia="zh-CN"/>
        </w:rPr>
        <w:t>式俗套小制作。（</w:t>
      </w:r>
      <w:r>
        <w:t>4</w:t>
      </w:r>
      <w:r>
        <w:rPr>
          <w:rFonts w:ascii="微软雅黑" w:eastAsia="微软雅黑" w:hAnsi="微软雅黑" w:cs="微软雅黑" w:hint="eastAsia"/>
          <w:lang w:eastAsia="zh-CN"/>
        </w:rPr>
        <w:t>）基于问题的学习：强调真实问题、</w:t>
      </w:r>
      <w:r>
        <w:t>21</w:t>
      </w:r>
      <w:r>
        <w:rPr>
          <w:rFonts w:ascii="微软雅黑" w:eastAsia="微软雅黑" w:hAnsi="微软雅黑" w:cs="微软雅黑" w:hint="eastAsia"/>
          <w:lang w:eastAsia="zh-CN"/>
        </w:rPr>
        <w:t>世纪技能、学生主导，但耗时长，需给足时间。（</w:t>
      </w:r>
      <w:r>
        <w:t>5</w:t>
      </w:r>
      <w:r>
        <w:rPr>
          <w:rFonts w:ascii="微软雅黑" w:eastAsia="微软雅黑" w:hAnsi="微软雅黑" w:cs="微软雅黑" w:hint="eastAsia"/>
          <w:lang w:eastAsia="zh-CN"/>
        </w:rPr>
        <w:t>）跨学科教学：</w:t>
      </w:r>
      <w:r>
        <w:t>AI</w:t>
      </w:r>
      <w:r>
        <w:rPr>
          <w:rFonts w:ascii="微软雅黑" w:eastAsia="微软雅黑" w:hAnsi="微软雅黑" w:cs="微软雅黑" w:hint="eastAsia"/>
          <w:lang w:eastAsia="zh-CN"/>
        </w:rPr>
        <w:t>天然是数学与科学的结合，可在教学中自然实现跨学科融合，不必生硬拼贴。</w:t>
      </w:r>
    </w:p>
    <w:p>
      <w:pPr/>
      <w:r>
        <w:rPr>
          <w:rFonts w:ascii="微软雅黑" w:eastAsia="微软雅黑" w:hAnsi="微软雅黑" w:cs="微软雅黑" w:hint="eastAsia"/>
          <w:b/>
          <w:lang w:eastAsia="zh-CN"/>
        </w:rPr>
        <w:t>七、技术工具三维匹配与学段阶梯</w:t>
      </w:r>
    </w:p>
    <w:p>
      <w:pPr/>
      <w:r>
        <w:rPr>
          <w:rFonts w:ascii="微软雅黑" w:eastAsia="微软雅黑" w:hAnsi="微软雅黑" w:cs="微软雅黑" w:hint="eastAsia"/>
          <w:lang w:eastAsia="zh-CN"/>
        </w:rPr>
        <w:t>选用原则：工具必须与教学内容、学生认知水平三维匹配。具体阶梯：低段</w:t>
      </w:r>
      <w:r>
        <w:t>1–3</w:t>
      </w:r>
      <w:r>
        <w:rPr>
          <w:rFonts w:ascii="微软雅黑" w:eastAsia="微软雅黑" w:hAnsi="微软雅黑" w:cs="微软雅黑" w:hint="eastAsia"/>
          <w:lang w:eastAsia="zh-CN"/>
        </w:rPr>
        <w:t>年级（形象思维</w:t>
      </w:r>
      <w:r>
        <w:t>/</w:t>
      </w:r>
      <w:r>
        <w:rPr>
          <w:rFonts w:ascii="微软雅黑" w:eastAsia="微软雅黑" w:hAnsi="微软雅黑" w:cs="微软雅黑" w:hint="eastAsia"/>
          <w:lang w:eastAsia="zh-CN"/>
        </w:rPr>
        <w:t>具身认知）</w:t>
      </w:r>
      <w:r>
        <w:t>——</w:t>
      </w:r>
      <w:r>
        <w:rPr>
          <w:rFonts w:ascii="微软雅黑" w:eastAsia="微软雅黑" w:hAnsi="微软雅黑" w:cs="微软雅黑" w:hint="eastAsia"/>
          <w:lang w:eastAsia="zh-CN"/>
        </w:rPr>
        <w:t>编程启蒙、机器人体验；中段</w:t>
      </w:r>
      <w:r>
        <w:t>4–6</w:t>
      </w:r>
      <w:r>
        <w:rPr>
          <w:rFonts w:ascii="微软雅黑" w:eastAsia="微软雅黑" w:hAnsi="微软雅黑" w:cs="微软雅黑" w:hint="eastAsia"/>
          <w:lang w:eastAsia="zh-CN"/>
        </w:rPr>
        <w:t>年级（系统思维</w:t>
      </w:r>
      <w:r>
        <w:t>/</w:t>
      </w:r>
      <w:r>
        <w:rPr>
          <w:rFonts w:ascii="微软雅黑" w:eastAsia="微软雅黑" w:hAnsi="微软雅黑" w:cs="微软雅黑" w:hint="eastAsia"/>
          <w:lang w:eastAsia="zh-CN"/>
        </w:rPr>
        <w:t>科学思维）</w:t>
      </w:r>
      <w:r>
        <w:t>——</w:t>
      </w:r>
      <w:r>
        <w:rPr>
          <w:rFonts w:ascii="微软雅黑" w:eastAsia="微软雅黑" w:hAnsi="微软雅黑" w:cs="微软雅黑" w:hint="eastAsia"/>
          <w:lang w:eastAsia="zh-CN"/>
        </w:rPr>
        <w:t>软件工具、智能机器人、开源硬件、开放平台；高段</w:t>
      </w:r>
      <w:r>
        <w:t>7–9</w:t>
      </w:r>
      <w:r>
        <w:rPr>
          <w:rFonts w:ascii="微软雅黑" w:eastAsia="微软雅黑" w:hAnsi="微软雅黑" w:cs="微软雅黑" w:hint="eastAsia"/>
          <w:lang w:eastAsia="zh-CN"/>
        </w:rPr>
        <w:t>年级（工程实践</w:t>
      </w:r>
      <w:r>
        <w:t>/</w:t>
      </w:r>
      <w:r>
        <w:rPr>
          <w:rFonts w:ascii="微软雅黑" w:eastAsia="微软雅黑" w:hAnsi="微软雅黑" w:cs="微软雅黑" w:hint="eastAsia"/>
          <w:lang w:eastAsia="zh-CN"/>
        </w:rPr>
        <w:t>项目创新）</w:t>
      </w:r>
      <w:r>
        <w:t>——</w:t>
      </w:r>
      <w:r>
        <w:rPr>
          <w:rFonts w:ascii="微软雅黑" w:eastAsia="微软雅黑" w:hAnsi="微软雅黑" w:cs="微软雅黑" w:hint="eastAsia"/>
          <w:lang w:eastAsia="zh-CN"/>
        </w:rPr>
        <w:t>开源硬件、智能平台、</w:t>
      </w:r>
      <w:r>
        <w:t>Python</w:t>
      </w:r>
      <w:r>
        <w:rPr>
          <w:rFonts w:ascii="微软雅黑" w:eastAsia="微软雅黑" w:hAnsi="微软雅黑" w:cs="微软雅黑" w:hint="eastAsia"/>
          <w:lang w:eastAsia="zh-CN"/>
        </w:rPr>
        <w:t>。整体发展路径为：感知体验</w:t>
      </w:r>
      <w:r>
        <w:t>→</w:t>
      </w:r>
      <w:r>
        <w:rPr>
          <w:rFonts w:ascii="微软雅黑" w:eastAsia="微软雅黑" w:hAnsi="微软雅黑" w:cs="微软雅黑" w:hint="eastAsia"/>
          <w:lang w:eastAsia="zh-CN"/>
        </w:rPr>
        <w:t>具身认知</w:t>
      </w:r>
      <w:r>
        <w:t>→</w:t>
      </w:r>
      <w:r>
        <w:rPr>
          <w:rFonts w:ascii="微软雅黑" w:eastAsia="微软雅黑" w:hAnsi="微软雅黑" w:cs="微软雅黑" w:hint="eastAsia"/>
          <w:lang w:eastAsia="zh-CN"/>
        </w:rPr>
        <w:t>系统思维</w:t>
      </w:r>
      <w:r>
        <w:t>→</w:t>
      </w:r>
      <w:r>
        <w:rPr>
          <w:rFonts w:ascii="微软雅黑" w:eastAsia="微软雅黑" w:hAnsi="微软雅黑" w:cs="微软雅黑" w:hint="eastAsia"/>
          <w:lang w:eastAsia="zh-CN"/>
        </w:rPr>
        <w:t>科学思维</w:t>
      </w:r>
      <w:r>
        <w:t>→</w:t>
      </w:r>
      <w:r>
        <w:rPr>
          <w:rFonts w:ascii="微软雅黑" w:eastAsia="微软雅黑" w:hAnsi="微软雅黑" w:cs="微软雅黑" w:hint="eastAsia"/>
          <w:lang w:eastAsia="zh-CN"/>
        </w:rPr>
        <w:t>工程实践</w:t>
      </w:r>
      <w:r>
        <w:t>→</w:t>
      </w:r>
      <w:r>
        <w:rPr>
          <w:rFonts w:ascii="微软雅黑" w:eastAsia="微软雅黑" w:hAnsi="微软雅黑" w:cs="微软雅黑" w:hint="eastAsia"/>
          <w:lang w:eastAsia="zh-CN"/>
        </w:rPr>
        <w:t>项目创新，且高段必须见到工程技术产出成果。</w:t>
      </w:r>
      <w:r>
        <w:t>"</w:t>
      </w:r>
      <w:r>
        <w:rPr>
          <w:rFonts w:ascii="微软雅黑" w:eastAsia="微软雅黑" w:hAnsi="微软雅黑" w:cs="微软雅黑" w:hint="eastAsia"/>
          <w:lang w:eastAsia="zh-CN"/>
        </w:rPr>
        <w:t>不插电教学</w:t>
      </w:r>
      <w:r>
        <w:t>"</w:t>
      </w:r>
      <w:r>
        <w:rPr>
          <w:rFonts w:ascii="微软雅黑" w:eastAsia="微软雅黑" w:hAnsi="微软雅黑" w:cs="微软雅黑" w:hint="eastAsia"/>
          <w:lang w:eastAsia="zh-CN"/>
        </w:rPr>
        <w:t>进一步降低装备门槛</w:t>
      </w:r>
      <w:r>
        <w:t>——</w:t>
      </w:r>
      <w:r>
        <w:rPr>
          <w:rFonts w:ascii="微软雅黑" w:eastAsia="微软雅黑" w:hAnsi="微软雅黑" w:cs="微软雅黑" w:hint="eastAsia"/>
          <w:lang w:eastAsia="zh-CN"/>
        </w:rPr>
        <w:t>没装备、不花钱也能教，中小学</w:t>
      </w:r>
      <w:r>
        <w:t>AI</w:t>
      </w:r>
      <w:r>
        <w:rPr>
          <w:rFonts w:ascii="微软雅黑" w:eastAsia="微软雅黑" w:hAnsi="微软雅黑" w:cs="微软雅黑" w:hint="eastAsia"/>
          <w:lang w:eastAsia="zh-CN"/>
        </w:rPr>
        <w:t>通识教育不必然依赖机器人。</w:t>
      </w:r>
    </w:p>
    <w:p>
      <w:pPr/>
      <w:r>
        <w:rPr>
          <w:rFonts w:ascii="微软雅黑" w:eastAsia="微软雅黑" w:hAnsi="微软雅黑" w:cs="微软雅黑" w:hint="eastAsia"/>
          <w:b/>
          <w:lang w:eastAsia="zh-CN"/>
        </w:rPr>
        <w:t>八、平衡原则：学科—活动—学生天平</w:t>
      </w:r>
    </w:p>
    <w:p>
      <w:pPr/>
      <w:r>
        <w:rPr>
          <w:rFonts w:ascii="微软雅黑" w:eastAsia="微软雅黑" w:hAnsi="微软雅黑" w:cs="微软雅黑" w:hint="eastAsia"/>
          <w:lang w:eastAsia="zh-CN"/>
        </w:rPr>
        <w:t>最终以活动寻求学科与学生的平衡：以活动为中心，实现学科知识的逻辑与儿童心理的逻辑的统一（即</w:t>
      </w:r>
      <w:r>
        <w:t>"</w:t>
      </w:r>
      <w:r>
        <w:rPr>
          <w:rFonts w:ascii="微软雅黑" w:eastAsia="微软雅黑" w:hAnsi="微软雅黑" w:cs="微软雅黑" w:hint="eastAsia"/>
          <w:lang w:eastAsia="zh-CN"/>
        </w:rPr>
        <w:t>学科</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学生</w:t>
      </w:r>
      <w:r>
        <w:t>"</w:t>
      </w:r>
      <w:r>
        <w:rPr>
          <w:rFonts w:ascii="微软雅黑" w:eastAsia="微软雅黑" w:hAnsi="微软雅黑" w:cs="微软雅黑" w:hint="eastAsia"/>
          <w:lang w:eastAsia="zh-CN"/>
        </w:rPr>
        <w:t>天平）。既反对照搬学科中心的逻辑，也不是单纯儿童中心（霍尔式），而是要把学科逻辑与儿童心理发展逻辑结合，用</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作为统一二者的中介与承重结构。</w:t>
      </w:r>
    </w:p>
    <w:p>
      <w:pPr/>
      <w:r>
        <w:rPr>
          <w:rFonts w:ascii="微软雅黑" w:eastAsia="微软雅黑" w:hAnsi="微软雅黑" w:cs="微软雅黑" w:hint="eastAsia"/>
          <w:b/>
          <w:lang w:eastAsia="zh-CN"/>
        </w:rPr>
        <w:t>九、用于教案设计的建议（可直接迁移）</w:t>
      </w:r>
    </w:p>
    <w:p>
      <w:pPr>
        <w:pStyle w:val="ListBullet"/>
        <w:spacing w:after="72"/>
      </w:pPr>
      <w:r>
        <w:rPr>
          <w:rFonts w:ascii="微软雅黑" w:eastAsia="微软雅黑" w:hAnsi="微软雅黑" w:cs="微软雅黑" w:hint="eastAsia"/>
          <w:lang w:eastAsia="zh-CN"/>
        </w:rPr>
        <w:t>用三问框架自检每课</w:t>
      </w:r>
      <w:r>
        <w:t>"</w:t>
      </w:r>
      <w:r>
        <w:rPr>
          <w:rFonts w:ascii="微软雅黑" w:eastAsia="微软雅黑" w:hAnsi="微软雅黑" w:cs="微软雅黑" w:hint="eastAsia"/>
          <w:lang w:eastAsia="zh-CN"/>
        </w:rPr>
        <w:t>内容</w:t>
      </w:r>
      <w:r>
        <w:t>—</w:t>
      </w:r>
      <w:r>
        <w:rPr>
          <w:rFonts w:ascii="微软雅黑" w:eastAsia="微软雅黑" w:hAnsi="微软雅黑" w:cs="微软雅黑" w:hint="eastAsia"/>
          <w:lang w:eastAsia="zh-CN"/>
        </w:rPr>
        <w:t>教法</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是否配套。</w:t>
      </w:r>
    </w:p>
    <w:p>
      <w:pPr>
        <w:pStyle w:val="ListBullet"/>
        <w:spacing w:after="72"/>
      </w:pPr>
      <w:r>
        <w:rPr>
          <w:rFonts w:ascii="微软雅黑" w:eastAsia="微软雅黑" w:hAnsi="微软雅黑" w:cs="微软雅黑" w:hint="eastAsia"/>
          <w:lang w:eastAsia="zh-CN"/>
        </w:rPr>
        <w:t>低段用不插电</w:t>
      </w:r>
      <w:r>
        <w:t>+</w:t>
      </w:r>
      <w:r>
        <w:rPr>
          <w:rFonts w:ascii="微软雅黑" w:eastAsia="微软雅黑" w:hAnsi="微软雅黑" w:cs="微软雅黑" w:hint="eastAsia"/>
          <w:lang w:eastAsia="zh-CN"/>
        </w:rPr>
        <w:t>角色扮演（如演神经元连网）；中段图形化工具</w:t>
      </w:r>
      <w:r>
        <w:t>/</w:t>
      </w:r>
      <w:r>
        <w:rPr>
          <w:rFonts w:ascii="微软雅黑" w:eastAsia="微软雅黑" w:hAnsi="微软雅黑" w:cs="微软雅黑" w:hint="eastAsia"/>
          <w:lang w:eastAsia="zh-CN"/>
        </w:rPr>
        <w:t>机器人体验；高段开源硬件</w:t>
      </w:r>
      <w:r>
        <w:t>+Python</w:t>
      </w:r>
      <w:r>
        <w:rPr>
          <w:rFonts w:ascii="微软雅黑" w:eastAsia="微软雅黑" w:hAnsi="微软雅黑" w:cs="微软雅黑" w:hint="eastAsia"/>
          <w:lang w:eastAsia="zh-CN"/>
        </w:rPr>
        <w:t>完整小项目并展示成果。</w:t>
      </w:r>
    </w:p>
    <w:p>
      <w:pPr>
        <w:pStyle w:val="ListBullet"/>
        <w:spacing w:after="72"/>
      </w:pPr>
      <w:r>
        <w:rPr>
          <w:rFonts w:ascii="微软雅黑" w:eastAsia="微软雅黑" w:hAnsi="微软雅黑" w:cs="微软雅黑" w:hint="eastAsia"/>
          <w:lang w:eastAsia="zh-CN"/>
        </w:rPr>
        <w:t>围绕核心概念设计</w:t>
      </w:r>
      <w:r>
        <w:t>5–6</w:t>
      </w:r>
      <w:r>
        <w:rPr>
          <w:rFonts w:ascii="微软雅黑" w:eastAsia="微软雅黑" w:hAnsi="微软雅黑" w:cs="微软雅黑" w:hint="eastAsia"/>
          <w:lang w:eastAsia="zh-CN"/>
        </w:rPr>
        <w:t>层追问的问题串。</w:t>
      </w:r>
    </w:p>
    <w:p>
      <w:pPr>
        <w:pStyle w:val="ListBullet"/>
        <w:spacing w:after="72"/>
      </w:pPr>
      <w:r>
        <w:rPr>
          <w:rFonts w:ascii="微软雅黑" w:eastAsia="微软雅黑" w:hAnsi="微软雅黑" w:cs="微软雅黑" w:hint="eastAsia"/>
          <w:lang w:eastAsia="zh-CN"/>
        </w:rPr>
        <w:t>项目选题从学生真实生活出发、多课时，避开俗套小制作。</w:t>
      </w:r>
    </w:p>
    <w:p>
      <w:pPr>
        <w:pStyle w:val="ListBullet"/>
        <w:spacing w:after="72"/>
      </w:pPr>
      <w:r>
        <w:rPr>
          <w:rFonts w:ascii="微软雅黑" w:eastAsia="微软雅黑" w:hAnsi="微软雅黑" w:cs="微软雅黑" w:hint="eastAsia"/>
          <w:lang w:eastAsia="zh-CN"/>
        </w:rPr>
        <w:t>每课设计一个承重</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，同时检验学科目标与儿童认知目标。</w:t>
      </w:r>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56"/>
        </w:numPr>
        <w:spacing w:after="72"/>
      </w:pPr>
      <w:r>
        <w:rPr>
          <w:rFonts w:ascii="微软雅黑" w:eastAsia="微软雅黑" w:hAnsi="微软雅黑" w:cs="微软雅黑" w:hint="eastAsia"/>
          <w:b/>
          <w:lang w:eastAsia="zh-CN"/>
        </w:rPr>
        <w:t>三问自检表</w:t>
      </w:r>
      <w:r>
        <w:rPr>
          <w:rFonts w:ascii="微软雅黑" w:eastAsia="微软雅黑" w:hAnsi="微软雅黑" w:cs="微软雅黑" w:hint="eastAsia"/>
          <w:lang w:eastAsia="zh-CN"/>
        </w:rPr>
        <w:t>：用</w:t>
      </w:r>
      <w:r>
        <w:t>"</w:t>
      </w:r>
      <w:r>
        <w:rPr>
          <w:rFonts w:ascii="微软雅黑" w:eastAsia="微软雅黑" w:hAnsi="微软雅黑" w:cs="微软雅黑" w:hint="eastAsia"/>
          <w:lang w:eastAsia="zh-CN"/>
        </w:rPr>
        <w:t>灵魂三问</w:t>
      </w:r>
      <w:r>
        <w:t>"</w:t>
      </w:r>
      <w:r>
        <w:rPr>
          <w:rFonts w:ascii="微软雅黑" w:eastAsia="微软雅黑" w:hAnsi="微软雅黑" w:cs="微软雅黑" w:hint="eastAsia"/>
          <w:lang w:eastAsia="zh-CN"/>
        </w:rPr>
        <w:t>框架，对本人拟开设（或已开设）的一节</w:t>
      </w:r>
      <w:r>
        <w:t>AI</w:t>
      </w:r>
      <w:r>
        <w:rPr>
          <w:rFonts w:ascii="微软雅黑" w:eastAsia="微软雅黑" w:hAnsi="微软雅黑" w:cs="微软雅黑" w:hint="eastAsia"/>
          <w:lang w:eastAsia="zh-CN"/>
        </w:rPr>
        <w:t>通识课做配套性自检，形成一页</w:t>
      </w:r>
      <w:r>
        <w:t>"</w:t>
      </w:r>
      <w:r>
        <w:rPr>
          <w:rFonts w:ascii="微软雅黑" w:eastAsia="微软雅黑" w:hAnsi="微软雅黑" w:cs="微软雅黑" w:hint="eastAsia"/>
          <w:lang w:eastAsia="zh-CN"/>
        </w:rPr>
        <w:t>内容</w:t>
      </w:r>
      <w:r>
        <w:t>—</w:t>
      </w:r>
      <w:r>
        <w:rPr>
          <w:rFonts w:ascii="微软雅黑" w:eastAsia="微软雅黑" w:hAnsi="微软雅黑" w:cs="微软雅黑" w:hint="eastAsia"/>
          <w:lang w:eastAsia="zh-CN"/>
        </w:rPr>
        <w:t>教法</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匹配表，标出最薄弱的一项及改进方向（提交</w:t>
      </w:r>
      <w:r>
        <w:t>Word/</w:t>
      </w:r>
      <w:r>
        <w:rPr>
          <w:rFonts w:ascii="微软雅黑" w:eastAsia="微软雅黑" w:hAnsi="微软雅黑" w:cs="微软雅黑" w:hint="eastAsia"/>
          <w:lang w:eastAsia="zh-CN"/>
        </w:rPr>
        <w:t>一页纸，字数不限，重实情）。</w:t>
      </w:r>
    </w:p>
    <w:p>
      <w:pPr>
        <w:pStyle w:val="ListNumber"/>
        <w:numPr>
          <w:ilvl w:val="0"/>
          <w:numId w:val="56"/>
        </w:numPr>
        <w:spacing w:after="72"/>
      </w:pPr>
      <w:r>
        <w:rPr>
          <w:rFonts w:ascii="微软雅黑" w:eastAsia="微软雅黑" w:hAnsi="微软雅黑" w:cs="微软雅黑" w:hint="eastAsia"/>
          <w:b/>
          <w:lang w:eastAsia="zh-CN"/>
        </w:rPr>
        <w:t>教法组合微设计</w:t>
      </w:r>
      <w:r>
        <w:rPr>
          <w:rFonts w:ascii="微软雅黑" w:eastAsia="微软雅黑" w:hAnsi="微软雅黑" w:cs="微软雅黑" w:hint="eastAsia"/>
          <w:lang w:eastAsia="zh-CN"/>
        </w:rPr>
        <w:t>：任选本校一个学段，设计一节</w:t>
      </w:r>
      <w:r>
        <w:t>AI</w:t>
      </w:r>
      <w:r>
        <w:rPr>
          <w:rFonts w:ascii="微软雅黑" w:eastAsia="微软雅黑" w:hAnsi="微软雅黑" w:cs="微软雅黑" w:hint="eastAsia"/>
          <w:lang w:eastAsia="zh-CN"/>
        </w:rPr>
        <w:t>通识课的教法组合方案，须包含</w:t>
      </w:r>
      <w:r>
        <w:t>①</w:t>
      </w:r>
      <w:r>
        <w:rPr>
          <w:rFonts w:ascii="微软雅黑" w:eastAsia="微软雅黑" w:hAnsi="微软雅黑" w:cs="微软雅黑" w:hint="eastAsia"/>
          <w:lang w:eastAsia="zh-CN"/>
        </w:rPr>
        <w:t>一种游戏化</w:t>
      </w:r>
      <w:r>
        <w:t>/</w:t>
      </w:r>
      <w:r>
        <w:rPr>
          <w:rFonts w:ascii="微软雅黑" w:eastAsia="微软雅黑" w:hAnsi="微软雅黑" w:cs="微软雅黑" w:hint="eastAsia"/>
          <w:lang w:eastAsia="zh-CN"/>
        </w:rPr>
        <w:t>角色扮演或苏格拉底追问设计；</w:t>
      </w:r>
      <w:r>
        <w:t>②</w:t>
      </w:r>
      <w:r>
        <w:rPr>
          <w:rFonts w:ascii="微软雅黑" w:eastAsia="微软雅黑" w:hAnsi="微软雅黑" w:cs="微软雅黑" w:hint="eastAsia"/>
          <w:lang w:eastAsia="zh-CN"/>
        </w:rPr>
        <w:t>一项项目式或问题式学习锚点（真实问题，避开</w:t>
      </w:r>
      <w:r>
        <w:t>"</w:t>
      </w:r>
      <w:r>
        <w:rPr>
          <w:rFonts w:ascii="微软雅黑" w:eastAsia="微软雅黑" w:hAnsi="微软雅黑" w:cs="微软雅黑" w:hint="eastAsia"/>
          <w:lang w:eastAsia="zh-CN"/>
        </w:rPr>
        <w:t>智能垃圾帽</w:t>
      </w:r>
      <w:r>
        <w:t>"</w:t>
      </w:r>
      <w:r>
        <w:rPr>
          <w:rFonts w:ascii="微软雅黑" w:eastAsia="微软雅黑" w:hAnsi="微软雅黑" w:cs="微软雅黑" w:hint="eastAsia"/>
          <w:lang w:eastAsia="zh-CN"/>
        </w:rPr>
        <w:t>套路）；</w:t>
      </w:r>
      <w:r>
        <w:t>③</w:t>
      </w:r>
      <w:r>
        <w:rPr>
          <w:rFonts w:ascii="微软雅黑" w:eastAsia="微软雅黑" w:hAnsi="微软雅黑" w:cs="微软雅黑" w:hint="eastAsia"/>
          <w:lang w:eastAsia="zh-CN"/>
        </w:rPr>
        <w:t>对应学段工具清单；</w:t>
      </w:r>
      <w:r>
        <w:t>④</w:t>
      </w:r>
      <w:r>
        <w:rPr>
          <w:rFonts w:ascii="微软雅黑" w:eastAsia="微软雅黑" w:hAnsi="微软雅黑" w:cs="微软雅黑" w:hint="eastAsia"/>
          <w:lang w:eastAsia="zh-CN"/>
        </w:rPr>
        <w:t>一个承重</w:t>
      </w:r>
      <w:r>
        <w:t>"</w:t>
      </w:r>
      <w:r>
        <w:rPr>
          <w:rFonts w:ascii="微软雅黑" w:eastAsia="微软雅黑" w:hAnsi="微软雅黑" w:cs="微软雅黑" w:hint="eastAsia"/>
          <w:lang w:eastAsia="zh-CN"/>
        </w:rPr>
        <w:t>活动</w:t>
      </w:r>
      <w:r>
        <w:t>"</w:t>
      </w:r>
      <w:r>
        <w:rPr>
          <w:rFonts w:ascii="微软雅黑" w:eastAsia="微软雅黑" w:hAnsi="微软雅黑" w:cs="微软雅黑" w:hint="eastAsia"/>
          <w:lang w:eastAsia="zh-CN"/>
        </w:rPr>
        <w:t>并标注其同时承担的学科目标与认知目标。</w:t>
      </w:r>
    </w:p>
    <w:p>
      <w:pPr>
        <w:pStyle w:val="ListNumber"/>
        <w:numPr>
          <w:ilvl w:val="0"/>
          <w:numId w:val="56"/>
        </w:numPr>
        <w:spacing w:after="72"/>
      </w:pPr>
      <w:r>
        <w:rPr>
          <w:rFonts w:ascii="微软雅黑" w:eastAsia="微软雅黑" w:hAnsi="微软雅黑" w:cs="微软雅黑" w:hint="eastAsia"/>
          <w:b/>
          <w:lang w:eastAsia="zh-CN"/>
        </w:rPr>
        <w:t>不插电教案片段</w:t>
      </w:r>
      <w:r>
        <w:rPr>
          <w:rFonts w:ascii="微软雅黑" w:eastAsia="微软雅黑" w:hAnsi="微软雅黑" w:cs="微软雅黑" w:hint="eastAsia"/>
          <w:lang w:eastAsia="zh-CN"/>
        </w:rPr>
        <w:t>：针对设备有限班级，提交一份</w:t>
      </w:r>
      <w:r>
        <w:t>"</w:t>
      </w:r>
      <w:r>
        <w:rPr>
          <w:rFonts w:ascii="微软雅黑" w:eastAsia="微软雅黑" w:hAnsi="微软雅黑" w:cs="微软雅黑" w:hint="eastAsia"/>
          <w:lang w:eastAsia="zh-CN"/>
        </w:rPr>
        <w:t>不插电教学</w:t>
      </w:r>
      <w:r>
        <w:t>"</w:t>
      </w:r>
      <w:r>
        <w:rPr>
          <w:rFonts w:ascii="微软雅黑" w:eastAsia="微软雅黑" w:hAnsi="微软雅黑" w:cs="微软雅黑" w:hint="eastAsia"/>
          <w:lang w:eastAsia="zh-CN"/>
        </w:rPr>
        <w:t>教案片段（如用纸笔</w:t>
      </w:r>
      <w:r>
        <w:t>/</w:t>
      </w:r>
      <w:r>
        <w:rPr>
          <w:rFonts w:ascii="微软雅黑" w:eastAsia="微软雅黑" w:hAnsi="微软雅黑" w:cs="微软雅黑" w:hint="eastAsia"/>
          <w:lang w:eastAsia="zh-CN"/>
        </w:rPr>
        <w:t>身体活动讲神经网络或算法概念），说明如何以低成本活动达成核心概念理解。</w:t>
      </w:r>
      <w:r/>
    </w:p>
    <w:p>
      <w:pPr>
        <w:pStyle w:val="Heading3"/>
      </w:pPr>
      <w:r>
        <w:rPr>
          <w:rFonts w:ascii="微软雅黑" w:hAnsi="微软雅黑" w:eastAsia="微软雅黑" w:cs="微软雅黑" w:hint="eastAsia"/>
          <w:b w:val="0"/>
          <w:color w:val="1A237E"/>
          <w:sz w:val="20"/>
          <w:lang w:eastAsia="zh-CN"/>
        </w:rPr>
        <w:t>八、AI 视频创作拓展（导演思维提示词）</w:t>
      </w:r>
    </w:p>
    <w:p>
      <w:pPr/>
      <w:r>
        <w:rPr>
          <w:rFonts w:ascii="微软雅黑" w:eastAsia="微软雅黑" w:hAnsi="微软雅黑" w:cs="微软雅黑" w:hint="eastAsia"/>
          <w:lang w:eastAsia="zh-CN"/>
        </w:rPr>
        <w:t>主体：一群初中生围坐在课桌前，用身体相互牵手连成</w:t>
      </w:r>
      <w:r>
        <w:t>"</w:t>
      </w:r>
      <w:r>
        <w:rPr>
          <w:rFonts w:ascii="微软雅黑" w:eastAsia="微软雅黑" w:hAnsi="微软雅黑" w:cs="微软雅黑" w:hint="eastAsia"/>
          <w:lang w:eastAsia="zh-CN"/>
        </w:rPr>
        <w:t>神经网络</w:t>
      </w:r>
      <w:r>
        <w:t>"</w:t>
      </w:r>
      <w:r>
        <w:rPr>
          <w:rFonts w:ascii="微软雅黑" w:eastAsia="微软雅黑" w:hAnsi="微软雅黑" w:cs="微软雅黑" w:hint="eastAsia"/>
          <w:lang w:eastAsia="zh-CN"/>
        </w:rPr>
        <w:t>并随指令逐层</w:t>
      </w:r>
      <w:r>
        <w:t>"</w:t>
      </w:r>
      <w:r>
        <w:rPr>
          <w:rFonts w:ascii="微软雅黑" w:eastAsia="微软雅黑" w:hAnsi="微软雅黑" w:cs="微软雅黑" w:hint="eastAsia"/>
          <w:lang w:eastAsia="zh-CN"/>
        </w:rPr>
        <w:t>激活</w:t>
      </w:r>
      <w:r>
        <w:t>"</w:t>
      </w:r>
      <w:r>
        <w:rPr>
          <w:rFonts w:ascii="微软雅黑" w:eastAsia="微软雅黑" w:hAnsi="微软雅黑" w:cs="微软雅黑" w:hint="eastAsia"/>
          <w:lang w:eastAsia="zh-CN"/>
        </w:rPr>
        <w:t>发光；动作：学生依次亮起手中</w:t>
      </w:r>
      <w:r>
        <w:t>LED</w:t>
      </w:r>
      <w:r>
        <w:rPr>
          <w:rFonts w:ascii="微软雅黑" w:eastAsia="微软雅黑" w:hAnsi="微软雅黑" w:cs="微软雅黑" w:hint="eastAsia"/>
          <w:lang w:eastAsia="zh-CN"/>
        </w:rPr>
        <w:t>卡片、模拟信号前向传播与反向</w:t>
      </w:r>
      <w:r>
        <w:t>"</w:t>
      </w:r>
      <w:r>
        <w:rPr>
          <w:rFonts w:ascii="微软雅黑" w:eastAsia="微软雅黑" w:hAnsi="微软雅黑" w:cs="微软雅黑" w:hint="eastAsia"/>
          <w:lang w:eastAsia="zh-CN"/>
        </w:rPr>
        <w:t>追问</w:t>
      </w:r>
      <w:r>
        <w:t>"</w:t>
      </w:r>
      <w:r>
        <w:rPr>
          <w:rFonts w:ascii="微软雅黑" w:eastAsia="微软雅黑" w:hAnsi="微软雅黑" w:cs="微软雅黑" w:hint="eastAsia"/>
          <w:lang w:eastAsia="zh-CN"/>
        </w:rPr>
        <w:t>；场景：明亮温暖的教室，黑板写有</w:t>
      </w:r>
      <w:r>
        <w:t>"</w:t>
      </w:r>
      <w:r>
        <w:rPr>
          <w:rFonts w:ascii="微软雅黑" w:eastAsia="微软雅黑" w:hAnsi="微软雅黑" w:cs="微软雅黑" w:hint="eastAsia"/>
          <w:lang w:eastAsia="zh-CN"/>
        </w:rPr>
        <w:t>苏格拉底追问链</w:t>
      </w:r>
      <w:r>
        <w:t>"</w:t>
      </w:r>
      <w:r>
        <w:rPr>
          <w:rFonts w:ascii="微软雅黑" w:eastAsia="微软雅黑" w:hAnsi="微软雅黑" w:cs="微软雅黑" w:hint="eastAsia"/>
          <w:lang w:eastAsia="zh-CN"/>
        </w:rPr>
        <w:t>；光影：上午斜射窗光</w:t>
      </w:r>
      <w:r>
        <w:t>+</w:t>
      </w:r>
      <w:r>
        <w:rPr>
          <w:rFonts w:ascii="微软雅黑" w:eastAsia="微软雅黑" w:hAnsi="微软雅黑" w:cs="微软雅黑" w:hint="eastAsia"/>
          <w:lang w:eastAsia="zh-CN"/>
        </w:rPr>
        <w:t>柔和环境光，激活时冷蓝辉光；镜头运动：从全景缓慢推近至小组特写再环绕昇格；风格：纪实教育纪录片质感、浅景深；情绪：好奇、专注、顿悟的欣喜。</w:t>
      </w:r>
      <w:r/>
    </w:p>
    <w:p>
      <w:bookmarkStart w:id="43" w:name="_Toc_section_22"/>
      <w:bookmarkStart w:id="21" w:name="section-22"/>
      <w:pPr>
        <w:pStyle w:val="Heading2"/>
        <w:pageBreakBefore/>
      </w:pPr>
      <w:bookmarkEnd w:id="21"/>
      <w:r>
        <w:rPr>
          <w:rFonts w:ascii="微软雅黑" w:hAnsi="微软雅黑" w:eastAsia="微软雅黑" w:cs="微软雅黑" w:hint="eastAsia"/>
          <w:b w:val="0"/>
          <w:color w:val="1A237E"/>
          <w:sz w:val="22"/>
          <w:lang w:eastAsia="zh-CN"/>
        </w:rPr>
        <w:t xml:space="preserve">  研修方案 19（下）：《总结——人工智能通识课的教学法与技术（下）》</w:t>
      </w:r>
      <w:bookmarkEnd w:id="43"/>
    </w:p>
    <w:p>
      <w:pPr>
        <w:spacing w:after="72"/>
      </w:pPr>
      <w:r>
        <w:rPr>
          <w:color w:val="212121"/>
        </w:rPr>
        <w:t xml:space="preserve">  </w:t>
      </w:r>
      <w:r>
        <w:rPr>
          <w:rFonts w:ascii="微软雅黑" w:eastAsia="微软雅黑" w:hAnsi="微软雅黑" w:cs="微软雅黑" w:hint="eastAsia"/>
          <w:color w:val="212121"/>
          <w:lang w:eastAsia="zh-CN"/>
        </w:rPr>
        <w:t>配套视频：第</w:t>
      </w:r>
      <w:r>
        <w:rPr>
          <w:color w:val="212121"/>
        </w:rPr>
        <w:t>19</w:t>
      </w:r>
      <w:r>
        <w:rPr>
          <w:rFonts w:ascii="微软雅黑" w:eastAsia="微软雅黑" w:hAnsi="微软雅黑" w:cs="微软雅黑" w:hint="eastAsia"/>
          <w:color w:val="212121"/>
          <w:lang w:eastAsia="zh-CN"/>
        </w:rPr>
        <w:t>讲（下）《总结</w:t>
      </w:r>
      <w:r>
        <w:rPr>
          <w:color w:val="212121"/>
        </w:rPr>
        <w:t>——</w:t>
      </w:r>
      <w:r>
        <w:rPr>
          <w:rFonts w:ascii="微软雅黑" w:eastAsia="微软雅黑" w:hAnsi="微软雅黑" w:cs="微软雅黑" w:hint="eastAsia"/>
          <w:color w:val="212121"/>
          <w:lang w:eastAsia="zh-CN"/>
        </w:rPr>
        <w:t>人工智能通识课的教学法与技术（下）》｜时长约</w:t>
      </w:r>
      <w:r>
        <w:rPr>
          <w:color w:val="212121"/>
        </w:rPr>
        <w:t>14</w:t>
      </w:r>
      <w:r>
        <w:rPr>
          <w:rFonts w:ascii="微软雅黑" w:eastAsia="微软雅黑" w:hAnsi="微软雅黑" w:cs="微软雅黑" w:hint="eastAsia"/>
          <w:color w:val="212121"/>
          <w:lang w:eastAsia="zh-CN"/>
        </w:rPr>
        <w:t>分钟｜来源：国家智慧教育平台</w:t>
      </w:r>
    </w:p>
    <w:p>
      <w:pPr/>
      <w:r>
        <w:rPr>
          <w:rFonts w:ascii="微软雅黑" w:eastAsia="微软雅黑" w:hAnsi="微软雅黑" w:cs="微软雅黑" w:hint="eastAsia"/>
          <w:b/>
          <w:lang w:eastAsia="zh-CN"/>
        </w:rPr>
        <w:t>研修模块</w:t>
      </w:r>
      <w:r>
        <w:rPr>
          <w:rFonts w:ascii="微软雅黑" w:eastAsia="微软雅黑" w:hAnsi="微软雅黑" w:cs="微软雅黑" w:hint="eastAsia"/>
          <w:lang w:eastAsia="zh-CN"/>
        </w:rPr>
        <w:t>：总结提升（方法论核心）</w:t>
      </w:r>
    </w:p>
    <w:p>
      <w:pPr/>
      <w:r>
        <w:rPr>
          <w:rFonts w:ascii="微软雅黑" w:eastAsia="微软雅黑" w:hAnsi="微软雅黑" w:cs="微软雅黑" w:hint="eastAsia"/>
          <w:b/>
          <w:lang w:eastAsia="zh-CN"/>
        </w:rPr>
        <w:t>建议研修对象</w:t>
      </w:r>
      <w:r>
        <w:rPr>
          <w:rFonts w:ascii="微软雅黑" w:eastAsia="微软雅黑" w:hAnsi="微软雅黑" w:cs="微软雅黑" w:hint="eastAsia"/>
          <w:lang w:eastAsia="zh-CN"/>
        </w:rPr>
        <w:t>：泉州一中教研室成员、各学科教研组长、</w:t>
      </w:r>
      <w:r>
        <w:t>AI</w:t>
      </w:r>
      <w:r>
        <w:rPr>
          <w:rFonts w:ascii="微软雅黑" w:eastAsia="微软雅黑" w:hAnsi="微软雅黑" w:cs="微软雅黑" w:hint="eastAsia"/>
          <w:lang w:eastAsia="zh-CN"/>
        </w:rPr>
        <w:t>通识课程校本研发核心团队（信息科技、数学、科学、物理、通用技术、综合实践等），以及承担课后服务、社团、馆校合作项目的教师。本讲侧重</w:t>
      </w:r>
      <w:r>
        <w:t>"</w:t>
      </w:r>
      <w:r>
        <w:rPr>
          <w:rFonts w:ascii="微软雅黑" w:eastAsia="微软雅黑" w:hAnsi="微软雅黑" w:cs="微软雅黑" w:hint="eastAsia"/>
          <w:lang w:eastAsia="zh-CN"/>
        </w:rPr>
        <w:t>课程如何开发与实施</w:t>
      </w:r>
      <w:r>
        <w:t>"</w:t>
      </w:r>
      <w:r>
        <w:rPr>
          <w:rFonts w:ascii="微软雅黑" w:eastAsia="微软雅黑" w:hAnsi="微软雅黑" w:cs="微软雅黑" w:hint="eastAsia"/>
          <w:lang w:eastAsia="zh-CN"/>
        </w:rPr>
        <w:t>，建议校本课程研发骨干重点参加，全体拟开课教师同步了解。</w:t>
      </w:r>
    </w:p>
    <w:p>
      <w:pPr/>
      <w:r>
        <w:rPr>
          <w:rFonts w:ascii="微软雅黑" w:eastAsia="微软雅黑" w:hAnsi="微软雅黑" w:cs="微软雅黑" w:hint="eastAsia"/>
          <w:b/>
          <w:lang w:eastAsia="zh-CN"/>
        </w:rPr>
        <w:t>研修形式</w:t>
      </w:r>
      <w:r>
        <w:rPr>
          <w:rFonts w:ascii="微软雅黑" w:eastAsia="微软雅黑" w:hAnsi="微软雅黑" w:cs="微软雅黑" w:hint="eastAsia"/>
          <w:lang w:eastAsia="zh-CN"/>
        </w:rPr>
        <w:t>：集中观看</w:t>
      </w:r>
      <w:r>
        <w:t xml:space="preserve"> + </w:t>
      </w:r>
      <w:r>
        <w:rPr>
          <w:rFonts w:ascii="微软雅黑" w:eastAsia="微软雅黑" w:hAnsi="微软雅黑" w:cs="微软雅黑" w:hint="eastAsia"/>
          <w:lang w:eastAsia="zh-CN"/>
        </w:rPr>
        <w:t>互动研讨</w:t>
      </w:r>
      <w:r>
        <w:t xml:space="preserve"> + </w:t>
      </w:r>
      <w:r>
        <w:rPr>
          <w:rFonts w:ascii="微软雅黑" w:eastAsia="微软雅黑" w:hAnsi="微软雅黑" w:cs="微软雅黑" w:hint="eastAsia"/>
          <w:lang w:eastAsia="zh-CN"/>
        </w:rPr>
        <w:t>迁移作业</w:t>
      </w:r>
      <w:r/>
    </w:p>
    <w:p>
      <w:pPr>
        <w:pStyle w:val="Heading3"/>
      </w:pPr>
      <w:r>
        <w:rPr>
          <w:rFonts w:ascii="微软雅黑" w:hAnsi="微软雅黑" w:eastAsia="微软雅黑" w:cs="微软雅黑" w:hint="eastAsia"/>
          <w:b w:val="0"/>
          <w:color w:val="1A237E"/>
          <w:sz w:val="20"/>
          <w:lang w:eastAsia="zh-CN"/>
        </w:rPr>
        <w:t>一、研修目标（3-4条，可检核的行为动词）</w:t>
      </w:r>
    </w:p>
    <w:p>
      <w:pPr>
        <w:pStyle w:val="ListNumber"/>
        <w:numPr>
          <w:ilvl w:val="0"/>
          <w:numId w:val="57"/>
        </w:numPr>
        <w:spacing w:after="72"/>
      </w:pPr>
      <w:r>
        <w:rPr>
          <w:rFonts w:ascii="微软雅黑" w:eastAsia="微软雅黑" w:hAnsi="微软雅黑" w:cs="微软雅黑" w:hint="eastAsia"/>
          <w:b/>
          <w:lang w:eastAsia="zh-CN"/>
        </w:rPr>
        <w:t>阐释并绘制</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洋葱模型</w:t>
      </w:r>
      <w:r>
        <w:t>"</w:t>
      </w:r>
      <w:r>
        <w:rPr>
          <w:rFonts w:ascii="微软雅黑" w:eastAsia="微软雅黑" w:hAnsi="微软雅黑" w:cs="微软雅黑" w:hint="eastAsia"/>
          <w:lang w:eastAsia="zh-CN"/>
        </w:rPr>
        <w:t>六层结构（抽象世界</w:t>
      </w:r>
      <w:r>
        <w:t>→</w:t>
      </w:r>
      <w:r>
        <w:rPr>
          <w:rFonts w:ascii="微软雅黑" w:eastAsia="微软雅黑" w:hAnsi="微软雅黑" w:cs="微软雅黑" w:hint="eastAsia"/>
          <w:lang w:eastAsia="zh-CN"/>
        </w:rPr>
        <w:t>基本原理</w:t>
      </w:r>
      <w:r>
        <w:t>→</w:t>
      </w:r>
      <w:r>
        <w:rPr>
          <w:rFonts w:ascii="微软雅黑" w:eastAsia="微软雅黑" w:hAnsi="微软雅黑" w:cs="微软雅黑" w:hint="eastAsia"/>
          <w:lang w:eastAsia="zh-CN"/>
        </w:rPr>
        <w:t>基础理论</w:t>
      </w:r>
      <w:r>
        <w:t>→</w:t>
      </w:r>
      <w:r>
        <w:rPr>
          <w:rFonts w:ascii="微软雅黑" w:eastAsia="微软雅黑" w:hAnsi="微软雅黑" w:cs="微软雅黑" w:hint="eastAsia"/>
          <w:lang w:eastAsia="zh-CN"/>
        </w:rPr>
        <w:t>关键技术</w:t>
      </w:r>
      <w:r>
        <w:t>→</w:t>
      </w:r>
      <w:r>
        <w:rPr>
          <w:rFonts w:ascii="微软雅黑" w:eastAsia="微软雅黑" w:hAnsi="微软雅黑" w:cs="微软雅黑" w:hint="eastAsia"/>
          <w:lang w:eastAsia="zh-CN"/>
        </w:rPr>
        <w:t>典型应用</w:t>
      </w:r>
      <w:r>
        <w:t>→</w:t>
      </w:r>
      <w:r>
        <w:rPr>
          <w:rFonts w:ascii="微软雅黑" w:eastAsia="微软雅黑" w:hAnsi="微软雅黑" w:cs="微软雅黑" w:hint="eastAsia"/>
          <w:lang w:eastAsia="zh-CN"/>
        </w:rPr>
        <w:t>现实生活），能说明</w:t>
      </w:r>
      <w:r>
        <w:t>"</w:t>
      </w:r>
      <w:r>
        <w:rPr>
          <w:rFonts w:ascii="微软雅黑" w:eastAsia="微软雅黑" w:hAnsi="微软雅黑" w:cs="微软雅黑" w:hint="eastAsia"/>
          <w:lang w:eastAsia="zh-CN"/>
        </w:rPr>
        <w:t>教师做洋葱、学生剥洋葱</w:t>
      </w:r>
      <w:r>
        <w:t>"</w:t>
      </w:r>
      <w:r>
        <w:rPr>
          <w:rFonts w:ascii="微软雅黑" w:eastAsia="微软雅黑" w:hAnsi="微软雅黑" w:cs="微软雅黑" w:hint="eastAsia"/>
          <w:lang w:eastAsia="zh-CN"/>
        </w:rPr>
        <w:t>的双向含义及跨学科融入方式。</w:t>
      </w:r>
    </w:p>
    <w:p>
      <w:pPr>
        <w:pStyle w:val="ListNumber"/>
        <w:numPr>
          <w:ilvl w:val="0"/>
          <w:numId w:val="57"/>
        </w:numPr>
        <w:spacing w:after="72"/>
      </w:pPr>
      <w:r>
        <w:rPr>
          <w:rFonts w:ascii="微软雅黑" w:eastAsia="微软雅黑" w:hAnsi="微软雅黑" w:cs="微软雅黑" w:hint="eastAsia"/>
          <w:b/>
          <w:lang w:eastAsia="zh-CN"/>
        </w:rPr>
        <w:t>对照并标注</w:t>
      </w:r>
      <w:r>
        <w:rPr>
          <w:rFonts w:ascii="微软雅黑" w:eastAsia="微软雅黑" w:hAnsi="微软雅黑" w:cs="微软雅黑" w:hint="eastAsia"/>
          <w:lang w:eastAsia="zh-CN"/>
        </w:rPr>
        <w:t>本校</w:t>
      </w:r>
      <w:r>
        <w:t>AI</w:t>
      </w:r>
      <w:r>
        <w:rPr>
          <w:rFonts w:ascii="微软雅黑" w:eastAsia="微软雅黑" w:hAnsi="微软雅黑" w:cs="微软雅黑" w:hint="eastAsia"/>
          <w:lang w:eastAsia="zh-CN"/>
        </w:rPr>
        <w:t>通识课与数学、科学、物理、信息科技等学科课程标准的衔接点，运用</w:t>
      </w:r>
      <w:r>
        <w:t>"</w:t>
      </w:r>
      <w:r>
        <w:rPr>
          <w:rFonts w:ascii="微软雅黑" w:eastAsia="微软雅黑" w:hAnsi="微软雅黑" w:cs="微软雅黑" w:hint="eastAsia"/>
          <w:lang w:eastAsia="zh-CN"/>
        </w:rPr>
        <w:t>知识主题式为主线、工具主题式支撑</w:t>
      </w:r>
      <w:r>
        <w:t>"</w:t>
      </w:r>
      <w:r>
        <w:rPr>
          <w:rFonts w:ascii="微软雅黑" w:eastAsia="微软雅黑" w:hAnsi="微软雅黑" w:cs="微软雅黑" w:hint="eastAsia"/>
          <w:lang w:eastAsia="zh-CN"/>
        </w:rPr>
        <w:t>的</w:t>
      </w:r>
      <w:r>
        <w:t>K-12</w:t>
      </w:r>
      <w:r>
        <w:rPr>
          <w:rFonts w:ascii="微软雅黑" w:eastAsia="微软雅黑" w:hAnsi="微软雅黑" w:cs="微软雅黑" w:hint="eastAsia"/>
          <w:lang w:eastAsia="zh-CN"/>
        </w:rPr>
        <w:t>谱系思路，修订或新建一个模块化课程单元。</w:t>
      </w:r>
    </w:p>
    <w:p>
      <w:pPr>
        <w:pStyle w:val="ListNumber"/>
        <w:numPr>
          <w:ilvl w:val="0"/>
          <w:numId w:val="57"/>
        </w:numPr>
        <w:spacing w:after="72"/>
      </w:pPr>
      <w:r>
        <w:rPr>
          <w:rFonts w:ascii="微软雅黑" w:eastAsia="微软雅黑" w:hAnsi="微软雅黑" w:cs="微软雅黑" w:hint="eastAsia"/>
          <w:b/>
          <w:lang w:eastAsia="zh-CN"/>
        </w:rPr>
        <w:t>搭建</w:t>
      </w:r>
      <w:r>
        <w:rPr>
          <w:rFonts w:ascii="微软雅黑" w:eastAsia="微软雅黑" w:hAnsi="微软雅黑" w:cs="微软雅黑" w:hint="eastAsia"/>
          <w:lang w:eastAsia="zh-CN"/>
        </w:rPr>
        <w:t>一套</w:t>
      </w:r>
      <w:r>
        <w:t>"</w:t>
      </w:r>
      <w:r>
        <w:rPr>
          <w:rFonts w:ascii="微软雅黑" w:eastAsia="微软雅黑" w:hAnsi="微软雅黑" w:cs="微软雅黑" w:hint="eastAsia"/>
          <w:lang w:eastAsia="zh-CN"/>
        </w:rPr>
        <w:t>教师用</w:t>
      </w:r>
      <w:r>
        <w:t>+</w:t>
      </w:r>
      <w:r>
        <w:rPr>
          <w:rFonts w:ascii="微软雅黑" w:eastAsia="微软雅黑" w:hAnsi="微软雅黑" w:cs="微软雅黑" w:hint="eastAsia"/>
          <w:lang w:eastAsia="zh-CN"/>
        </w:rPr>
        <w:t>学生用</w:t>
      </w:r>
      <w:r>
        <w:t>"</w:t>
      </w:r>
      <w:r>
        <w:rPr>
          <w:rFonts w:ascii="微软雅黑" w:eastAsia="微软雅黑" w:hAnsi="微软雅黑" w:cs="微软雅黑" w:hint="eastAsia"/>
          <w:lang w:eastAsia="zh-CN"/>
        </w:rPr>
        <w:t>双向数字资源包清单（含数字教材</w:t>
      </w:r>
      <w:r>
        <w:t>/PPT</w:t>
      </w:r>
      <w:r>
        <w:rPr>
          <w:rFonts w:ascii="微软雅黑" w:eastAsia="微软雅黑" w:hAnsi="微软雅黑" w:cs="微软雅黑" w:hint="eastAsia"/>
          <w:lang w:eastAsia="zh-CN"/>
        </w:rPr>
        <w:t>、说课视频、教学</w:t>
      </w:r>
      <w:r>
        <w:t>PPT</w:t>
      </w:r>
      <w:r>
        <w:rPr>
          <w:rFonts w:ascii="微软雅黑" w:eastAsia="微软雅黑" w:hAnsi="微软雅黑" w:cs="微软雅黑" w:hint="eastAsia"/>
          <w:lang w:eastAsia="zh-CN"/>
        </w:rPr>
        <w:t>、验证</w:t>
      </w:r>
      <w:r>
        <w:t>/</w:t>
      </w:r>
      <w:r>
        <w:rPr>
          <w:rFonts w:ascii="微软雅黑" w:eastAsia="微软雅黑" w:hAnsi="微软雅黑" w:cs="微软雅黑" w:hint="eastAsia"/>
          <w:lang w:eastAsia="zh-CN"/>
        </w:rPr>
        <w:t>演示视频、材料清单、学生上手指南、学生任务单），落实</w:t>
      </w:r>
      <w:r>
        <w:t>"</w:t>
      </w:r>
      <w:r>
        <w:rPr>
          <w:rFonts w:ascii="微软雅黑" w:eastAsia="微软雅黑" w:hAnsi="微软雅黑" w:cs="微软雅黑" w:hint="eastAsia"/>
          <w:lang w:eastAsia="zh-CN"/>
        </w:rPr>
        <w:t>非</w:t>
      </w:r>
      <w:r>
        <w:t>AI</w:t>
      </w:r>
      <w:r>
        <w:rPr>
          <w:rFonts w:ascii="微软雅黑" w:eastAsia="微软雅黑" w:hAnsi="微软雅黑" w:cs="微软雅黑" w:hint="eastAsia"/>
          <w:lang w:eastAsia="zh-CN"/>
        </w:rPr>
        <w:t>专业教师拿来即用</w:t>
      </w:r>
      <w:r>
        <w:t>"</w:t>
      </w:r>
      <w:r>
        <w:rPr>
          <w:rFonts w:ascii="微软雅黑" w:eastAsia="微软雅黑" w:hAnsi="微软雅黑" w:cs="微软雅黑" w:hint="eastAsia"/>
          <w:lang w:eastAsia="zh-CN"/>
        </w:rPr>
        <w:t>的校本支持目标。</w:t>
      </w:r>
    </w:p>
    <w:p>
      <w:pPr>
        <w:pStyle w:val="ListNumber"/>
        <w:numPr>
          <w:ilvl w:val="0"/>
          <w:numId w:val="57"/>
        </w:numPr>
        <w:spacing w:after="72"/>
      </w:pPr>
      <w:r>
        <w:rPr>
          <w:rFonts w:ascii="微软雅黑" w:eastAsia="微软雅黑" w:hAnsi="微软雅黑" w:cs="微软雅黑" w:hint="eastAsia"/>
          <w:b/>
          <w:lang w:eastAsia="zh-CN"/>
        </w:rPr>
        <w:t>运用</w:t>
      </w:r>
      <w:r>
        <w:rPr>
          <w:rFonts w:ascii="微软雅黑" w:eastAsia="微软雅黑" w:hAnsi="微软雅黑" w:cs="微软雅黑" w:hint="eastAsia"/>
          <w:lang w:eastAsia="zh-CN"/>
        </w:rPr>
        <w:t>课程构建五原则与</w:t>
      </w:r>
      <w:r>
        <w:t>"</w:t>
      </w:r>
      <w:r>
        <w:rPr>
          <w:rFonts w:ascii="微软雅黑" w:eastAsia="微软雅黑" w:hAnsi="微软雅黑" w:cs="微软雅黑" w:hint="eastAsia"/>
          <w:lang w:eastAsia="zh-CN"/>
        </w:rPr>
        <w:t>四字诀</w:t>
      </w:r>
      <w:r>
        <w:t>"</w:t>
      </w: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育人为本、工</w:t>
      </w:r>
      <w:r>
        <w:t>—</w:t>
      </w:r>
      <w:r>
        <w:rPr>
          <w:rFonts w:ascii="微软雅黑" w:eastAsia="微软雅黑" w:hAnsi="微软雅黑" w:cs="微软雅黑" w:hint="eastAsia"/>
          <w:lang w:eastAsia="zh-CN"/>
        </w:rPr>
        <w:t>技术赋能、智</w:t>
      </w:r>
      <w:r>
        <w:t>—</w:t>
      </w:r>
      <w:r>
        <w:rPr>
          <w:rFonts w:ascii="微软雅黑" w:eastAsia="微软雅黑" w:hAnsi="微软雅黑" w:cs="微软雅黑" w:hint="eastAsia"/>
          <w:lang w:eastAsia="zh-CN"/>
        </w:rPr>
        <w:t>认知发展、能</w:t>
      </w:r>
      <w:r>
        <w:t>—</w:t>
      </w:r>
      <w:r>
        <w:rPr>
          <w:rFonts w:ascii="微软雅黑" w:eastAsia="微软雅黑" w:hAnsi="微软雅黑" w:cs="微软雅黑" w:hint="eastAsia"/>
          <w:lang w:eastAsia="zh-CN"/>
        </w:rPr>
        <w:t>创新实践），结合</w:t>
      </w:r>
      <w:r>
        <w:t>"</w:t>
      </w:r>
      <w:r>
        <w:rPr>
          <w:rFonts w:ascii="微软雅黑" w:eastAsia="微软雅黑" w:hAnsi="微软雅黑" w:cs="微软雅黑" w:hint="eastAsia"/>
          <w:lang w:eastAsia="zh-CN"/>
        </w:rPr>
        <w:t>四位一体</w:t>
      </w:r>
      <w:r>
        <w:t>"</w:t>
      </w:r>
      <w:r>
        <w:rPr>
          <w:rFonts w:ascii="微软雅黑" w:eastAsia="微软雅黑" w:hAnsi="微软雅黑" w:cs="微软雅黑" w:hint="eastAsia"/>
          <w:lang w:eastAsia="zh-CN"/>
        </w:rPr>
        <w:t>闭环，撰写本校</w:t>
      </w:r>
      <w:r>
        <w:t>AI</w:t>
      </w:r>
      <w:r>
        <w:rPr>
          <w:rFonts w:ascii="微软雅黑" w:eastAsia="微软雅黑" w:hAnsi="微软雅黑" w:cs="微软雅黑" w:hint="eastAsia"/>
          <w:lang w:eastAsia="zh-CN"/>
        </w:rPr>
        <w:t>通识教育的课程质量自检清单与育人愿景表述。</w:t>
      </w:r>
      <w:r/>
    </w:p>
    <w:p>
      <w:pPr>
        <w:pStyle w:val="Heading3"/>
      </w:pPr>
      <w:r>
        <w:rPr>
          <w:rFonts w:ascii="微软雅黑" w:hAnsi="微软雅黑" w:eastAsia="微软雅黑" w:cs="微软雅黑" w:hint="eastAsia"/>
          <w:b w:val="0"/>
          <w:color w:val="1A237E"/>
          <w:sz w:val="20"/>
          <w:lang w:eastAsia="zh-CN"/>
        </w:rPr>
        <w:t>二、观看任务单（表格：任务｜观看时关注点｜记录要求）</w:t>
      </w:r>
    </w:p>
    <w:tbl>
      <w:tblPr>
        <w:tblW w:type="pct" w:w="5000"/>
        <w:tblLook w:firstColumn="1" w:firstRow="1" w:lastColumn="0" w:lastRow="0" w:noHBand="0" w:noVBand="1" w:val="04A0"/>
        <w:tblLayout w:type="autofit"/>
      </w:tblPr>
      <w:tblGrid>
        <w:gridCol w:w="2880"/>
        <w:gridCol w:w="2880"/>
        <w:gridCol w:w="2880"/>
      </w:tblGrid>
      <w:tr>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任务</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观看时关注点</w:t>
            </w:r>
          </w:p>
        </w:tc>
        <w:tc>
          <w:tcPr>
            <w:tcW w:type="dxa" w:w="288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记录要求</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1</w:t>
            </w:r>
            <w:r>
              <w:rPr>
                <w:sz w:val="18"/>
              </w:rPr>
              <w:t xml:space="preserve"> </w:t>
            </w:r>
            <w:r>
              <w:rPr>
                <w:sz w:val="18"/>
              </w:rPr>
              <w:t>：洋葱分层</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洋葱由内到外六层顺序；学生从生活往内</w:t>
            </w:r>
            <w:r>
              <w:rPr>
                <w:sz w:val="18"/>
              </w:rPr>
              <w:t xml:space="preserve"> </w:t>
            </w:r>
            <w:r>
              <w:rPr>
                <w:sz w:val="18"/>
              </w:rPr>
              <w:t>"</w:t>
            </w:r>
            <w:r>
              <w:rPr>
                <w:sz w:val="18"/>
              </w:rPr>
              <w:t xml:space="preserve"> </w:t>
            </w:r>
            <w:r>
              <w:rPr>
                <w:sz w:val="18"/>
              </w:rPr>
              <w:t>剥</w:t>
            </w:r>
            <w:r>
              <w:rPr>
                <w:sz w:val="18"/>
              </w:rPr>
              <w:t xml:space="preserve"> </w:t>
            </w:r>
            <w:r>
              <w:rPr>
                <w:sz w:val="18"/>
              </w:rPr>
              <w:t>"</w:t>
            </w:r>
            <w:r>
              <w:rPr>
                <w:sz w:val="18"/>
              </w:rPr>
              <w:t xml:space="preserve"> </w:t>
            </w:r>
            <w:r>
              <w:rPr>
                <w:sz w:val="18"/>
              </w:rPr>
              <w:t>到芯的过程；数学</w:t>
            </w:r>
            <w:r>
              <w:rPr>
                <w:sz w:val="18"/>
              </w:rPr>
              <w:t xml:space="preserve"> </w:t>
            </w:r>
            <w:r>
              <w:rPr>
                <w:sz w:val="18"/>
              </w:rPr>
              <w:t>/</w:t>
            </w:r>
            <w:r>
              <w:rPr>
                <w:sz w:val="18"/>
              </w:rPr>
              <w:t xml:space="preserve"> </w:t>
            </w:r>
            <w:r>
              <w:rPr>
                <w:sz w:val="18"/>
              </w:rPr>
              <w:t>科学</w:t>
            </w:r>
            <w:r>
              <w:rPr>
                <w:sz w:val="18"/>
              </w:rPr>
              <w:t xml:space="preserve"> </w:t>
            </w:r>
            <w:r>
              <w:rPr>
                <w:sz w:val="18"/>
              </w:rPr>
              <w:t>/</w:t>
            </w:r>
            <w:r>
              <w:rPr>
                <w:sz w:val="18"/>
              </w:rPr>
              <w:t xml:space="preserve"> </w:t>
            </w:r>
            <w:r>
              <w:rPr>
                <w:sz w:val="18"/>
              </w:rPr>
              <w:t>技术</w:t>
            </w:r>
            <w:r>
              <w:rPr>
                <w:sz w:val="18"/>
              </w:rPr>
              <w:t xml:space="preserve"> </w:t>
            </w:r>
            <w:r>
              <w:rPr>
                <w:sz w:val="18"/>
              </w:rPr>
              <w:t>/</w:t>
            </w:r>
            <w:r>
              <w:rPr>
                <w:sz w:val="18"/>
              </w:rPr>
              <w:t xml:space="preserve"> </w:t>
            </w:r>
            <w:r>
              <w:rPr>
                <w:sz w:val="18"/>
              </w:rPr>
              <w:t>工程</w:t>
            </w:r>
            <w:r>
              <w:rPr>
                <w:sz w:val="18"/>
              </w:rPr>
              <w:t xml:space="preserve"> </w:t>
            </w:r>
            <w:r>
              <w:rPr>
                <w:sz w:val="18"/>
              </w:rPr>
              <w:t>/</w:t>
            </w:r>
            <w:r>
              <w:rPr>
                <w:sz w:val="18"/>
              </w:rPr>
              <w:t xml:space="preserve"> </w:t>
            </w:r>
            <w:r>
              <w:rPr>
                <w:sz w:val="18"/>
              </w:rPr>
              <w:t>人文如何融入</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画出洋葱六层图，标注跨学科融入点</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2</w:t>
            </w:r>
            <w:r>
              <w:rPr>
                <w:sz w:val="18"/>
              </w:rPr>
              <w:t xml:space="preserve"> </w:t>
            </w:r>
            <w:r>
              <w:rPr>
                <w:sz w:val="18"/>
              </w:rPr>
              <w:t>：课程谱系</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知识主题式</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工具主题式</w:t>
            </w:r>
            <w:r>
              <w:rPr>
                <w:sz w:val="18"/>
              </w:rPr>
              <w:t xml:space="preserve"> </w:t>
            </w:r>
            <w:r>
              <w:rPr>
                <w:sz w:val="18"/>
              </w:rPr>
              <w:t>"</w:t>
            </w:r>
            <w:r>
              <w:rPr>
                <w:sz w:val="18"/>
              </w:rPr>
              <w:t xml:space="preserve"> </w:t>
            </w:r>
            <w:r>
              <w:rPr>
                <w:sz w:val="18"/>
              </w:rPr>
              <w:t>两条线索；</w:t>
            </w:r>
            <w:r>
              <w:rPr>
                <w:sz w:val="18"/>
              </w:rPr>
              <w:t xml:space="preserve"> </w:t>
            </w:r>
            <w:r>
              <w:rPr>
                <w:sz w:val="18"/>
              </w:rPr>
              <w:t>K-12</w:t>
            </w:r>
            <w:r>
              <w:rPr>
                <w:sz w:val="18"/>
              </w:rPr>
              <w:t xml:space="preserve"> </w:t>
            </w:r>
            <w:r>
              <w:rPr>
                <w:sz w:val="18"/>
              </w:rPr>
              <w:t>一条线覆盖小初高；对接</w:t>
            </w:r>
            <w:r>
              <w:rPr>
                <w:sz w:val="18"/>
              </w:rPr>
              <w:t xml:space="preserve"> </w:t>
            </w:r>
            <w:r>
              <w:rPr>
                <w:sz w:val="18"/>
              </w:rPr>
              <w:t>STEM</w:t>
            </w:r>
            <w:r>
              <w:rPr>
                <w:sz w:val="18"/>
              </w:rPr>
              <w:t xml:space="preserve"> </w:t>
            </w:r>
            <w:r>
              <w:rPr>
                <w:sz w:val="18"/>
              </w:rPr>
              <w:t>维度</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用双线图表达</w:t>
            </w:r>
            <w:r>
              <w:rPr>
                <w:sz w:val="18"/>
              </w:rPr>
              <w:t xml:space="preserve"> </w:t>
            </w:r>
            <w:r>
              <w:rPr>
                <w:sz w:val="18"/>
              </w:rPr>
              <w:t>"</w:t>
            </w:r>
            <w:r>
              <w:rPr>
                <w:sz w:val="18"/>
              </w:rPr>
              <w:t xml:space="preserve"> </w:t>
            </w:r>
            <w:r>
              <w:rPr>
                <w:sz w:val="18"/>
              </w:rPr>
              <w:t>知识主线</w:t>
            </w:r>
            <w:r>
              <w:rPr>
                <w:sz w:val="18"/>
              </w:rPr>
              <w:t xml:space="preserve"> </w:t>
            </w:r>
            <w:r>
              <w:rPr>
                <w:sz w:val="18"/>
              </w:rPr>
              <w:t>+</w:t>
            </w:r>
            <w:r>
              <w:rPr>
                <w:sz w:val="18"/>
              </w:rPr>
              <w:t xml:space="preserve"> </w:t>
            </w:r>
            <w:r>
              <w:rPr>
                <w:sz w:val="18"/>
              </w:rPr>
              <w:t>工具支撑</w:t>
            </w:r>
            <w:r>
              <w:rPr>
                <w:sz w:val="18"/>
              </w:rPr>
              <w:t xml:space="preserve"> </w:t>
            </w:r>
            <w:r>
              <w:rPr>
                <w:sz w:val="18"/>
              </w:rPr>
              <w:t>"</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3</w:t>
            </w:r>
            <w:r>
              <w:rPr>
                <w:sz w:val="18"/>
              </w:rPr>
              <w:t xml:space="preserve"> </w:t>
            </w:r>
            <w:r>
              <w:rPr>
                <w:sz w:val="18"/>
              </w:rPr>
              <w:t>：课标衔接</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紧扣到什么程度；校本课程与国家课程如何衔接；自然实现学科融合</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列出本校可衔接的</w:t>
            </w:r>
            <w:r>
              <w:rPr>
                <w:sz w:val="18"/>
              </w:rPr>
              <w:t xml:space="preserve"> </w:t>
            </w:r>
            <w:r>
              <w:rPr>
                <w:sz w:val="18"/>
              </w:rPr>
              <w:t>3</w:t>
            </w:r>
            <w:r>
              <w:rPr>
                <w:sz w:val="18"/>
              </w:rPr>
              <w:t xml:space="preserve"> </w:t>
            </w:r>
            <w:r>
              <w:rPr>
                <w:sz w:val="18"/>
              </w:rPr>
              <w:t>个课标条目</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4</w:t>
            </w:r>
            <w:r>
              <w:rPr>
                <w:sz w:val="18"/>
              </w:rPr>
              <w:t xml:space="preserve"> </w:t>
            </w:r>
            <w:r>
              <w:rPr>
                <w:sz w:val="18"/>
              </w:rPr>
              <w:t>：资源体系</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教师用资源清单、学生用资源清单各有哪些；对非</w:t>
            </w:r>
            <w:r>
              <w:rPr>
                <w:sz w:val="18"/>
              </w:rPr>
              <w:t xml:space="preserve"> </w:t>
            </w:r>
            <w:r>
              <w:rPr>
                <w:sz w:val="18"/>
              </w:rPr>
              <w:t>AI</w:t>
            </w:r>
            <w:r>
              <w:rPr>
                <w:sz w:val="18"/>
              </w:rPr>
              <w:t xml:space="preserve"> </w:t>
            </w:r>
            <w:r>
              <w:rPr>
                <w:sz w:val="18"/>
              </w:rPr>
              <w:t>专业教师的兜底做法</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双栏列出师</w:t>
            </w:r>
            <w:r>
              <w:rPr>
                <w:sz w:val="18"/>
              </w:rPr>
              <w:t xml:space="preserve"> </w:t>
            </w:r>
            <w:r>
              <w:rPr>
                <w:sz w:val="18"/>
              </w:rPr>
              <w:t>/</w:t>
            </w:r>
            <w:r>
              <w:rPr>
                <w:sz w:val="18"/>
              </w:rPr>
              <w:t xml:space="preserve"> </w:t>
            </w:r>
            <w:r>
              <w:rPr>
                <w:sz w:val="18"/>
              </w:rPr>
              <w:t>生资源包，标注</w:t>
            </w:r>
            <w:r>
              <w:rPr>
                <w:sz w:val="18"/>
              </w:rPr>
              <w:t xml:space="preserve"> </w:t>
            </w:r>
            <w:r>
              <w:rPr>
                <w:sz w:val="18"/>
              </w:rPr>
              <w:t>"</w:t>
            </w:r>
            <w:r>
              <w:rPr>
                <w:sz w:val="18"/>
              </w:rPr>
              <w:t xml:space="preserve"> </w:t>
            </w:r>
            <w:r>
              <w:rPr>
                <w:sz w:val="18"/>
              </w:rPr>
              <w:t>拿来即用</w:t>
            </w:r>
            <w:r>
              <w:rPr>
                <w:sz w:val="18"/>
              </w:rPr>
              <w:t xml:space="preserve"> </w:t>
            </w:r>
            <w:r>
              <w:rPr>
                <w:sz w:val="18"/>
              </w:rPr>
              <w:t>"</w:t>
            </w:r>
            <w:r>
              <w:rPr>
                <w:sz w:val="18"/>
              </w:rPr>
              <w:t xml:space="preserve"> </w:t>
            </w:r>
            <w:r>
              <w:rPr>
                <w:sz w:val="18"/>
              </w:rPr>
              <w:t>项</w:t>
            </w:r>
          </w:p>
        </w:tc>
      </w:tr>
      <w:tr>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任务</w:t>
            </w:r>
            <w:r>
              <w:rPr>
                <w:sz w:val="18"/>
              </w:rPr>
              <w:t xml:space="preserve"> </w:t>
            </w:r>
            <w:r>
              <w:rPr>
                <w:sz w:val="18"/>
              </w:rPr>
              <w:t>5</w:t>
            </w:r>
            <w:r>
              <w:rPr>
                <w:sz w:val="18"/>
              </w:rPr>
              <w:t xml:space="preserve"> </w:t>
            </w:r>
            <w:r>
              <w:rPr>
                <w:sz w:val="18"/>
              </w:rPr>
              <w:t>：五原则与四字诀</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课程构建五原则逐条；四位一体四齿轮；四字诀四字含义；愿景五点</w:t>
            </w:r>
          </w:p>
        </w:tc>
        <w:tc>
          <w:tcPr>
            <w:tcW w:type="dxa" w:w="288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抄录五原则原文，写出四字诀释义</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三、研修流程（90分钟示例）</w:t>
      </w:r>
    </w:p>
    <w:tbl>
      <w:tblPr>
        <w:tblW w:type="pct" w:w="5000"/>
        <w:tblLook w:firstColumn="1" w:firstRow="1" w:lastColumn="0" w:lastRow="0" w:noHBand="0" w:noVBand="1" w:val="04A0"/>
        <w:tblLayout w:type="autofit"/>
      </w:tblPr>
      <w:tblGrid>
        <w:gridCol w:w="2160"/>
        <w:gridCol w:w="2160"/>
        <w:gridCol w:w="2160"/>
        <w:gridCol w:w="2160"/>
      </w:tblGrid>
      <w:tr>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环节</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时间</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活动内容</w:t>
            </w:r>
          </w:p>
        </w:tc>
        <w:tc>
          <w:tcPr>
            <w:tcW w:type="dxa" w:w="216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组织要点</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研修导入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主持人说明本讲为课程开发宏观收束，承上（教法）启下（课程），明确研发骨干重点参与</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下发任务单与</w:t>
            </w:r>
            <w:r>
              <w:rPr>
                <w:sz w:val="18"/>
              </w:rPr>
              <w:t xml:space="preserve"> </w:t>
            </w:r>
            <w:r>
              <w:rPr>
                <w:sz w:val="18"/>
              </w:rPr>
              <w:t>"</w:t>
            </w:r>
            <w:r>
              <w:rPr>
                <w:sz w:val="18"/>
              </w:rPr>
              <w:t xml:space="preserve"> </w:t>
            </w:r>
            <w:r>
              <w:rPr>
                <w:sz w:val="18"/>
              </w:rPr>
              <w:t>洋葱图</w:t>
            </w:r>
            <w:r>
              <w:rPr>
                <w:sz w:val="18"/>
              </w:rPr>
              <w:t xml:space="preserve"> </w:t>
            </w:r>
            <w:r>
              <w:rPr>
                <w:sz w:val="18"/>
              </w:rPr>
              <w:t>/</w:t>
            </w:r>
            <w:r>
              <w:rPr>
                <w:sz w:val="18"/>
              </w:rPr>
              <w:t xml:space="preserve"> </w:t>
            </w:r>
            <w:r>
              <w:rPr>
                <w:sz w:val="18"/>
              </w:rPr>
              <w:t>资源包</w:t>
            </w:r>
            <w:r>
              <w:rPr>
                <w:sz w:val="18"/>
              </w:rPr>
              <w:t xml:space="preserve"> </w:t>
            </w:r>
            <w:r>
              <w:rPr>
                <w:sz w:val="18"/>
              </w:rPr>
              <w:t>"</w:t>
            </w:r>
            <w:r>
              <w:rPr>
                <w:sz w:val="18"/>
              </w:rPr>
              <w:t xml:space="preserve"> </w:t>
            </w:r>
            <w:r>
              <w:rPr>
                <w:sz w:val="18"/>
              </w:rPr>
              <w:t>空白模板</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2. </w:t>
            </w:r>
            <w:r>
              <w:rPr>
                <w:sz w:val="18"/>
              </w:rPr>
              <w:t xml:space="preserve"> </w:t>
            </w:r>
            <w:r>
              <w:rPr>
                <w:sz w:val="18"/>
              </w:rPr>
              <w:t>集中观看（下）</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14</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完整观看第</w:t>
            </w:r>
            <w:r>
              <w:rPr>
                <w:sz w:val="18"/>
              </w:rPr>
              <w:t xml:space="preserve"> </w:t>
            </w:r>
            <w:r>
              <w:rPr>
                <w:sz w:val="18"/>
              </w:rPr>
              <w:t>19</w:t>
            </w:r>
            <w:r>
              <w:rPr>
                <w:sz w:val="18"/>
              </w:rPr>
              <w:t xml:space="preserve"> </w:t>
            </w:r>
            <w:r>
              <w:rPr>
                <w:sz w:val="18"/>
              </w:rPr>
              <w:t>讲（下）视频</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专注记录，暂停可由主持人标记关键帧</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3. </w:t>
            </w:r>
            <w:r>
              <w:rPr>
                <w:sz w:val="18"/>
              </w:rPr>
              <w:t xml:space="preserve"> </w:t>
            </w:r>
            <w:r>
              <w:rPr>
                <w:sz w:val="18"/>
              </w:rPr>
              <w:t>个人梳理</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8</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学员补全洋葱图、资源包双栏、五原则抄录</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教研室提供模板，巡场支持非专业教师</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4. </w:t>
            </w:r>
            <w:r>
              <w:rPr>
                <w:sz w:val="18"/>
              </w:rPr>
              <w:t xml:space="preserve"> </w:t>
            </w:r>
            <w:r>
              <w:rPr>
                <w:sz w:val="18"/>
              </w:rPr>
              <w:t>导入互动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10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w:t>
            </w:r>
            <w:r>
              <w:rPr>
                <w:sz w:val="18"/>
              </w:rPr>
              <w:t xml:space="preserve"> </w:t>
            </w:r>
            <w:r>
              <w:rPr>
                <w:sz w:val="18"/>
              </w:rPr>
              <w:t>我校现有</w:t>
            </w:r>
            <w:r>
              <w:rPr>
                <w:sz w:val="18"/>
              </w:rPr>
              <w:t xml:space="preserve"> </w:t>
            </w:r>
            <w:r>
              <w:rPr>
                <w:sz w:val="18"/>
              </w:rPr>
              <w:t>AI</w:t>
            </w:r>
            <w:r>
              <w:rPr>
                <w:sz w:val="18"/>
              </w:rPr>
              <w:t xml:space="preserve"> </w:t>
            </w:r>
            <w:r>
              <w:rPr>
                <w:sz w:val="18"/>
              </w:rPr>
              <w:t>课处在洋葱哪一层？</w:t>
            </w:r>
            <w:r>
              <w:rPr>
                <w:sz w:val="18"/>
              </w:rPr>
              <w:t xml:space="preserve"> </w:t>
            </w:r>
            <w:r>
              <w:rPr>
                <w:sz w:val="18"/>
              </w:rPr>
              <w:t>"</w:t>
            </w:r>
            <w:r>
              <w:rPr>
                <w:sz w:val="18"/>
              </w:rPr>
              <w:t xml:space="preserve"> </w:t>
            </w:r>
            <w:r>
              <w:rPr>
                <w:sz w:val="18"/>
              </w:rPr>
              <w:t>各组贴标自检课程深度</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海报法呈现，暴露</w:t>
            </w:r>
            <w:r>
              <w:rPr>
                <w:sz w:val="18"/>
              </w:rPr>
              <w:t xml:space="preserve"> </w:t>
            </w:r>
            <w:r>
              <w:rPr>
                <w:sz w:val="18"/>
              </w:rPr>
              <w:t>"</w:t>
            </w:r>
            <w:r>
              <w:rPr>
                <w:sz w:val="18"/>
              </w:rPr>
              <w:t xml:space="preserve"> </w:t>
            </w:r>
            <w:r>
              <w:rPr>
                <w:sz w:val="18"/>
              </w:rPr>
              <w:t>只停留在应用层</w:t>
            </w:r>
            <w:r>
              <w:rPr>
                <w:sz w:val="18"/>
              </w:rPr>
              <w:t xml:space="preserve"> </w:t>
            </w:r>
            <w:r>
              <w:rPr>
                <w:sz w:val="18"/>
              </w:rPr>
              <w:t>/</w:t>
            </w:r>
            <w:r>
              <w:rPr>
                <w:sz w:val="18"/>
              </w:rPr>
              <w:t xml:space="preserve"> </w:t>
            </w:r>
            <w:r>
              <w:rPr>
                <w:sz w:val="18"/>
              </w:rPr>
              <w:t>只玩器材</w:t>
            </w:r>
            <w:r>
              <w:rPr>
                <w:sz w:val="18"/>
              </w:rPr>
              <w:t xml:space="preserve"> </w:t>
            </w:r>
            <w:r>
              <w:rPr>
                <w:sz w:val="18"/>
              </w:rPr>
              <w:t>"</w:t>
            </w:r>
            <w:r>
              <w:rPr>
                <w:sz w:val="18"/>
              </w:rPr>
              <w:t xml:space="preserve"> </w:t>
            </w:r>
            <w:r>
              <w:rPr>
                <w:sz w:val="18"/>
              </w:rPr>
              <w:t>问题</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5. </w:t>
            </w:r>
            <w:r>
              <w:rPr>
                <w:sz w:val="18"/>
              </w:rPr>
              <w:t xml:space="preserve"> </w:t>
            </w:r>
            <w:r>
              <w:rPr>
                <w:sz w:val="18"/>
              </w:rPr>
              <w:t>探究互动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20</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分站研讨：</w:t>
            </w:r>
            <w:r>
              <w:rPr>
                <w:sz w:val="18"/>
              </w:rPr>
              <w:t xml:space="preserve"> </w:t>
            </w:r>
            <w:r>
              <w:rPr>
                <w:sz w:val="18"/>
              </w:rPr>
              <w:t>①</w:t>
            </w:r>
            <w:r>
              <w:rPr>
                <w:sz w:val="18"/>
              </w:rPr>
              <w:t xml:space="preserve"> </w:t>
            </w:r>
            <w:r>
              <w:rPr>
                <w:sz w:val="18"/>
              </w:rPr>
              <w:t>洋葱如何落地校本教案；</w:t>
            </w:r>
            <w:r>
              <w:rPr>
                <w:sz w:val="18"/>
              </w:rPr>
              <w:t xml:space="preserve"> </w:t>
            </w:r>
            <w:r>
              <w:rPr>
                <w:sz w:val="18"/>
              </w:rPr>
              <w:t>②</w:t>
            </w:r>
            <w:r>
              <w:rPr>
                <w:sz w:val="18"/>
              </w:rPr>
              <w:t xml:space="preserve"> </w:t>
            </w:r>
            <w:r>
              <w:rPr>
                <w:sz w:val="18"/>
              </w:rPr>
              <w:t>课标衔接点标注；</w:t>
            </w:r>
            <w:r>
              <w:rPr>
                <w:sz w:val="18"/>
              </w:rPr>
              <w:t xml:space="preserve"> </w:t>
            </w:r>
            <w:r>
              <w:rPr>
                <w:sz w:val="18"/>
              </w:rPr>
              <w:t>③</w:t>
            </w:r>
            <w:r>
              <w:rPr>
                <w:sz w:val="18"/>
              </w:rPr>
              <w:t xml:space="preserve"> </w:t>
            </w:r>
            <w:r>
              <w:rPr>
                <w:sz w:val="18"/>
              </w:rPr>
              <w:t>资源包如何</w:t>
            </w:r>
            <w:r>
              <w:rPr>
                <w:sz w:val="18"/>
              </w:rPr>
              <w:t xml:space="preserve"> </w:t>
            </w:r>
            <w:r>
              <w:rPr>
                <w:sz w:val="18"/>
              </w:rPr>
              <w:t>"</w:t>
            </w:r>
            <w:r>
              <w:rPr>
                <w:sz w:val="18"/>
              </w:rPr>
              <w:t xml:space="preserve"> </w:t>
            </w:r>
            <w:r>
              <w:rPr>
                <w:sz w:val="18"/>
              </w:rPr>
              <w:t>拿来即用</w:t>
            </w:r>
            <w:r>
              <w:rPr>
                <w:sz w:val="18"/>
              </w:rPr>
              <w:t xml:space="preserve"> </w:t>
            </w:r>
            <w:r>
              <w:rPr>
                <w:sz w:val="18"/>
              </w:rPr>
              <w:t>"</w:t>
            </w:r>
            <w:r>
              <w:rPr>
                <w:sz w:val="18"/>
              </w:rPr>
              <w:t xml:space="preserve"> </w:t>
            </w:r>
            <w:r>
              <w:rPr>
                <w:sz w:val="18"/>
              </w:rPr>
              <w:t>；</w:t>
            </w:r>
            <w:r>
              <w:rPr>
                <w:sz w:val="18"/>
              </w:rPr>
              <w:t xml:space="preserve"> </w:t>
            </w:r>
            <w:r>
              <w:rPr>
                <w:sz w:val="18"/>
              </w:rPr>
              <w:t>④</w:t>
            </w:r>
            <w:r>
              <w:rPr>
                <w:sz w:val="18"/>
              </w:rPr>
              <w:t xml:space="preserve"> </w:t>
            </w:r>
            <w:r>
              <w:rPr>
                <w:sz w:val="18"/>
              </w:rPr>
              <w:t>五原则避坑</w:t>
            </w:r>
            <w:r>
              <w:rPr>
                <w:sz w:val="18"/>
              </w:rPr>
              <w:t xml:space="preserve"> </w:t>
            </w:r>
            <w:r>
              <w:rPr>
                <w:sz w:val="18"/>
              </w:rPr>
              <w:t>"</w:t>
            </w:r>
            <w:r>
              <w:rPr>
                <w:sz w:val="18"/>
              </w:rPr>
              <w:t xml:space="preserve"> </w:t>
            </w:r>
            <w:r>
              <w:rPr>
                <w:sz w:val="18"/>
              </w:rPr>
              <w:t>玩半天机器人</w:t>
            </w:r>
            <w:r>
              <w:rPr>
                <w:sz w:val="18"/>
              </w:rPr>
              <w:t xml:space="preserve"> </w:t>
            </w:r>
            <w:r>
              <w:rPr>
                <w:sz w:val="18"/>
              </w:rPr>
              <w:t>"</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每组一站，轮换讲解，形成卡片</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6. </w:t>
            </w:r>
            <w:r>
              <w:rPr>
                <w:sz w:val="18"/>
              </w:rPr>
              <w:t xml:space="preserve"> </w:t>
            </w:r>
            <w:r>
              <w:rPr>
                <w:sz w:val="18"/>
              </w:rPr>
              <w:t>应用互动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22</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以模块为单位共创：选一个真实问题，按五原则</w:t>
            </w:r>
            <w:r>
              <w:rPr>
                <w:sz w:val="18"/>
              </w:rPr>
              <w:t xml:space="preserve"> </w:t>
            </w:r>
            <w:r>
              <w:rPr>
                <w:sz w:val="18"/>
              </w:rPr>
              <w:t>+</w:t>
            </w:r>
            <w:r>
              <w:rPr>
                <w:sz w:val="18"/>
              </w:rPr>
              <w:t xml:space="preserve"> </w:t>
            </w:r>
            <w:r>
              <w:rPr>
                <w:sz w:val="18"/>
              </w:rPr>
              <w:t>四字诀设计模块化单元框架，标注资源包与多场景适用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产出可带走模块草稿，教师指导</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7. </w:t>
            </w:r>
            <w:r>
              <w:rPr>
                <w:sz w:val="18"/>
              </w:rPr>
              <w:t xml:space="preserve"> </w:t>
            </w:r>
            <w:r>
              <w:rPr>
                <w:sz w:val="18"/>
              </w:rPr>
              <w:t>总结互动</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6</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各组用四字诀一句话表述育人目标；主持人以</w:t>
            </w:r>
            <w:r>
              <w:rPr>
                <w:sz w:val="18"/>
              </w:rPr>
              <w:t xml:space="preserve"> </w:t>
            </w:r>
            <w:r>
              <w:rPr>
                <w:sz w:val="18"/>
              </w:rPr>
              <w:t>"</w:t>
            </w:r>
            <w:r>
              <w:rPr>
                <w:sz w:val="18"/>
              </w:rPr>
              <w:t xml:space="preserve"> </w:t>
            </w:r>
            <w:r>
              <w:rPr>
                <w:sz w:val="18"/>
              </w:rPr>
              <w:t>四位一体</w:t>
            </w:r>
            <w:r>
              <w:rPr>
                <w:sz w:val="18"/>
              </w:rPr>
              <w:t xml:space="preserve"> </w:t>
            </w:r>
            <w:r>
              <w:rPr>
                <w:sz w:val="18"/>
              </w:rPr>
              <w:t>"</w:t>
            </w:r>
            <w:r>
              <w:rPr>
                <w:sz w:val="18"/>
              </w:rPr>
              <w:t xml:space="preserve"> </w:t>
            </w:r>
            <w:r>
              <w:rPr>
                <w:sz w:val="18"/>
              </w:rPr>
              <w:t>齿轮收束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布置迁移作业</w:t>
            </w:r>
          </w:p>
        </w:tc>
      </w:tr>
      <w:tr>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8. </w:t>
            </w:r>
            <w:r>
              <w:rPr>
                <w:sz w:val="18"/>
              </w:rPr>
              <w:t xml:space="preserve"> </w:t>
            </w:r>
            <w:r>
              <w:rPr>
                <w:sz w:val="18"/>
              </w:rPr>
              <w:t>研修小结</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5</w:t>
            </w:r>
            <w:r>
              <w:rPr>
                <w:sz w:val="18"/>
              </w:rPr>
              <w:t xml:space="preserve"> </w:t>
            </w:r>
            <w:r>
              <w:rPr>
                <w:sz w:val="18"/>
              </w:rPr>
              <w:t>分钟</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教研室归纳，明确下阶段校本课程研发分工</w:t>
            </w:r>
          </w:p>
        </w:tc>
        <w:tc>
          <w:tcPr>
            <w:tcW w:type="dxa" w:w="216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收集任务单</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四、互动研讨设计（递进式）</w:t>
      </w:r>
    </w:p>
    <w:p>
      <w:pPr/>
      <w:r>
        <w:rPr>
          <w:rFonts w:ascii="微软雅黑" w:eastAsia="微软雅黑" w:hAnsi="微软雅黑" w:cs="微软雅黑" w:hint="eastAsia"/>
          <w:b/>
          <w:lang w:eastAsia="zh-CN"/>
        </w:rPr>
        <w:t>导入互动（唤起经验）</w:t>
      </w:r>
    </w:p>
    <w:p>
      <w:pPr>
        <w:pStyle w:val="ListBullet"/>
        <w:spacing w:after="72"/>
      </w:pPr>
      <w:r>
        <w:rPr>
          <w:rFonts w:ascii="微软雅黑" w:eastAsia="微软雅黑" w:hAnsi="微软雅黑" w:cs="微软雅黑" w:hint="eastAsia"/>
          <w:lang w:eastAsia="zh-CN"/>
        </w:rPr>
        <w:t>形式：洋葱贴层自检</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我校已开</w:t>
      </w:r>
      <w:r>
        <w:t>/</w:t>
      </w:r>
      <w:r>
        <w:rPr>
          <w:rFonts w:ascii="微软雅黑" w:eastAsia="微软雅黑" w:hAnsi="微软雅黑" w:cs="微软雅黑" w:hint="eastAsia"/>
          <w:lang w:eastAsia="zh-CN"/>
        </w:rPr>
        <w:t>拟开的</w:t>
      </w:r>
      <w:r>
        <w:t>AI</w:t>
      </w:r>
      <w:r>
        <w:rPr>
          <w:rFonts w:ascii="微软雅黑" w:eastAsia="微软雅黑" w:hAnsi="微软雅黑" w:cs="微软雅黑" w:hint="eastAsia"/>
          <w:lang w:eastAsia="zh-CN"/>
        </w:rPr>
        <w:t>课，主要停留在洋葱的哪一层？是否让学生</w:t>
      </w:r>
      <w:r>
        <w:t>'</w:t>
      </w:r>
      <w:r>
        <w:rPr>
          <w:rFonts w:ascii="微软雅黑" w:eastAsia="微软雅黑" w:hAnsi="微软雅黑" w:cs="微软雅黑" w:hint="eastAsia"/>
          <w:lang w:eastAsia="zh-CN"/>
        </w:rPr>
        <w:t>剥</w:t>
      </w:r>
      <w:r>
        <w:t>'</w:t>
      </w:r>
      <w:r>
        <w:rPr>
          <w:rFonts w:ascii="微软雅黑" w:eastAsia="微软雅黑" w:hAnsi="微软雅黑" w:cs="微软雅黑" w:hint="eastAsia"/>
          <w:lang w:eastAsia="zh-CN"/>
        </w:rPr>
        <w:t>到了基本原理？</w:t>
      </w:r>
      <w:r>
        <w:t>"</w:t>
      </w:r>
    </w:p>
    <w:p>
      <w:pPr>
        <w:pStyle w:val="ListBullet"/>
        <w:spacing w:after="72"/>
      </w:pPr>
      <w:r>
        <w:rPr>
          <w:rFonts w:ascii="微软雅黑" w:eastAsia="微软雅黑" w:hAnsi="微软雅黑" w:cs="微软雅黑" w:hint="eastAsia"/>
          <w:lang w:eastAsia="zh-CN"/>
        </w:rPr>
        <w:t>组织方式：各组在大型洋葱海报上贴出本校课程所处层级，快速暴露</w:t>
      </w:r>
      <w:r>
        <w:t>"</w:t>
      </w:r>
      <w:r>
        <w:rPr>
          <w:rFonts w:ascii="微软雅黑" w:eastAsia="微软雅黑" w:hAnsi="微软雅黑" w:cs="微软雅黑" w:hint="eastAsia"/>
          <w:lang w:eastAsia="zh-CN"/>
        </w:rPr>
        <w:t>重应用轻原理</w:t>
      </w:r>
      <w:r>
        <w:t>""</w:t>
      </w:r>
      <w:r>
        <w:rPr>
          <w:rFonts w:ascii="微软雅黑" w:eastAsia="微软雅黑" w:hAnsi="微软雅黑" w:cs="微软雅黑" w:hint="eastAsia"/>
          <w:lang w:eastAsia="zh-CN"/>
        </w:rPr>
        <w:t>只玩器材</w:t>
      </w:r>
      <w:r>
        <w:t>"</w:t>
      </w:r>
      <w:r>
        <w:rPr>
          <w:rFonts w:ascii="微软雅黑" w:eastAsia="微软雅黑" w:hAnsi="微软雅黑" w:cs="微软雅黑" w:hint="eastAsia"/>
          <w:lang w:eastAsia="zh-CN"/>
        </w:rPr>
        <w:t>的共性问题。</w:t>
      </w:r>
    </w:p>
    <w:p>
      <w:pPr/>
      <w:r>
        <w:rPr>
          <w:rFonts w:ascii="微软雅黑" w:eastAsia="微软雅黑" w:hAnsi="微软雅黑" w:cs="微软雅黑" w:hint="eastAsia"/>
          <w:b/>
          <w:lang w:eastAsia="zh-CN"/>
        </w:rPr>
        <w:t>探究互动（深究原理）</w:t>
      </w:r>
    </w:p>
    <w:p>
      <w:pPr>
        <w:pStyle w:val="ListBullet"/>
        <w:spacing w:after="72"/>
      </w:pPr>
      <w:r>
        <w:rPr>
          <w:rFonts w:ascii="微软雅黑" w:eastAsia="微软雅黑" w:hAnsi="微软雅黑" w:cs="微软雅黑" w:hint="eastAsia"/>
          <w:lang w:eastAsia="zh-CN"/>
        </w:rPr>
        <w:t>形式：四站轮换工作坊</w:t>
      </w:r>
    </w:p>
    <w:p>
      <w:pPr>
        <w:pStyle w:val="ListBullet"/>
        <w:spacing w:after="72"/>
      </w:pPr>
      <w:r>
        <w:rPr>
          <w:rFonts w:ascii="微软雅黑" w:eastAsia="微软雅黑" w:hAnsi="微软雅黑" w:cs="微软雅黑" w:hint="eastAsia"/>
          <w:lang w:eastAsia="zh-CN"/>
        </w:rPr>
        <w:t>话题：</w:t>
      </w:r>
      <w:r>
        <w:t>①</w:t>
      </w:r>
      <w:r>
        <w:rPr>
          <w:rFonts w:ascii="微软雅黑" w:eastAsia="微软雅黑" w:hAnsi="微软雅黑" w:cs="微软雅黑" w:hint="eastAsia"/>
          <w:lang w:eastAsia="zh-CN"/>
        </w:rPr>
        <w:t>洋葱模型如何转化为教案分层（生活情境</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应用</w:t>
      </w:r>
      <w:r>
        <w:t>→</w:t>
      </w:r>
      <w:r>
        <w:rPr>
          <w:rFonts w:ascii="微软雅黑" w:eastAsia="微软雅黑" w:hAnsi="微软雅黑" w:cs="微软雅黑" w:hint="eastAsia"/>
          <w:lang w:eastAsia="zh-CN"/>
        </w:rPr>
        <w:t>回溯原理）；</w:t>
      </w:r>
      <w:r>
        <w:t>②</w:t>
      </w:r>
      <w:r>
        <w:rPr>
          <w:rFonts w:ascii="微软雅黑" w:eastAsia="微软雅黑" w:hAnsi="微软雅黑" w:cs="微软雅黑" w:hint="eastAsia"/>
          <w:lang w:eastAsia="zh-CN"/>
        </w:rPr>
        <w:t>知识主题式与工具主题式如何双线并进；</w:t>
      </w:r>
      <w:r>
        <w:t>③</w:t>
      </w:r>
      <w:r>
        <w:rPr>
          <w:rFonts w:ascii="微软雅黑" w:eastAsia="微软雅黑" w:hAnsi="微软雅黑" w:cs="微软雅黑" w:hint="eastAsia"/>
          <w:lang w:eastAsia="zh-CN"/>
        </w:rPr>
        <w:t>怎样</w:t>
      </w:r>
      <w:r>
        <w:t>"</w:t>
      </w:r>
      <w:r>
        <w:rPr>
          <w:rFonts w:ascii="微软雅黑" w:eastAsia="微软雅黑" w:hAnsi="微软雅黑" w:cs="微软雅黑" w:hint="eastAsia"/>
          <w:lang w:eastAsia="zh-CN"/>
        </w:rPr>
        <w:t>紧扣课标、支撑学科</w:t>
      </w:r>
      <w:r>
        <w:t>"</w:t>
      </w:r>
      <w:r>
        <w:rPr>
          <w:rFonts w:ascii="微软雅黑" w:eastAsia="微软雅黑" w:hAnsi="微软雅黑" w:cs="微软雅黑" w:hint="eastAsia"/>
          <w:lang w:eastAsia="zh-CN"/>
        </w:rPr>
        <w:t>自然融合；</w:t>
      </w:r>
      <w:r>
        <w:t>④</w:t>
      </w:r>
      <w:r>
        <w:rPr>
          <w:rFonts w:ascii="微软雅黑" w:eastAsia="微软雅黑" w:hAnsi="微软雅黑" w:cs="微软雅黑" w:hint="eastAsia"/>
          <w:lang w:eastAsia="zh-CN"/>
        </w:rPr>
        <w:t>教师用</w:t>
      </w:r>
      <w:r>
        <w:t>/</w:t>
      </w:r>
      <w:r>
        <w:rPr>
          <w:rFonts w:ascii="微软雅黑" w:eastAsia="微软雅黑" w:hAnsi="微软雅黑" w:cs="微软雅黑" w:hint="eastAsia"/>
          <w:lang w:eastAsia="zh-CN"/>
        </w:rPr>
        <w:t>学生用资源包如何做到非专业教师拿来即用。</w:t>
      </w:r>
    </w:p>
    <w:p>
      <w:pPr>
        <w:pStyle w:val="ListBullet"/>
        <w:spacing w:after="72"/>
      </w:pPr>
      <w:r>
        <w:rPr>
          <w:rFonts w:ascii="微软雅黑" w:eastAsia="微软雅黑" w:hAnsi="微软雅黑" w:cs="微软雅黑" w:hint="eastAsia"/>
          <w:lang w:eastAsia="zh-CN"/>
        </w:rPr>
        <w:t>组织方式：每组在一站研读</w:t>
      </w:r>
      <w:r>
        <w:t>8</w:t>
      </w:r>
      <w:r>
        <w:rPr>
          <w:rFonts w:ascii="微软雅黑" w:eastAsia="微软雅黑" w:hAnsi="微软雅黑" w:cs="微软雅黑" w:hint="eastAsia"/>
          <w:lang w:eastAsia="zh-CN"/>
        </w:rPr>
        <w:t>分钟并产出卡片，轮换至下一站补充，最终拼成</w:t>
      </w:r>
      <w:r>
        <w:t>"</w:t>
      </w:r>
      <w:r>
        <w:rPr>
          <w:rFonts w:ascii="微软雅黑" w:eastAsia="微软雅黑" w:hAnsi="微软雅黑" w:cs="微软雅黑" w:hint="eastAsia"/>
          <w:lang w:eastAsia="zh-CN"/>
        </w:rPr>
        <w:t>校本课程开发地图</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应用互动（迁移设计）</w:t>
      </w:r>
    </w:p>
    <w:p>
      <w:pPr>
        <w:pStyle w:val="ListBullet"/>
        <w:spacing w:after="72"/>
      </w:pPr>
      <w:r>
        <w:rPr>
          <w:rFonts w:ascii="微软雅黑" w:eastAsia="微软雅黑" w:hAnsi="微软雅黑" w:cs="微软雅黑" w:hint="eastAsia"/>
          <w:lang w:eastAsia="zh-CN"/>
        </w:rPr>
        <w:t>形式：模块共创</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为我校设计一个模块化</w:t>
      </w:r>
      <w:r>
        <w:t>AI</w:t>
      </w:r>
      <w:r>
        <w:rPr>
          <w:rFonts w:ascii="微软雅黑" w:eastAsia="微软雅黑" w:hAnsi="微软雅黑" w:cs="微软雅黑" w:hint="eastAsia"/>
          <w:lang w:eastAsia="zh-CN"/>
        </w:rPr>
        <w:t>通识单元</w:t>
      </w:r>
      <w:r>
        <w:t>——</w:t>
      </w:r>
      <w:r>
        <w:rPr>
          <w:rFonts w:ascii="微软雅黑" w:eastAsia="微软雅黑" w:hAnsi="微软雅黑" w:cs="微软雅黑" w:hint="eastAsia"/>
          <w:lang w:eastAsia="zh-CN"/>
        </w:rPr>
        <w:t>锚定一个真实问题，写明五原则落点、四类思维（艺术想象</w:t>
      </w:r>
      <w:r>
        <w:t>/</w:t>
      </w:r>
      <w:r>
        <w:rPr>
          <w:rFonts w:ascii="微软雅黑" w:eastAsia="微软雅黑" w:hAnsi="微软雅黑" w:cs="微软雅黑" w:hint="eastAsia"/>
          <w:lang w:eastAsia="zh-CN"/>
        </w:rPr>
        <w:t>工程设计</w:t>
      </w:r>
      <w:r>
        <w:t>/</w:t>
      </w:r>
      <w:r>
        <w:rPr>
          <w:rFonts w:ascii="微软雅黑" w:eastAsia="微软雅黑" w:hAnsi="微软雅黑" w:cs="微软雅黑" w:hint="eastAsia"/>
          <w:lang w:eastAsia="zh-CN"/>
        </w:rPr>
        <w:t>科学探究</w:t>
      </w:r>
      <w:r>
        <w:t>/</w:t>
      </w:r>
      <w:r>
        <w:rPr>
          <w:rFonts w:ascii="微软雅黑" w:eastAsia="微软雅黑" w:hAnsi="微软雅黑" w:cs="微软雅黑" w:hint="eastAsia"/>
          <w:lang w:eastAsia="zh-CN"/>
        </w:rPr>
        <w:t>数学思维）与四字诀育人目标</w:t>
      </w:r>
      <w:r>
        <w:t>"</w:t>
      </w:r>
    </w:p>
    <w:p>
      <w:pPr>
        <w:pStyle w:val="ListBullet"/>
        <w:spacing w:after="72"/>
      </w:pPr>
      <w:r>
        <w:rPr>
          <w:rFonts w:ascii="微软雅黑" w:eastAsia="微软雅黑" w:hAnsi="微软雅黑" w:cs="微软雅黑" w:hint="eastAsia"/>
          <w:lang w:eastAsia="zh-CN"/>
        </w:rPr>
        <w:t>组织方式：研发骨干牵头，</w:t>
      </w:r>
      <w:r>
        <w:t>2–3</w:t>
      </w:r>
      <w:r>
        <w:rPr>
          <w:rFonts w:ascii="微软雅黑" w:eastAsia="微软雅黑" w:hAnsi="微软雅黑" w:cs="微软雅黑" w:hint="eastAsia"/>
          <w:lang w:eastAsia="zh-CN"/>
        </w:rPr>
        <w:t>人一组，</w:t>
      </w:r>
      <w:r>
        <w:t>20</w:t>
      </w:r>
      <w:r>
        <w:rPr>
          <w:rFonts w:ascii="微软雅黑" w:eastAsia="微软雅黑" w:hAnsi="微软雅黑" w:cs="微软雅黑" w:hint="eastAsia"/>
          <w:lang w:eastAsia="zh-CN"/>
        </w:rPr>
        <w:t>分钟草拟模块框架，含资源包清单与课后服务</w:t>
      </w:r>
      <w:r>
        <w:t>/</w:t>
      </w:r>
      <w:r>
        <w:rPr>
          <w:rFonts w:ascii="微软雅黑" w:eastAsia="微软雅黑" w:hAnsi="微软雅黑" w:cs="微软雅黑" w:hint="eastAsia"/>
          <w:lang w:eastAsia="zh-CN"/>
        </w:rPr>
        <w:t>馆校合作适用说明。</w:t>
      </w:r>
    </w:p>
    <w:p>
      <w:pPr/>
      <w:r>
        <w:rPr>
          <w:rFonts w:ascii="微软雅黑" w:eastAsia="微软雅黑" w:hAnsi="微软雅黑" w:cs="微软雅黑" w:hint="eastAsia"/>
          <w:b/>
          <w:lang w:eastAsia="zh-CN"/>
        </w:rPr>
        <w:t>总结互动（升华共识）</w:t>
      </w:r>
    </w:p>
    <w:p>
      <w:pPr>
        <w:pStyle w:val="ListBullet"/>
        <w:spacing w:after="72"/>
      </w:pPr>
      <w:r>
        <w:rPr>
          <w:rFonts w:ascii="微软雅黑" w:eastAsia="微软雅黑" w:hAnsi="微软雅黑" w:cs="微软雅黑" w:hint="eastAsia"/>
          <w:lang w:eastAsia="zh-CN"/>
        </w:rPr>
        <w:t>形式：四字诀一句话</w:t>
      </w:r>
      <w:r>
        <w:t xml:space="preserve"> + </w:t>
      </w:r>
      <w:r>
        <w:rPr>
          <w:rFonts w:ascii="微软雅黑" w:eastAsia="微软雅黑" w:hAnsi="微软雅黑" w:cs="微软雅黑" w:hint="eastAsia"/>
          <w:lang w:eastAsia="zh-CN"/>
        </w:rPr>
        <w:t>齿轮收束</w:t>
      </w:r>
    </w:p>
    <w:p>
      <w:pPr>
        <w:pStyle w:val="ListBullet"/>
        <w:spacing w:after="72"/>
      </w:pPr>
      <w:r>
        <w:rPr>
          <w:rFonts w:ascii="微软雅黑" w:eastAsia="微软雅黑" w:hAnsi="微软雅黑" w:cs="微软雅黑" w:hint="eastAsia"/>
          <w:lang w:eastAsia="zh-CN"/>
        </w:rPr>
        <w:t>话题：</w:t>
      </w:r>
      <w:r>
        <w:t>"</w:t>
      </w:r>
      <w:r>
        <w:rPr>
          <w:rFonts w:ascii="微软雅黑" w:eastAsia="微软雅黑" w:hAnsi="微软雅黑" w:cs="微软雅黑" w:hint="eastAsia"/>
          <w:lang w:eastAsia="zh-CN"/>
        </w:rPr>
        <w:t>用四字诀中你最有感触的一字，说清我校</w:t>
      </w:r>
      <w:r>
        <w:t>AI</w:t>
      </w:r>
      <w:r>
        <w:rPr>
          <w:rFonts w:ascii="微软雅黑" w:eastAsia="微软雅黑" w:hAnsi="微软雅黑" w:cs="微软雅黑" w:hint="eastAsia"/>
          <w:lang w:eastAsia="zh-CN"/>
        </w:rPr>
        <w:t>通识课的育人落点</w:t>
      </w:r>
      <w:r>
        <w:t>"</w:t>
      </w:r>
    </w:p>
    <w:p>
      <w:pPr>
        <w:pStyle w:val="ListBullet"/>
        <w:spacing w:after="72"/>
      </w:pPr>
      <w:r>
        <w:rPr>
          <w:rFonts w:ascii="微软雅黑" w:eastAsia="微软雅黑" w:hAnsi="微软雅黑" w:cs="微软雅黑" w:hint="eastAsia"/>
          <w:lang w:eastAsia="zh-CN"/>
        </w:rPr>
        <w:t>组织方式：顺时针轮流，主持人将</w:t>
      </w:r>
      <w:r>
        <w:t>"</w:t>
      </w: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工</w:t>
      </w:r>
      <w:r>
        <w:t>—</w:t>
      </w:r>
      <w:r>
        <w:rPr>
          <w:rFonts w:ascii="微软雅黑" w:eastAsia="微软雅黑" w:hAnsi="微软雅黑" w:cs="微软雅黑" w:hint="eastAsia"/>
          <w:lang w:eastAsia="zh-CN"/>
        </w:rPr>
        <w:t>智</w:t>
      </w:r>
      <w:r>
        <w:t>—</w:t>
      </w:r>
      <w:r>
        <w:rPr>
          <w:rFonts w:ascii="微软雅黑" w:eastAsia="微软雅黑" w:hAnsi="微软雅黑" w:cs="微软雅黑" w:hint="eastAsia"/>
          <w:lang w:eastAsia="zh-CN"/>
        </w:rPr>
        <w:t>能</w:t>
      </w:r>
      <w:r>
        <w:t>"</w:t>
      </w:r>
      <w:r>
        <w:rPr>
          <w:rFonts w:ascii="微软雅黑" w:eastAsia="微软雅黑" w:hAnsi="微软雅黑" w:cs="微软雅黑" w:hint="eastAsia"/>
          <w:lang w:eastAsia="zh-CN"/>
        </w:rPr>
        <w:t>四字写在</w:t>
      </w:r>
      <w:r>
        <w:t>"</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教学</w:t>
      </w:r>
      <w:r>
        <w:t>—</w:t>
      </w:r>
      <w:r>
        <w:rPr>
          <w:rFonts w:ascii="微软雅黑" w:eastAsia="微软雅黑" w:hAnsi="微软雅黑" w:cs="微软雅黑" w:hint="eastAsia"/>
          <w:lang w:eastAsia="zh-CN"/>
        </w:rPr>
        <w:t>教研</w:t>
      </w:r>
      <w:r>
        <w:t>—</w:t>
      </w:r>
      <w:r>
        <w:rPr>
          <w:rFonts w:ascii="微软雅黑" w:eastAsia="微软雅黑" w:hAnsi="微软雅黑" w:cs="微软雅黑" w:hint="eastAsia"/>
          <w:lang w:eastAsia="zh-CN"/>
        </w:rPr>
        <w:t>培训</w:t>
      </w:r>
      <w:r>
        <w:t>"</w:t>
      </w:r>
      <w:r>
        <w:rPr>
          <w:rFonts w:ascii="微软雅黑" w:eastAsia="微软雅黑" w:hAnsi="微软雅黑" w:cs="微软雅黑" w:hint="eastAsia"/>
          <w:lang w:eastAsia="zh-CN"/>
        </w:rPr>
        <w:t>四位一体齿轮图上收束。</w:t>
      </w:r>
      <w:r/>
    </w:p>
    <w:p>
      <w:pPr>
        <w:pStyle w:val="Heading3"/>
      </w:pPr>
      <w:r>
        <w:rPr>
          <w:rFonts w:ascii="微软雅黑" w:hAnsi="微软雅黑" w:eastAsia="微软雅黑" w:cs="微软雅黑" w:hint="eastAsia"/>
          <w:b w:val="0"/>
          <w:color w:val="1A237E"/>
          <w:sz w:val="20"/>
          <w:lang w:eastAsia="zh-CN"/>
        </w:rPr>
        <w:t>五、分层提问策略</w:t>
      </w:r>
    </w:p>
    <w:tbl>
      <w:tblPr>
        <w:tblW w:type="pct" w:w="5000"/>
        <w:tblLook w:firstColumn="1" w:firstRow="1" w:lastColumn="0" w:lastRow="0" w:noHBand="0" w:noVBand="1" w:val="04A0"/>
        <w:tblLayout w:type="autofit"/>
      </w:tblPr>
      <w:tblGrid>
        <w:gridCol w:w="4320"/>
        <w:gridCol w:w="4320"/>
      </w:tblGrid>
      <w:tr>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层级</w:t>
            </w:r>
          </w:p>
        </w:tc>
        <w:tc>
          <w:tcPr>
            <w:tcW w:type="dxa" w:w="4320"/>
            <w:vAlign w:val="center"/>
            <w:tcBorders>
              <w:top w:val="single" w:sz="6" w:space="0" w:color="E0E0E0"/>
              <w:bottom w:val="single" w:sz="6" w:space="0" w:color="E0E0E0"/>
              <w:left w:val="single" w:sz="6" w:space="0" w:color="E0E0E0"/>
              <w:right w:val="single" w:sz="6" w:space="0" w:color="E0E0E0"/>
            </w:tcBorders>
            <w:shd w:val="clear" w:color="auto" w:fill="F5F7FA"/>
            <w:tcMar>
              <w:top w:w="180" w:type="dxa"/>
              <w:bottom w:w="180" w:type="dxa"/>
              <w:left w:w="180" w:type="dxa"/>
              <w:right w:w="180" w:type="dxa"/>
            </w:tcMar>
          </w:tcPr>
          <w:p>
            <w:pPr>
              <w:jc w:val="left"/>
              <w:spacing w:line="240" w:lineRule="auto" w:before="45" w:after="45"/>
            </w:pPr>
            <w:r>
              <w:rPr>
                <w:rFonts w:ascii="微软雅黑" w:hAnsi="微软雅黑" w:eastAsia="微软雅黑" w:hint="eastAsia"/>
                <w:b/>
                <w:color w:val="1A237E"/>
                <w:sz w:val="18"/>
              </w:rPr>
              <w:t>问题</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基础层</w:t>
            </w:r>
            <w:r>
              <w:rPr>
                <w:sz w:val="18"/>
              </w:rPr>
              <w:t xml:space="preserve"> </w:t>
            </w:r>
            <w:r>
              <w:rPr>
                <w:sz w:val="18"/>
              </w:rPr>
              <w:t>·</w:t>
            </w:r>
            <w:r>
              <w:rPr>
                <w:sz w:val="18"/>
              </w:rPr>
              <w:t xml:space="preserve"> </w:t>
            </w:r>
            <w:r>
              <w:rPr>
                <w:sz w:val="18"/>
              </w:rPr>
              <w:t>是什么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课程</w:t>
            </w:r>
            <w:r>
              <w:rPr>
                <w:sz w:val="18"/>
              </w:rPr>
              <w:t xml:space="preserve"> </w:t>
            </w:r>
            <w:r>
              <w:rPr>
                <w:sz w:val="18"/>
              </w:rPr>
              <w:t>"</w:t>
            </w:r>
            <w:r>
              <w:rPr>
                <w:sz w:val="18"/>
              </w:rPr>
              <w:t xml:space="preserve"> </w:t>
            </w:r>
            <w:r>
              <w:rPr>
                <w:sz w:val="18"/>
              </w:rPr>
              <w:t>洋葱模型</w:t>
            </w:r>
            <w:r>
              <w:rPr>
                <w:sz w:val="18"/>
              </w:rPr>
              <w:t xml:space="preserve"> </w:t>
            </w:r>
            <w:r>
              <w:rPr>
                <w:sz w:val="18"/>
              </w:rPr>
              <w:t>"</w:t>
            </w:r>
            <w:r>
              <w:rPr>
                <w:sz w:val="18"/>
              </w:rPr>
              <w:t xml:space="preserve"> </w:t>
            </w:r>
            <w:r>
              <w:rPr>
                <w:sz w:val="18"/>
              </w:rPr>
              <w:t>由内到外的六层分别是什么？</w:t>
            </w:r>
            <w:r>
              <w:rPr>
                <w:sz w:val="18"/>
              </w:rPr>
              <w:t xml:space="preserve"> </w:t>
            </w:r>
            <w:r>
              <w:rPr>
                <w:sz w:val="18"/>
              </w:rPr>
              <w:t>"</w:t>
            </w:r>
            <w:r>
              <w:rPr>
                <w:sz w:val="18"/>
              </w:rPr>
              <w:t xml:space="preserve"> </w:t>
            </w:r>
            <w:r>
              <w:rPr>
                <w:sz w:val="18"/>
              </w:rPr>
              <w:t>教师做洋葱、学生剥洋葱</w:t>
            </w:r>
            <w:r>
              <w:rPr>
                <w:sz w:val="18"/>
              </w:rPr>
              <w:t xml:space="preserve"> </w:t>
            </w:r>
            <w:r>
              <w:rPr>
                <w:sz w:val="18"/>
              </w:rPr>
              <w:t>"</w:t>
            </w:r>
            <w:r>
              <w:rPr>
                <w:sz w:val="18"/>
              </w:rPr>
              <w:t xml:space="preserve"> </w:t>
            </w:r>
            <w:r>
              <w:rPr>
                <w:sz w:val="18"/>
              </w:rPr>
              <w:t>各指什么？</w:t>
            </w:r>
            <w:r>
              <w:rPr>
                <w:sz w:val="18"/>
              </w:rPr>
              <w:t xml:space="preserve"> </w:t>
              <w:br/>
            </w:r>
            <w:r>
              <w:rPr>
                <w:sz w:val="18"/>
              </w:rPr>
              <w:t xml:space="preserve"> </w:t>
            </w:r>
            <w:r>
              <w:rPr>
                <w:sz w:val="18"/>
              </w:rPr>
              <w:t xml:space="preserve">2. </w:t>
            </w:r>
            <w:r>
              <w:rPr>
                <w:sz w:val="18"/>
              </w:rPr>
              <w:t xml:space="preserve"> </w:t>
            </w:r>
            <w:r>
              <w:rPr>
                <w:sz w:val="18"/>
              </w:rPr>
              <w:t>课程构建五原则的具体内容是什么？</w:t>
            </w:r>
            <w:r>
              <w:rPr>
                <w:sz w:val="18"/>
              </w:rPr>
              <w:t xml:space="preserve"> </w:t>
            </w:r>
            <w:r>
              <w:rPr>
                <w:sz w:val="18"/>
              </w:rPr>
              <w:t>"</w:t>
            </w:r>
            <w:r>
              <w:rPr>
                <w:sz w:val="18"/>
              </w:rPr>
              <w:t xml:space="preserve"> </w:t>
            </w:r>
            <w:r>
              <w:rPr>
                <w:sz w:val="18"/>
              </w:rPr>
              <w:t>四位一体</w:t>
            </w:r>
            <w:r>
              <w:rPr>
                <w:sz w:val="18"/>
              </w:rPr>
              <w:t xml:space="preserve"> </w:t>
            </w:r>
            <w:r>
              <w:rPr>
                <w:sz w:val="18"/>
              </w:rPr>
              <w:t>"</w:t>
            </w:r>
            <w:r>
              <w:rPr>
                <w:sz w:val="18"/>
              </w:rPr>
              <w:t xml:space="preserve"> </w:t>
            </w:r>
            <w:r>
              <w:rPr>
                <w:sz w:val="18"/>
              </w:rPr>
              <w:t>指哪四个相互咬合的环节？四字诀</w:t>
            </w:r>
            <w:r>
              <w:rPr>
                <w:sz w:val="18"/>
              </w:rPr>
              <w:t xml:space="preserve"> </w:t>
            </w:r>
            <w:r>
              <w:rPr>
                <w:sz w:val="18"/>
              </w:rPr>
              <w:t>"</w:t>
            </w:r>
            <w:r>
              <w:rPr>
                <w:sz w:val="18"/>
              </w:rPr>
              <w:t xml:space="preserve"> </w:t>
            </w:r>
            <w:r>
              <w:rPr>
                <w:sz w:val="18"/>
              </w:rPr>
              <w:t>人、工、智、能</w:t>
            </w:r>
            <w:r>
              <w:rPr>
                <w:sz w:val="18"/>
              </w:rPr>
              <w:t xml:space="preserve"> </w:t>
            </w:r>
            <w:r>
              <w:rPr>
                <w:sz w:val="18"/>
              </w:rPr>
              <w:t>"</w:t>
            </w:r>
            <w:r>
              <w:rPr>
                <w:sz w:val="18"/>
              </w:rPr>
              <w:t xml:space="preserve"> </w:t>
            </w:r>
            <w:r>
              <w:rPr>
                <w:sz w:val="18"/>
              </w:rPr>
              <w:t>分别对应什么？</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进阶层</w:t>
            </w:r>
            <w:r>
              <w:rPr>
                <w:sz w:val="18"/>
              </w:rPr>
              <w:t xml:space="preserve"> </w:t>
            </w:r>
            <w:r>
              <w:rPr>
                <w:sz w:val="18"/>
              </w:rPr>
              <w:t>·</w:t>
            </w:r>
            <w:r>
              <w:rPr>
                <w:sz w:val="18"/>
              </w:rPr>
              <w:t xml:space="preserve"> </w:t>
            </w:r>
            <w:r>
              <w:rPr>
                <w:sz w:val="18"/>
              </w:rPr>
              <w:t>为什么</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为什么主讲强调</w:t>
            </w:r>
            <w:r>
              <w:rPr>
                <w:sz w:val="18"/>
              </w:rPr>
              <w:t xml:space="preserve"> </w:t>
            </w:r>
            <w:r>
              <w:rPr>
                <w:sz w:val="18"/>
              </w:rPr>
              <w:t>"</w:t>
            </w:r>
            <w:r>
              <w:rPr>
                <w:sz w:val="18"/>
              </w:rPr>
              <w:t xml:space="preserve"> </w:t>
            </w:r>
            <w:r>
              <w:rPr>
                <w:sz w:val="18"/>
              </w:rPr>
              <w:t>紧扣课程标准、支撑学科教学</w:t>
            </w:r>
            <w:r>
              <w:rPr>
                <w:sz w:val="18"/>
              </w:rPr>
              <w:t xml:space="preserve"> </w:t>
            </w:r>
            <w:r>
              <w:rPr>
                <w:sz w:val="18"/>
              </w:rPr>
              <w:t>"</w:t>
            </w:r>
            <w:r>
              <w:rPr>
                <w:sz w:val="18"/>
              </w:rPr>
              <w:t xml:space="preserve"> </w:t>
            </w:r>
            <w:r>
              <w:rPr>
                <w:sz w:val="18"/>
              </w:rPr>
              <w:t>，并说</w:t>
            </w:r>
            <w:r>
              <w:rPr>
                <w:sz w:val="18"/>
              </w:rPr>
              <w:t xml:space="preserve"> </w:t>
            </w:r>
            <w:r>
              <w:rPr>
                <w:sz w:val="18"/>
              </w:rPr>
              <w:t>"</w:t>
            </w:r>
            <w:r>
              <w:rPr>
                <w:sz w:val="18"/>
              </w:rPr>
              <w:t xml:space="preserve"> </w:t>
            </w:r>
            <w:r>
              <w:rPr>
                <w:sz w:val="18"/>
              </w:rPr>
              <w:t>在参考各学科国家课程标准基础上自然实现学科融合</w:t>
            </w:r>
            <w:r>
              <w:rPr>
                <w:sz w:val="18"/>
              </w:rPr>
              <w:t xml:space="preserve"> </w:t>
            </w:r>
            <w:r>
              <w:rPr>
                <w:sz w:val="18"/>
              </w:rPr>
              <w:t>"</w:t>
            </w:r>
            <w:r>
              <w:rPr>
                <w:sz w:val="18"/>
              </w:rPr>
              <w:t xml:space="preserve"> </w:t>
            </w:r>
            <w:r>
              <w:rPr>
                <w:sz w:val="18"/>
              </w:rPr>
              <w:t>？这对分科教学的现实意味着什么？</w:t>
            </w:r>
            <w:r>
              <w:rPr>
                <w:sz w:val="18"/>
              </w:rPr>
              <w:t xml:space="preserve"> </w:t>
              <w:br/>
            </w:r>
            <w:r>
              <w:rPr>
                <w:sz w:val="18"/>
              </w:rPr>
              <w:t xml:space="preserve"> </w:t>
            </w:r>
            <w:r>
              <w:rPr>
                <w:sz w:val="18"/>
              </w:rPr>
              <w:t xml:space="preserve">2. </w:t>
            </w:r>
            <w:r>
              <w:rPr>
                <w:sz w:val="18"/>
              </w:rPr>
              <w:t xml:space="preserve"> </w:t>
            </w:r>
            <w:r>
              <w:rPr>
                <w:sz w:val="18"/>
              </w:rPr>
              <w:t>为何警示</w:t>
            </w:r>
            <w:r>
              <w:rPr>
                <w:sz w:val="18"/>
              </w:rPr>
              <w:t xml:space="preserve"> </w:t>
            </w:r>
            <w:r>
              <w:rPr>
                <w:sz w:val="18"/>
              </w:rPr>
              <w:t>"</w:t>
            </w:r>
            <w:r>
              <w:rPr>
                <w:sz w:val="18"/>
              </w:rPr>
              <w:t xml:space="preserve"> </w:t>
            </w:r>
            <w:r>
              <w:rPr>
                <w:sz w:val="18"/>
              </w:rPr>
              <w:t>只拿机器人玩半天不是有质量的</w:t>
            </w:r>
            <w:r>
              <w:rPr>
                <w:sz w:val="18"/>
              </w:rPr>
              <w:t xml:space="preserve"> </w:t>
            </w:r>
            <w:r>
              <w:rPr>
                <w:sz w:val="18"/>
              </w:rPr>
              <w:t>AI</w:t>
            </w:r>
            <w:r>
              <w:rPr>
                <w:sz w:val="18"/>
              </w:rPr>
              <w:t xml:space="preserve"> </w:t>
            </w:r>
            <w:r>
              <w:rPr>
                <w:sz w:val="18"/>
              </w:rPr>
              <w:t>课</w:t>
            </w:r>
            <w:r>
              <w:rPr>
                <w:sz w:val="18"/>
              </w:rPr>
              <w:t xml:space="preserve"> </w:t>
            </w:r>
            <w:r>
              <w:rPr>
                <w:sz w:val="18"/>
              </w:rPr>
              <w:t>"</w:t>
            </w:r>
            <w:r>
              <w:rPr>
                <w:sz w:val="18"/>
              </w:rPr>
              <w:t xml:space="preserve"> </w:t>
            </w:r>
            <w:r>
              <w:rPr>
                <w:sz w:val="18"/>
              </w:rPr>
              <w:t>？课程构建五原则中哪几条直接指向这一质量底线？资源体系为何要区分</w:t>
            </w:r>
            <w:r>
              <w:rPr>
                <w:sz w:val="18"/>
              </w:rPr>
              <w:t xml:space="preserve"> </w:t>
            </w:r>
            <w:r>
              <w:rPr>
                <w:sz w:val="18"/>
              </w:rPr>
              <w:t>"</w:t>
            </w:r>
            <w:r>
              <w:rPr>
                <w:sz w:val="18"/>
              </w:rPr>
              <w:t xml:space="preserve"> </w:t>
            </w:r>
            <w:r>
              <w:rPr>
                <w:sz w:val="18"/>
              </w:rPr>
              <w:t>教师用</w:t>
            </w:r>
            <w:r>
              <w:rPr>
                <w:sz w:val="18"/>
              </w:rPr>
              <w:t xml:space="preserve"> </w:t>
            </w:r>
            <w:r>
              <w:rPr>
                <w:sz w:val="18"/>
              </w:rPr>
              <w:t>"</w:t>
            </w:r>
            <w:r>
              <w:rPr>
                <w:sz w:val="18"/>
              </w:rPr>
              <w:t xml:space="preserve"> </w:t>
            </w:r>
            <w:r>
              <w:rPr>
                <w:sz w:val="18"/>
              </w:rPr>
              <w:t>与</w:t>
            </w:r>
            <w:r>
              <w:rPr>
                <w:sz w:val="18"/>
              </w:rPr>
              <w:t xml:space="preserve"> </w:t>
            </w:r>
            <w:r>
              <w:rPr>
                <w:sz w:val="18"/>
              </w:rPr>
              <w:t>"</w:t>
            </w:r>
            <w:r>
              <w:rPr>
                <w:sz w:val="18"/>
              </w:rPr>
              <w:t xml:space="preserve"> </w:t>
            </w:r>
            <w:r>
              <w:rPr>
                <w:sz w:val="18"/>
              </w:rPr>
              <w:t>学生用</w:t>
            </w:r>
            <w:r>
              <w:rPr>
                <w:sz w:val="18"/>
              </w:rPr>
              <w:t xml:space="preserve"> </w:t>
            </w:r>
            <w:r>
              <w:rPr>
                <w:sz w:val="18"/>
              </w:rPr>
              <w:t>"</w:t>
            </w:r>
            <w:r>
              <w:rPr>
                <w:sz w:val="18"/>
              </w:rPr>
              <w:t xml:space="preserve"> </w:t>
            </w:r>
            <w:r>
              <w:rPr>
                <w:sz w:val="18"/>
              </w:rPr>
              <w:t>双向配置？</w:t>
            </w:r>
          </w:p>
        </w:tc>
      </w:tr>
      <w:tr>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拓展层</w:t>
            </w:r>
            <w:r>
              <w:rPr>
                <w:sz w:val="18"/>
              </w:rPr>
              <w:t xml:space="preserve"> </w:t>
            </w:r>
            <w:r>
              <w:rPr>
                <w:sz w:val="18"/>
              </w:rPr>
              <w:t>·</w:t>
            </w:r>
            <w:r>
              <w:rPr>
                <w:sz w:val="18"/>
              </w:rPr>
              <w:t xml:space="preserve"> </w:t>
            </w:r>
            <w:r>
              <w:rPr>
                <w:sz w:val="18"/>
              </w:rPr>
              <w:t>你怎么看</w:t>
            </w:r>
          </w:p>
        </w:tc>
        <w:tc>
          <w:tcPr>
            <w:tcW w:type="dxa" w:w="4320"/>
            <w:vAlign w:val="center"/>
            <w:tcBorders>
              <w:top w:val="single" w:sz="6" w:space="0" w:color="E0E0E0"/>
              <w:bottom w:val="single" w:sz="6" w:space="0" w:color="E0E0E0"/>
              <w:left w:val="single" w:sz="6" w:space="0" w:color="E0E0E0"/>
              <w:right w:val="single" w:sz="6" w:space="0" w:color="E0E0E0"/>
            </w:tcBorders>
            <w:tcMar>
              <w:top w:w="180" w:type="dxa"/>
              <w:bottom w:w="180" w:type="dxa"/>
              <w:left w:w="180" w:type="dxa"/>
              <w:right w:w="180" w:type="dxa"/>
            </w:tcMar>
          </w:tcPr>
          <w:p>
            <w:pPr>
              <w:jc w:val="left"/>
              <w:spacing w:line="240" w:lineRule="auto" w:before="45" w:after="45"/>
            </w:pPr>
            <w:r>
              <w:rPr>
                <w:sz w:val="18"/>
              </w:rPr>
              <w:t xml:space="preserve">1. </w:t>
            </w:r>
            <w:r>
              <w:rPr>
                <w:sz w:val="18"/>
              </w:rPr>
              <w:t xml:space="preserve"> </w:t>
            </w:r>
            <w:r>
              <w:rPr>
                <w:sz w:val="18"/>
              </w:rPr>
              <w:t>作为完全中学，我校如何依据</w:t>
            </w:r>
            <w:r>
              <w:rPr>
                <w:sz w:val="18"/>
              </w:rPr>
              <w:t xml:space="preserve"> </w:t>
            </w:r>
            <w:r>
              <w:rPr>
                <w:sz w:val="18"/>
              </w:rPr>
              <w:t>"</w:t>
            </w:r>
            <w:r>
              <w:rPr>
                <w:sz w:val="18"/>
              </w:rPr>
              <w:t xml:space="preserve"> </w:t>
            </w:r>
            <w:r>
              <w:rPr>
                <w:sz w:val="18"/>
              </w:rPr>
              <w:t>知识主题式为主线、工具主题式支撑</w:t>
            </w:r>
            <w:r>
              <w:rPr>
                <w:sz w:val="18"/>
              </w:rPr>
              <w:t xml:space="preserve"> </w:t>
            </w:r>
            <w:r>
              <w:rPr>
                <w:sz w:val="18"/>
              </w:rPr>
              <w:t>"</w:t>
            </w:r>
            <w:r>
              <w:rPr>
                <w:sz w:val="18"/>
              </w:rPr>
              <w:t xml:space="preserve"> </w:t>
            </w:r>
            <w:r>
              <w:rPr>
                <w:sz w:val="18"/>
              </w:rPr>
              <w:t>的</w:t>
            </w:r>
            <w:r>
              <w:rPr>
                <w:sz w:val="18"/>
              </w:rPr>
              <w:t xml:space="preserve"> </w:t>
            </w:r>
            <w:r>
              <w:rPr>
                <w:sz w:val="18"/>
              </w:rPr>
              <w:t>K-12</w:t>
            </w:r>
            <w:r>
              <w:rPr>
                <w:sz w:val="18"/>
              </w:rPr>
              <w:t xml:space="preserve"> </w:t>
            </w:r>
            <w:r>
              <w:rPr>
                <w:sz w:val="18"/>
              </w:rPr>
              <w:t>谱系，打通初中与高中</w:t>
            </w:r>
            <w:r>
              <w:rPr>
                <w:sz w:val="18"/>
              </w:rPr>
              <w:t xml:space="preserve"> </w:t>
            </w:r>
            <w:r>
              <w:rPr>
                <w:sz w:val="18"/>
              </w:rPr>
              <w:t>AI</w:t>
            </w:r>
            <w:r>
              <w:rPr>
                <w:sz w:val="18"/>
              </w:rPr>
              <w:t xml:space="preserve"> </w:t>
            </w:r>
            <w:r>
              <w:rPr>
                <w:sz w:val="18"/>
              </w:rPr>
              <w:t>通识课程的进阶与衔接？</w:t>
            </w:r>
            <w:r>
              <w:rPr>
                <w:sz w:val="18"/>
              </w:rPr>
              <w:t xml:space="preserve"> </w:t>
              <w:br/>
            </w:r>
            <w:r>
              <w:rPr>
                <w:sz w:val="18"/>
              </w:rPr>
              <w:t xml:space="preserve"> </w:t>
            </w:r>
            <w:r>
              <w:rPr>
                <w:sz w:val="18"/>
              </w:rPr>
              <w:t xml:space="preserve">2. </w:t>
            </w:r>
            <w:r>
              <w:rPr>
                <w:sz w:val="18"/>
              </w:rPr>
              <w:t xml:space="preserve"> </w:t>
            </w:r>
            <w:r>
              <w:rPr>
                <w:sz w:val="18"/>
              </w:rPr>
              <w:t>如何用</w:t>
            </w:r>
            <w:r>
              <w:rPr>
                <w:sz w:val="18"/>
              </w:rPr>
              <w:t xml:space="preserve"> </w:t>
            </w:r>
            <w:r>
              <w:rPr>
                <w:sz w:val="18"/>
              </w:rPr>
              <w:t>"</w:t>
            </w:r>
            <w:r>
              <w:rPr>
                <w:sz w:val="18"/>
              </w:rPr>
              <w:t xml:space="preserve"> </w:t>
            </w:r>
            <w:r>
              <w:rPr>
                <w:sz w:val="18"/>
              </w:rPr>
              <w:t>四位一体</w:t>
            </w:r>
            <w:r>
              <w:rPr>
                <w:sz w:val="18"/>
              </w:rPr>
              <w:t xml:space="preserve"> </w:t>
            </w:r>
            <w:r>
              <w:rPr>
                <w:sz w:val="18"/>
              </w:rPr>
              <w:t>"</w:t>
            </w:r>
            <w:r>
              <w:rPr>
                <w:sz w:val="18"/>
              </w:rPr>
              <w:t xml:space="preserve"> </w:t>
            </w:r>
            <w:r>
              <w:rPr>
                <w:sz w:val="18"/>
              </w:rPr>
              <w:t>闭环（课程研发</w:t>
            </w:r>
            <w:r>
              <w:rPr>
                <w:sz w:val="18"/>
              </w:rPr>
              <w:t xml:space="preserve"> </w:t>
            </w:r>
            <w:r>
              <w:rPr>
                <w:sz w:val="18"/>
              </w:rPr>
              <w:t>→</w:t>
            </w:r>
            <w:r>
              <w:rPr>
                <w:sz w:val="18"/>
              </w:rPr>
              <w:t xml:space="preserve"> </w:t>
            </w:r>
            <w:r>
              <w:rPr>
                <w:sz w:val="18"/>
              </w:rPr>
              <w:t>教学</w:t>
            </w:r>
            <w:r>
              <w:rPr>
                <w:sz w:val="18"/>
              </w:rPr>
              <w:t xml:space="preserve"> </w:t>
            </w:r>
            <w:r>
              <w:rPr>
                <w:sz w:val="18"/>
              </w:rPr>
              <w:t>→</w:t>
            </w:r>
            <w:r>
              <w:rPr>
                <w:sz w:val="18"/>
              </w:rPr>
              <w:t xml:space="preserve"> </w:t>
            </w:r>
            <w:r>
              <w:rPr>
                <w:sz w:val="18"/>
              </w:rPr>
              <w:t>教研</w:t>
            </w:r>
            <w:r>
              <w:rPr>
                <w:sz w:val="18"/>
              </w:rPr>
              <w:t xml:space="preserve"> </w:t>
            </w:r>
            <w:r>
              <w:rPr>
                <w:sz w:val="18"/>
              </w:rPr>
              <w:t>→</w:t>
            </w:r>
            <w:r>
              <w:rPr>
                <w:sz w:val="18"/>
              </w:rPr>
              <w:t xml:space="preserve"> </w:t>
            </w:r>
            <w:r>
              <w:rPr>
                <w:sz w:val="18"/>
              </w:rPr>
              <w:t>培训）组织我校校本研修，使教研中发现的共性问题反哺教师培训？请结合四字诀提出可行机制。</w:t>
            </w:r>
          </w:p>
        </w:tc>
      </w:tr>
    </w:tbl>
    <w:p>
      <w:r/>
    </w:p>
    <w:p>
      <w:pPr>
        <w:pBdr>
          <w:bottom w:val="single" w:sz="6" w:space="1" w:color="auto"/>
        </w:pBdr>
      </w:pPr>
      <w:r/>
    </w:p>
    <w:p>
      <w:pPr>
        <w:pStyle w:val="Heading3"/>
      </w:pPr>
      <w:r>
        <w:rPr>
          <w:rFonts w:ascii="微软雅黑" w:hAnsi="微软雅黑" w:eastAsia="微软雅黑" w:cs="微软雅黑" w:hint="eastAsia"/>
          <w:b w:val="0"/>
          <w:color w:val="1A237E"/>
          <w:sz w:val="20"/>
          <w:lang w:eastAsia="zh-CN"/>
        </w:rPr>
        <w:t>六、关键内容摘编（完整保留笔记全部事实细节，禁止压缩）</w:t>
      </w:r>
    </w:p>
    <w:p>
      <w:pPr/>
      <w:r>
        <w:rPr>
          <w:rFonts w:ascii="微软雅黑" w:eastAsia="微软雅黑" w:hAnsi="微软雅黑" w:cs="微软雅黑" w:hint="eastAsia"/>
          <w:lang w:eastAsia="zh-CN"/>
        </w:rPr>
        <w:t>本讲（下）为全系列总结下篇，从课程开发与实施宏观视角收束。主讲为华中师范大学郑旭东，单元归属</w:t>
      </w:r>
      <w:r>
        <w:t>"4-</w:t>
      </w:r>
      <w:r>
        <w:rPr>
          <w:rFonts w:ascii="微软雅黑" w:eastAsia="微软雅黑" w:hAnsi="微软雅黑" w:cs="微软雅黑" w:hint="eastAsia"/>
          <w:lang w:eastAsia="zh-CN"/>
        </w:rPr>
        <w:t>总结</w:t>
      </w:r>
      <w:r>
        <w:t>"</w:t>
      </w:r>
      <w:r>
        <w:rPr>
          <w:rFonts w:ascii="微软雅黑" w:eastAsia="微软雅黑" w:hAnsi="微软雅黑" w:cs="微软雅黑" w:hint="eastAsia"/>
          <w:lang w:eastAsia="zh-CN"/>
        </w:rPr>
        <w:t>，时长约</w:t>
      </w:r>
      <w:r>
        <w:t>14</w:t>
      </w:r>
      <w:r>
        <w:rPr>
          <w:rFonts w:ascii="微软雅黑" w:eastAsia="微软雅黑" w:hAnsi="微软雅黑" w:cs="微软雅黑" w:hint="eastAsia"/>
          <w:lang w:eastAsia="zh-CN"/>
        </w:rPr>
        <w:t>分钟。以下按视频时间轴与要点完整摘编。</w:t>
      </w:r>
    </w:p>
    <w:p>
      <w:pPr/>
      <w:r>
        <w:rPr>
          <w:rFonts w:ascii="微软雅黑" w:eastAsia="微软雅黑" w:hAnsi="微软雅黑" w:cs="微软雅黑" w:hint="eastAsia"/>
          <w:b/>
          <w:lang w:eastAsia="zh-CN"/>
        </w:rPr>
        <w:t>一、主题与定位</w:t>
      </w:r>
    </w:p>
    <w:p>
      <w:pPr/>
      <w:r>
        <w:rPr>
          <w:rFonts w:ascii="微软雅黑" w:eastAsia="微软雅黑" w:hAnsi="微软雅黑" w:cs="微软雅黑" w:hint="eastAsia"/>
          <w:lang w:eastAsia="zh-CN"/>
        </w:rPr>
        <w:t>全系列总结下篇，从课程开发与实施宏观视角收束：洋葱模型、</w:t>
      </w:r>
      <w:r>
        <w:t>K-12</w:t>
      </w:r>
      <w:r>
        <w:rPr>
          <w:rFonts w:ascii="微软雅黑" w:eastAsia="微软雅黑" w:hAnsi="微软雅黑" w:cs="微软雅黑" w:hint="eastAsia"/>
          <w:lang w:eastAsia="zh-CN"/>
        </w:rPr>
        <w:t>课程谱系、课标衔接、课程数字资源体系、课程构建五原则、多场景实施、</w:t>
      </w:r>
      <w:r>
        <w:t>"</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教学</w:t>
      </w:r>
      <w:r>
        <w:t>—</w:t>
      </w:r>
      <w:r>
        <w:rPr>
          <w:rFonts w:ascii="微软雅黑" w:eastAsia="微软雅黑" w:hAnsi="微软雅黑" w:cs="微软雅黑" w:hint="eastAsia"/>
          <w:lang w:eastAsia="zh-CN"/>
        </w:rPr>
        <w:t>教研</w:t>
      </w:r>
      <w:r>
        <w:t>—</w:t>
      </w:r>
      <w:r>
        <w:rPr>
          <w:rFonts w:ascii="微软雅黑" w:eastAsia="微软雅黑" w:hAnsi="微软雅黑" w:cs="微软雅黑" w:hint="eastAsia"/>
          <w:lang w:eastAsia="zh-CN"/>
        </w:rPr>
        <w:t>培训</w:t>
      </w:r>
      <w:r>
        <w:t>"</w:t>
      </w:r>
      <w:r>
        <w:rPr>
          <w:rFonts w:ascii="微软雅黑" w:eastAsia="微软雅黑" w:hAnsi="微软雅黑" w:cs="微软雅黑" w:hint="eastAsia"/>
          <w:lang w:eastAsia="zh-CN"/>
        </w:rPr>
        <w:t>四位一体，最后以</w:t>
      </w:r>
      <w:r>
        <w:t>"</w:t>
      </w:r>
      <w:r>
        <w:rPr>
          <w:rFonts w:ascii="微软雅黑" w:eastAsia="微软雅黑" w:hAnsi="微软雅黑" w:cs="微软雅黑" w:hint="eastAsia"/>
          <w:lang w:eastAsia="zh-CN"/>
        </w:rPr>
        <w:t>四字诀</w:t>
      </w:r>
      <w:r>
        <w:t>"</w:t>
      </w:r>
      <w:r>
        <w:rPr>
          <w:rFonts w:ascii="微软雅黑" w:eastAsia="微软雅黑" w:hAnsi="微软雅黑" w:cs="微软雅黑" w:hint="eastAsia"/>
          <w:lang w:eastAsia="zh-CN"/>
        </w:rPr>
        <w:t>和育人愿景作结。</w:t>
      </w:r>
    </w:p>
    <w:p>
      <w:pPr/>
      <w:r>
        <w:rPr>
          <w:rFonts w:ascii="微软雅黑" w:eastAsia="微软雅黑" w:hAnsi="微软雅黑" w:cs="微软雅黑" w:hint="eastAsia"/>
          <w:b/>
          <w:lang w:eastAsia="zh-CN"/>
        </w:rPr>
        <w:t>二、内容大纲（按时间轴）</w:t>
      </w:r>
    </w:p>
    <w:p>
      <w:pPr>
        <w:pStyle w:val="ListBullet"/>
        <w:spacing w:after="72"/>
      </w:pPr>
      <w:r>
        <w:t xml:space="preserve">0:00–1:40 </w:t>
      </w:r>
      <w:r>
        <w:rPr>
          <w:rFonts w:ascii="微软雅黑" w:eastAsia="微软雅黑" w:hAnsi="微软雅黑" w:cs="微软雅黑" w:hint="eastAsia"/>
          <w:lang w:eastAsia="zh-CN"/>
        </w:rPr>
        <w:t>洋葱模型：</w:t>
      </w:r>
      <w:r>
        <w:t>"</w:t>
      </w:r>
      <w:r>
        <w:rPr>
          <w:rFonts w:ascii="微软雅黑" w:eastAsia="微软雅黑" w:hAnsi="微软雅黑" w:cs="微软雅黑" w:hint="eastAsia"/>
          <w:lang w:eastAsia="zh-CN"/>
        </w:rPr>
        <w:t>课程开发是教师做洋葱，教学实践是学生剥洋葱。</w:t>
      </w:r>
      <w:r>
        <w:t>"</w:t>
      </w:r>
      <w:r>
        <w:rPr>
          <w:rFonts w:ascii="微软雅黑" w:eastAsia="微软雅黑" w:hAnsi="微软雅黑" w:cs="微软雅黑" w:hint="eastAsia"/>
          <w:lang w:eastAsia="zh-CN"/>
        </w:rPr>
        <w:t>由内到外：抽象世界</w:t>
      </w:r>
      <w:r>
        <w:t>→</w:t>
      </w:r>
      <w:r>
        <w:rPr>
          <w:rFonts w:ascii="微软雅黑" w:eastAsia="微软雅黑" w:hAnsi="微软雅黑" w:cs="微软雅黑" w:hint="eastAsia"/>
          <w:lang w:eastAsia="zh-CN"/>
        </w:rPr>
        <w:t>基本原理</w:t>
      </w:r>
      <w:r>
        <w:t>→</w:t>
      </w:r>
      <w:r>
        <w:rPr>
          <w:rFonts w:ascii="微软雅黑" w:eastAsia="微软雅黑" w:hAnsi="微软雅黑" w:cs="微软雅黑" w:hint="eastAsia"/>
          <w:lang w:eastAsia="zh-CN"/>
        </w:rPr>
        <w:t>基础理论</w:t>
      </w:r>
      <w:r>
        <w:t>→</w:t>
      </w:r>
      <w:r>
        <w:rPr>
          <w:rFonts w:ascii="微软雅黑" w:eastAsia="微软雅黑" w:hAnsi="微软雅黑" w:cs="微软雅黑" w:hint="eastAsia"/>
          <w:lang w:eastAsia="zh-CN"/>
        </w:rPr>
        <w:t>关键技术</w:t>
      </w:r>
      <w:r>
        <w:t>→</w:t>
      </w:r>
      <w:r>
        <w:rPr>
          <w:rFonts w:ascii="微软雅黑" w:eastAsia="微软雅黑" w:hAnsi="微软雅黑" w:cs="微软雅黑" w:hint="eastAsia"/>
          <w:lang w:eastAsia="zh-CN"/>
        </w:rPr>
        <w:t>典型应用</w:t>
      </w:r>
      <w:r>
        <w:t>→</w:t>
      </w:r>
      <w:r>
        <w:rPr>
          <w:rFonts w:ascii="微软雅黑" w:eastAsia="微软雅黑" w:hAnsi="微软雅黑" w:cs="微软雅黑" w:hint="eastAsia"/>
          <w:lang w:eastAsia="zh-CN"/>
        </w:rPr>
        <w:t>现实生活；学生从生活往内剥到洋葱芯；洋葱由基础概念构成，融入数学、科学、技术、工程、人文。</w:t>
      </w:r>
    </w:p>
    <w:p>
      <w:pPr>
        <w:pStyle w:val="ListBullet"/>
        <w:spacing w:after="72"/>
      </w:pPr>
      <w:r>
        <w:t xml:space="preserve">1:40–4:30 </w:t>
      </w:r>
      <w:r>
        <w:rPr>
          <w:rFonts w:ascii="微软雅黑" w:eastAsia="微软雅黑" w:hAnsi="微软雅黑" w:cs="微软雅黑" w:hint="eastAsia"/>
          <w:lang w:eastAsia="zh-CN"/>
        </w:rPr>
        <w:t>课程谱系：工程实践与知识整合；</w:t>
      </w:r>
      <w:r>
        <w:t>"</w:t>
      </w:r>
      <w:r>
        <w:rPr>
          <w:rFonts w:ascii="微软雅黑" w:eastAsia="微软雅黑" w:hAnsi="微软雅黑" w:cs="微软雅黑" w:hint="eastAsia"/>
          <w:lang w:eastAsia="zh-CN"/>
        </w:rPr>
        <w:t>知识主题式</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工具主题式</w:t>
      </w:r>
      <w:r>
        <w:t>"</w:t>
      </w:r>
      <w:r>
        <w:rPr>
          <w:rFonts w:ascii="微软雅黑" w:eastAsia="微软雅黑" w:hAnsi="微软雅黑" w:cs="微软雅黑" w:hint="eastAsia"/>
          <w:lang w:eastAsia="zh-CN"/>
        </w:rPr>
        <w:t>两条线索，形成</w:t>
      </w:r>
      <w:r>
        <w:t>K-12</w:t>
      </w:r>
      <w:r>
        <w:rPr>
          <w:rFonts w:ascii="微软雅黑" w:eastAsia="微软雅黑" w:hAnsi="微软雅黑" w:cs="微软雅黑" w:hint="eastAsia"/>
          <w:lang w:eastAsia="zh-CN"/>
        </w:rPr>
        <w:t>一条线，覆盖小学、初中、高中，对接科学</w:t>
      </w:r>
      <w:r>
        <w:t>S</w:t>
      </w:r>
      <w:r>
        <w:rPr>
          <w:rFonts w:ascii="微软雅黑" w:eastAsia="微软雅黑" w:hAnsi="微软雅黑" w:cs="微软雅黑" w:hint="eastAsia"/>
          <w:lang w:eastAsia="zh-CN"/>
        </w:rPr>
        <w:t>、技术</w:t>
      </w:r>
      <w:r>
        <w:t>T</w:t>
      </w:r>
      <w:r>
        <w:rPr>
          <w:rFonts w:ascii="微软雅黑" w:eastAsia="微软雅黑" w:hAnsi="微软雅黑" w:cs="微软雅黑" w:hint="eastAsia"/>
          <w:lang w:eastAsia="zh-CN"/>
        </w:rPr>
        <w:t>、工程</w:t>
      </w:r>
      <w:r>
        <w:t>E</w:t>
      </w:r>
      <w:r>
        <w:rPr>
          <w:rFonts w:ascii="微软雅黑" w:eastAsia="微软雅黑" w:hAnsi="微软雅黑" w:cs="微软雅黑" w:hint="eastAsia"/>
          <w:lang w:eastAsia="zh-CN"/>
        </w:rPr>
        <w:t>、艺术</w:t>
      </w:r>
      <w:r>
        <w:t>A</w:t>
      </w:r>
      <w:r>
        <w:rPr>
          <w:rFonts w:ascii="微软雅黑" w:eastAsia="微软雅黑" w:hAnsi="微软雅黑" w:cs="微软雅黑" w:hint="eastAsia"/>
          <w:lang w:eastAsia="zh-CN"/>
        </w:rPr>
        <w:t>、数学</w:t>
      </w:r>
      <w:r>
        <w:t>M</w:t>
      </w:r>
      <w:r>
        <w:rPr>
          <w:rFonts w:ascii="微软雅黑" w:eastAsia="微软雅黑" w:hAnsi="微软雅黑" w:cs="微软雅黑" w:hint="eastAsia"/>
          <w:lang w:eastAsia="zh-CN"/>
        </w:rPr>
        <w:t>等维度，配技术框架与学生要求；所有课由知识主题决定。</w:t>
      </w:r>
    </w:p>
    <w:p>
      <w:pPr>
        <w:pStyle w:val="ListBullet"/>
        <w:spacing w:after="72"/>
      </w:pPr>
      <w:r>
        <w:t xml:space="preserve">4:30–7:00 </w:t>
      </w:r>
      <w:r>
        <w:rPr>
          <w:rFonts w:ascii="微软雅黑" w:eastAsia="微软雅黑" w:hAnsi="微软雅黑" w:cs="微软雅黑" w:hint="eastAsia"/>
          <w:lang w:eastAsia="zh-CN"/>
        </w:rPr>
        <w:t>课标紧扣到什么程度：要</w:t>
      </w:r>
      <w:r>
        <w:t>"</w:t>
      </w:r>
      <w:r>
        <w:rPr>
          <w:rFonts w:ascii="微软雅黑" w:eastAsia="微软雅黑" w:hAnsi="微软雅黑" w:cs="微软雅黑" w:hint="eastAsia"/>
          <w:lang w:eastAsia="zh-CN"/>
        </w:rPr>
        <w:t>紧扣课程标准、支撑学科教学</w:t>
      </w:r>
      <w:r>
        <w:t>"</w:t>
      </w:r>
      <w:r>
        <w:rPr>
          <w:rFonts w:ascii="微软雅黑" w:eastAsia="微软雅黑" w:hAnsi="微软雅黑" w:cs="微软雅黑" w:hint="eastAsia"/>
          <w:lang w:eastAsia="zh-CN"/>
        </w:rPr>
        <w:t>，对应数学、科学、物理、信息科技等课标；校本课程和国家课程应衔接；在参考各学科国家课程标准基础上自然实现学科融合；当前主要是分科教学。</w:t>
      </w:r>
    </w:p>
    <w:p>
      <w:pPr>
        <w:pStyle w:val="ListBullet"/>
        <w:spacing w:after="72"/>
      </w:pPr>
      <w:r>
        <w:t xml:space="preserve">7:00–9:40 </w:t>
      </w:r>
      <w:r>
        <w:rPr>
          <w:rFonts w:ascii="微软雅黑" w:eastAsia="微软雅黑" w:hAnsi="微软雅黑" w:cs="微软雅黑" w:hint="eastAsia"/>
          <w:lang w:eastAsia="zh-CN"/>
        </w:rPr>
        <w:t>课程数字资源体系：教师用（数字教材</w:t>
      </w:r>
      <w:r>
        <w:t>/PPT</w:t>
      </w:r>
      <w:r>
        <w:rPr>
          <w:rFonts w:ascii="微软雅黑" w:eastAsia="微软雅黑" w:hAnsi="微软雅黑" w:cs="微软雅黑" w:hint="eastAsia"/>
          <w:lang w:eastAsia="zh-CN"/>
        </w:rPr>
        <w:t>、说课视频、教学</w:t>
      </w:r>
      <w:r>
        <w:t>PPT</w:t>
      </w:r>
      <w:r>
        <w:rPr>
          <w:rFonts w:ascii="微软雅黑" w:eastAsia="微软雅黑" w:hAnsi="微软雅黑" w:cs="微软雅黑" w:hint="eastAsia"/>
          <w:lang w:eastAsia="zh-CN"/>
        </w:rPr>
        <w:t>、验证</w:t>
      </w:r>
      <w:r>
        <w:t>/</w:t>
      </w:r>
      <w:r>
        <w:rPr>
          <w:rFonts w:ascii="微软雅黑" w:eastAsia="微软雅黑" w:hAnsi="微软雅黑" w:cs="微软雅黑" w:hint="eastAsia"/>
          <w:lang w:eastAsia="zh-CN"/>
        </w:rPr>
        <w:t>演示视频、材料清单）</w:t>
      </w:r>
      <w:r>
        <w:t>+</w:t>
      </w:r>
      <w:r>
        <w:rPr>
          <w:rFonts w:ascii="微软雅黑" w:eastAsia="微软雅黑" w:hAnsi="微软雅黑" w:cs="微软雅黑" w:hint="eastAsia"/>
          <w:lang w:eastAsia="zh-CN"/>
        </w:rPr>
        <w:t>学生用（学生上手指南、演示视频）。对非</w:t>
      </w:r>
      <w:r>
        <w:t>AI</w:t>
      </w:r>
      <w:r>
        <w:rPr>
          <w:rFonts w:ascii="微软雅黑" w:eastAsia="微软雅黑" w:hAnsi="微软雅黑" w:cs="微软雅黑" w:hint="eastAsia"/>
          <w:lang w:eastAsia="zh-CN"/>
        </w:rPr>
        <w:t>专业教师把资源都做出来，哪怕几页</w:t>
      </w:r>
      <w:r>
        <w:t>PPT</w:t>
      </w:r>
      <w:r>
        <w:rPr>
          <w:rFonts w:ascii="微软雅黑" w:eastAsia="微软雅黑" w:hAnsi="微软雅黑" w:cs="微软雅黑" w:hint="eastAsia"/>
          <w:lang w:eastAsia="zh-CN"/>
        </w:rPr>
        <w:t>也要把课件做扎实；不会做的拍成视频示范；说课视频相当于给老师示范；但避免繁琐堆砌。</w:t>
      </w:r>
    </w:p>
    <w:p>
      <w:pPr>
        <w:pStyle w:val="ListBullet"/>
        <w:spacing w:after="72"/>
      </w:pPr>
      <w:r>
        <w:t xml:space="preserve">9:40–11:30 </w:t>
      </w:r>
      <w:r>
        <w:rPr>
          <w:rFonts w:ascii="微软雅黑" w:eastAsia="微软雅黑" w:hAnsi="微软雅黑" w:cs="微软雅黑" w:hint="eastAsia"/>
          <w:lang w:eastAsia="zh-CN"/>
        </w:rPr>
        <w:t>课程构建五原则：</w:t>
      </w:r>
      <w:r>
        <w:t>①</w:t>
      </w:r>
      <w:r>
        <w:rPr>
          <w:rFonts w:ascii="微软雅黑" w:eastAsia="微软雅黑" w:hAnsi="微软雅黑" w:cs="微软雅黑" w:hint="eastAsia"/>
          <w:lang w:eastAsia="zh-CN"/>
        </w:rPr>
        <w:t>一个模块由多节课组成，帮助学生通过课程设计解决真实问题；</w:t>
      </w:r>
      <w:r>
        <w:t>②</w:t>
      </w:r>
      <w:r>
        <w:rPr>
          <w:rFonts w:ascii="微软雅黑" w:eastAsia="微软雅黑" w:hAnsi="微软雅黑" w:cs="微软雅黑" w:hint="eastAsia"/>
          <w:lang w:eastAsia="zh-CN"/>
        </w:rPr>
        <w:t>以问题和项目导向的教学与研究性学习支撑真实问题解决；</w:t>
      </w:r>
      <w:r>
        <w:t>③</w:t>
      </w:r>
      <w:r>
        <w:rPr>
          <w:rFonts w:ascii="微软雅黑" w:eastAsia="微软雅黑" w:hAnsi="微软雅黑" w:cs="微软雅黑" w:hint="eastAsia"/>
          <w:lang w:eastAsia="zh-CN"/>
        </w:rPr>
        <w:t>综合运用艺术想象、工程设计、科学探究和数学思维；</w:t>
      </w:r>
      <w:r>
        <w:t>④</w:t>
      </w:r>
      <w:r>
        <w:rPr>
          <w:rFonts w:ascii="微软雅黑" w:eastAsia="微软雅黑" w:hAnsi="微软雅黑" w:cs="微软雅黑" w:hint="eastAsia"/>
          <w:lang w:eastAsia="zh-CN"/>
        </w:rPr>
        <w:t>技术设备是学习体验与思维发展的有效工具；</w:t>
      </w:r>
      <w:r>
        <w:t>⑤</w:t>
      </w:r>
      <w:r>
        <w:rPr>
          <w:rFonts w:ascii="微软雅黑" w:eastAsia="微软雅黑" w:hAnsi="微软雅黑" w:cs="微软雅黑" w:hint="eastAsia"/>
          <w:lang w:eastAsia="zh-CN"/>
        </w:rPr>
        <w:t>模块灵活，可独立、组合、拓展。警示：只拿机器人玩半天不是有质量的</w:t>
      </w:r>
      <w:r>
        <w:t>AI</w:t>
      </w:r>
      <w:r>
        <w:rPr>
          <w:rFonts w:ascii="微软雅黑" w:eastAsia="微软雅黑" w:hAnsi="微软雅黑" w:cs="微软雅黑" w:hint="eastAsia"/>
          <w:lang w:eastAsia="zh-CN"/>
        </w:rPr>
        <w:t>课；模块化很重要。</w:t>
      </w:r>
    </w:p>
    <w:p>
      <w:pPr>
        <w:pStyle w:val="ListBullet"/>
        <w:spacing w:after="72"/>
      </w:pPr>
      <w:r>
        <w:t xml:space="preserve">11:30–12:30 </w:t>
      </w:r>
      <w:r>
        <w:rPr>
          <w:rFonts w:ascii="微软雅黑" w:eastAsia="微软雅黑" w:hAnsi="微软雅黑" w:cs="微软雅黑" w:hint="eastAsia"/>
          <w:lang w:eastAsia="zh-CN"/>
        </w:rPr>
        <w:t>适应多种场景：校本课程</w:t>
      </w:r>
      <w:r>
        <w:t>/</w:t>
      </w:r>
      <w:r>
        <w:rPr>
          <w:rFonts w:ascii="微软雅黑" w:eastAsia="微软雅黑" w:hAnsi="微软雅黑" w:cs="微软雅黑" w:hint="eastAsia"/>
          <w:lang w:eastAsia="zh-CN"/>
        </w:rPr>
        <w:t>课后服务、课堂中融合学科、学习中心、场馆</w:t>
      </w:r>
      <w:r>
        <w:t>/</w:t>
      </w:r>
      <w:r>
        <w:rPr>
          <w:rFonts w:ascii="微软雅黑" w:eastAsia="微软雅黑" w:hAnsi="微软雅黑" w:cs="微软雅黑" w:hint="eastAsia"/>
          <w:lang w:eastAsia="zh-CN"/>
        </w:rPr>
        <w:t>科技馆合作开展；不只限于信息科技课堂。</w:t>
      </w:r>
    </w:p>
    <w:p>
      <w:pPr>
        <w:pStyle w:val="ListBullet"/>
        <w:spacing w:after="72"/>
      </w:pPr>
      <w:r>
        <w:t xml:space="preserve">12:30–13:10 </w:t>
      </w:r>
      <w:r>
        <w:rPr>
          <w:rFonts w:ascii="微软雅黑" w:eastAsia="微软雅黑" w:hAnsi="微软雅黑" w:cs="微软雅黑" w:hint="eastAsia"/>
          <w:lang w:eastAsia="zh-CN"/>
        </w:rPr>
        <w:t>四位一体（四个咬合齿轮）：</w:t>
      </w:r>
      <w:r>
        <w:t>①</w:t>
      </w:r>
      <w:r>
        <w:rPr>
          <w:rFonts w:ascii="微软雅黑" w:eastAsia="微软雅黑" w:hAnsi="微软雅黑" w:cs="微软雅黑" w:hint="eastAsia"/>
          <w:lang w:eastAsia="zh-CN"/>
        </w:rPr>
        <w:t>课程：参考课标研发优质课程；</w:t>
      </w:r>
      <w:r>
        <w:t>②</w:t>
      </w:r>
      <w:r>
        <w:rPr>
          <w:rFonts w:ascii="微软雅黑" w:eastAsia="微软雅黑" w:hAnsi="微软雅黑" w:cs="微软雅黑" w:hint="eastAsia"/>
          <w:lang w:eastAsia="zh-CN"/>
        </w:rPr>
        <w:t>教学：基于优质课程开展教学；</w:t>
      </w:r>
      <w:r>
        <w:t>③</w:t>
      </w:r>
      <w:r>
        <w:rPr>
          <w:rFonts w:ascii="微软雅黑" w:eastAsia="微软雅黑" w:hAnsi="微软雅黑" w:cs="微软雅黑" w:hint="eastAsia"/>
          <w:lang w:eastAsia="zh-CN"/>
        </w:rPr>
        <w:t>教研：基于真实教学开展教研；</w:t>
      </w:r>
      <w:r>
        <w:t>④</w:t>
      </w:r>
      <w:r>
        <w:rPr>
          <w:rFonts w:ascii="微软雅黑" w:eastAsia="微软雅黑" w:hAnsi="微软雅黑" w:cs="微软雅黑" w:hint="eastAsia"/>
          <w:lang w:eastAsia="zh-CN"/>
        </w:rPr>
        <w:t>培训：基于教研共性问题开展培训。</w:t>
      </w:r>
    </w:p>
    <w:p>
      <w:pPr>
        <w:pStyle w:val="ListBullet"/>
        <w:spacing w:after="72"/>
      </w:pPr>
      <w:r>
        <w:t>13:10–14:30 "</w:t>
      </w:r>
      <w:r>
        <w:rPr>
          <w:rFonts w:ascii="微软雅黑" w:eastAsia="微软雅黑" w:hAnsi="微软雅黑" w:cs="微软雅黑" w:hint="eastAsia"/>
          <w:lang w:eastAsia="zh-CN"/>
        </w:rPr>
        <w:t>用人工智能教人工智能</w:t>
      </w:r>
      <w:r>
        <w:t>"</w:t>
      </w:r>
      <w:r>
        <w:rPr>
          <w:rFonts w:ascii="微软雅黑" w:eastAsia="微软雅黑" w:hAnsi="微软雅黑" w:cs="微软雅黑" w:hint="eastAsia"/>
          <w:lang w:eastAsia="zh-CN"/>
        </w:rPr>
        <w:t>四字诀：人</w:t>
      </w:r>
      <w:r>
        <w:t>—</w:t>
      </w:r>
      <w:r>
        <w:rPr>
          <w:rFonts w:ascii="微软雅黑" w:eastAsia="微软雅黑" w:hAnsi="微软雅黑" w:cs="微软雅黑" w:hint="eastAsia"/>
          <w:lang w:eastAsia="zh-CN"/>
        </w:rPr>
        <w:t>育人为本、工</w:t>
      </w:r>
      <w:r>
        <w:t>—</w:t>
      </w:r>
      <w:r>
        <w:rPr>
          <w:rFonts w:ascii="微软雅黑" w:eastAsia="微软雅黑" w:hAnsi="微软雅黑" w:cs="微软雅黑" w:hint="eastAsia"/>
          <w:lang w:eastAsia="zh-CN"/>
        </w:rPr>
        <w:t>技术赋能、智</w:t>
      </w:r>
      <w:r>
        <w:t>—</w:t>
      </w:r>
      <w:r>
        <w:rPr>
          <w:rFonts w:ascii="微软雅黑" w:eastAsia="微软雅黑" w:hAnsi="微软雅黑" w:cs="微软雅黑" w:hint="eastAsia"/>
          <w:lang w:eastAsia="zh-CN"/>
        </w:rPr>
        <w:t>认知发展、能</w:t>
      </w:r>
      <w:r>
        <w:t>—</w:t>
      </w:r>
      <w:r>
        <w:rPr>
          <w:rFonts w:ascii="微软雅黑" w:eastAsia="微软雅黑" w:hAnsi="微软雅黑" w:cs="微软雅黑" w:hint="eastAsia"/>
          <w:lang w:eastAsia="zh-CN"/>
        </w:rPr>
        <w:t>创新实践。</w:t>
      </w:r>
    </w:p>
    <w:p>
      <w:pPr>
        <w:pStyle w:val="ListBullet"/>
        <w:spacing w:after="72"/>
      </w:pPr>
      <w:r>
        <w:t>14:30–</w:t>
      </w:r>
      <w:r>
        <w:rPr>
          <w:rFonts w:ascii="微软雅黑" w:eastAsia="微软雅黑" w:hAnsi="微软雅黑" w:cs="微软雅黑" w:hint="eastAsia"/>
          <w:lang w:eastAsia="zh-CN"/>
        </w:rPr>
        <w:t>结尾</w:t>
      </w:r>
      <w:r>
        <w:t xml:space="preserve"> </w:t>
      </w:r>
      <w:r>
        <w:rPr>
          <w:rFonts w:ascii="微软雅黑" w:eastAsia="微软雅黑" w:hAnsi="微软雅黑" w:cs="微软雅黑" w:hint="eastAsia"/>
          <w:lang w:eastAsia="zh-CN"/>
        </w:rPr>
        <w:t>愿景</w:t>
      </w:r>
      <w:r>
        <w:t>"</w:t>
      </w:r>
      <w:r>
        <w:rPr>
          <w:rFonts w:ascii="微软雅黑" w:eastAsia="微软雅黑" w:hAnsi="微软雅黑" w:cs="微软雅黑" w:hint="eastAsia"/>
          <w:lang w:eastAsia="zh-CN"/>
        </w:rPr>
        <w:t>人工智能通识教育水平全面提升</w:t>
      </w:r>
      <w:r>
        <w:t>"</w:t>
      </w:r>
      <w:r>
        <w:rPr>
          <w:rFonts w:ascii="微软雅黑" w:eastAsia="微软雅黑" w:hAnsi="微软雅黑" w:cs="微软雅黑" w:hint="eastAsia"/>
          <w:lang w:eastAsia="zh-CN"/>
        </w:rPr>
        <w:t>：学生学业成效改进、</w:t>
      </w:r>
      <w:r>
        <w:t>AI</w:t>
      </w:r>
      <w:r>
        <w:rPr>
          <w:rFonts w:ascii="微软雅黑" w:eastAsia="微软雅黑" w:hAnsi="微软雅黑" w:cs="微软雅黑" w:hint="eastAsia"/>
          <w:lang w:eastAsia="zh-CN"/>
        </w:rPr>
        <w:t>素养真正改进、学校可持续发展能力增强、教师教学能力发展、造就高水平</w:t>
      </w:r>
      <w:r>
        <w:t>AI</w:t>
      </w:r>
      <w:r>
        <w:rPr>
          <w:rFonts w:ascii="微软雅黑" w:eastAsia="微软雅黑" w:hAnsi="微软雅黑" w:cs="微软雅黑" w:hint="eastAsia"/>
          <w:lang w:eastAsia="zh-CN"/>
        </w:rPr>
        <w:t>通识教育教师队伍。</w:t>
      </w:r>
    </w:p>
    <w:p>
      <w:pPr/>
      <w:r>
        <w:rPr>
          <w:rFonts w:ascii="微软雅黑" w:eastAsia="微软雅黑" w:hAnsi="微软雅黑" w:cs="微软雅黑" w:hint="eastAsia"/>
          <w:b/>
          <w:lang w:eastAsia="zh-CN"/>
        </w:rPr>
        <w:t>三、教学法与课程建设要点（八条）</w:t>
      </w:r>
    </w:p>
    <w:p>
      <w:pPr>
        <w:pStyle w:val="ListNumber"/>
        <w:numPr>
          <w:ilvl w:val="0"/>
          <w:numId w:val="58"/>
        </w:numPr>
        <w:spacing w:after="72"/>
      </w:pPr>
      <w:r>
        <w:rPr>
          <w:rFonts w:ascii="微软雅黑" w:eastAsia="微软雅黑" w:hAnsi="微软雅黑" w:cs="微软雅黑" w:hint="eastAsia"/>
          <w:lang w:eastAsia="zh-CN"/>
        </w:rPr>
        <w:t>洋葱模型备课：按</w:t>
      </w:r>
      <w:r>
        <w:t>"</w:t>
      </w:r>
      <w:r>
        <w:rPr>
          <w:rFonts w:ascii="微软雅黑" w:eastAsia="微软雅黑" w:hAnsi="微软雅黑" w:cs="微软雅黑" w:hint="eastAsia"/>
          <w:lang w:eastAsia="zh-CN"/>
        </w:rPr>
        <w:t>原理</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应用</w:t>
      </w:r>
      <w:r>
        <w:t>→</w:t>
      </w:r>
      <w:r>
        <w:rPr>
          <w:rFonts w:ascii="微软雅黑" w:eastAsia="微软雅黑" w:hAnsi="微软雅黑" w:cs="微软雅黑" w:hint="eastAsia"/>
          <w:lang w:eastAsia="zh-CN"/>
        </w:rPr>
        <w:t>生活</w:t>
      </w:r>
      <w:r>
        <w:t>"</w:t>
      </w:r>
      <w:r>
        <w:rPr>
          <w:rFonts w:ascii="微软雅黑" w:eastAsia="微软雅黑" w:hAnsi="微软雅黑" w:cs="微软雅黑" w:hint="eastAsia"/>
          <w:lang w:eastAsia="zh-CN"/>
        </w:rPr>
        <w:t>分层设计，学生从情境层层剥入抽象核心，跨学科内容融入各层。</w:t>
      </w:r>
    </w:p>
    <w:p>
      <w:pPr>
        <w:pStyle w:val="ListNumber"/>
        <w:numPr>
          <w:ilvl w:val="0"/>
          <w:numId w:val="58"/>
        </w:numPr>
        <w:spacing w:after="72"/>
      </w:pPr>
      <w:r>
        <w:rPr>
          <w:rFonts w:ascii="微软雅黑" w:eastAsia="微软雅黑" w:hAnsi="微软雅黑" w:cs="微软雅黑" w:hint="eastAsia"/>
          <w:lang w:eastAsia="zh-CN"/>
        </w:rPr>
        <w:t>知识主题式为主线、工具主题式支撑，</w:t>
      </w:r>
      <w:r>
        <w:t>K-12</w:t>
      </w:r>
      <w:r>
        <w:rPr>
          <w:rFonts w:ascii="微软雅黑" w:eastAsia="微软雅黑" w:hAnsi="微软雅黑" w:cs="微软雅黑" w:hint="eastAsia"/>
          <w:lang w:eastAsia="zh-CN"/>
        </w:rPr>
        <w:t>一体化进阶。</w:t>
      </w:r>
    </w:p>
    <w:p>
      <w:pPr>
        <w:pStyle w:val="ListNumber"/>
        <w:numPr>
          <w:ilvl w:val="0"/>
          <w:numId w:val="58"/>
        </w:numPr>
        <w:spacing w:after="72"/>
      </w:pPr>
      <w:r>
        <w:rPr>
          <w:rFonts w:ascii="微软雅黑" w:eastAsia="微软雅黑" w:hAnsi="微软雅黑" w:cs="微软雅黑" w:hint="eastAsia"/>
          <w:lang w:eastAsia="zh-CN"/>
        </w:rPr>
        <w:t>紧扣各科课标、与国家课程衔接，自然实现学科融合。</w:t>
      </w:r>
    </w:p>
    <w:p>
      <w:pPr>
        <w:pStyle w:val="ListNumber"/>
        <w:numPr>
          <w:ilvl w:val="0"/>
          <w:numId w:val="58"/>
        </w:numPr>
        <w:spacing w:after="72"/>
      </w:pPr>
      <w:r>
        <w:rPr>
          <w:rFonts w:ascii="微软雅黑" w:eastAsia="微软雅黑" w:hAnsi="微软雅黑" w:cs="微软雅黑" w:hint="eastAsia"/>
          <w:lang w:eastAsia="zh-CN"/>
        </w:rPr>
        <w:t>资源包双向配置（教师用</w:t>
      </w:r>
      <w:r>
        <w:t>/</w:t>
      </w:r>
      <w:r>
        <w:rPr>
          <w:rFonts w:ascii="微软雅黑" w:eastAsia="微软雅黑" w:hAnsi="微软雅黑" w:cs="微软雅黑" w:hint="eastAsia"/>
          <w:lang w:eastAsia="zh-CN"/>
        </w:rPr>
        <w:t>学生用）：说课视频</w:t>
      </w:r>
      <w:r>
        <w:t>+</w:t>
      </w:r>
      <w:r>
        <w:rPr>
          <w:rFonts w:ascii="微软雅黑" w:eastAsia="微软雅黑" w:hAnsi="微软雅黑" w:cs="微软雅黑" w:hint="eastAsia"/>
          <w:lang w:eastAsia="zh-CN"/>
        </w:rPr>
        <w:t>教学</w:t>
      </w:r>
      <w:r>
        <w:t>PPT+</w:t>
      </w:r>
      <w:r>
        <w:rPr>
          <w:rFonts w:ascii="微软雅黑" w:eastAsia="微软雅黑" w:hAnsi="微软雅黑" w:cs="微软雅黑" w:hint="eastAsia"/>
          <w:lang w:eastAsia="zh-CN"/>
        </w:rPr>
        <w:t>演示</w:t>
      </w:r>
      <w:r>
        <w:t>/</w:t>
      </w:r>
      <w:r>
        <w:rPr>
          <w:rFonts w:ascii="微软雅黑" w:eastAsia="微软雅黑" w:hAnsi="微软雅黑" w:cs="微软雅黑" w:hint="eastAsia"/>
          <w:lang w:eastAsia="zh-CN"/>
        </w:rPr>
        <w:t>验证视频</w:t>
      </w:r>
      <w:r>
        <w:t>+</w:t>
      </w:r>
      <w:r>
        <w:rPr>
          <w:rFonts w:ascii="微软雅黑" w:eastAsia="微软雅黑" w:hAnsi="微软雅黑" w:cs="微软雅黑" w:hint="eastAsia"/>
          <w:lang w:eastAsia="zh-CN"/>
        </w:rPr>
        <w:t>学生任务单</w:t>
      </w:r>
      <w:r>
        <w:t>+</w:t>
      </w:r>
      <w:r>
        <w:rPr>
          <w:rFonts w:ascii="微软雅黑" w:eastAsia="微软雅黑" w:hAnsi="微软雅黑" w:cs="微软雅黑" w:hint="eastAsia"/>
          <w:lang w:eastAsia="zh-CN"/>
        </w:rPr>
        <w:t>材料清单，支持非专业教师拿来即用。</w:t>
      </w:r>
    </w:p>
    <w:p>
      <w:pPr>
        <w:pStyle w:val="ListNumber"/>
        <w:numPr>
          <w:ilvl w:val="0"/>
          <w:numId w:val="58"/>
        </w:numPr>
        <w:spacing w:after="72"/>
      </w:pPr>
      <w:r>
        <w:rPr>
          <w:rFonts w:ascii="微软雅黑" w:eastAsia="微软雅黑" w:hAnsi="微软雅黑" w:cs="微软雅黑" w:hint="eastAsia"/>
          <w:lang w:eastAsia="zh-CN"/>
        </w:rPr>
        <w:t>模块化结构：模块</w:t>
      </w:r>
      <w:r>
        <w:t>—</w:t>
      </w:r>
      <w:r>
        <w:rPr>
          <w:rFonts w:ascii="微软雅黑" w:eastAsia="微软雅黑" w:hAnsi="微软雅黑" w:cs="微软雅黑" w:hint="eastAsia"/>
          <w:lang w:eastAsia="zh-CN"/>
        </w:rPr>
        <w:t>多节课</w:t>
      </w:r>
      <w:r>
        <w:t>—</w:t>
      </w:r>
      <w:r>
        <w:rPr>
          <w:rFonts w:ascii="微软雅黑" w:eastAsia="微软雅黑" w:hAnsi="微软雅黑" w:cs="微软雅黑" w:hint="eastAsia"/>
          <w:lang w:eastAsia="zh-CN"/>
        </w:rPr>
        <w:t>真实问题，灵活组合拓展。</w:t>
      </w:r>
    </w:p>
    <w:p>
      <w:pPr>
        <w:pStyle w:val="ListNumber"/>
        <w:numPr>
          <w:ilvl w:val="0"/>
          <w:numId w:val="58"/>
        </w:numPr>
        <w:spacing w:after="72"/>
      </w:pPr>
      <w:r>
        <w:rPr>
          <w:rFonts w:ascii="微软雅黑" w:eastAsia="微软雅黑" w:hAnsi="微软雅黑" w:cs="微软雅黑" w:hint="eastAsia"/>
          <w:lang w:eastAsia="zh-CN"/>
        </w:rPr>
        <w:t>多场景开课：课后服务、学科融合课堂、学习中心、馆校合作。</w:t>
      </w:r>
    </w:p>
    <w:p>
      <w:pPr>
        <w:pStyle w:val="ListNumber"/>
        <w:numPr>
          <w:ilvl w:val="0"/>
          <w:numId w:val="58"/>
        </w:numPr>
        <w:spacing w:after="72"/>
      </w:pPr>
      <w:r>
        <w:rPr>
          <w:rFonts w:ascii="微软雅黑" w:eastAsia="微软雅黑" w:hAnsi="微软雅黑" w:cs="微软雅黑" w:hint="eastAsia"/>
          <w:lang w:eastAsia="zh-CN"/>
        </w:rPr>
        <w:t>质量底线：动手</w:t>
      </w:r>
      <w:r>
        <w:t>≠</w:t>
      </w:r>
      <w:r>
        <w:rPr>
          <w:rFonts w:ascii="微软雅黑" w:eastAsia="微软雅黑" w:hAnsi="微软雅黑" w:cs="微软雅黑" w:hint="eastAsia"/>
          <w:lang w:eastAsia="zh-CN"/>
        </w:rPr>
        <w:t>质量，必须指向真实问题与思维发展。</w:t>
      </w:r>
    </w:p>
    <w:p>
      <w:pPr>
        <w:pStyle w:val="ListNumber"/>
        <w:numPr>
          <w:ilvl w:val="0"/>
          <w:numId w:val="58"/>
        </w:numPr>
        <w:spacing w:after="72"/>
      </w:pPr>
      <w:r>
        <w:rPr>
          <w:rFonts w:ascii="微软雅黑" w:eastAsia="微软雅黑" w:hAnsi="微软雅黑" w:cs="微软雅黑" w:hint="eastAsia"/>
          <w:lang w:eastAsia="zh-CN"/>
        </w:rPr>
        <w:t>教研培训闭环：以教研共性问题驱动培训。</w:t>
      </w:r>
    </w:p>
    <w:p>
      <w:pPr/>
      <w:r>
        <w:rPr>
          <w:rFonts w:ascii="微软雅黑" w:eastAsia="微软雅黑" w:hAnsi="微软雅黑" w:cs="微软雅黑" w:hint="eastAsia"/>
          <w:b/>
          <w:lang w:eastAsia="zh-CN"/>
        </w:rPr>
        <w:t>四、金句/关键表述</w:t>
      </w:r>
    </w:p>
    <w:p>
      <w:pPr>
        <w:pStyle w:val="ListBullet"/>
        <w:spacing w:after="72"/>
      </w:pPr>
      <w:r>
        <w:t>"</w:t>
      </w:r>
      <w:r>
        <w:rPr>
          <w:rFonts w:ascii="微软雅黑" w:eastAsia="微软雅黑" w:hAnsi="微软雅黑" w:cs="微软雅黑" w:hint="eastAsia"/>
          <w:lang w:eastAsia="zh-CN"/>
        </w:rPr>
        <w:t>课程开发是教师做洋葱，教学实践是学生剥洋葱。</w:t>
      </w:r>
      <w:r>
        <w:t>"</w:t>
      </w:r>
    </w:p>
    <w:p>
      <w:pPr>
        <w:pStyle w:val="ListBullet"/>
        <w:spacing w:after="72"/>
      </w:pPr>
      <w:r>
        <w:t>"</w:t>
      </w:r>
      <w:r>
        <w:rPr>
          <w:rFonts w:ascii="微软雅黑" w:eastAsia="微软雅黑" w:hAnsi="微软雅黑" w:cs="微软雅黑" w:hint="eastAsia"/>
          <w:lang w:eastAsia="zh-CN"/>
        </w:rPr>
        <w:t>紧扣课程标准，支撑学科教学。</w:t>
      </w:r>
      <w:r>
        <w:t>"</w:t>
      </w:r>
    </w:p>
    <w:p>
      <w:pPr>
        <w:pStyle w:val="ListBullet"/>
        <w:spacing w:after="72"/>
      </w:pPr>
      <w:r>
        <w:t>"</w:t>
      </w:r>
      <w:r>
        <w:rPr>
          <w:rFonts w:ascii="微软雅黑" w:eastAsia="微软雅黑" w:hAnsi="微软雅黑" w:cs="微软雅黑" w:hint="eastAsia"/>
          <w:lang w:eastAsia="zh-CN"/>
        </w:rPr>
        <w:t>在参考各个学科国家课程标准的基础上，自然实现学科融合。</w:t>
      </w:r>
      <w:r>
        <w:t>"</w:t>
      </w:r>
    </w:p>
    <w:p>
      <w:pPr>
        <w:pStyle w:val="ListBullet"/>
        <w:spacing w:after="72"/>
      </w:pPr>
      <w:r>
        <w:t>"</w:t>
      </w:r>
      <w:r>
        <w:rPr>
          <w:rFonts w:ascii="微软雅黑" w:eastAsia="微软雅黑" w:hAnsi="微软雅黑" w:cs="微软雅黑" w:hint="eastAsia"/>
          <w:lang w:eastAsia="zh-CN"/>
        </w:rPr>
        <w:t>如果只是拿个机器人玩半天，这不是一节有质量的人工智能课。</w:t>
      </w:r>
      <w:r>
        <w:t>"</w:t>
      </w:r>
    </w:p>
    <w:p>
      <w:pPr>
        <w:pStyle w:val="ListBullet"/>
        <w:spacing w:after="72"/>
      </w:pPr>
      <w:r>
        <w:t>"</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教学</w:t>
      </w:r>
      <w:r>
        <w:t>—</w:t>
      </w:r>
      <w:r>
        <w:rPr>
          <w:rFonts w:ascii="微软雅黑" w:eastAsia="微软雅黑" w:hAnsi="微软雅黑" w:cs="微软雅黑" w:hint="eastAsia"/>
          <w:lang w:eastAsia="zh-CN"/>
        </w:rPr>
        <w:t>教研</w:t>
      </w:r>
      <w:r>
        <w:t>—</w:t>
      </w:r>
      <w:r>
        <w:rPr>
          <w:rFonts w:ascii="微软雅黑" w:eastAsia="微软雅黑" w:hAnsi="微软雅黑" w:cs="微软雅黑" w:hint="eastAsia"/>
          <w:lang w:eastAsia="zh-CN"/>
        </w:rPr>
        <w:t>培训，四位一体。</w:t>
      </w:r>
      <w:r>
        <w:t>"</w:t>
      </w:r>
    </w:p>
    <w:p>
      <w:pPr>
        <w:pStyle w:val="ListBullet"/>
        <w:spacing w:after="72"/>
      </w:pPr>
      <w:r>
        <w:rPr>
          <w:rFonts w:ascii="微软雅黑" w:eastAsia="微软雅黑" w:hAnsi="微软雅黑" w:cs="微软雅黑" w:hint="eastAsia"/>
          <w:lang w:eastAsia="zh-CN"/>
        </w:rPr>
        <w:t>四字诀：</w:t>
      </w:r>
      <w:r>
        <w:t>"</w:t>
      </w:r>
      <w:r>
        <w:rPr>
          <w:rFonts w:ascii="微软雅黑" w:eastAsia="微软雅黑" w:hAnsi="微软雅黑" w:cs="微软雅黑" w:hint="eastAsia"/>
          <w:lang w:eastAsia="zh-CN"/>
        </w:rPr>
        <w:t>育人为本、技术赋能、认知发展、创新实践。</w:t>
      </w:r>
      <w:r>
        <w:t>"</w:t>
      </w:r>
    </w:p>
    <w:p>
      <w:pPr/>
      <w:r>
        <w:rPr>
          <w:rFonts w:ascii="微软雅黑" w:eastAsia="微软雅黑" w:hAnsi="微软雅黑" w:cs="微软雅黑" w:hint="eastAsia"/>
          <w:b/>
          <w:lang w:eastAsia="zh-CN"/>
        </w:rPr>
        <w:t>五、洋葱模型详解</w:t>
      </w:r>
    </w:p>
    <w:p>
      <w:pPr/>
      <w:r>
        <w:t>"</w:t>
      </w:r>
      <w:r>
        <w:rPr>
          <w:rFonts w:ascii="微软雅黑" w:eastAsia="微软雅黑" w:hAnsi="微软雅黑" w:cs="微软雅黑" w:hint="eastAsia"/>
          <w:lang w:eastAsia="zh-CN"/>
        </w:rPr>
        <w:t>课程开发是教师做洋葱，教学实践是学生剥洋葱。</w:t>
      </w:r>
      <w:r>
        <w:t>"</w:t>
      </w:r>
      <w:r>
        <w:rPr>
          <w:rFonts w:ascii="微软雅黑" w:eastAsia="微软雅黑" w:hAnsi="微软雅黑" w:cs="微软雅黑" w:hint="eastAsia"/>
          <w:lang w:eastAsia="zh-CN"/>
        </w:rPr>
        <w:t>由内到外六层：抽象世界</w:t>
      </w:r>
      <w:r>
        <w:t>→</w:t>
      </w:r>
      <w:r>
        <w:rPr>
          <w:rFonts w:ascii="微软雅黑" w:eastAsia="微软雅黑" w:hAnsi="微软雅黑" w:cs="微软雅黑" w:hint="eastAsia"/>
          <w:lang w:eastAsia="zh-CN"/>
        </w:rPr>
        <w:t>基本原理</w:t>
      </w:r>
      <w:r>
        <w:t>→</w:t>
      </w:r>
      <w:r>
        <w:rPr>
          <w:rFonts w:ascii="微软雅黑" w:eastAsia="微软雅黑" w:hAnsi="微软雅黑" w:cs="微软雅黑" w:hint="eastAsia"/>
          <w:lang w:eastAsia="zh-CN"/>
        </w:rPr>
        <w:t>基础理论</w:t>
      </w:r>
      <w:r>
        <w:t>→</w:t>
      </w:r>
      <w:r>
        <w:rPr>
          <w:rFonts w:ascii="微软雅黑" w:eastAsia="微软雅黑" w:hAnsi="微软雅黑" w:cs="微软雅黑" w:hint="eastAsia"/>
          <w:lang w:eastAsia="zh-CN"/>
        </w:rPr>
        <w:t>关键技术</w:t>
      </w:r>
      <w:r>
        <w:t>→</w:t>
      </w:r>
      <w:r>
        <w:rPr>
          <w:rFonts w:ascii="微软雅黑" w:eastAsia="微软雅黑" w:hAnsi="微软雅黑" w:cs="微软雅黑" w:hint="eastAsia"/>
          <w:lang w:eastAsia="zh-CN"/>
        </w:rPr>
        <w:t>典型应用</w:t>
      </w:r>
      <w:r>
        <w:t>→</w:t>
      </w:r>
      <w:r>
        <w:rPr>
          <w:rFonts w:ascii="微软雅黑" w:eastAsia="微软雅黑" w:hAnsi="微软雅黑" w:cs="微软雅黑" w:hint="eastAsia"/>
          <w:lang w:eastAsia="zh-CN"/>
        </w:rPr>
        <w:t>现实生活。教师在备课时由核心抽象世界向外层层包裹，建构出可教学的</w:t>
      </w:r>
      <w:r>
        <w:t>"</w:t>
      </w:r>
      <w:r>
        <w:rPr>
          <w:rFonts w:ascii="微软雅黑" w:eastAsia="微软雅黑" w:hAnsi="微软雅黑" w:cs="微软雅黑" w:hint="eastAsia"/>
          <w:lang w:eastAsia="zh-CN"/>
        </w:rPr>
        <w:t>洋葱</w:t>
      </w:r>
      <w:r>
        <w:t>"</w:t>
      </w:r>
      <w:r>
        <w:rPr>
          <w:rFonts w:ascii="微软雅黑" w:eastAsia="微软雅黑" w:hAnsi="微软雅黑" w:cs="微软雅黑" w:hint="eastAsia"/>
          <w:lang w:eastAsia="zh-CN"/>
        </w:rPr>
        <w:t>；学生在学习时从自己熟悉的生活现实出发，由外向内一层层</w:t>
      </w:r>
      <w:r>
        <w:t>"</w:t>
      </w:r>
      <w:r>
        <w:rPr>
          <w:rFonts w:ascii="微软雅黑" w:eastAsia="微软雅黑" w:hAnsi="微软雅黑" w:cs="微软雅黑" w:hint="eastAsia"/>
          <w:lang w:eastAsia="zh-CN"/>
        </w:rPr>
        <w:t>剥</w:t>
      </w:r>
      <w:r>
        <w:t>"</w:t>
      </w:r>
      <w:r>
        <w:rPr>
          <w:rFonts w:ascii="微软雅黑" w:eastAsia="微软雅黑" w:hAnsi="微软雅黑" w:cs="微软雅黑" w:hint="eastAsia"/>
          <w:lang w:eastAsia="zh-CN"/>
        </w:rPr>
        <w:t>进，最终抵达洋葱芯（抽象世界与基础概念）。洋葱由基础概念构成，各层融入数学、科学、技术、工程、人文等跨学科要素。教学启示：教案应按</w:t>
      </w:r>
      <w:r>
        <w:t>"</w:t>
      </w:r>
      <w:r>
        <w:rPr>
          <w:rFonts w:ascii="微软雅黑" w:eastAsia="微软雅黑" w:hAnsi="微软雅黑" w:cs="微软雅黑" w:hint="eastAsia"/>
          <w:lang w:eastAsia="zh-CN"/>
        </w:rPr>
        <w:t>生活情境导入</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应用体验</w:t>
      </w:r>
      <w:r>
        <w:t>→</w:t>
      </w:r>
      <w:r>
        <w:rPr>
          <w:rFonts w:ascii="微软雅黑" w:eastAsia="微软雅黑" w:hAnsi="微软雅黑" w:cs="微软雅黑" w:hint="eastAsia"/>
          <w:lang w:eastAsia="zh-CN"/>
        </w:rPr>
        <w:t>回溯原理与抽象概念</w:t>
      </w:r>
      <w:r>
        <w:t>"</w:t>
      </w:r>
      <w:r>
        <w:rPr>
          <w:rFonts w:ascii="微软雅黑" w:eastAsia="微软雅黑" w:hAnsi="微软雅黑" w:cs="微软雅黑" w:hint="eastAsia"/>
          <w:lang w:eastAsia="zh-CN"/>
        </w:rPr>
        <w:t>分层设计，让学生从情境层层剥入抽象核心。</w:t>
      </w:r>
    </w:p>
    <w:p>
      <w:pPr/>
      <w:r>
        <w:rPr>
          <w:rFonts w:ascii="微软雅黑" w:eastAsia="微软雅黑" w:hAnsi="微软雅黑" w:cs="微软雅黑" w:hint="eastAsia"/>
          <w:b/>
          <w:lang w:eastAsia="zh-CN"/>
        </w:rPr>
        <w:t>六、K-12课程谱系</w:t>
      </w:r>
    </w:p>
    <w:p>
      <w:pPr/>
      <w:r>
        <w:rPr>
          <w:rFonts w:ascii="微软雅黑" w:eastAsia="微软雅黑" w:hAnsi="微软雅黑" w:cs="微软雅黑" w:hint="eastAsia"/>
          <w:lang w:eastAsia="zh-CN"/>
        </w:rPr>
        <w:t>强调工程实践与知识整合；以</w:t>
      </w:r>
      <w:r>
        <w:t>"</w:t>
      </w:r>
      <w:r>
        <w:rPr>
          <w:rFonts w:ascii="微软雅黑" w:eastAsia="微软雅黑" w:hAnsi="微软雅黑" w:cs="微软雅黑" w:hint="eastAsia"/>
          <w:lang w:eastAsia="zh-CN"/>
        </w:rPr>
        <w:t>知识主题式</w:t>
      </w:r>
      <w:r>
        <w:t>"</w:t>
      </w:r>
      <w:r>
        <w:rPr>
          <w:rFonts w:ascii="微软雅黑" w:eastAsia="微软雅黑" w:hAnsi="微软雅黑" w:cs="微软雅黑" w:hint="eastAsia"/>
          <w:lang w:eastAsia="zh-CN"/>
        </w:rPr>
        <w:t>与</w:t>
      </w:r>
      <w:r>
        <w:t>"</w:t>
      </w:r>
      <w:r>
        <w:rPr>
          <w:rFonts w:ascii="微软雅黑" w:eastAsia="微软雅黑" w:hAnsi="微软雅黑" w:cs="微软雅黑" w:hint="eastAsia"/>
          <w:lang w:eastAsia="zh-CN"/>
        </w:rPr>
        <w:t>工具主题式</w:t>
      </w:r>
      <w:r>
        <w:t>"</w:t>
      </w:r>
      <w:r>
        <w:rPr>
          <w:rFonts w:ascii="微软雅黑" w:eastAsia="微软雅黑" w:hAnsi="微软雅黑" w:cs="微软雅黑" w:hint="eastAsia"/>
          <w:lang w:eastAsia="zh-CN"/>
        </w:rPr>
        <w:t>两条线索并行，形成</w:t>
      </w:r>
      <w:r>
        <w:t>K-12</w:t>
      </w:r>
      <w:r>
        <w:rPr>
          <w:rFonts w:ascii="微软雅黑" w:eastAsia="微软雅黑" w:hAnsi="微软雅黑" w:cs="微软雅黑" w:hint="eastAsia"/>
          <w:lang w:eastAsia="zh-CN"/>
        </w:rPr>
        <w:t>一条线，覆盖小学、初中、高中，对接科学（</w:t>
      </w:r>
      <w:r>
        <w:t>S</w:t>
      </w:r>
      <w:r>
        <w:rPr>
          <w:rFonts w:ascii="微软雅黑" w:eastAsia="微软雅黑" w:hAnsi="微软雅黑" w:cs="微软雅黑" w:hint="eastAsia"/>
          <w:lang w:eastAsia="zh-CN"/>
        </w:rPr>
        <w:t>）、技术（</w:t>
      </w:r>
      <w:r>
        <w:t>T</w:t>
      </w:r>
      <w:r>
        <w:rPr>
          <w:rFonts w:ascii="微软雅黑" w:eastAsia="微软雅黑" w:hAnsi="微软雅黑" w:cs="微软雅黑" w:hint="eastAsia"/>
          <w:lang w:eastAsia="zh-CN"/>
        </w:rPr>
        <w:t>）、工程（</w:t>
      </w:r>
      <w:r>
        <w:t>E</w:t>
      </w:r>
      <w:r>
        <w:rPr>
          <w:rFonts w:ascii="微软雅黑" w:eastAsia="微软雅黑" w:hAnsi="微软雅黑" w:cs="微软雅黑" w:hint="eastAsia"/>
          <w:lang w:eastAsia="zh-CN"/>
        </w:rPr>
        <w:t>）、艺术（</w:t>
      </w:r>
      <w:r>
        <w:t>A</w:t>
      </w:r>
      <w:r>
        <w:rPr>
          <w:rFonts w:ascii="微软雅黑" w:eastAsia="微软雅黑" w:hAnsi="微软雅黑" w:cs="微软雅黑" w:hint="eastAsia"/>
          <w:lang w:eastAsia="zh-CN"/>
        </w:rPr>
        <w:t>）、数学（</w:t>
      </w:r>
      <w:r>
        <w:t>M</w:t>
      </w:r>
      <w:r>
        <w:rPr>
          <w:rFonts w:ascii="微软雅黑" w:eastAsia="微软雅黑" w:hAnsi="微软雅黑" w:cs="微软雅黑" w:hint="eastAsia"/>
          <w:lang w:eastAsia="zh-CN"/>
        </w:rPr>
        <w:t>）等维度，配套技术框架与学生要求；所有课由知识主题决定（而非由工具决定），工具主题式仅作为支撑。</w:t>
      </w:r>
    </w:p>
    <w:p>
      <w:pPr/>
      <w:r>
        <w:rPr>
          <w:rFonts w:ascii="微软雅黑" w:eastAsia="微软雅黑" w:hAnsi="微软雅黑" w:cs="微软雅黑" w:hint="eastAsia"/>
          <w:b/>
          <w:lang w:eastAsia="zh-CN"/>
        </w:rPr>
        <w:t>七、课标衔接尺度</w:t>
      </w:r>
    </w:p>
    <w:p>
      <w:pPr/>
      <w:r>
        <w:rPr>
          <w:rFonts w:ascii="微软雅黑" w:eastAsia="微软雅黑" w:hAnsi="微软雅黑" w:cs="微软雅黑" w:hint="eastAsia"/>
          <w:lang w:eastAsia="zh-CN"/>
        </w:rPr>
        <w:t>要</w:t>
      </w:r>
      <w:r>
        <w:t>"</w:t>
      </w:r>
      <w:r>
        <w:rPr>
          <w:rFonts w:ascii="微软雅黑" w:eastAsia="微软雅黑" w:hAnsi="微软雅黑" w:cs="微软雅黑" w:hint="eastAsia"/>
          <w:lang w:eastAsia="zh-CN"/>
        </w:rPr>
        <w:t>紧扣课程标准、支撑学科教学</w:t>
      </w:r>
      <w:r>
        <w:t>"</w:t>
      </w:r>
      <w:r>
        <w:rPr>
          <w:rFonts w:ascii="微软雅黑" w:eastAsia="微软雅黑" w:hAnsi="微软雅黑" w:cs="微软雅黑" w:hint="eastAsia"/>
          <w:lang w:eastAsia="zh-CN"/>
        </w:rPr>
        <w:t>，对应数学、科学、物理、信息科技等课标；校本课程和国家课程应衔接；在参考各学科国家课程标准基础上自然实现学科融合；在当前主要是分科教学的现实下，</w:t>
      </w:r>
      <w:r>
        <w:t>AI</w:t>
      </w:r>
      <w:r>
        <w:rPr>
          <w:rFonts w:ascii="微软雅黑" w:eastAsia="微软雅黑" w:hAnsi="微软雅黑" w:cs="微软雅黑" w:hint="eastAsia"/>
          <w:lang w:eastAsia="zh-CN"/>
        </w:rPr>
        <w:t>通识课应以课标为依据实现自然融合，而非另起炉灶。</w:t>
      </w:r>
    </w:p>
    <w:p>
      <w:pPr/>
      <w:r>
        <w:rPr>
          <w:rFonts w:ascii="微软雅黑" w:eastAsia="微软雅黑" w:hAnsi="微软雅黑" w:cs="微软雅黑" w:hint="eastAsia"/>
          <w:b/>
          <w:lang w:eastAsia="zh-CN"/>
        </w:rPr>
        <w:t>八、课程数字资源体系（双向配置）</w:t>
      </w:r>
    </w:p>
    <w:p>
      <w:pPr/>
      <w:r>
        <w:rPr>
          <w:rFonts w:ascii="微软雅黑" w:eastAsia="微软雅黑" w:hAnsi="微软雅黑" w:cs="微软雅黑" w:hint="eastAsia"/>
          <w:lang w:eastAsia="zh-CN"/>
        </w:rPr>
        <w:t>教师用资源：数字教材</w:t>
      </w:r>
      <w:r>
        <w:t>/PPT</w:t>
      </w:r>
      <w:r>
        <w:rPr>
          <w:rFonts w:ascii="微软雅黑" w:eastAsia="微软雅黑" w:hAnsi="微软雅黑" w:cs="微软雅黑" w:hint="eastAsia"/>
          <w:lang w:eastAsia="zh-CN"/>
        </w:rPr>
        <w:t>、说课视频、教学</w:t>
      </w:r>
      <w:r>
        <w:t>PPT</w:t>
      </w:r>
      <w:r>
        <w:rPr>
          <w:rFonts w:ascii="微软雅黑" w:eastAsia="微软雅黑" w:hAnsi="微软雅黑" w:cs="微软雅黑" w:hint="eastAsia"/>
          <w:lang w:eastAsia="zh-CN"/>
        </w:rPr>
        <w:t>、验证</w:t>
      </w:r>
      <w:r>
        <w:t>/</w:t>
      </w:r>
      <w:r>
        <w:rPr>
          <w:rFonts w:ascii="微软雅黑" w:eastAsia="微软雅黑" w:hAnsi="微软雅黑" w:cs="微软雅黑" w:hint="eastAsia"/>
          <w:lang w:eastAsia="zh-CN"/>
        </w:rPr>
        <w:t>演示视频、材料清单。学生用资源：学生上手指南、演示视频。对非</w:t>
      </w:r>
      <w:r>
        <w:t>AI</w:t>
      </w:r>
      <w:r>
        <w:rPr>
          <w:rFonts w:ascii="微软雅黑" w:eastAsia="微软雅黑" w:hAnsi="微软雅黑" w:cs="微软雅黑" w:hint="eastAsia"/>
          <w:lang w:eastAsia="zh-CN"/>
        </w:rPr>
        <w:t>专业教师要把资源都做出来，哪怕几页</w:t>
      </w:r>
      <w:r>
        <w:t>PPT</w:t>
      </w:r>
      <w:r>
        <w:rPr>
          <w:rFonts w:ascii="微软雅黑" w:eastAsia="微软雅黑" w:hAnsi="微软雅黑" w:cs="微软雅黑" w:hint="eastAsia"/>
          <w:lang w:eastAsia="zh-CN"/>
        </w:rPr>
        <w:t>也要把课件做扎实；不会做的拍成视频示范；说课视频相当于给老师做示范；但避免繁琐堆砌（重实用、忌形式主义）。目标是支持非专业教师</w:t>
      </w:r>
      <w:r>
        <w:t>"</w:t>
      </w:r>
      <w:r>
        <w:rPr>
          <w:rFonts w:ascii="微软雅黑" w:eastAsia="微软雅黑" w:hAnsi="微软雅黑" w:cs="微软雅黑" w:hint="eastAsia"/>
          <w:lang w:eastAsia="zh-CN"/>
        </w:rPr>
        <w:t>拿来即用</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九、课程构建五原则（逐条）</w:t>
      </w:r>
    </w:p>
    <w:p>
      <w:pPr/>
      <w:r>
        <w:t>①</w:t>
      </w:r>
      <w:r>
        <w:rPr>
          <w:rFonts w:ascii="微软雅黑" w:eastAsia="微软雅黑" w:hAnsi="微软雅黑" w:cs="微软雅黑" w:hint="eastAsia"/>
          <w:lang w:eastAsia="zh-CN"/>
        </w:rPr>
        <w:t>一个模块由多节课组成，帮助学生通过课程设计解决真实问题；</w:t>
      </w:r>
      <w:r>
        <w:t>②</w:t>
      </w:r>
      <w:r>
        <w:rPr>
          <w:rFonts w:ascii="微软雅黑" w:eastAsia="微软雅黑" w:hAnsi="微软雅黑" w:cs="微软雅黑" w:hint="eastAsia"/>
          <w:lang w:eastAsia="zh-CN"/>
        </w:rPr>
        <w:t>以问题和项目导向的教学与研究性学习支撑真实问题解决；</w:t>
      </w:r>
      <w:r>
        <w:t>③</w:t>
      </w:r>
      <w:r>
        <w:rPr>
          <w:rFonts w:ascii="微软雅黑" w:eastAsia="微软雅黑" w:hAnsi="微软雅黑" w:cs="微软雅黑" w:hint="eastAsia"/>
          <w:lang w:eastAsia="zh-CN"/>
        </w:rPr>
        <w:t>综合运用艺术想象、工程设计、科学探究和数学思维；</w:t>
      </w:r>
      <w:r>
        <w:t>④</w:t>
      </w:r>
      <w:r>
        <w:rPr>
          <w:rFonts w:ascii="微软雅黑" w:eastAsia="微软雅黑" w:hAnsi="微软雅黑" w:cs="微软雅黑" w:hint="eastAsia"/>
          <w:lang w:eastAsia="zh-CN"/>
        </w:rPr>
        <w:t>技术设备是学习体验与思维发展的有效工具；</w:t>
      </w:r>
      <w:r>
        <w:t>⑤</w:t>
      </w:r>
      <w:r>
        <w:rPr>
          <w:rFonts w:ascii="微软雅黑" w:eastAsia="微软雅黑" w:hAnsi="微软雅黑" w:cs="微软雅黑" w:hint="eastAsia"/>
          <w:lang w:eastAsia="zh-CN"/>
        </w:rPr>
        <w:t>模块灵活，可独立、组合、拓展。质量警示：只拿机器人玩半天不是有质量的</w:t>
      </w:r>
      <w:r>
        <w:t>AI</w:t>
      </w:r>
      <w:r>
        <w:rPr>
          <w:rFonts w:ascii="微软雅黑" w:eastAsia="微软雅黑" w:hAnsi="微软雅黑" w:cs="微软雅黑" w:hint="eastAsia"/>
          <w:lang w:eastAsia="zh-CN"/>
        </w:rPr>
        <w:t>课；模块化很重要（单课纯玩器材不可取）。</w:t>
      </w:r>
    </w:p>
    <w:p>
      <w:pPr/>
      <w:r>
        <w:rPr>
          <w:rFonts w:ascii="微软雅黑" w:eastAsia="微软雅黑" w:hAnsi="微软雅黑" w:cs="微软雅黑" w:hint="eastAsia"/>
          <w:b/>
          <w:lang w:eastAsia="zh-CN"/>
        </w:rPr>
        <w:t>十、多场景实施与四位一体</w:t>
      </w:r>
    </w:p>
    <w:p>
      <w:pPr/>
      <w:r>
        <w:rPr>
          <w:rFonts w:ascii="微软雅黑" w:eastAsia="微软雅黑" w:hAnsi="微软雅黑" w:cs="微软雅黑" w:hint="eastAsia"/>
          <w:lang w:eastAsia="zh-CN"/>
        </w:rPr>
        <w:t>适应多种场景：校本课程</w:t>
      </w:r>
      <w:r>
        <w:t>/</w:t>
      </w:r>
      <w:r>
        <w:rPr>
          <w:rFonts w:ascii="微软雅黑" w:eastAsia="微软雅黑" w:hAnsi="微软雅黑" w:cs="微软雅黑" w:hint="eastAsia"/>
          <w:lang w:eastAsia="zh-CN"/>
        </w:rPr>
        <w:t>课后服务、课堂中融合学科、学习中心、场馆</w:t>
      </w:r>
      <w:r>
        <w:t>/</w:t>
      </w:r>
      <w:r>
        <w:rPr>
          <w:rFonts w:ascii="微软雅黑" w:eastAsia="微软雅黑" w:hAnsi="微软雅黑" w:cs="微软雅黑" w:hint="eastAsia"/>
          <w:lang w:eastAsia="zh-CN"/>
        </w:rPr>
        <w:t>科技馆合作开展；不只限于信息科技课堂。</w:t>
      </w:r>
      <w:r>
        <w:t>"</w:t>
      </w:r>
      <w:r>
        <w:rPr>
          <w:rFonts w:ascii="微软雅黑" w:eastAsia="微软雅黑" w:hAnsi="微软雅黑" w:cs="微软雅黑" w:hint="eastAsia"/>
          <w:lang w:eastAsia="zh-CN"/>
        </w:rPr>
        <w:t>四位一体</w:t>
      </w:r>
      <w:r>
        <w:t>"</w:t>
      </w:r>
      <w:r>
        <w:rPr>
          <w:rFonts w:ascii="微软雅黑" w:eastAsia="微软雅黑" w:hAnsi="微软雅黑" w:cs="微软雅黑" w:hint="eastAsia"/>
          <w:lang w:eastAsia="zh-CN"/>
        </w:rPr>
        <w:t>如四个咬合齿轮：</w:t>
      </w:r>
      <w:r>
        <w:t>①</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参考课标研发优质课程；</w:t>
      </w:r>
      <w:r>
        <w:t>②</w:t>
      </w:r>
      <w:r>
        <w:rPr>
          <w:rFonts w:ascii="微软雅黑" w:eastAsia="微软雅黑" w:hAnsi="微软雅黑" w:cs="微软雅黑" w:hint="eastAsia"/>
          <w:lang w:eastAsia="zh-CN"/>
        </w:rPr>
        <w:t>教学</w:t>
      </w:r>
      <w:r>
        <w:t>——</w:t>
      </w:r>
      <w:r>
        <w:rPr>
          <w:rFonts w:ascii="微软雅黑" w:eastAsia="微软雅黑" w:hAnsi="微软雅黑" w:cs="微软雅黑" w:hint="eastAsia"/>
          <w:lang w:eastAsia="zh-CN"/>
        </w:rPr>
        <w:t>基于优质课程开展教学；</w:t>
      </w:r>
      <w:r>
        <w:t>③</w:t>
      </w:r>
      <w:r>
        <w:rPr>
          <w:rFonts w:ascii="微软雅黑" w:eastAsia="微软雅黑" w:hAnsi="微软雅黑" w:cs="微软雅黑" w:hint="eastAsia"/>
          <w:lang w:eastAsia="zh-CN"/>
        </w:rPr>
        <w:t>教研</w:t>
      </w:r>
      <w:r>
        <w:t>——</w:t>
      </w:r>
      <w:r>
        <w:rPr>
          <w:rFonts w:ascii="微软雅黑" w:eastAsia="微软雅黑" w:hAnsi="微软雅黑" w:cs="微软雅黑" w:hint="eastAsia"/>
          <w:lang w:eastAsia="zh-CN"/>
        </w:rPr>
        <w:t>基于真实教学开展教研；</w:t>
      </w:r>
      <w:r>
        <w:t>④</w:t>
      </w:r>
      <w:r>
        <w:rPr>
          <w:rFonts w:ascii="微软雅黑" w:eastAsia="微软雅黑" w:hAnsi="微软雅黑" w:cs="微软雅黑" w:hint="eastAsia"/>
          <w:lang w:eastAsia="zh-CN"/>
        </w:rPr>
        <w:t>培训</w:t>
      </w:r>
      <w:r>
        <w:t>——</w:t>
      </w:r>
      <w:r>
        <w:rPr>
          <w:rFonts w:ascii="微软雅黑" w:eastAsia="微软雅黑" w:hAnsi="微软雅黑" w:cs="微软雅黑" w:hint="eastAsia"/>
          <w:lang w:eastAsia="zh-CN"/>
        </w:rPr>
        <w:t>基于教研共性问题开展培训。四者环环相扣、相互驱动。</w:t>
      </w:r>
    </w:p>
    <w:p>
      <w:pPr/>
      <w:r>
        <w:rPr>
          <w:rFonts w:ascii="微软雅黑" w:eastAsia="微软雅黑" w:hAnsi="微软雅黑" w:cs="微软雅黑" w:hint="eastAsia"/>
          <w:b/>
          <w:lang w:eastAsia="zh-CN"/>
        </w:rPr>
        <w:t>十一、"用人工智能教人工智能"四字诀</w:t>
      </w:r>
    </w:p>
    <w:p>
      <w:pPr/>
      <w:r>
        <w:rPr>
          <w:rFonts w:ascii="微软雅黑" w:eastAsia="微软雅黑" w:hAnsi="微软雅黑" w:cs="微软雅黑" w:hint="eastAsia"/>
          <w:lang w:eastAsia="zh-CN"/>
        </w:rPr>
        <w:t>人</w:t>
      </w:r>
      <w:r>
        <w:t>—</w:t>
      </w:r>
      <w:r>
        <w:rPr>
          <w:rFonts w:ascii="微软雅黑" w:eastAsia="微软雅黑" w:hAnsi="微软雅黑" w:cs="微软雅黑" w:hint="eastAsia"/>
          <w:lang w:eastAsia="zh-CN"/>
        </w:rPr>
        <w:t>育人为本；工</w:t>
      </w:r>
      <w:r>
        <w:t>—</w:t>
      </w:r>
      <w:r>
        <w:rPr>
          <w:rFonts w:ascii="微软雅黑" w:eastAsia="微软雅黑" w:hAnsi="微软雅黑" w:cs="微软雅黑" w:hint="eastAsia"/>
          <w:lang w:eastAsia="zh-CN"/>
        </w:rPr>
        <w:t>技术赋能；智</w:t>
      </w:r>
      <w:r>
        <w:t>—</w:t>
      </w:r>
      <w:r>
        <w:rPr>
          <w:rFonts w:ascii="微软雅黑" w:eastAsia="微软雅黑" w:hAnsi="微软雅黑" w:cs="微软雅黑" w:hint="eastAsia"/>
          <w:lang w:eastAsia="zh-CN"/>
        </w:rPr>
        <w:t>认知发展；能</w:t>
      </w:r>
      <w:r>
        <w:t>—</w:t>
      </w:r>
      <w:r>
        <w:rPr>
          <w:rFonts w:ascii="微软雅黑" w:eastAsia="微软雅黑" w:hAnsi="微软雅黑" w:cs="微软雅黑" w:hint="eastAsia"/>
          <w:lang w:eastAsia="zh-CN"/>
        </w:rPr>
        <w:t>创新实践。即用</w:t>
      </w:r>
      <w:r>
        <w:t>AI</w:t>
      </w:r>
      <w:r>
        <w:rPr>
          <w:rFonts w:ascii="微软雅黑" w:eastAsia="微软雅黑" w:hAnsi="微软雅黑" w:cs="微软雅黑" w:hint="eastAsia"/>
          <w:lang w:eastAsia="zh-CN"/>
        </w:rPr>
        <w:t>通识教育本身践行</w:t>
      </w:r>
      <w:r>
        <w:t>"</w:t>
      </w:r>
      <w:r>
        <w:rPr>
          <w:rFonts w:ascii="微软雅黑" w:eastAsia="微软雅黑" w:hAnsi="微软雅黑" w:cs="微软雅黑" w:hint="eastAsia"/>
          <w:lang w:eastAsia="zh-CN"/>
        </w:rPr>
        <w:t>以人为中心、以技术为手段、以认知发展为目标、以创新实践为落点</w:t>
      </w:r>
      <w:r>
        <w:t>"</w:t>
      </w:r>
      <w:r>
        <w:rPr>
          <w:rFonts w:ascii="微软雅黑" w:eastAsia="微软雅黑" w:hAnsi="微软雅黑" w:cs="微软雅黑" w:hint="eastAsia"/>
          <w:lang w:eastAsia="zh-CN"/>
        </w:rPr>
        <w:t>。</w:t>
      </w:r>
    </w:p>
    <w:p>
      <w:pPr/>
      <w:r>
        <w:rPr>
          <w:rFonts w:ascii="微软雅黑" w:eastAsia="微软雅黑" w:hAnsi="微软雅黑" w:cs="微软雅黑" w:hint="eastAsia"/>
          <w:b/>
          <w:lang w:eastAsia="zh-CN"/>
        </w:rPr>
        <w:t>十二、育人愿景</w:t>
      </w:r>
    </w:p>
    <w:p>
      <w:pPr/>
      <w:r>
        <w:t>"</w:t>
      </w:r>
      <w:r>
        <w:rPr>
          <w:rFonts w:ascii="微软雅黑" w:eastAsia="微软雅黑" w:hAnsi="微软雅黑" w:cs="微软雅黑" w:hint="eastAsia"/>
          <w:lang w:eastAsia="zh-CN"/>
        </w:rPr>
        <w:t>人工智能通识教育水平全面提升</w:t>
      </w:r>
      <w:r>
        <w:t>"</w:t>
      </w:r>
      <w:r>
        <w:rPr>
          <w:rFonts w:ascii="微软雅黑" w:eastAsia="微软雅黑" w:hAnsi="微软雅黑" w:cs="微软雅黑" w:hint="eastAsia"/>
          <w:lang w:eastAsia="zh-CN"/>
        </w:rPr>
        <w:t>包含五点：学生学业成效改进、</w:t>
      </w:r>
      <w:r>
        <w:t>AI</w:t>
      </w:r>
      <w:r>
        <w:rPr>
          <w:rFonts w:ascii="微软雅黑" w:eastAsia="微软雅黑" w:hAnsi="微软雅黑" w:cs="微软雅黑" w:hint="eastAsia"/>
          <w:lang w:eastAsia="zh-CN"/>
        </w:rPr>
        <w:t>素养真正改进、学校可持续发展能力增强、教师教学能力发展、造就高水平</w:t>
      </w:r>
      <w:r>
        <w:t>AI</w:t>
      </w:r>
      <w:r>
        <w:rPr>
          <w:rFonts w:ascii="微软雅黑" w:eastAsia="微软雅黑" w:hAnsi="微软雅黑" w:cs="微软雅黑" w:hint="eastAsia"/>
          <w:lang w:eastAsia="zh-CN"/>
        </w:rPr>
        <w:t>通识教育教师队伍。</w:t>
      </w:r>
    </w:p>
    <w:p>
      <w:pPr/>
      <w:r>
        <w:rPr>
          <w:rFonts w:ascii="微软雅黑" w:eastAsia="微软雅黑" w:hAnsi="微软雅黑" w:cs="微软雅黑" w:hint="eastAsia"/>
          <w:b/>
          <w:lang w:eastAsia="zh-CN"/>
        </w:rPr>
        <w:t>十三、用于教案设计的建议（可直接迁移）</w:t>
      </w:r>
    </w:p>
    <w:p>
      <w:pPr>
        <w:pStyle w:val="ListBullet"/>
        <w:spacing w:after="72"/>
      </w:pPr>
      <w:r>
        <w:rPr>
          <w:rFonts w:ascii="微软雅黑" w:eastAsia="微软雅黑" w:hAnsi="微软雅黑" w:cs="微软雅黑" w:hint="eastAsia"/>
          <w:lang w:eastAsia="zh-CN"/>
        </w:rPr>
        <w:t>按洋葱分层设计教案：生活情境导入</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应用体验</w:t>
      </w:r>
      <w:r>
        <w:t>→</w:t>
      </w:r>
      <w:r>
        <w:rPr>
          <w:rFonts w:ascii="微软雅黑" w:eastAsia="微软雅黑" w:hAnsi="微软雅黑" w:cs="微软雅黑" w:hint="eastAsia"/>
          <w:lang w:eastAsia="zh-CN"/>
        </w:rPr>
        <w:t>回溯原理与抽象概念。</w:t>
      </w:r>
    </w:p>
    <w:p>
      <w:pPr>
        <w:pStyle w:val="ListBullet"/>
        <w:spacing w:after="72"/>
      </w:pPr>
      <w:r>
        <w:rPr>
          <w:rFonts w:ascii="微软雅黑" w:eastAsia="微软雅黑" w:hAnsi="微软雅黑" w:cs="微软雅黑" w:hint="eastAsia"/>
          <w:lang w:eastAsia="zh-CN"/>
        </w:rPr>
        <w:t>每单元标注对应信息科技</w:t>
      </w:r>
      <w:r>
        <w:t>/</w:t>
      </w:r>
      <w:r>
        <w:rPr>
          <w:rFonts w:ascii="微软雅黑" w:eastAsia="微软雅黑" w:hAnsi="微软雅黑" w:cs="微软雅黑" w:hint="eastAsia"/>
          <w:lang w:eastAsia="zh-CN"/>
        </w:rPr>
        <w:t>科学</w:t>
      </w:r>
      <w:r>
        <w:t>/</w:t>
      </w:r>
      <w:r>
        <w:rPr>
          <w:rFonts w:ascii="微软雅黑" w:eastAsia="微软雅黑" w:hAnsi="微软雅黑" w:cs="微软雅黑" w:hint="eastAsia"/>
          <w:lang w:eastAsia="zh-CN"/>
        </w:rPr>
        <w:t>数学课标条目及衔接点。</w:t>
      </w:r>
    </w:p>
    <w:p>
      <w:pPr>
        <w:pStyle w:val="ListBullet"/>
        <w:spacing w:after="72"/>
      </w:pPr>
      <w:r>
        <w:rPr>
          <w:rFonts w:ascii="微软雅黑" w:eastAsia="微软雅黑" w:hAnsi="微软雅黑" w:cs="微软雅黑" w:hint="eastAsia"/>
          <w:lang w:eastAsia="zh-CN"/>
        </w:rPr>
        <w:t>教案配套输出：教学</w:t>
      </w:r>
      <w:r>
        <w:t>PPT</w:t>
      </w:r>
      <w:r>
        <w:rPr>
          <w:rFonts w:ascii="微软雅黑" w:eastAsia="微软雅黑" w:hAnsi="微软雅黑" w:cs="微软雅黑" w:hint="eastAsia"/>
          <w:lang w:eastAsia="zh-CN"/>
        </w:rPr>
        <w:t>、说课视频脚本、演示</w:t>
      </w:r>
      <w:r>
        <w:t>/</w:t>
      </w:r>
      <w:r>
        <w:rPr>
          <w:rFonts w:ascii="微软雅黑" w:eastAsia="微软雅黑" w:hAnsi="微软雅黑" w:cs="微软雅黑" w:hint="eastAsia"/>
          <w:lang w:eastAsia="zh-CN"/>
        </w:rPr>
        <w:t>验证视频、学生任务单、材料清单。</w:t>
      </w:r>
    </w:p>
    <w:p>
      <w:pPr>
        <w:pStyle w:val="ListBullet"/>
        <w:spacing w:after="72"/>
      </w:pPr>
      <w:r>
        <w:rPr>
          <w:rFonts w:ascii="微软雅黑" w:eastAsia="微软雅黑" w:hAnsi="微软雅黑" w:cs="微软雅黑" w:hint="eastAsia"/>
          <w:lang w:eastAsia="zh-CN"/>
        </w:rPr>
        <w:t>以模块（多课时）为单位，每模块锚定一个真实问题，写明四类思维（艺术想象、工程设计、科学探究、数学思维）落点；单课避免纯玩器材。</w:t>
      </w:r>
    </w:p>
    <w:p>
      <w:pPr>
        <w:pStyle w:val="ListBullet"/>
        <w:spacing w:after="72"/>
      </w:pPr>
      <w:r>
        <w:rPr>
          <w:rFonts w:ascii="微软雅黑" w:eastAsia="微软雅黑" w:hAnsi="微软雅黑" w:cs="微软雅黑" w:hint="eastAsia"/>
          <w:lang w:eastAsia="zh-CN"/>
        </w:rPr>
        <w:t>标注模块可独立</w:t>
      </w:r>
      <w:r>
        <w:t>/</w:t>
      </w:r>
      <w:r>
        <w:rPr>
          <w:rFonts w:ascii="微软雅黑" w:eastAsia="微软雅黑" w:hAnsi="微软雅黑" w:cs="微软雅黑" w:hint="eastAsia"/>
          <w:lang w:eastAsia="zh-CN"/>
        </w:rPr>
        <w:t>组合使用，便于课后服务、社团、馆校合作裁剪。</w:t>
      </w:r>
    </w:p>
    <w:p>
      <w:pPr>
        <w:pStyle w:val="ListBullet"/>
        <w:spacing w:after="72"/>
      </w:pPr>
      <w:r>
        <w:rPr>
          <w:rFonts w:ascii="微软雅黑" w:eastAsia="微软雅黑" w:hAnsi="微软雅黑" w:cs="微软雅黑" w:hint="eastAsia"/>
          <w:lang w:eastAsia="zh-CN"/>
        </w:rPr>
        <w:t>用四字诀表述育人目标：育人为本、技术赋能、认知发展、创新实践。</w:t>
      </w:r>
      <w:r/>
    </w:p>
    <w:p>
      <w:pPr>
        <w:pStyle w:val="Heading3"/>
      </w:pPr>
      <w:r>
        <w:rPr>
          <w:rFonts w:ascii="微软雅黑" w:hAnsi="微软雅黑" w:eastAsia="微软雅黑" w:cs="微软雅黑" w:hint="eastAsia"/>
          <w:b w:val="0"/>
          <w:color w:val="1A237E"/>
          <w:sz w:val="20"/>
          <w:lang w:eastAsia="zh-CN"/>
        </w:rPr>
        <w:t>七、研修作业与迁移任务</w:t>
      </w:r>
    </w:p>
    <w:p>
      <w:pPr>
        <w:pStyle w:val="ListNumber"/>
        <w:numPr>
          <w:ilvl w:val="0"/>
          <w:numId w:val="59"/>
        </w:numPr>
        <w:spacing w:after="72"/>
      </w:pPr>
      <w:r>
        <w:rPr>
          <w:rFonts w:ascii="微软雅黑" w:eastAsia="微软雅黑" w:hAnsi="微软雅黑" w:cs="微软雅黑" w:hint="eastAsia"/>
          <w:b/>
          <w:lang w:eastAsia="zh-CN"/>
        </w:rPr>
        <w:t>洋葱式模块框架</w:t>
      </w:r>
      <w:r>
        <w:rPr>
          <w:rFonts w:ascii="微软雅黑" w:eastAsia="微软雅黑" w:hAnsi="微软雅黑" w:cs="微软雅黑" w:hint="eastAsia"/>
          <w:lang w:eastAsia="zh-CN"/>
        </w:rPr>
        <w:t>：选取本校一个学段，按</w:t>
      </w:r>
      <w:r>
        <w:t>"</w:t>
      </w:r>
      <w:r>
        <w:rPr>
          <w:rFonts w:ascii="微软雅黑" w:eastAsia="微软雅黑" w:hAnsi="微软雅黑" w:cs="微软雅黑" w:hint="eastAsia"/>
          <w:lang w:eastAsia="zh-CN"/>
        </w:rPr>
        <w:t>洋葱模型</w:t>
      </w:r>
      <w:r>
        <w:t>"</w:t>
      </w:r>
      <w:r>
        <w:rPr>
          <w:rFonts w:ascii="微软雅黑" w:eastAsia="微软雅黑" w:hAnsi="微软雅黑" w:cs="微软雅黑" w:hint="eastAsia"/>
          <w:lang w:eastAsia="zh-CN"/>
        </w:rPr>
        <w:t>六层（抽象世界</w:t>
      </w:r>
      <w:r>
        <w:t>→</w:t>
      </w:r>
      <w:r>
        <w:rPr>
          <w:rFonts w:ascii="微软雅黑" w:eastAsia="微软雅黑" w:hAnsi="微软雅黑" w:cs="微软雅黑" w:hint="eastAsia"/>
          <w:lang w:eastAsia="zh-CN"/>
        </w:rPr>
        <w:t>基本原理</w:t>
      </w:r>
      <w:r>
        <w:t>→</w:t>
      </w:r>
      <w:r>
        <w:rPr>
          <w:rFonts w:ascii="微软雅黑" w:eastAsia="微软雅黑" w:hAnsi="微软雅黑" w:cs="微软雅黑" w:hint="eastAsia"/>
          <w:lang w:eastAsia="zh-CN"/>
        </w:rPr>
        <w:t>基础理论</w:t>
      </w:r>
      <w:r>
        <w:t>→</w:t>
      </w:r>
      <w:r>
        <w:rPr>
          <w:rFonts w:ascii="微软雅黑" w:eastAsia="微软雅黑" w:hAnsi="微软雅黑" w:cs="微软雅黑" w:hint="eastAsia"/>
          <w:lang w:eastAsia="zh-CN"/>
        </w:rPr>
        <w:t>关键技术</w:t>
      </w:r>
      <w:r>
        <w:t>→</w:t>
      </w:r>
      <w:r>
        <w:rPr>
          <w:rFonts w:ascii="微软雅黑" w:eastAsia="微软雅黑" w:hAnsi="微软雅黑" w:cs="微软雅黑" w:hint="eastAsia"/>
          <w:lang w:eastAsia="zh-CN"/>
        </w:rPr>
        <w:t>典型应用</w:t>
      </w:r>
      <w:r>
        <w:t>→</w:t>
      </w:r>
      <w:r>
        <w:rPr>
          <w:rFonts w:ascii="微软雅黑" w:eastAsia="微软雅黑" w:hAnsi="微软雅黑" w:cs="微软雅黑" w:hint="eastAsia"/>
          <w:lang w:eastAsia="zh-CN"/>
        </w:rPr>
        <w:t>现实生活）设计一个模块化</w:t>
      </w:r>
      <w:r>
        <w:t>AI</w:t>
      </w:r>
      <w:r>
        <w:rPr>
          <w:rFonts w:ascii="微软雅黑" w:eastAsia="微软雅黑" w:hAnsi="微软雅黑" w:cs="微软雅黑" w:hint="eastAsia"/>
          <w:lang w:eastAsia="zh-CN"/>
        </w:rPr>
        <w:t>通识单元框架，注明每层的教学内容、跨学科融入点（数学</w:t>
      </w:r>
      <w:r>
        <w:t>/</w:t>
      </w:r>
      <w:r>
        <w:rPr>
          <w:rFonts w:ascii="微软雅黑" w:eastAsia="微软雅黑" w:hAnsi="微软雅黑" w:cs="微软雅黑" w:hint="eastAsia"/>
          <w:lang w:eastAsia="zh-CN"/>
        </w:rPr>
        <w:t>科学</w:t>
      </w:r>
      <w:r>
        <w:t>/</w:t>
      </w:r>
      <w:r>
        <w:rPr>
          <w:rFonts w:ascii="微软雅黑" w:eastAsia="微软雅黑" w:hAnsi="微软雅黑" w:cs="微软雅黑" w:hint="eastAsia"/>
          <w:lang w:eastAsia="zh-CN"/>
        </w:rPr>
        <w:t>技术</w:t>
      </w:r>
      <w:r>
        <w:t>/</w:t>
      </w:r>
      <w:r>
        <w:rPr>
          <w:rFonts w:ascii="微软雅黑" w:eastAsia="微软雅黑" w:hAnsi="微软雅黑" w:cs="微软雅黑" w:hint="eastAsia"/>
          <w:lang w:eastAsia="zh-CN"/>
        </w:rPr>
        <w:t>工程</w:t>
      </w:r>
      <w:r>
        <w:t>/</w:t>
      </w:r>
      <w:r>
        <w:rPr>
          <w:rFonts w:ascii="微软雅黑" w:eastAsia="微软雅黑" w:hAnsi="微软雅黑" w:cs="微软雅黑" w:hint="eastAsia"/>
          <w:lang w:eastAsia="zh-CN"/>
        </w:rPr>
        <w:t>人文）及学生</w:t>
      </w:r>
      <w:r>
        <w:t>"</w:t>
      </w:r>
      <w:r>
        <w:rPr>
          <w:rFonts w:ascii="微软雅黑" w:eastAsia="微软雅黑" w:hAnsi="微软雅黑" w:cs="微软雅黑" w:hint="eastAsia"/>
          <w:lang w:eastAsia="zh-CN"/>
        </w:rPr>
        <w:t>由外向内剥</w:t>
      </w:r>
      <w:r>
        <w:t>"</w:t>
      </w:r>
      <w:r>
        <w:rPr>
          <w:rFonts w:ascii="微软雅黑" w:eastAsia="微软雅黑" w:hAnsi="微软雅黑" w:cs="微软雅黑" w:hint="eastAsia"/>
          <w:lang w:eastAsia="zh-CN"/>
        </w:rPr>
        <w:t>的学习活动。</w:t>
      </w:r>
    </w:p>
    <w:p>
      <w:pPr>
        <w:pStyle w:val="ListNumber"/>
        <w:numPr>
          <w:ilvl w:val="0"/>
          <w:numId w:val="59"/>
        </w:numPr>
        <w:spacing w:after="72"/>
      </w:pPr>
      <w:r>
        <w:rPr>
          <w:rFonts w:ascii="微软雅黑" w:eastAsia="微软雅黑" w:hAnsi="微软雅黑" w:cs="微软雅黑" w:hint="eastAsia"/>
          <w:b/>
          <w:lang w:eastAsia="zh-CN"/>
        </w:rPr>
        <w:t>课标衔接与资源包清单</w:t>
      </w:r>
      <w:r>
        <w:rPr>
          <w:rFonts w:ascii="微软雅黑" w:eastAsia="微软雅黑" w:hAnsi="微软雅黑" w:cs="微软雅黑" w:hint="eastAsia"/>
          <w:lang w:eastAsia="zh-CN"/>
        </w:rPr>
        <w:t>：为你设计的单元标注对应信息科技</w:t>
      </w:r>
      <w:r>
        <w:t>/</w:t>
      </w:r>
      <w:r>
        <w:rPr>
          <w:rFonts w:ascii="微软雅黑" w:eastAsia="微软雅黑" w:hAnsi="微软雅黑" w:cs="微软雅黑" w:hint="eastAsia"/>
          <w:lang w:eastAsia="zh-CN"/>
        </w:rPr>
        <w:t>科学</w:t>
      </w:r>
      <w:r>
        <w:t>/</w:t>
      </w:r>
      <w:r>
        <w:rPr>
          <w:rFonts w:ascii="微软雅黑" w:eastAsia="微软雅黑" w:hAnsi="微软雅黑" w:cs="微软雅黑" w:hint="eastAsia"/>
          <w:lang w:eastAsia="zh-CN"/>
        </w:rPr>
        <w:t>数学等学科课标条目与衔接点，并列出</w:t>
      </w:r>
      <w:r>
        <w:t>"</w:t>
      </w:r>
      <w:r>
        <w:rPr>
          <w:rFonts w:ascii="微软雅黑" w:eastAsia="微软雅黑" w:hAnsi="微软雅黑" w:cs="微软雅黑" w:hint="eastAsia"/>
          <w:lang w:eastAsia="zh-CN"/>
        </w:rPr>
        <w:t>教师用</w:t>
      </w:r>
      <w:r>
        <w:t>+</w:t>
      </w:r>
      <w:r>
        <w:rPr>
          <w:rFonts w:ascii="微软雅黑" w:eastAsia="微软雅黑" w:hAnsi="微软雅黑" w:cs="微软雅黑" w:hint="eastAsia"/>
          <w:lang w:eastAsia="zh-CN"/>
        </w:rPr>
        <w:t>学生用</w:t>
      </w:r>
      <w:r>
        <w:t>"</w:t>
      </w:r>
      <w:r>
        <w:rPr>
          <w:rFonts w:ascii="微软雅黑" w:eastAsia="微软雅黑" w:hAnsi="微软雅黑" w:cs="微软雅黑" w:hint="eastAsia"/>
          <w:lang w:eastAsia="zh-CN"/>
        </w:rPr>
        <w:t>双向数字资源包清单（含教学</w:t>
      </w:r>
      <w:r>
        <w:t>PPT</w:t>
      </w:r>
      <w:r>
        <w:rPr>
          <w:rFonts w:ascii="微软雅黑" w:eastAsia="微软雅黑" w:hAnsi="微软雅黑" w:cs="微软雅黑" w:hint="eastAsia"/>
          <w:lang w:eastAsia="zh-CN"/>
        </w:rPr>
        <w:t>、说课视频脚本、演示</w:t>
      </w:r>
      <w:r>
        <w:t>/</w:t>
      </w:r>
      <w:r>
        <w:rPr>
          <w:rFonts w:ascii="微软雅黑" w:eastAsia="微软雅黑" w:hAnsi="微软雅黑" w:cs="微软雅黑" w:hint="eastAsia"/>
          <w:lang w:eastAsia="zh-CN"/>
        </w:rPr>
        <w:t>验证视频、学生任务单、材料清单），确保非</w:t>
      </w:r>
      <w:r>
        <w:t>AI</w:t>
      </w:r>
      <w:r>
        <w:rPr>
          <w:rFonts w:ascii="微软雅黑" w:eastAsia="微软雅黑" w:hAnsi="微软雅黑" w:cs="微软雅黑" w:hint="eastAsia"/>
          <w:lang w:eastAsia="zh-CN"/>
        </w:rPr>
        <w:t>专业教师可拿来即用。</w:t>
      </w:r>
    </w:p>
    <w:p>
      <w:pPr>
        <w:pStyle w:val="ListNumber"/>
        <w:numPr>
          <w:ilvl w:val="0"/>
          <w:numId w:val="59"/>
        </w:numPr>
        <w:spacing w:after="72"/>
      </w:pPr>
      <w:r>
        <w:rPr>
          <w:rFonts w:ascii="微软雅黑" w:eastAsia="微软雅黑" w:hAnsi="微软雅黑" w:cs="微软雅黑" w:hint="eastAsia"/>
          <w:b/>
          <w:lang w:eastAsia="zh-CN"/>
        </w:rPr>
        <w:t>四位一体校本机制草案</w:t>
      </w:r>
      <w:r>
        <w:rPr>
          <w:rFonts w:ascii="微软雅黑" w:eastAsia="微软雅黑" w:hAnsi="微软雅黑" w:cs="微软雅黑" w:hint="eastAsia"/>
          <w:lang w:eastAsia="zh-CN"/>
        </w:rPr>
        <w:t>：结合</w:t>
      </w:r>
      <w:r>
        <w:t>"</w:t>
      </w:r>
      <w:r>
        <w:rPr>
          <w:rFonts w:ascii="微软雅黑" w:eastAsia="微软雅黑" w:hAnsi="微软雅黑" w:cs="微软雅黑" w:hint="eastAsia"/>
          <w:lang w:eastAsia="zh-CN"/>
        </w:rPr>
        <w:t>课程</w:t>
      </w:r>
      <w:r>
        <w:t>—</w:t>
      </w:r>
      <w:r>
        <w:rPr>
          <w:rFonts w:ascii="微软雅黑" w:eastAsia="微软雅黑" w:hAnsi="微软雅黑" w:cs="微软雅黑" w:hint="eastAsia"/>
          <w:lang w:eastAsia="zh-CN"/>
        </w:rPr>
        <w:t>教学</w:t>
      </w:r>
      <w:r>
        <w:t>—</w:t>
      </w:r>
      <w:r>
        <w:rPr>
          <w:rFonts w:ascii="微软雅黑" w:eastAsia="微软雅黑" w:hAnsi="微软雅黑" w:cs="微软雅黑" w:hint="eastAsia"/>
          <w:lang w:eastAsia="zh-CN"/>
        </w:rPr>
        <w:t>教研</w:t>
      </w:r>
      <w:r>
        <w:t>—</w:t>
      </w:r>
      <w:r>
        <w:rPr>
          <w:rFonts w:ascii="微软雅黑" w:eastAsia="微软雅黑" w:hAnsi="微软雅黑" w:cs="微软雅黑" w:hint="eastAsia"/>
          <w:lang w:eastAsia="zh-CN"/>
        </w:rPr>
        <w:t>培训</w:t>
      </w:r>
      <w:r>
        <w:t>"</w:t>
      </w:r>
      <w:r>
        <w:rPr>
          <w:rFonts w:ascii="微软雅黑" w:eastAsia="微软雅黑" w:hAnsi="微软雅黑" w:cs="微软雅黑" w:hint="eastAsia"/>
          <w:lang w:eastAsia="zh-CN"/>
        </w:rPr>
        <w:t>四位一体与四字诀（育人为本、技术赋能、认知发展、创新实践），撰写一份本校</w:t>
      </w:r>
      <w:r>
        <w:t>AI</w:t>
      </w:r>
      <w:r>
        <w:rPr>
          <w:rFonts w:ascii="微软雅黑" w:eastAsia="微软雅黑" w:hAnsi="微软雅黑" w:cs="微软雅黑" w:hint="eastAsia"/>
          <w:lang w:eastAsia="zh-CN"/>
        </w:rPr>
        <w:t>通识教育校本研修机制草案（</w:t>
      </w:r>
      <w:r>
        <w:t>300–500</w:t>
      </w:r>
      <w:r>
        <w:rPr>
          <w:rFonts w:ascii="微软雅黑" w:eastAsia="微软雅黑" w:hAnsi="微软雅黑" w:cs="微软雅黑" w:hint="eastAsia"/>
          <w:lang w:eastAsia="zh-CN"/>
        </w:rPr>
        <w:t>字），说明如何以教研共性问题驱动培训、如何用四字诀表述育人目标。</w:t>
      </w:r>
      <w:r/>
    </w:p>
    <w:p>
      <w:pPr>
        <w:pStyle w:val="Heading3"/>
      </w:pPr>
      <w:r>
        <w:rPr>
          <w:rFonts w:ascii="微软雅黑" w:hAnsi="微软雅黑" w:eastAsia="微软雅黑" w:cs="微软雅黑" w:hint="eastAsia"/>
          <w:b w:val="0"/>
          <w:color w:val="1A237E"/>
          <w:sz w:val="20"/>
          <w:lang w:eastAsia="zh-CN"/>
        </w:rPr>
        <w:t>八、AI 视频创作拓展（导演思维提示词）</w:t>
      </w:r>
    </w:p>
    <w:p>
      <w:pPr/>
      <w:r>
        <w:rPr>
          <w:rFonts w:ascii="微软雅黑" w:eastAsia="微软雅黑" w:hAnsi="微软雅黑" w:cs="微软雅黑" w:hint="eastAsia"/>
          <w:lang w:eastAsia="zh-CN"/>
        </w:rPr>
        <w:t>主体：一位教研组长与几位跨学科教师围坐长桌，桌上摊开</w:t>
      </w:r>
      <w:r>
        <w:t>"</w:t>
      </w:r>
      <w:r>
        <w:rPr>
          <w:rFonts w:ascii="微软雅黑" w:eastAsia="微软雅黑" w:hAnsi="微软雅黑" w:cs="微软雅黑" w:hint="eastAsia"/>
          <w:lang w:eastAsia="zh-CN"/>
        </w:rPr>
        <w:t>洋葱模型</w:t>
      </w:r>
      <w:r>
        <w:t>"</w:t>
      </w:r>
      <w:r>
        <w:rPr>
          <w:rFonts w:ascii="微软雅黑" w:eastAsia="微软雅黑" w:hAnsi="微软雅黑" w:cs="微软雅黑" w:hint="eastAsia"/>
          <w:lang w:eastAsia="zh-CN"/>
        </w:rPr>
        <w:t>海报与课标衔接表，共同勾画课程图谱；动作：组长执笔由内向外画出六层洋葱、将</w:t>
      </w:r>
      <w:r>
        <w:t>"</w:t>
      </w:r>
      <w:r>
        <w:rPr>
          <w:rFonts w:ascii="微软雅黑" w:eastAsia="微软雅黑" w:hAnsi="微软雅黑" w:cs="微软雅黑" w:hint="eastAsia"/>
          <w:lang w:eastAsia="zh-CN"/>
        </w:rPr>
        <w:t>知识主题式</w:t>
      </w:r>
      <w:r>
        <w:t>/</w:t>
      </w:r>
      <w:r>
        <w:rPr>
          <w:rFonts w:ascii="微软雅黑" w:eastAsia="微软雅黑" w:hAnsi="微软雅黑" w:cs="微软雅黑" w:hint="eastAsia"/>
          <w:lang w:eastAsia="zh-CN"/>
        </w:rPr>
        <w:t>工具主题式</w:t>
      </w:r>
      <w:r>
        <w:t>"</w:t>
      </w:r>
      <w:r>
        <w:rPr>
          <w:rFonts w:ascii="微软雅黑" w:eastAsia="微软雅黑" w:hAnsi="微软雅黑" w:cs="微软雅黑" w:hint="eastAsia"/>
          <w:lang w:eastAsia="zh-CN"/>
        </w:rPr>
        <w:t>双线连成</w:t>
      </w:r>
      <w:r>
        <w:t>K-12</w:t>
      </w:r>
      <w:r>
        <w:rPr>
          <w:rFonts w:ascii="微软雅黑" w:eastAsia="微软雅黑" w:hAnsi="微软雅黑" w:cs="微软雅黑" w:hint="eastAsia"/>
          <w:lang w:eastAsia="zh-CN"/>
        </w:rPr>
        <w:t>长卷，成员依次贴上四字诀便利贴；场景：洒满午后阳光的教研室，白板写有</w:t>
      </w:r>
      <w:r>
        <w:t>"</w:t>
      </w:r>
      <w:r>
        <w:rPr>
          <w:rFonts w:ascii="微软雅黑" w:eastAsia="微软雅黑" w:hAnsi="微软雅黑" w:cs="微软雅黑" w:hint="eastAsia"/>
          <w:lang w:eastAsia="zh-CN"/>
        </w:rPr>
        <w:t>四位一体</w:t>
      </w:r>
      <w:r>
        <w:t>"</w:t>
      </w:r>
      <w:r>
        <w:rPr>
          <w:rFonts w:ascii="微软雅黑" w:eastAsia="微软雅黑" w:hAnsi="微软雅黑" w:cs="微软雅黑" w:hint="eastAsia"/>
          <w:lang w:eastAsia="zh-CN"/>
        </w:rPr>
        <w:t>齿轮图；光影：暖金自然光</w:t>
      </w:r>
      <w:r>
        <w:t>+</w:t>
      </w:r>
      <w:r>
        <w:rPr>
          <w:rFonts w:ascii="微软雅黑" w:eastAsia="微软雅黑" w:hAnsi="微软雅黑" w:cs="微软雅黑" w:hint="eastAsia"/>
          <w:lang w:eastAsia="zh-CN"/>
        </w:rPr>
        <w:t>重点区域柔和补光，落笔处微高光；镜头运动：从洋葱特写拉出至全景再缓慢环绕；风格：温润纪实教育影像、浅景深；情绪：协作、笃定、面向未来的希冀。</w:t>
      </w:r>
      <w:r/>
    </w:p>
    <w:p>
      <w:pPr>
        <w:pBdr>
          <w:bottom w:val="single" w:sz="6" w:space="1" w:color="auto"/>
        </w:pBdr>
      </w:pPr>
      <w:r/>
      <w:r/>
      <w:r/>
      <w:r/>
    </w:p>
    <w:sectPr w:rsidR="00FC693F" w:rsidRPr="0006063C" w:rsidSect="00034616">
      <w:footerReference w:type="default" r:id="rId9"/>
      <w:pgSz w:w="11906" w:h="16838"/>
      <w:pgMar w:top="1440" w:right="1797" w:bottom="1440" w:left="1797" w:header="720" w:footer="720"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156" w:val="center"/>
        <w:tab w:pos="8312" w:val="right"/>
      </w:tabs>
    </w:pPr>
    <w:r>
      <w:tab/>
    </w:r>
    <w:fldSimple w:instr="PAGE">
      <w:r>
        <w:t/>
      </w:r>
    </w:fldSimple>
    <w:r>
      <w:tab/>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7"/>
    <w:lvlOverride w:ilvl="0">
      <w:startOverride w:val="1"/>
    </w:lvlOverride>
  </w:num>
  <w:num w:numId="26">
    <w:abstractNumId w:val="7"/>
    <w:lvlOverride w:ilvl="0">
      <w:startOverride w:val="1"/>
    </w:lvlOverride>
  </w:num>
  <w:num w:numId="27">
    <w:abstractNumId w:val="7"/>
    <w:lvlOverride w:ilvl="0">
      <w:startOverride w:val="1"/>
    </w:lvlOverride>
  </w:num>
  <w:num w:numId="28">
    <w:abstractNumId w:val="3"/>
    <w:lvlOverride w:ilvl="0">
      <w:startOverride w:val="1"/>
    </w:lvlOverride>
  </w:num>
  <w:num w:numId="29">
    <w:abstractNumId w:val="7"/>
    <w:lvlOverride w:ilvl="0">
      <w:startOverride w:val="1"/>
    </w:lvlOverride>
  </w:num>
  <w:num w:numId="30">
    <w:abstractNumId w:val="3"/>
    <w:lvlOverride w:ilvl="0">
      <w:startOverride w:val="1"/>
    </w:lvlOverride>
  </w:num>
  <w:num w:numId="31">
    <w:abstractNumId w:val="7"/>
    <w:lvlOverride w:ilvl="0">
      <w:startOverride w:val="1"/>
    </w:lvlOverride>
  </w:num>
  <w:num w:numId="32">
    <w:abstractNumId w:val="7"/>
    <w:lvlOverride w:ilvl="0">
      <w:startOverride w:val="1"/>
    </w:lvlOverride>
  </w:num>
  <w:num w:numId="33">
    <w:abstractNumId w:val="7"/>
    <w:lvlOverride w:ilvl="0">
      <w:startOverride w:val="1"/>
    </w:lvlOverride>
  </w:num>
  <w:num w:numId="34">
    <w:abstractNumId w:val="7"/>
    <w:lvlOverride w:ilvl="0">
      <w:startOverride w:val="1"/>
    </w:lvlOverride>
  </w:num>
  <w:num w:numId="35">
    <w:abstractNumId w:val="7"/>
    <w:lvlOverride w:ilvl="0">
      <w:startOverride w:val="1"/>
    </w:lvlOverride>
  </w:num>
  <w:num w:numId="36">
    <w:abstractNumId w:val="7"/>
    <w:lvlOverride w:ilvl="0">
      <w:startOverride w:val="1"/>
    </w:lvlOverride>
  </w:num>
  <w:num w:numId="37">
    <w:abstractNumId w:val="7"/>
    <w:lvlOverride w:ilvl="0">
      <w:startOverride w:val="1"/>
    </w:lvlOverride>
  </w:num>
  <w:num w:numId="38">
    <w:abstractNumId w:val="7"/>
    <w:lvlOverride w:ilvl="0">
      <w:startOverride w:val="1"/>
    </w:lvlOverride>
  </w:num>
  <w:num w:numId="39">
    <w:abstractNumId w:val="7"/>
    <w:lvlOverride w:ilvl="0">
      <w:startOverride w:val="1"/>
    </w:lvlOverride>
  </w:num>
  <w:num w:numId="40">
    <w:abstractNumId w:val="7"/>
    <w:lvlOverride w:ilvl="0">
      <w:startOverride w:val="1"/>
    </w:lvlOverride>
  </w:num>
  <w:num w:numId="41">
    <w:abstractNumId w:val="7"/>
    <w:lvlOverride w:ilvl="0">
      <w:startOverride w:val="1"/>
    </w:lvlOverride>
  </w:num>
  <w:num w:numId="42">
    <w:abstractNumId w:val="7"/>
    <w:lvlOverride w:ilvl="0">
      <w:startOverride w:val="1"/>
    </w:lvlOverride>
  </w:num>
  <w:num w:numId="43">
    <w:abstractNumId w:val="7"/>
    <w:lvlOverride w:ilvl="0">
      <w:startOverride w:val="1"/>
    </w:lvlOverride>
  </w:num>
  <w:num w:numId="44">
    <w:abstractNumId w:val="7"/>
    <w:lvlOverride w:ilvl="0">
      <w:startOverride w:val="1"/>
    </w:lvlOverride>
  </w:num>
  <w:num w:numId="45">
    <w:abstractNumId w:val="7"/>
    <w:lvlOverride w:ilvl="0">
      <w:startOverride w:val="1"/>
    </w:lvlOverride>
  </w:num>
  <w:num w:numId="46">
    <w:abstractNumId w:val="7"/>
    <w:lvlOverride w:ilvl="0">
      <w:startOverride w:val="1"/>
    </w:lvlOverride>
  </w:num>
  <w:num w:numId="47">
    <w:abstractNumId w:val="7"/>
    <w:lvlOverride w:ilvl="0">
      <w:startOverride w:val="1"/>
    </w:lvlOverride>
  </w:num>
  <w:num w:numId="48">
    <w:abstractNumId w:val="7"/>
    <w:lvlOverride w:ilvl="0">
      <w:startOverride w:val="1"/>
    </w:lvlOverride>
  </w:num>
  <w:num w:numId="49">
    <w:abstractNumId w:val="7"/>
    <w:lvlOverride w:ilvl="0">
      <w:startOverride w:val="1"/>
    </w:lvlOverride>
  </w:num>
  <w:num w:numId="50">
    <w:abstractNumId w:val="7"/>
    <w:lvlOverride w:ilvl="0">
      <w:startOverride w:val="1"/>
    </w:lvlOverride>
  </w:num>
  <w:num w:numId="51">
    <w:abstractNumId w:val="7"/>
    <w:lvlOverride w:ilvl="0">
      <w:startOverride w:val="1"/>
    </w:lvlOverride>
  </w:num>
  <w:num w:numId="52">
    <w:abstractNumId w:val="7"/>
    <w:lvlOverride w:ilvl="0">
      <w:startOverride w:val="1"/>
    </w:lvlOverride>
  </w:num>
  <w:num w:numId="53">
    <w:abstractNumId w:val="7"/>
    <w:lvlOverride w:ilvl="0">
      <w:startOverride w:val="1"/>
    </w:lvlOverride>
  </w:num>
  <w:num w:numId="54">
    <w:abstractNumId w:val="7"/>
    <w:lvlOverride w:ilvl="0">
      <w:startOverride w:val="1"/>
    </w:lvlOverride>
  </w:num>
  <w:num w:numId="55">
    <w:abstractNumId w:val="7"/>
    <w:lvlOverride w:ilvl="0">
      <w:startOverride w:val="1"/>
    </w:lvlOverride>
  </w:num>
  <w:num w:numId="56">
    <w:abstractNumId w:val="7"/>
    <w:lvlOverride w:ilvl="0">
      <w:startOverride w:val="1"/>
    </w:lvlOverride>
  </w:num>
  <w:num w:numId="57">
    <w:abstractNumId w:val="7"/>
    <w:lvlOverride w:ilvl="0">
      <w:startOverride w:val="1"/>
    </w:lvlOverride>
  </w:num>
  <w:num w:numId="58">
    <w:abstractNumId w:val="7"/>
    <w:lvlOverride w:ilvl="0">
      <w:startOverride w:val="1"/>
    </w:lvlOverride>
  </w:num>
  <w:num w:numId="59">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26" w:lineRule="auto" w:after="180"/>
    </w:pPr>
    <w:rPr>
      <w:rFonts w:ascii="微软雅黑" w:hAnsi="微软雅黑" w:eastAsia="微软雅黑"/>
      <w:color w:val="212121"/>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600" w:after="180"/>
      <w:outlineLvl w:val="1"/>
    </w:pPr>
    <w:rPr>
      <w:rFonts w:ascii="微软雅黑" w:hAnsi="微软雅黑" w:eastAsia="微软雅黑"/>
      <w:b/>
      <w:bCs/>
      <w:color w:val="1A237E"/>
      <w:sz w:val="22"/>
      <w:szCs w:val="26"/>
    </w:rPr>
  </w:style>
  <w:style w:type="paragraph" w:styleId="Heading3">
    <w:name w:val="heading 3"/>
    <w:basedOn w:val="Normal"/>
    <w:next w:val="Normal"/>
    <w:link w:val="Heading3Char"/>
    <w:uiPriority w:val="9"/>
    <w:unhideWhenUsed/>
    <w:qFormat/>
    <w:rsid w:val="00FC693F"/>
    <w:pPr>
      <w:keepNext/>
      <w:keepLines/>
      <w:spacing w:before="360" w:after="180"/>
      <w:outlineLvl w:val="2"/>
    </w:pPr>
    <w:rPr>
      <w:rFonts w:ascii="微软雅黑" w:hAnsi="微软雅黑" w:eastAsia="微软雅黑"/>
      <w:b/>
      <w:bCs/>
      <w:color w:val="1A237E"/>
      <w:sz w:val="20"/>
    </w:rPr>
  </w:style>
  <w:style w:type="paragraph" w:styleId="Heading4">
    <w:name w:val="heading 4"/>
    <w:basedOn w:val="Normal"/>
    <w:next w:val="Normal"/>
    <w:link w:val="Heading4Char"/>
    <w:uiPriority w:val="9"/>
    <w:semiHidden/>
    <w:unhideWhenUsed/>
    <w:qFormat/>
    <w:rsid w:val="00FC693F"/>
    <w:pPr>
      <w:keepNext/>
      <w:keepLines/>
      <w:spacing w:before="180" w:after="180"/>
      <w:outlineLvl w:val="3"/>
    </w:pPr>
    <w:rPr>
      <w:rFonts w:ascii="微软雅黑" w:hAnsi="微软雅黑" w:eastAsia="微软雅黑"/>
      <w:b/>
      <w:bCs/>
      <w:i/>
      <w:iCs/>
      <w:color w:val="21212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